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1E7B7" w14:textId="7DFDA7AB" w:rsidR="00DF01EF" w:rsidRDefault="008416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635D3" wp14:editId="0011A51A">
                <wp:simplePos x="0" y="0"/>
                <wp:positionH relativeFrom="column">
                  <wp:posOffset>984250</wp:posOffset>
                </wp:positionH>
                <wp:positionV relativeFrom="paragraph">
                  <wp:posOffset>488950</wp:posOffset>
                </wp:positionV>
                <wp:extent cx="13230225" cy="7639050"/>
                <wp:effectExtent l="0" t="0" r="28575" b="19050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0225" cy="7639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F6A7F4C" w14:textId="27BC3148" w:rsidR="00841631" w:rsidRDefault="00841631">
                            <w:r w:rsidRPr="00841631">
                              <w:rPr>
                                <w:noProof/>
                              </w:rPr>
                              <w:drawing>
                                <wp:inline distT="0" distB="0" distL="0" distR="0" wp14:anchorId="79BB6B26" wp14:editId="2839498D">
                                  <wp:extent cx="12850495" cy="7232015"/>
                                  <wp:effectExtent l="0" t="0" r="8255" b="6985"/>
                                  <wp:docPr id="4" name="Slika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50495" cy="7232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635D3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77.5pt;margin-top:38.5pt;width:1041.75pt;height:60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" fillcolor="white [3201]" strokecolor="white [3212]" strokeweight=".5pt">
                <v:textbox>
                  <w:txbxContent>
                    <w:p w14:paraId="4F6A7F4C" w14:textId="27BC3148" w:rsidR="00841631" w:rsidRDefault="00841631">
                      <w:r w:rsidRPr="00841631">
                        <w:rPr>
                          <w:noProof/>
                        </w:rPr>
                        <w:drawing>
                          <wp:inline distT="0" distB="0" distL="0" distR="0" wp14:anchorId="79BB6B26" wp14:editId="2839498D">
                            <wp:extent cx="12850495" cy="7232015"/>
                            <wp:effectExtent l="0" t="0" r="8255" b="6985"/>
                            <wp:docPr id="4" name="Slika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50495" cy="7232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F01EF"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222F6289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9194DB" w14:textId="2CBB19C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1.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089B01" w14:textId="7FD9A52D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V ŠOLO</w:t>
            </w:r>
            <w:r w:rsidR="00DF01EF">
              <w:rPr>
                <w:rFonts w:eastAsia="Aptos" w:cs="Aptos"/>
                <w:b/>
                <w:color w:val="B34A3C"/>
                <w:sz w:val="22"/>
              </w:rPr>
              <w:t>:</w:t>
            </w:r>
            <w:r>
              <w:rPr>
                <w:rFonts w:eastAsia="Aptos" w:cs="Aptos"/>
                <w:b/>
                <w:color w:val="B34A3C"/>
                <w:sz w:val="22"/>
              </w:rPr>
              <w:t xml:space="preserve"> JAZ, ODNOSI IN UČENJE</w:t>
            </w:r>
            <w:r>
              <w:rPr>
                <w:rFonts w:eastAsia="Aptos" w:cs="Aptos"/>
                <w:b/>
                <w:color w:val="202020"/>
              </w:rPr>
              <w:br/>
              <w:t>1. 9. 2026–25. 9. 2026</w:t>
            </w:r>
          </w:p>
        </w:tc>
      </w:tr>
      <w:tr w:rsidR="00720201" w14:paraId="708321F8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0EE3EE33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35D87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3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105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BF3BEF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6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210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6AF15B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4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140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B9E602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2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70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3B9C32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2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70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817721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2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70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C40866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  <w:t xml:space="preserve">3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teden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 xml:space="preserve"> • 105 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ur</w:t>
            </w:r>
            <w:proofErr w:type="spellEnd"/>
            <w:r>
              <w:rPr>
                <w:rFonts w:eastAsia="Aptos" w:cs="Aptos"/>
                <w:b/>
                <w:color w:val="B34A3C"/>
                <w:sz w:val="13"/>
              </w:rPr>
              <w:t>/</w:t>
            </w:r>
            <w:proofErr w:type="spellStart"/>
            <w:r>
              <w:rPr>
                <w:rFonts w:eastAsia="Aptos" w:cs="Aptos"/>
                <w:b/>
                <w:color w:val="B34A3C"/>
                <w:sz w:val="13"/>
              </w:rPr>
              <w:t>leto</w:t>
            </w:r>
            <w:proofErr w:type="spellEnd"/>
          </w:p>
        </w:tc>
      </w:tr>
      <w:tr w:rsidR="00720201" w14:paraId="0618225D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BB1D1A" w14:textId="6BA2511D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Muca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Copatarica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Ela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Peroci</w:t>
            </w:r>
            <w:proofErr w:type="spellEnd"/>
          </w:p>
          <w:p w14:paraId="325871F2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urejenost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odgovornost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pripadnost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razredu</w:t>
            </w:r>
            <w:proofErr w:type="spellEnd"/>
          </w:p>
        </w:tc>
      </w:tr>
      <w:tr w:rsidR="00720201" w14:paraId="44C32F59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EB0E44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1.–4. 9.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8F47A7" w14:textId="77777777" w:rsidR="00720201" w:rsidRDefault="00000000">
            <w:r>
              <w:rPr>
                <w:rFonts w:eastAsia="Aptos" w:cs="Aptos"/>
                <w:b/>
                <w:color w:val="202020"/>
              </w:rPr>
              <w:t>JAZ V ŠOLI</w:t>
            </w:r>
          </w:p>
          <w:p w14:paraId="2DBCC2A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prostore</w:t>
            </w:r>
            <w:proofErr w:type="spellEnd"/>
          </w:p>
          <w:p w14:paraId="3D84A3F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soustvarja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varna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razredna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</w:p>
          <w:p w14:paraId="2492002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počutje</w:t>
            </w:r>
            <w:proofErr w:type="spellEnd"/>
          </w:p>
          <w:p w14:paraId="101CF3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razred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skrbi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stvari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C196DA" w14:textId="77777777" w:rsidR="00720201" w:rsidRDefault="00000000">
            <w:r>
              <w:rPr>
                <w:rFonts w:eastAsia="Aptos" w:cs="Aptos"/>
                <w:b/>
                <w:color w:val="202020"/>
              </w:rPr>
              <w:t>SPORAZUMEVANJE</w:t>
            </w:r>
          </w:p>
          <w:p w14:paraId="3AC4F67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kratka navodila</w:t>
            </w:r>
          </w:p>
          <w:p w14:paraId="312F57A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vljudno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pozdravi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zahvali</w:t>
            </w:r>
            <w:proofErr w:type="spellEnd"/>
          </w:p>
          <w:p w14:paraId="004316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prvem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šolskem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dnevu</w:t>
            </w:r>
            <w:proofErr w:type="spellEnd"/>
          </w:p>
          <w:p w14:paraId="28BBB0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obravnava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slikanico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uredi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dogodkov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77120E" w14:textId="77777777" w:rsidR="00720201" w:rsidRDefault="00000000">
            <w:r>
              <w:rPr>
                <w:rFonts w:eastAsia="Aptos" w:cs="Aptos"/>
                <w:b/>
                <w:color w:val="202020"/>
              </w:rPr>
              <w:t>OPAZOVANJE IN RAZVRŠČANJE</w:t>
            </w:r>
          </w:p>
          <w:p w14:paraId="49FC867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podobnosti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razlike</w:t>
            </w:r>
            <w:proofErr w:type="spellEnd"/>
          </w:p>
          <w:p w14:paraId="77BE715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lastnosti</w:t>
            </w:r>
            <w:proofErr w:type="spellEnd"/>
          </w:p>
          <w:p w14:paraId="600F241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nadaljuje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vzorec</w:t>
            </w:r>
            <w:proofErr w:type="spellEnd"/>
          </w:p>
          <w:p w14:paraId="3FE79DF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pare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copat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3A47F0D" w14:textId="77777777" w:rsidR="00720201" w:rsidRDefault="00000000">
            <w:r>
              <w:rPr>
                <w:rFonts w:eastAsia="Aptos" w:cs="Aptos"/>
                <w:b/>
                <w:color w:val="202020"/>
              </w:rPr>
              <w:t>HELLO, SCHOOL</w:t>
            </w:r>
          </w:p>
          <w:p w14:paraId="48AAD98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pozdrav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razredno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5D681F0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ime</w:t>
            </w:r>
            <w:proofErr w:type="spellEnd"/>
          </w:p>
          <w:p w14:paraId="7E7A59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jezikovni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igri</w:t>
            </w:r>
            <w:proofErr w:type="spellEnd"/>
          </w:p>
          <w:p w14:paraId="36B84D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šolske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copat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8D7CED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ZVOKI V UČILNICI</w:t>
            </w:r>
          </w:p>
          <w:p w14:paraId="69FE669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zvoke</w:t>
            </w:r>
            <w:proofErr w:type="spellEnd"/>
          </w:p>
          <w:p w14:paraId="5FB193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izreka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imena</w:t>
            </w:r>
          </w:p>
          <w:p w14:paraId="3A7B4D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dobrodošlice</w:t>
            </w:r>
            <w:proofErr w:type="spellEnd"/>
          </w:p>
          <w:p w14:paraId="274EB42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mačji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imen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628009" w14:textId="77777777" w:rsidR="00720201" w:rsidRDefault="00000000">
            <w:r>
              <w:rPr>
                <w:rFonts w:eastAsia="Aptos" w:cs="Aptos"/>
                <w:b/>
                <w:color w:val="202020"/>
              </w:rPr>
              <w:t>ČRTA IN PIKA</w:t>
            </w:r>
          </w:p>
          <w:p w14:paraId="0AD685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pripomočke</w:t>
            </w:r>
            <w:proofErr w:type="spellEnd"/>
          </w:p>
          <w:p w14:paraId="62C899B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črtami</w:t>
            </w:r>
            <w:proofErr w:type="spellEnd"/>
          </w:p>
          <w:p w14:paraId="44BE888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delovni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</w:t>
            </w:r>
            <w:proofErr w:type="spellEnd"/>
          </w:p>
          <w:p w14:paraId="5C897F7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pisan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par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copat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ilustracijo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EB9D79" w14:textId="77777777" w:rsidR="00720201" w:rsidRDefault="00000000">
            <w:r>
              <w:rPr>
                <w:rFonts w:eastAsia="Aptos" w:cs="Aptos"/>
                <w:b/>
                <w:color w:val="202020"/>
              </w:rPr>
              <w:t>VARNO SE GIBAM</w:t>
            </w:r>
          </w:p>
          <w:p w14:paraId="6704E8F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vadbo</w:t>
            </w:r>
            <w:proofErr w:type="spellEnd"/>
          </w:p>
          <w:p w14:paraId="426B67C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hodi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smereh</w:t>
            </w:r>
            <w:proofErr w:type="spellEnd"/>
          </w:p>
          <w:p w14:paraId="2D78779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varnostni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</w:t>
            </w:r>
            <w:proofErr w:type="spellEnd"/>
          </w:p>
          <w:p w14:paraId="0191785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Poišči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par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copat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25D4B7E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FC3F94" w14:textId="1F1DA52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Pedenjped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Niko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Grafenauer</w:t>
            </w:r>
            <w:proofErr w:type="spellEnd"/>
          </w:p>
          <w:p w14:paraId="7E1FD253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jaz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značilnosti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radovedno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učenje</w:t>
            </w:r>
            <w:proofErr w:type="spellEnd"/>
          </w:p>
        </w:tc>
      </w:tr>
      <w:tr w:rsidR="00720201" w14:paraId="623EF2DB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9F2B25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7.–11. 9.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4726AC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MOJA ŠOLA</w:t>
            </w:r>
          </w:p>
          <w:p w14:paraId="11A3749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šolske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delavce</w:t>
            </w:r>
            <w:proofErr w:type="spellEnd"/>
          </w:p>
          <w:p w14:paraId="46BDACF6" w14:textId="44130A16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pot </w:t>
            </w:r>
            <w:r w:rsidR="00DC7E6A">
              <w:rPr>
                <w:rFonts w:eastAsia="Aptos" w:cs="Aptos"/>
                <w:color w:val="202020"/>
                <w:sz w:val="15"/>
              </w:rPr>
              <w:t>v</w:t>
            </w:r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šol</w:t>
            </w:r>
            <w:r w:rsidR="00DC7E6A">
              <w:rPr>
                <w:rFonts w:eastAsia="Aptos" w:cs="Aptos"/>
                <w:color w:val="202020"/>
                <w:sz w:val="15"/>
              </w:rPr>
              <w:t>o</w:t>
            </w:r>
            <w:proofErr w:type="spellEnd"/>
          </w:p>
          <w:p w14:paraId="75A131D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potrebščine</w:t>
            </w:r>
            <w:proofErr w:type="spellEnd"/>
          </w:p>
          <w:p w14:paraId="44028C4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Pedenjpedove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navade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šolskimi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navadami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CB7075" w14:textId="77777777" w:rsidR="00720201" w:rsidRDefault="00000000">
            <w:r>
              <w:rPr>
                <w:rFonts w:eastAsia="Aptos" w:cs="Aptos"/>
                <w:b/>
                <w:color w:val="202020"/>
              </w:rPr>
              <w:t>PREDOPISMENJEVANJE</w:t>
            </w:r>
          </w:p>
          <w:p w14:paraId="07A5FFF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orientira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telesu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listu</w:t>
            </w:r>
            <w:proofErr w:type="spellEnd"/>
          </w:p>
          <w:p w14:paraId="065A4B5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smeri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od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desni</w:t>
            </w:r>
            <w:proofErr w:type="spellEnd"/>
          </w:p>
          <w:p w14:paraId="510894C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piktograme</w:t>
            </w:r>
            <w:proofErr w:type="spellEnd"/>
          </w:p>
          <w:p w14:paraId="513F95A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išče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rime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glasove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5C9324" w14:textId="77777777" w:rsidR="00720201" w:rsidRDefault="00000000">
            <w:r>
              <w:rPr>
                <w:rFonts w:eastAsia="Aptos" w:cs="Aptos"/>
                <w:b/>
                <w:color w:val="202020"/>
              </w:rPr>
              <w:t>ORIENTACIJA</w:t>
            </w:r>
          </w:p>
          <w:p w14:paraId="6D85886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zgoraj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spodaj</w:t>
            </w:r>
            <w:proofErr w:type="spellEnd"/>
          </w:p>
          <w:p w14:paraId="36CE6D0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glede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sebe</w:t>
            </w:r>
            <w:proofErr w:type="spellEnd"/>
          </w:p>
          <w:p w14:paraId="2838587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velikosti</w:t>
            </w:r>
            <w:proofErr w:type="spellEnd"/>
          </w:p>
          <w:p w14:paraId="14A6A14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Pedenjpedove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velikosti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legi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86D92B" w14:textId="77777777" w:rsidR="00720201" w:rsidRDefault="00000000">
            <w:r>
              <w:rPr>
                <w:rFonts w:eastAsia="Aptos" w:cs="Aptos"/>
                <w:b/>
                <w:color w:val="202020"/>
              </w:rPr>
              <w:t>MY CLASSROOM</w:t>
            </w:r>
          </w:p>
          <w:p w14:paraId="6B462A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poimenovanja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predmetov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7DD66F5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pokaži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vzemi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odloži</w:t>
            </w:r>
            <w:proofErr w:type="spellEnd"/>
          </w:p>
          <w:p w14:paraId="267A2B0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37D298D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se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predstavi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učilnice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3D76E0" w14:textId="77777777" w:rsidR="00720201" w:rsidRDefault="00000000">
            <w:r>
              <w:rPr>
                <w:rFonts w:eastAsia="Aptos" w:cs="Aptos"/>
                <w:b/>
                <w:color w:val="202020"/>
              </w:rPr>
              <w:t>RITEM IMEN</w:t>
            </w:r>
          </w:p>
          <w:p w14:paraId="420626E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enakomerno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izreka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besedilo</w:t>
            </w:r>
          </w:p>
          <w:p w14:paraId="010F0FE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glasbili</w:t>
            </w:r>
            <w:proofErr w:type="spellEnd"/>
          </w:p>
          <w:p w14:paraId="39E1322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tišino</w:t>
            </w:r>
            <w:proofErr w:type="spellEnd"/>
          </w:p>
          <w:p w14:paraId="0F4D24D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izreka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verze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ploskanjem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89F211" w14:textId="77777777" w:rsidR="00720201" w:rsidRDefault="00000000">
            <w:r>
              <w:rPr>
                <w:rFonts w:eastAsia="Aptos" w:cs="Aptos"/>
                <w:b/>
                <w:color w:val="202020"/>
              </w:rPr>
              <w:t>BARVE V ŠOLI</w:t>
            </w:r>
          </w:p>
          <w:p w14:paraId="501839F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osnovne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</w:p>
          <w:p w14:paraId="4C75612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slika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ploskve</w:t>
            </w:r>
            <w:proofErr w:type="spellEnd"/>
          </w:p>
          <w:p w14:paraId="4E1CB82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je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ustvaril</w:t>
            </w:r>
            <w:proofErr w:type="spellEnd"/>
          </w:p>
          <w:p w14:paraId="3ED1D01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hudomušen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Pedenjpedov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portret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27E77B" w14:textId="77777777" w:rsidR="00720201" w:rsidRDefault="00000000">
            <w:r>
              <w:rPr>
                <w:rFonts w:eastAsia="Aptos" w:cs="Aptos"/>
                <w:b/>
                <w:color w:val="202020"/>
              </w:rPr>
              <w:t>OSNOVE GIBANJA</w:t>
            </w:r>
          </w:p>
          <w:p w14:paraId="1FE8223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lazi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valja</w:t>
            </w:r>
            <w:proofErr w:type="spellEnd"/>
          </w:p>
          <w:p w14:paraId="27756B3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premaguje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poligon</w:t>
            </w:r>
            <w:proofErr w:type="spellEnd"/>
          </w:p>
          <w:p w14:paraId="5E9F625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paru</w:t>
            </w:r>
            <w:proofErr w:type="spellEnd"/>
          </w:p>
          <w:p w14:paraId="238C8E6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premaga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igrivi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Pedenjpedov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«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</w:p>
        </w:tc>
      </w:tr>
      <w:tr w:rsidR="00720201" w14:paraId="1DBDB82A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F7B0AC" w14:textId="2139520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Moj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prijatelj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Piki Jakob«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Kajetan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Kovič</w:t>
            </w:r>
            <w:proofErr w:type="spellEnd"/>
          </w:p>
          <w:p w14:paraId="70418CA6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prijateljstvo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empatija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sodelovanje</w:t>
            </w:r>
            <w:proofErr w:type="spellEnd"/>
          </w:p>
        </w:tc>
      </w:tr>
      <w:tr w:rsidR="00720201" w14:paraId="4BEA0CCC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4EE07A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14.–18. 9.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7066B27" w14:textId="77777777" w:rsidR="00720201" w:rsidRDefault="00000000">
            <w:r>
              <w:rPr>
                <w:rFonts w:eastAsia="Aptos" w:cs="Aptos"/>
                <w:b/>
                <w:color w:val="202020"/>
              </w:rPr>
              <w:t>PRIJATELJSTVO</w:t>
            </w:r>
          </w:p>
          <w:p w14:paraId="4C49B84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čustva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drugih</w:t>
            </w:r>
            <w:proofErr w:type="spellEnd"/>
          </w:p>
          <w:p w14:paraId="432F07B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mirno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rešuje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</w:t>
            </w:r>
            <w:proofErr w:type="spellEnd"/>
          </w:p>
          <w:p w14:paraId="7E4780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pomaga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sošolcu</w:t>
            </w:r>
            <w:proofErr w:type="spellEnd"/>
          </w:p>
          <w:p w14:paraId="180734C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prepoznava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čustva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išče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prijazne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rešitve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sporov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780A4F6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GLASOVNO ZAVEDANJE</w:t>
            </w:r>
          </w:p>
          <w:p w14:paraId="4D45561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dolge in kratke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</w:p>
          <w:p w14:paraId="7803CF2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členi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zloge</w:t>
            </w:r>
            <w:proofErr w:type="spellEnd"/>
          </w:p>
          <w:p w14:paraId="452FB4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5231892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književni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odigra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prijateljski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dialog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68C436" w14:textId="77777777" w:rsidR="00720201" w:rsidRDefault="00000000">
            <w:r>
              <w:rPr>
                <w:rFonts w:eastAsia="Aptos" w:cs="Aptos"/>
                <w:b/>
                <w:color w:val="202020"/>
              </w:rPr>
              <w:t>MNOŽICE</w:t>
            </w:r>
          </w:p>
          <w:p w14:paraId="3B3C3A4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množico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lastnosti</w:t>
            </w:r>
            <w:proofErr w:type="spellEnd"/>
          </w:p>
          <w:p w14:paraId="1094E73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lastnost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</w:p>
          <w:p w14:paraId="3B77545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Carrollov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drevesni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6BEB774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množice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igrač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medvedkov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4AD6CC" w14:textId="77777777" w:rsidR="00720201" w:rsidRDefault="00000000">
            <w:r>
              <w:rPr>
                <w:rFonts w:eastAsia="Aptos" w:cs="Aptos"/>
                <w:b/>
                <w:color w:val="202020"/>
              </w:rPr>
              <w:t>FRIENDS</w:t>
            </w:r>
          </w:p>
          <w:p w14:paraId="291F36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osnovno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počutje</w:t>
            </w:r>
            <w:proofErr w:type="spellEnd"/>
          </w:p>
          <w:p w14:paraId="2D764B7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2E3A8D8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dialogu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1753E70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prijatelja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D1FA57" w14:textId="77777777" w:rsidR="00720201" w:rsidRDefault="00000000">
            <w:r>
              <w:rPr>
                <w:rFonts w:eastAsia="Aptos" w:cs="Aptos"/>
                <w:b/>
                <w:color w:val="202020"/>
              </w:rPr>
              <w:t>POJEMO SKUPAJ</w:t>
            </w:r>
          </w:p>
          <w:p w14:paraId="7A7DA16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skupini</w:t>
            </w:r>
          </w:p>
          <w:p w14:paraId="40A72A9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začetek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konec</w:t>
            </w:r>
            <w:proofErr w:type="spellEnd"/>
          </w:p>
          <w:p w14:paraId="681ABCA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64C410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nežno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BC1923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 PORTRET</w:t>
            </w:r>
          </w:p>
          <w:p w14:paraId="5B1D2FB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obrazne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značilnosti</w:t>
            </w:r>
            <w:proofErr w:type="spellEnd"/>
          </w:p>
          <w:p w14:paraId="09BCCE8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portret</w:t>
            </w:r>
            <w:proofErr w:type="spellEnd"/>
          </w:p>
          <w:p w14:paraId="2B4B263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izražanje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počutja</w:t>
            </w:r>
            <w:proofErr w:type="spellEnd"/>
          </w:p>
          <w:p w14:paraId="7D05254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upodobi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književnim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resničnim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prijateljem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730754" w14:textId="77777777" w:rsidR="00720201" w:rsidRDefault="00000000">
            <w:r>
              <w:rPr>
                <w:rFonts w:eastAsia="Aptos" w:cs="Aptos"/>
                <w:b/>
                <w:color w:val="202020"/>
              </w:rPr>
              <w:t>ELEMENTARNE IGRE</w:t>
            </w:r>
          </w:p>
          <w:p w14:paraId="5CECFD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igre</w:t>
            </w:r>
            <w:proofErr w:type="spellEnd"/>
          </w:p>
          <w:p w14:paraId="0ACF9F9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hitro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reagira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5A2A52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sprejema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vloge</w:t>
            </w:r>
            <w:proofErr w:type="spellEnd"/>
          </w:p>
          <w:p w14:paraId="24B842D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sodelovalne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paru</w:t>
            </w:r>
            <w:proofErr w:type="spellEnd"/>
          </w:p>
        </w:tc>
      </w:tr>
      <w:tr w:rsidR="00720201" w14:paraId="3D677E7C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F9D941" w14:textId="72B6674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Maček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Muri«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Kajetan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Kovič</w:t>
            </w:r>
            <w:proofErr w:type="spellEnd"/>
          </w:p>
          <w:p w14:paraId="48108913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dnevna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rutina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skupnost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pot po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znanem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okolju</w:t>
            </w:r>
            <w:proofErr w:type="spellEnd"/>
          </w:p>
        </w:tc>
      </w:tr>
      <w:tr w:rsidR="00720201" w14:paraId="0D1DE080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66C3A0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4.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21.–25. 9.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FC1137" w14:textId="77777777" w:rsidR="00720201" w:rsidRDefault="00000000">
            <w:r>
              <w:rPr>
                <w:rFonts w:eastAsia="Aptos" w:cs="Aptos"/>
                <w:b/>
                <w:color w:val="202020"/>
              </w:rPr>
              <w:t>UČIM SE UČITI</w:t>
            </w:r>
          </w:p>
          <w:p w14:paraId="212D349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</w:t>
            </w:r>
            <w:proofErr w:type="spellEnd"/>
          </w:p>
          <w:p w14:paraId="5E463A0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pripomoček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strategijo</w:t>
            </w:r>
            <w:proofErr w:type="spellEnd"/>
          </w:p>
          <w:p w14:paraId="472CDD7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napredek</w:t>
            </w:r>
            <w:proofErr w:type="spellEnd"/>
          </w:p>
          <w:p w14:paraId="1F39A7B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vloge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pravila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razredu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kraju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E36D13" w14:textId="77777777" w:rsidR="00720201" w:rsidRDefault="00000000">
            <w:r>
              <w:rPr>
                <w:rFonts w:eastAsia="Aptos" w:cs="Aptos"/>
                <w:b/>
                <w:color w:val="202020"/>
              </w:rPr>
              <w:t>SLIKANICA IN PRIPOVED</w:t>
            </w:r>
          </w:p>
          <w:p w14:paraId="0CDC2CB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pozorno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umetnostno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besedilo</w:t>
            </w:r>
          </w:p>
          <w:p w14:paraId="75AC7F3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slikah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759A234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nadaljevanje</w:t>
            </w:r>
            <w:proofErr w:type="spellEnd"/>
          </w:p>
          <w:p w14:paraId="35498E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Murijevem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dnevu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dogodke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F8271C" w14:textId="77777777" w:rsidR="00720201" w:rsidRDefault="00000000">
            <w:r>
              <w:rPr>
                <w:rFonts w:eastAsia="Aptos" w:cs="Aptos"/>
                <w:b/>
                <w:color w:val="202020"/>
              </w:rPr>
              <w:t>VZORCI IN PRIREJANJE</w:t>
            </w:r>
          </w:p>
          <w:p w14:paraId="080158C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prireja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ena</w:t>
            </w:r>
            <w:proofErr w:type="spellEnd"/>
          </w:p>
          <w:p w14:paraId="36B8A57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manj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enako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mnogo</w:t>
            </w:r>
            <w:proofErr w:type="spellEnd"/>
          </w:p>
          <w:p w14:paraId="64AF81E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nadaljuje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ponavljajoče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3C17F21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Murijevega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sveta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AFD890" w14:textId="77777777" w:rsidR="00720201" w:rsidRDefault="00000000">
            <w:r>
              <w:rPr>
                <w:rFonts w:eastAsia="Aptos" w:cs="Aptos"/>
                <w:b/>
                <w:color w:val="202020"/>
              </w:rPr>
              <w:t>SCHOOL ROUTINE</w:t>
            </w:r>
          </w:p>
          <w:p w14:paraId="5E13F59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kratke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vsakdanje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izraze</w:t>
            </w:r>
            <w:proofErr w:type="spellEnd"/>
          </w:p>
          <w:p w14:paraId="3EC15D4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potrebuje</w:t>
            </w:r>
            <w:proofErr w:type="spellEnd"/>
          </w:p>
          <w:p w14:paraId="1B2421D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vljudnostni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</w:t>
            </w:r>
            <w:proofErr w:type="spellEnd"/>
          </w:p>
          <w:p w14:paraId="5433260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dele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šolske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rutine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vzoru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4683C1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GLASBENA IGRA</w:t>
            </w:r>
          </w:p>
          <w:p w14:paraId="3139593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hitro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počasi</w:t>
            </w:r>
            <w:proofErr w:type="spellEnd"/>
          </w:p>
          <w:p w14:paraId="002014C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odziv</w:t>
            </w:r>
            <w:proofErr w:type="spellEnd"/>
          </w:p>
          <w:p w14:paraId="69C9FDE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nastop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drugih</w:t>
            </w:r>
            <w:proofErr w:type="spellEnd"/>
          </w:p>
          <w:p w14:paraId="051F023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sprehod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mestu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A55BD7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MOJA UČILNICA</w:t>
            </w:r>
          </w:p>
          <w:p w14:paraId="0FC108B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rešitev</w:t>
            </w:r>
            <w:proofErr w:type="spellEnd"/>
          </w:p>
          <w:p w14:paraId="7B793F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kolaž</w:t>
            </w:r>
            <w:proofErr w:type="spellEnd"/>
          </w:p>
          <w:p w14:paraId="75807A3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5CDCBEF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kolaž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učilnice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Mačjega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mesta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9795E7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GIBANJE V NARAVI</w:t>
            </w:r>
          </w:p>
          <w:p w14:paraId="215E75E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giblje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podlagah</w:t>
            </w:r>
            <w:proofErr w:type="spellEnd"/>
          </w:p>
          <w:p w14:paraId="3FDE784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vzdržuje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ravnotežje</w:t>
            </w:r>
            <w:proofErr w:type="spellEnd"/>
          </w:p>
          <w:p w14:paraId="54B9600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odgovorno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66A6191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orientacijsko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Murijevih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poteh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2E468B5F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E3A511C" w14:textId="57938F7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ŠPORTNI DAN</w:t>
            </w:r>
            <w:r w:rsidR="00DF01EF">
              <w:rPr>
                <w:rFonts w:eastAsia="Aptos" w:cs="Aptos"/>
                <w:b/>
                <w:color w:val="B34A3C"/>
              </w:rPr>
              <w:t xml:space="preserve">: 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22. 9. 2026 </w:t>
            </w:r>
            <w:r w:rsidR="00DF01EF">
              <w:rPr>
                <w:rFonts w:eastAsia="Aptos" w:cs="Aptos"/>
                <w:b/>
                <w:color w:val="202020"/>
              </w:rPr>
              <w:t>(</w:t>
            </w:r>
            <w:r>
              <w:rPr>
                <w:rFonts w:eastAsia="Aptos" w:cs="Aptos"/>
                <w:b/>
                <w:color w:val="202020"/>
              </w:rPr>
              <w:t xml:space="preserve">Dan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slovenskega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športa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– Mini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olimpijada</w:t>
            </w:r>
            <w:proofErr w:type="spellEnd"/>
            <w:r w:rsidR="00DF01EF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14211E7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5D7A13" w14:textId="367279A3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ŠPORTNI DAN</w:t>
            </w:r>
            <w:r w:rsidR="00DF01EF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25. 9. 2026 </w:t>
            </w:r>
            <w:r w:rsidR="00DF01EF">
              <w:rPr>
                <w:rFonts w:eastAsia="Aptos" w:cs="Aptos"/>
                <w:b/>
                <w:color w:val="202020"/>
              </w:rPr>
              <w:t>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Pohod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s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starši</w:t>
            </w:r>
            <w:proofErr w:type="spellEnd"/>
            <w:r w:rsidR="00DF01EF">
              <w:rPr>
                <w:rFonts w:eastAsia="Aptos" w:cs="Aptos"/>
                <w:b/>
                <w:color w:val="202020"/>
              </w:rPr>
              <w:t>)</w:t>
            </w:r>
          </w:p>
        </w:tc>
      </w:tr>
    </w:tbl>
    <w:p w14:paraId="5599B256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00722F62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5B6C8E" w14:textId="6579C40B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2.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6038DC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VARNA POT IN MOBILNOST</w:t>
            </w:r>
            <w:r>
              <w:rPr>
                <w:rFonts w:eastAsia="Aptos" w:cs="Aptos"/>
                <w:b/>
                <w:color w:val="202020"/>
              </w:rPr>
              <w:br/>
              <w:t>28. 9. 2026–23. 10. 2026</w:t>
            </w:r>
          </w:p>
        </w:tc>
      </w:tr>
      <w:tr w:rsidR="00720201" w14:paraId="4815402E" w14:textId="77777777" w:rsidTr="00DF01EF">
        <w:trPr>
          <w:cantSplit/>
          <w:trHeight w:val="348"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379085D0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6A53C8" w14:textId="3F63142C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1CEF15" w14:textId="5709BAC5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0CC0C9" w14:textId="2B4EE8CA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4CB5CA" w14:textId="0D456354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E6C6E6" w14:textId="3A004E1B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692818" w14:textId="38C12B50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33DF96" w14:textId="65A77D2B" w:rsidR="00720201" w:rsidRDefault="00000000" w:rsidP="00DF01EF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66C4899A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4BF182" w14:textId="1F62DA2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Rdeča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kapica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>« – brata Grimm</w:t>
            </w:r>
          </w:p>
          <w:p w14:paraId="667D0F65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varna pot,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vidnost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premišljeno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ravnanje</w:t>
            </w:r>
            <w:proofErr w:type="spellEnd"/>
          </w:p>
        </w:tc>
      </w:tr>
      <w:tr w:rsidR="00720201" w14:paraId="52F710AF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DFD913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5.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28. 9.–2. 10.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97789B" w14:textId="77777777" w:rsidR="00720201" w:rsidRDefault="00000000">
            <w:r>
              <w:rPr>
                <w:rFonts w:eastAsia="Aptos" w:cs="Aptos"/>
                <w:b/>
                <w:color w:val="202020"/>
              </w:rPr>
              <w:t>VARNA POT</w:t>
            </w:r>
          </w:p>
          <w:p w14:paraId="17FAAFD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vlogo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pešca</w:t>
            </w:r>
            <w:proofErr w:type="spellEnd"/>
          </w:p>
          <w:p w14:paraId="0737D92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cesti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prečka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vozišče</w:t>
            </w:r>
            <w:proofErr w:type="spellEnd"/>
          </w:p>
          <w:p w14:paraId="049209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odsevna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telesa</w:t>
            </w:r>
            <w:proofErr w:type="spellEnd"/>
          </w:p>
          <w:p w14:paraId="717DA24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presoja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vidnost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neznancu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C75CCC" w14:textId="77777777" w:rsidR="00720201" w:rsidRDefault="00000000">
            <w:r>
              <w:rPr>
                <w:rFonts w:eastAsia="Aptos" w:cs="Aptos"/>
                <w:b/>
                <w:color w:val="202020"/>
              </w:rPr>
              <w:t>NAVODILO IN POGOVOR</w:t>
            </w:r>
          </w:p>
          <w:p w14:paraId="2A400A9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</w:t>
            </w:r>
            <w:proofErr w:type="spellEnd"/>
          </w:p>
          <w:p w14:paraId="75E37F9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sprašuje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odgovarja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</w:t>
            </w:r>
            <w:proofErr w:type="spellEnd"/>
          </w:p>
          <w:p w14:paraId="33A2FF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ustrezne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prostorske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izraze</w:t>
            </w:r>
            <w:proofErr w:type="spellEnd"/>
          </w:p>
          <w:p w14:paraId="0F357E7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obravnava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odigra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dialoge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412679" w14:textId="77777777" w:rsidR="00720201" w:rsidRDefault="00000000">
            <w:r>
              <w:rPr>
                <w:rFonts w:eastAsia="Aptos" w:cs="Aptos"/>
                <w:b/>
                <w:color w:val="202020"/>
              </w:rPr>
              <w:t>PRIREJANJE IN UREJANJE</w:t>
            </w:r>
          </w:p>
          <w:p w14:paraId="686DACD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prireja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predmete</w:t>
            </w:r>
            <w:proofErr w:type="spellEnd"/>
          </w:p>
          <w:p w14:paraId="528DDAB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dolžini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višini</w:t>
            </w:r>
            <w:proofErr w:type="spellEnd"/>
          </w:p>
          <w:p w14:paraId="270BF04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utemelji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lastnost</w:t>
            </w:r>
            <w:proofErr w:type="spellEnd"/>
          </w:p>
          <w:p w14:paraId="100C9E5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dolžine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košare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2265D0" w14:textId="77777777" w:rsidR="00720201" w:rsidRDefault="00000000">
            <w:r>
              <w:rPr>
                <w:rFonts w:eastAsia="Aptos" w:cs="Aptos"/>
                <w:b/>
                <w:color w:val="202020"/>
              </w:rPr>
              <w:t>ON THE WAY</w:t>
            </w:r>
          </w:p>
          <w:p w14:paraId="75A8B4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stop, go, left in right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gibu</w:t>
            </w:r>
            <w:proofErr w:type="spellEnd"/>
          </w:p>
          <w:p w14:paraId="6433C18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prevozna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sredstva</w:t>
            </w:r>
            <w:proofErr w:type="spellEnd"/>
          </w:p>
          <w:p w14:paraId="3094F2E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navodilu</w:t>
            </w:r>
            <w:proofErr w:type="spellEnd"/>
          </w:p>
          <w:p w14:paraId="5D372FA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stop, go, left in right</w:t>
            </w:r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2B17AB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ZVOKI PROMETA</w:t>
            </w:r>
          </w:p>
          <w:p w14:paraId="7537CF5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naravne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umetne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zvoke</w:t>
            </w:r>
            <w:proofErr w:type="spellEnd"/>
          </w:p>
          <w:p w14:paraId="791A1CB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</w:t>
            </w:r>
            <w:proofErr w:type="spellEnd"/>
          </w:p>
          <w:p w14:paraId="79CD5A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glasbilo</w:t>
            </w:r>
            <w:proofErr w:type="spellEnd"/>
          </w:p>
          <w:p w14:paraId="560DF52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gozda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8256B1" w14:textId="77777777" w:rsidR="00720201" w:rsidRDefault="00000000">
            <w:r>
              <w:rPr>
                <w:rFonts w:eastAsia="Aptos" w:cs="Aptos"/>
                <w:b/>
                <w:color w:val="202020"/>
              </w:rPr>
              <w:t>VIDEN V PROMETU</w:t>
            </w:r>
          </w:p>
          <w:p w14:paraId="5344C4B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kontrast</w:t>
            </w:r>
            <w:proofErr w:type="spellEnd"/>
          </w:p>
          <w:p w14:paraId="103BFA4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prometni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67FE109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izrazito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ploskev</w:t>
            </w:r>
            <w:proofErr w:type="spellEnd"/>
          </w:p>
          <w:p w14:paraId="18CE9E8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Rdečo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kapico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opozorilni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znak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A3C987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GIBANJE V SMEREH</w:t>
            </w:r>
          </w:p>
          <w:p w14:paraId="2B7713E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ustavlja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1242CF1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spreminja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hitrost</w:t>
            </w:r>
            <w:proofErr w:type="spellEnd"/>
          </w:p>
          <w:p w14:paraId="2810A21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ohranja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razdaljo</w:t>
            </w:r>
            <w:proofErr w:type="spellEnd"/>
          </w:p>
          <w:p w14:paraId="21263C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premaga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varnostnimi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nalogami</w:t>
            </w:r>
            <w:proofErr w:type="spellEnd"/>
          </w:p>
        </w:tc>
      </w:tr>
      <w:tr w:rsidR="00720201" w14:paraId="436A22F6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FF0C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B47FAB7" w14:textId="35DF68A0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TEHNIŠKI DAN</w:t>
            </w:r>
            <w:r w:rsidR="00352489">
              <w:rPr>
                <w:rFonts w:eastAsia="Aptos" w:cs="Aptos"/>
                <w:b/>
                <w:color w:val="B34A3C"/>
              </w:rPr>
              <w:t xml:space="preserve">: 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29. 9. 2026 </w:t>
            </w:r>
            <w:r w:rsidR="00352489">
              <w:rPr>
                <w:rFonts w:eastAsia="Aptos" w:cs="Aptos"/>
                <w:b/>
                <w:color w:val="202020"/>
              </w:rPr>
              <w:t>(</w:t>
            </w:r>
            <w:r>
              <w:rPr>
                <w:rFonts w:eastAsia="Aptos" w:cs="Aptos"/>
                <w:b/>
                <w:color w:val="202020"/>
              </w:rPr>
              <w:t xml:space="preserve"> Dan z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reševalnimi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službami</w:t>
            </w:r>
            <w:proofErr w:type="spellEnd"/>
            <w:r w:rsidR="00352489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3070ABE3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CC012C" w14:textId="5C4E07E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»Volk in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sedem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kozličkov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>« – brata Grimm</w:t>
            </w:r>
          </w:p>
          <w:p w14:paraId="0255CB9B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prepoznavanje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znakov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varnost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doma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kritično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poslušanje</w:t>
            </w:r>
            <w:proofErr w:type="spellEnd"/>
          </w:p>
        </w:tc>
      </w:tr>
      <w:tr w:rsidR="00720201" w14:paraId="2E7DD7B5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7EEE3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6.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5.–9. 10.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86BC02" w14:textId="77777777" w:rsidR="00720201" w:rsidRDefault="00000000">
            <w:r>
              <w:rPr>
                <w:rFonts w:eastAsia="Aptos" w:cs="Aptos"/>
                <w:b/>
                <w:color w:val="202020"/>
              </w:rPr>
              <w:t>PROMETNI ZNAKI</w:t>
            </w:r>
          </w:p>
          <w:p w14:paraId="00E7596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znakov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pešce</w:t>
            </w:r>
            <w:proofErr w:type="spellEnd"/>
          </w:p>
          <w:p w14:paraId="465D21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promet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okolici</w:t>
            </w:r>
            <w:proofErr w:type="spellEnd"/>
          </w:p>
          <w:p w14:paraId="7DE6927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ravnanje</w:t>
            </w:r>
            <w:proofErr w:type="spellEnd"/>
          </w:p>
          <w:p w14:paraId="118D87C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prepoznava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nevarnost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pokliče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pomoč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9E4E61" w14:textId="77777777" w:rsidR="00720201" w:rsidRDefault="00000000">
            <w:r>
              <w:rPr>
                <w:rFonts w:eastAsia="Aptos" w:cs="Aptos"/>
                <w:b/>
                <w:color w:val="202020"/>
              </w:rPr>
              <w:t>ZLOG IN GLAS</w:t>
            </w:r>
          </w:p>
          <w:p w14:paraId="3D31D9D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členi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zloge</w:t>
            </w:r>
            <w:proofErr w:type="spellEnd"/>
          </w:p>
          <w:p w14:paraId="3C7E2D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začetni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</w:p>
          <w:p w14:paraId="4FA163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prometni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7D7E619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tvori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resnične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neresnične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trditve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731846" w14:textId="77777777" w:rsidR="00720201" w:rsidRDefault="00000000">
            <w:r>
              <w:rPr>
                <w:rFonts w:eastAsia="Aptos" w:cs="Aptos"/>
                <w:b/>
                <w:color w:val="202020"/>
              </w:rPr>
              <w:t>ŠTEVILO 0 IN ŠTEVILA DO 5</w:t>
            </w:r>
          </w:p>
          <w:p w14:paraId="7E7732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šteje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predmete</w:t>
            </w:r>
            <w:proofErr w:type="spellEnd"/>
          </w:p>
          <w:p w14:paraId="3DDE5EC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količino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načinov</w:t>
            </w:r>
            <w:proofErr w:type="spellEnd"/>
          </w:p>
          <w:p w14:paraId="16E6976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</w:p>
          <w:p w14:paraId="274A996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sledi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prikazuje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količine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5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3EC5949" w14:textId="77777777" w:rsidR="00720201" w:rsidRDefault="00000000">
            <w:r>
              <w:rPr>
                <w:rFonts w:eastAsia="Aptos" w:cs="Aptos"/>
                <w:b/>
                <w:color w:val="202020"/>
              </w:rPr>
              <w:t>TRAFFIC WORDS</w:t>
            </w:r>
          </w:p>
          <w:p w14:paraId="4D2A47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prometno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69FDF92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</w:p>
          <w:p w14:paraId="4F4C8FD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igri</w:t>
            </w:r>
            <w:proofErr w:type="spellEnd"/>
          </w:p>
          <w:p w14:paraId="4736B4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se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odziva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glasovna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navodila</w:t>
            </w:r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B6547C" w14:textId="77777777" w:rsidR="00720201" w:rsidRDefault="00000000">
            <w:r>
              <w:rPr>
                <w:rFonts w:eastAsia="Aptos" w:cs="Aptos"/>
                <w:b/>
                <w:color w:val="202020"/>
              </w:rPr>
              <w:t>RITEM KORAKOV</w:t>
            </w:r>
          </w:p>
          <w:p w14:paraId="25D3DA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izreka</w:t>
            </w:r>
            <w:proofErr w:type="spellEnd"/>
          </w:p>
          <w:p w14:paraId="4B6AEA8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posnema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</w:p>
          <w:p w14:paraId="5FB52BF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44648F8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visoke,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nizke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močne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tihe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glasove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E2FDFD" w14:textId="77777777" w:rsidR="00720201" w:rsidRDefault="00000000">
            <w:r>
              <w:rPr>
                <w:rFonts w:eastAsia="Aptos" w:cs="Aptos"/>
                <w:b/>
                <w:color w:val="202020"/>
              </w:rPr>
              <w:t>ČRTE V PROSTORU</w:t>
            </w:r>
          </w:p>
          <w:p w14:paraId="7F36CBD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krive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črte</w:t>
            </w:r>
            <w:proofErr w:type="spellEnd"/>
          </w:p>
          <w:p w14:paraId="7436FD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sklenjeno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nesklenjeno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črto</w:t>
            </w:r>
            <w:proofErr w:type="spellEnd"/>
          </w:p>
          <w:p w14:paraId="7CB1985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risarsko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tehniko</w:t>
            </w:r>
            <w:proofErr w:type="spellEnd"/>
          </w:p>
          <w:p w14:paraId="442D7F7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vrata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sledi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lutko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pravljice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7F036B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POLIGON PROMETA</w:t>
            </w:r>
          </w:p>
          <w:p w14:paraId="43B2F2E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premaguje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ovire</w:t>
            </w:r>
            <w:proofErr w:type="spellEnd"/>
          </w:p>
          <w:p w14:paraId="431CF8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pravilno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smer</w:t>
            </w:r>
            <w:proofErr w:type="spellEnd"/>
          </w:p>
          <w:p w14:paraId="497856B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dogovorjena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</w:p>
          <w:p w14:paraId="28A3C9B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hitro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reagira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dogovorjeni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varnostni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znak</w:t>
            </w:r>
            <w:proofErr w:type="spellEnd"/>
          </w:p>
        </w:tc>
      </w:tr>
      <w:tr w:rsidR="00720201" w14:paraId="751B5B55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CC90203" w14:textId="29290B7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Juri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Muri v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Afriki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Tone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Pavček</w:t>
            </w:r>
            <w:proofErr w:type="spellEnd"/>
          </w:p>
          <w:p w14:paraId="365EFCF7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potovanje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prevozna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sredstva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spoštovanje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različnosti</w:t>
            </w:r>
            <w:proofErr w:type="spellEnd"/>
          </w:p>
        </w:tc>
      </w:tr>
      <w:tr w:rsidR="00720201" w14:paraId="4BE96F7C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58BB049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7.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12.–16. 10.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AF6A348" w14:textId="77777777" w:rsidR="00720201" w:rsidRDefault="00000000">
            <w:r>
              <w:rPr>
                <w:rFonts w:eastAsia="Aptos" w:cs="Aptos"/>
                <w:b/>
                <w:color w:val="202020"/>
              </w:rPr>
              <w:t>PREVOZNA SREDSTVA</w:t>
            </w:r>
          </w:p>
          <w:p w14:paraId="72E2D4E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prevozna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sredstva</w:t>
            </w:r>
            <w:proofErr w:type="spellEnd"/>
          </w:p>
          <w:p w14:paraId="030F64C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manj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izbire</w:t>
            </w:r>
            <w:proofErr w:type="spellEnd"/>
          </w:p>
          <w:p w14:paraId="009A410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trajnostne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mobilnosti</w:t>
            </w:r>
            <w:proofErr w:type="spellEnd"/>
          </w:p>
          <w:p w14:paraId="38BD3A0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načine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odgovorno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E680DE1" w14:textId="77777777" w:rsidR="00720201" w:rsidRDefault="00000000">
            <w:r>
              <w:rPr>
                <w:rFonts w:eastAsia="Aptos" w:cs="Aptos"/>
                <w:b/>
                <w:color w:val="202020"/>
              </w:rPr>
              <w:t>BESEDILO OB SLIKI</w:t>
            </w:r>
            <w:r>
              <w:rPr>
                <w:rFonts w:eastAsia="Aptos" w:cs="Aptos"/>
                <w:b/>
                <w:color w:val="202020"/>
              </w:rPr>
              <w:br/>
              <w:t>VELIKA TISKANA ČRKA A</w:t>
            </w:r>
          </w:p>
          <w:p w14:paraId="08E95AB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7B48E5A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dogodek</w:t>
            </w:r>
            <w:proofErr w:type="spellEnd"/>
          </w:p>
          <w:p w14:paraId="369E4D9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/a/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glasovnih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verigah</w:t>
            </w:r>
            <w:proofErr w:type="spellEnd"/>
          </w:p>
          <w:p w14:paraId="7212AC1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pesnitev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potovanje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609DDC" w14:textId="77777777" w:rsidR="00720201" w:rsidRDefault="00000000">
            <w:r>
              <w:rPr>
                <w:rFonts w:eastAsia="Aptos" w:cs="Aptos"/>
                <w:b/>
                <w:color w:val="202020"/>
              </w:rPr>
              <w:t>ŠTEVILA DO 5</w:t>
            </w:r>
          </w:p>
          <w:p w14:paraId="0294E10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</w:p>
          <w:p w14:paraId="248AB1A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določi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predhodnika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naslednika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obsegu</w:t>
            </w:r>
            <w:proofErr w:type="spellEnd"/>
          </w:p>
          <w:p w14:paraId="77CE05C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nadaljuje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35C1417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prevozna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sredstva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količine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5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F88044" w14:textId="77777777" w:rsidR="00720201" w:rsidRDefault="00000000">
            <w:r>
              <w:rPr>
                <w:rFonts w:eastAsia="Aptos" w:cs="Aptos"/>
                <w:b/>
                <w:color w:val="202020"/>
              </w:rPr>
              <w:t>HOW DO WE TRAVEL?</w:t>
            </w:r>
          </w:p>
          <w:p w14:paraId="455D7F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prevozno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sredstvo</w:t>
            </w:r>
            <w:proofErr w:type="spellEnd"/>
          </w:p>
          <w:p w14:paraId="2F037A6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337BA06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posnetek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opori</w:t>
            </w:r>
            <w:proofErr w:type="spellEnd"/>
          </w:p>
          <w:p w14:paraId="28C65BB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prevozna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sredstva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izmenjavo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CB9B826" w14:textId="77777777" w:rsidR="00720201" w:rsidRDefault="00000000">
            <w:r>
              <w:rPr>
                <w:rFonts w:eastAsia="Aptos" w:cs="Aptos"/>
                <w:b/>
                <w:color w:val="202020"/>
              </w:rPr>
              <w:t>PESEM O POTI</w:t>
            </w:r>
          </w:p>
          <w:p w14:paraId="5BDA71E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664FAA0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petje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ritmom</w:t>
            </w:r>
            <w:proofErr w:type="spellEnd"/>
          </w:p>
          <w:p w14:paraId="193B31A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tiho</w:t>
            </w:r>
            <w:proofErr w:type="spellEnd"/>
          </w:p>
          <w:p w14:paraId="0EEC9C5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potovalni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636E384" w14:textId="77777777" w:rsidR="00720201" w:rsidRDefault="00000000">
            <w:r>
              <w:rPr>
                <w:rFonts w:eastAsia="Aptos" w:cs="Aptos"/>
                <w:b/>
                <w:color w:val="202020"/>
              </w:rPr>
              <w:t>KOLAŽ PREVOZNIH SREDSTEV</w:t>
            </w:r>
          </w:p>
          <w:p w14:paraId="22C308F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trga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lepi</w:t>
            </w:r>
            <w:proofErr w:type="spellEnd"/>
          </w:p>
          <w:p w14:paraId="2F3C70B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celoto</w:t>
            </w:r>
            <w:proofErr w:type="spellEnd"/>
          </w:p>
          <w:p w14:paraId="3CBC9C5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pripomočke</w:t>
            </w:r>
            <w:proofErr w:type="spellEnd"/>
          </w:p>
          <w:p w14:paraId="2AC634C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kolaž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vozila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domišljijske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pokrajine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E3B693" w14:textId="77777777" w:rsidR="00720201" w:rsidRDefault="00000000">
            <w:r>
              <w:rPr>
                <w:rFonts w:eastAsia="Aptos" w:cs="Aptos"/>
                <w:b/>
                <w:color w:val="202020"/>
              </w:rPr>
              <w:t>SKIRO IN KOLO – PREDVAJE</w:t>
            </w:r>
          </w:p>
          <w:p w14:paraId="0ADFD7A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razvija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ravnotežje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koordinacijo</w:t>
            </w:r>
            <w:proofErr w:type="spellEnd"/>
          </w:p>
          <w:p w14:paraId="486203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ustavlja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se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732C54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zaščitno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opremo</w:t>
            </w:r>
            <w:proofErr w:type="spellEnd"/>
          </w:p>
          <w:p w14:paraId="7C0988D5" w14:textId="77777777" w:rsidR="000A6C83" w:rsidRPr="000A6C83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različnih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postajah</w:t>
            </w:r>
            <w:proofErr w:type="spellEnd"/>
            <w:r w:rsidR="000A6C83"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 xml:space="preserve"> </w:t>
            </w:r>
          </w:p>
          <w:p w14:paraId="081DE531" w14:textId="77777777" w:rsidR="000A6C83" w:rsidRPr="000A6C83" w:rsidRDefault="000A6C83" w:rsidP="000A6C83">
            <w:pPr>
              <w:ind w:left="181"/>
            </w:pPr>
          </w:p>
          <w:p w14:paraId="06AA3CC1" w14:textId="14D3457F" w:rsidR="00720201" w:rsidRDefault="000A6C83" w:rsidP="000A6C83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</w:tr>
      <w:tr w:rsidR="00720201" w14:paraId="1ABF9819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66CACD" w14:textId="32A2C18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Bremenski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mestni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godci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>« – brata Grimm</w:t>
            </w:r>
          </w:p>
          <w:p w14:paraId="637F03BF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pot,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pogum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sodelovanje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glasba</w:t>
            </w:r>
            <w:proofErr w:type="spellEnd"/>
          </w:p>
        </w:tc>
      </w:tr>
      <w:tr w:rsidR="00720201" w14:paraId="470EBA4B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3AA52A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8.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19.–23. 10.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DF0AEF" w14:textId="77777777" w:rsidR="00720201" w:rsidRDefault="00000000">
            <w:r>
              <w:rPr>
                <w:rFonts w:eastAsia="Aptos" w:cs="Aptos"/>
                <w:b/>
                <w:color w:val="202020"/>
              </w:rPr>
              <w:t>VARNO IN ODGOVORNO</w:t>
            </w:r>
          </w:p>
          <w:p w14:paraId="76B342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znanje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opazovalnem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sprehodu</w:t>
            </w:r>
            <w:proofErr w:type="spellEnd"/>
          </w:p>
          <w:p w14:paraId="55F8B9C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presodi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udeležencev</w:t>
            </w:r>
            <w:proofErr w:type="spellEnd"/>
          </w:p>
          <w:p w14:paraId="41FC83E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pot</w:t>
            </w:r>
          </w:p>
          <w:p w14:paraId="119A324E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utemeljuje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sodelovalno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  <w:p w14:paraId="0AF13C81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0F5C0E22" w14:textId="63AAC56D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96D517" w14:textId="77777777" w:rsidR="00720201" w:rsidRDefault="00000000">
            <w:r>
              <w:rPr>
                <w:rFonts w:eastAsia="Aptos" w:cs="Aptos"/>
                <w:b/>
                <w:color w:val="202020"/>
              </w:rPr>
              <w:t>KAJ ŽE ZNAM</w:t>
            </w:r>
            <w:r>
              <w:rPr>
                <w:rFonts w:eastAsia="Aptos" w:cs="Aptos"/>
                <w:b/>
                <w:color w:val="202020"/>
              </w:rPr>
              <w:br/>
              <w:t>VELIKA TISKANA ČRKA E</w:t>
            </w:r>
          </w:p>
          <w:p w14:paraId="0A79A9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pot</w:t>
            </w:r>
          </w:p>
          <w:p w14:paraId="786F0EE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navodilu</w:t>
            </w:r>
            <w:proofErr w:type="spellEnd"/>
          </w:p>
          <w:p w14:paraId="579C024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/e/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E,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glasovnih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verigah</w:t>
            </w:r>
            <w:proofErr w:type="spellEnd"/>
          </w:p>
          <w:p w14:paraId="170FF43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odigra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srečanja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1807EA" w14:textId="77777777" w:rsidR="00720201" w:rsidRDefault="00000000">
            <w:r>
              <w:rPr>
                <w:rFonts w:eastAsia="Aptos" w:cs="Aptos"/>
                <w:b/>
                <w:color w:val="202020"/>
              </w:rPr>
              <w:t>PREVERJANJE RAZUMEVANJA</w:t>
            </w:r>
          </w:p>
          <w:p w14:paraId="66F48F7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prireja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 5</w:t>
            </w:r>
          </w:p>
          <w:p w14:paraId="4F30EB4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razloži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postopek</w:t>
            </w:r>
            <w:proofErr w:type="spellEnd"/>
          </w:p>
          <w:p w14:paraId="22BEBFD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5D6E14CC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velikosti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  <w:p w14:paraId="78472C3B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0AD33630" w14:textId="5D78C95F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D28C0D" w14:textId="77777777" w:rsidR="00720201" w:rsidRDefault="00000000">
            <w:r>
              <w:rPr>
                <w:rFonts w:eastAsia="Aptos" w:cs="Aptos"/>
                <w:b/>
                <w:color w:val="202020"/>
              </w:rPr>
              <w:t>REVISION</w:t>
            </w:r>
          </w:p>
          <w:p w14:paraId="1F53CCE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navodila</w:t>
            </w:r>
          </w:p>
          <w:p w14:paraId="6CE88F4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izmenjavi</w:t>
            </w:r>
            <w:proofErr w:type="spellEnd"/>
          </w:p>
          <w:p w14:paraId="30CCD2E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razumevanje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dejanjem</w:t>
            </w:r>
            <w:proofErr w:type="spellEnd"/>
          </w:p>
          <w:p w14:paraId="3CC3F8E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skupinsko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poved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30A1F7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ZVOČNA ZGODBA</w:t>
            </w:r>
          </w:p>
          <w:p w14:paraId="75C257B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3BAC29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dogovorjenemu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znaku</w:t>
            </w:r>
            <w:proofErr w:type="spellEnd"/>
          </w:p>
          <w:p w14:paraId="56C5BBA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skupinsko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izvedbo</w:t>
            </w:r>
            <w:proofErr w:type="spellEnd"/>
          </w:p>
          <w:p w14:paraId="7ABD28B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orkester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D105DF" w14:textId="77777777" w:rsidR="00720201" w:rsidRDefault="00000000">
            <w:r>
              <w:rPr>
                <w:rFonts w:eastAsia="Aptos" w:cs="Aptos"/>
                <w:b/>
                <w:color w:val="202020"/>
              </w:rPr>
              <w:t>PROMETNI PLAKAT</w:t>
            </w:r>
          </w:p>
          <w:p w14:paraId="7EDB17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sredstva</w:t>
            </w:r>
            <w:proofErr w:type="spellEnd"/>
          </w:p>
          <w:p w14:paraId="362CDA8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jasno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razporedi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znake</w:t>
            </w:r>
            <w:proofErr w:type="spellEnd"/>
          </w:p>
          <w:p w14:paraId="71C7683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sporočilo</w:t>
            </w:r>
            <w:proofErr w:type="spellEnd"/>
          </w:p>
          <w:p w14:paraId="09F51E2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skupinski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plakat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pravljičnih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godcev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91BB6C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GIBALNA NALOGA</w:t>
            </w:r>
          </w:p>
          <w:p w14:paraId="40CFD32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poligon</w:t>
            </w:r>
            <w:proofErr w:type="spellEnd"/>
          </w:p>
          <w:p w14:paraId="7FE3A25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spodbuja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druge</w:t>
            </w:r>
            <w:proofErr w:type="spellEnd"/>
          </w:p>
          <w:p w14:paraId="5AD76EB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varnost</w:t>
            </w:r>
            <w:proofErr w:type="spellEnd"/>
          </w:p>
          <w:p w14:paraId="0F017F98" w14:textId="77777777" w:rsidR="00720201" w:rsidRPr="00E9696E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premaga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Osličkovo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pot«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skupini</w:t>
            </w:r>
          </w:p>
          <w:p w14:paraId="5E952D27" w14:textId="77777777" w:rsidR="00E9696E" w:rsidRDefault="00E9696E" w:rsidP="00E9696E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15BE7803" w14:textId="047C2D11" w:rsidR="00E9696E" w:rsidRDefault="00E9696E" w:rsidP="00E9696E">
            <w:pPr>
              <w:ind w:left="181"/>
            </w:pPr>
          </w:p>
        </w:tc>
      </w:tr>
      <w:tr w:rsidR="00720201" w14:paraId="789AA5F3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0DB9B9" w14:textId="31158F3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ŠPORTNI DAN</w:t>
            </w:r>
            <w:r w:rsidR="00ED23B2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23. 10. 2026 </w:t>
            </w:r>
            <w:r w:rsidR="00ED23B2">
              <w:rPr>
                <w:rFonts w:eastAsia="Aptos" w:cs="Aptos"/>
                <w:b/>
                <w:color w:val="202020"/>
              </w:rPr>
              <w:t>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Osličkova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pot</w:t>
            </w:r>
            <w:r w:rsidR="00ED23B2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4ADA461E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7EE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DD60DF" w14:textId="283B028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>JESENSKE POČITNICE</w:t>
            </w:r>
            <w:r w:rsidR="00ED23B2">
              <w:rPr>
                <w:rFonts w:eastAsia="Aptos" w:cs="Aptos"/>
                <w:b/>
                <w:color w:val="202020"/>
                <w:sz w:val="17"/>
              </w:rPr>
              <w:t xml:space="preserve">: 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 26.</w:t>
            </w:r>
            <w:r w:rsidR="00ED23B2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–</w:t>
            </w:r>
            <w:r w:rsidR="00ED23B2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30. 10. 2026</w:t>
            </w:r>
          </w:p>
        </w:tc>
      </w:tr>
    </w:tbl>
    <w:p w14:paraId="32C0D773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7875A281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16157E" w14:textId="79EAB7D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3.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435DE4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JESEN, SNOVI IN ŽIVA BITJA</w:t>
            </w:r>
            <w:r>
              <w:rPr>
                <w:rFonts w:eastAsia="Aptos" w:cs="Aptos"/>
                <w:b/>
                <w:color w:val="202020"/>
              </w:rPr>
              <w:br/>
              <w:t>2. 11. 2026–27. 11. 2026</w:t>
            </w:r>
          </w:p>
        </w:tc>
      </w:tr>
      <w:tr w:rsidR="00720201" w14:paraId="02ED9143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53E83549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510644" w14:textId="3C9CA88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6A22E3" w14:textId="60FAE81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C9438B" w14:textId="14A67D0B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31069C" w14:textId="5217DBC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D763B7" w14:textId="785801E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194389" w14:textId="634E61E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40D9B9" w14:textId="510F7493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34387453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EA5EF9" w14:textId="019E25B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Sonček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boža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tačice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Srečko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Kosovel</w:t>
            </w:r>
            <w:proofErr w:type="spellEnd"/>
          </w:p>
          <w:p w14:paraId="304A7A09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sonce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jesensko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vreme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čutno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doživljanje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narave</w:t>
            </w:r>
            <w:proofErr w:type="spellEnd"/>
          </w:p>
        </w:tc>
      </w:tr>
      <w:tr w:rsidR="00720201" w14:paraId="03A1F84E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D371CF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9.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2.–6. 11.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C21459" w14:textId="77777777" w:rsidR="00720201" w:rsidRDefault="00000000">
            <w:r>
              <w:rPr>
                <w:rFonts w:eastAsia="Aptos" w:cs="Aptos"/>
                <w:b/>
                <w:color w:val="202020"/>
              </w:rPr>
              <w:t>JESENSKE SPREMEMBE</w:t>
            </w:r>
          </w:p>
          <w:p w14:paraId="269387C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dolžino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dneva</w:t>
            </w:r>
            <w:proofErr w:type="spellEnd"/>
          </w:p>
          <w:p w14:paraId="04CDABD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spremembe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okolju</w:t>
            </w:r>
            <w:proofErr w:type="spellEnd"/>
          </w:p>
          <w:p w14:paraId="61467EA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opazovalni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zapis</w:t>
            </w:r>
            <w:proofErr w:type="spellEnd"/>
          </w:p>
          <w:p w14:paraId="68755F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jesenske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spremembe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občutki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DC957F" w14:textId="77777777" w:rsidR="00720201" w:rsidRDefault="00000000">
            <w:r>
              <w:rPr>
                <w:rFonts w:eastAsia="Aptos" w:cs="Aptos"/>
                <w:b/>
                <w:color w:val="202020"/>
              </w:rPr>
              <w:t>OPIS OPAZOVANJA</w:t>
            </w:r>
            <w:r>
              <w:rPr>
                <w:rFonts w:eastAsia="Aptos" w:cs="Aptos"/>
                <w:b/>
                <w:color w:val="202020"/>
              </w:rPr>
              <w:br/>
              <w:t>VELIKA TISKANA ČRKA I</w:t>
            </w:r>
          </w:p>
          <w:p w14:paraId="1E60229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opis</w:t>
            </w:r>
            <w:proofErr w:type="spellEnd"/>
          </w:p>
          <w:p w14:paraId="691C0BF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opažene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lastnosti</w:t>
            </w:r>
            <w:proofErr w:type="spellEnd"/>
          </w:p>
          <w:p w14:paraId="7404E2E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glasovnih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verigah</w:t>
            </w:r>
            <w:proofErr w:type="spellEnd"/>
          </w:p>
          <w:p w14:paraId="77808953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doživeto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išče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besede</w:t>
            </w:r>
            <w:proofErr w:type="spellEnd"/>
          </w:p>
          <w:p w14:paraId="285C6927" w14:textId="77777777" w:rsidR="00F01A14" w:rsidRDefault="00F01A14" w:rsidP="00F01A14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7A8139F0" w14:textId="7C3ABE5A" w:rsidR="00F01A14" w:rsidRDefault="00F01A14" w:rsidP="00F01A14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A98A8CB" w14:textId="77777777" w:rsidR="00720201" w:rsidRDefault="00000000">
            <w:r>
              <w:rPr>
                <w:rFonts w:eastAsia="Aptos" w:cs="Aptos"/>
                <w:b/>
                <w:color w:val="202020"/>
              </w:rPr>
              <w:t>ŠTEVILA DO 5</w:t>
            </w:r>
          </w:p>
          <w:p w14:paraId="5D9050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</w:p>
          <w:p w14:paraId="0464C08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količine</w:t>
            </w:r>
            <w:proofErr w:type="spellEnd"/>
          </w:p>
          <w:p w14:paraId="283A19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dogovorjeni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smeri</w:t>
            </w:r>
            <w:proofErr w:type="spellEnd"/>
          </w:p>
          <w:p w14:paraId="57F936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jesenske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plodove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B94972" w14:textId="77777777" w:rsidR="00720201" w:rsidRDefault="00000000">
            <w:r>
              <w:rPr>
                <w:rFonts w:eastAsia="Aptos" w:cs="Aptos"/>
                <w:b/>
                <w:color w:val="202020"/>
              </w:rPr>
              <w:t>AUTUMN</w:t>
            </w:r>
          </w:p>
          <w:p w14:paraId="7543598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</w:p>
          <w:p w14:paraId="33CD817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</w:p>
          <w:p w14:paraId="6DEC260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pesmi</w:t>
            </w:r>
            <w:proofErr w:type="spellEnd"/>
          </w:p>
          <w:p w14:paraId="177B50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vreme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C671EC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ZVOKI JESENI</w:t>
            </w:r>
          </w:p>
          <w:p w14:paraId="080D53C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narave</w:t>
            </w:r>
            <w:proofErr w:type="spellEnd"/>
          </w:p>
          <w:p w14:paraId="025412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višje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nižje</w:t>
            </w:r>
            <w:proofErr w:type="spellEnd"/>
          </w:p>
          <w:p w14:paraId="6E68A2D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spremljavo</w:t>
            </w:r>
            <w:proofErr w:type="spellEnd"/>
          </w:p>
          <w:p w14:paraId="3F3BD76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zvočili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ponazori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sonce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korake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C3EF05" w14:textId="77777777" w:rsidR="00720201" w:rsidRDefault="00000000">
            <w:r>
              <w:rPr>
                <w:rFonts w:eastAsia="Aptos" w:cs="Aptos"/>
                <w:b/>
                <w:color w:val="202020"/>
              </w:rPr>
              <w:t>JESENSKE BARVE</w:t>
            </w:r>
          </w:p>
          <w:p w14:paraId="78B59A2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meša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</w:p>
          <w:p w14:paraId="69E70C5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slika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opazovanju</w:t>
            </w:r>
            <w:proofErr w:type="spellEnd"/>
          </w:p>
          <w:p w14:paraId="5FD1B83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razpoloženje</w:t>
            </w:r>
            <w:proofErr w:type="spellEnd"/>
          </w:p>
          <w:p w14:paraId="0B95799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tople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jesenske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sledi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674F23" w14:textId="77777777" w:rsidR="00720201" w:rsidRDefault="00000000">
            <w:r>
              <w:rPr>
                <w:rFonts w:eastAsia="Aptos" w:cs="Aptos"/>
                <w:b/>
                <w:color w:val="202020"/>
              </w:rPr>
              <w:t>ATLETSKE IGRE</w:t>
            </w:r>
          </w:p>
          <w:p w14:paraId="16538FB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krajši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razdalji</w:t>
            </w:r>
            <w:proofErr w:type="spellEnd"/>
          </w:p>
          <w:p w14:paraId="1EBC1F9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skače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mesta</w:t>
            </w:r>
            <w:proofErr w:type="spellEnd"/>
          </w:p>
          <w:p w14:paraId="3214C51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postaj</w:t>
            </w:r>
            <w:proofErr w:type="spellEnd"/>
          </w:p>
          <w:p w14:paraId="61DA029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sončni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pozdrav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atletske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naravi</w:t>
            </w:r>
            <w:proofErr w:type="spellEnd"/>
          </w:p>
        </w:tc>
      </w:tr>
      <w:tr w:rsidR="00720201" w14:paraId="05F4CFBA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7BF8A92" w14:textId="67A1724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Zakaj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?« – Lila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Prap</w:t>
            </w:r>
            <w:proofErr w:type="spellEnd"/>
          </w:p>
          <w:p w14:paraId="0A33F2C3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radovednost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vprašanja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ter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raziskovanje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živali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rastlin</w:t>
            </w:r>
            <w:proofErr w:type="spellEnd"/>
          </w:p>
        </w:tc>
      </w:tr>
      <w:tr w:rsidR="00720201" w14:paraId="122FF09F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D1BE7B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10.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9.–13. 11.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853918" w14:textId="77777777" w:rsidR="00720201" w:rsidRDefault="00000000">
            <w:r>
              <w:rPr>
                <w:rFonts w:eastAsia="Aptos" w:cs="Aptos"/>
                <w:b/>
                <w:color w:val="202020"/>
              </w:rPr>
              <w:t>ŽIVO IN NEŽIVO</w:t>
            </w:r>
          </w:p>
          <w:p w14:paraId="09EC215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nežive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narave</w:t>
            </w:r>
            <w:proofErr w:type="spellEnd"/>
          </w:p>
          <w:p w14:paraId="42C7D5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osnovne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potrebe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bitij</w:t>
            </w:r>
            <w:proofErr w:type="spellEnd"/>
          </w:p>
          <w:p w14:paraId="0750DA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primere</w:t>
            </w:r>
            <w:proofErr w:type="spellEnd"/>
          </w:p>
          <w:p w14:paraId="43D0B89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postavlja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raziskovalna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neživem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454FD1" w14:textId="77777777" w:rsidR="00720201" w:rsidRDefault="00000000">
            <w:r>
              <w:rPr>
                <w:rFonts w:eastAsia="Aptos" w:cs="Aptos"/>
                <w:b/>
                <w:color w:val="202020"/>
              </w:rPr>
              <w:t>PRIPOVED</w:t>
            </w:r>
            <w:r>
              <w:rPr>
                <w:rFonts w:eastAsia="Aptos" w:cs="Aptos"/>
                <w:b/>
                <w:color w:val="202020"/>
              </w:rPr>
              <w:br/>
              <w:t>VELIKA TISKANA ČRKA O</w:t>
            </w:r>
          </w:p>
          <w:p w14:paraId="3313E72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avtorsko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pravljico</w:t>
            </w:r>
            <w:proofErr w:type="spellEnd"/>
          </w:p>
          <w:p w14:paraId="1D97C86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bistvene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dogodke</w:t>
            </w:r>
            <w:proofErr w:type="spellEnd"/>
          </w:p>
          <w:p w14:paraId="62EF7C8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/o/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glasovnih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verigah</w:t>
            </w:r>
            <w:proofErr w:type="spellEnd"/>
          </w:p>
          <w:p w14:paraId="1888CC2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besedilo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tvori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zakaj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0C420A" w14:textId="77777777" w:rsidR="00720201" w:rsidRDefault="00000000">
            <w:r>
              <w:rPr>
                <w:rFonts w:eastAsia="Aptos" w:cs="Aptos"/>
                <w:b/>
                <w:color w:val="202020"/>
              </w:rPr>
              <w:t>SEŠTEVANJE KOT ZDRUŽEVANJE</w:t>
            </w:r>
          </w:p>
          <w:p w14:paraId="184E65F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modelira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združevanje</w:t>
            </w:r>
            <w:proofErr w:type="spellEnd"/>
          </w:p>
          <w:p w14:paraId="12AB1AB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</w:t>
            </w:r>
            <w:proofErr w:type="spellEnd"/>
          </w:p>
          <w:p w14:paraId="492B96D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zgodbo</w:t>
            </w:r>
            <w:proofErr w:type="spellEnd"/>
          </w:p>
          <w:p w14:paraId="2847C70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združuje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skupine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ponazarja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seštevanje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ABEF9F" w14:textId="77777777" w:rsidR="00720201" w:rsidRDefault="00000000">
            <w:r>
              <w:rPr>
                <w:rFonts w:eastAsia="Aptos" w:cs="Aptos"/>
                <w:b/>
                <w:color w:val="202020"/>
              </w:rPr>
              <w:t>ANIMALS AND PLANTS</w:t>
            </w:r>
          </w:p>
          <w:p w14:paraId="3314A5E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3A2DE53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0DBF355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bitje</w:t>
            </w:r>
            <w:proofErr w:type="spellEnd"/>
          </w:p>
          <w:p w14:paraId="7B6E139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vzoru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F2382F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GLASBENA PRAVLJICA</w:t>
            </w:r>
          </w:p>
          <w:p w14:paraId="0F62431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ponavljanje</w:t>
            </w:r>
            <w:proofErr w:type="spellEnd"/>
          </w:p>
          <w:p w14:paraId="47B3641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dogodek</w:t>
            </w:r>
            <w:proofErr w:type="spellEnd"/>
          </w:p>
          <w:p w14:paraId="48130D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izvedbi</w:t>
            </w:r>
            <w:proofErr w:type="spellEnd"/>
          </w:p>
          <w:p w14:paraId="1DFEEC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glasbeni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odgovor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vprašanje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CF2BFE" w14:textId="77777777" w:rsidR="00720201" w:rsidRDefault="00000000">
            <w:r>
              <w:rPr>
                <w:rFonts w:eastAsia="Aptos" w:cs="Aptos"/>
                <w:b/>
                <w:color w:val="202020"/>
              </w:rPr>
              <w:t>MODEL ŽIVEGA BITJA</w:t>
            </w:r>
          </w:p>
          <w:p w14:paraId="41D79FF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gline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mase</w:t>
            </w:r>
          </w:p>
          <w:p w14:paraId="0820A7C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značilne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dele</w:t>
            </w:r>
          </w:p>
          <w:p w14:paraId="67D0C6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materialom</w:t>
            </w:r>
            <w:proofErr w:type="spellEnd"/>
          </w:p>
          <w:p w14:paraId="4F541F0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stran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slikanice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vprašanjem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odgovorom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3681EA" w14:textId="77777777" w:rsidR="00720201" w:rsidRDefault="00000000">
            <w:r>
              <w:rPr>
                <w:rFonts w:eastAsia="Aptos" w:cs="Aptos"/>
                <w:b/>
                <w:color w:val="202020"/>
              </w:rPr>
              <w:t>SKOKI IN METI</w:t>
            </w:r>
          </w:p>
          <w:p w14:paraId="6B22E7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skače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daljino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mesta</w:t>
            </w:r>
            <w:proofErr w:type="spellEnd"/>
          </w:p>
          <w:p w14:paraId="3510EB3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lažji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cilj</w:t>
            </w:r>
            <w:proofErr w:type="spellEnd"/>
          </w:p>
          <w:p w14:paraId="651B65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pobira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rekvizite</w:t>
            </w:r>
            <w:proofErr w:type="spellEnd"/>
          </w:p>
          <w:p w14:paraId="6710FFB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posnema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</w:p>
        </w:tc>
      </w:tr>
      <w:tr w:rsidR="00720201" w14:paraId="437AC2B9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42EBA02" w14:textId="31DD502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Hvaležni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medved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slovenska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ljudska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pravljica</w:t>
            </w:r>
            <w:proofErr w:type="spellEnd"/>
          </w:p>
          <w:p w14:paraId="1FA2CC0D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gozd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življenjski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prostor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pomoč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hvaležnost</w:t>
            </w:r>
            <w:proofErr w:type="spellEnd"/>
          </w:p>
        </w:tc>
      </w:tr>
      <w:tr w:rsidR="00720201" w14:paraId="28A9FB07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8D0F4B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11.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16.–20. 11.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909326" w14:textId="77777777" w:rsidR="00720201" w:rsidRDefault="00000000">
            <w:r>
              <w:rPr>
                <w:rFonts w:eastAsia="Aptos" w:cs="Aptos"/>
                <w:b/>
                <w:color w:val="202020"/>
              </w:rPr>
              <w:t>ŽIVLJENJSKA OKOLJA</w:t>
            </w:r>
          </w:p>
          <w:p w14:paraId="1A6A10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okoljem</w:t>
            </w:r>
            <w:proofErr w:type="spellEnd"/>
          </w:p>
          <w:p w14:paraId="71F542E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lokalno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</w:t>
            </w:r>
            <w:proofErr w:type="spellEnd"/>
          </w:p>
          <w:p w14:paraId="6915069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spoštljivo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organizmov</w:t>
            </w:r>
            <w:proofErr w:type="spellEnd"/>
          </w:p>
          <w:p w14:paraId="66A9B06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medveda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življenjskim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skrbjo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naravo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E072ED" w14:textId="77777777" w:rsidR="00720201" w:rsidRDefault="00000000">
            <w:r>
              <w:rPr>
                <w:rFonts w:eastAsia="Aptos" w:cs="Aptos"/>
                <w:b/>
                <w:color w:val="202020"/>
              </w:rPr>
              <w:t>SAMOGLASNIKI IN GLASOVNE VERIGE</w:t>
            </w:r>
            <w:r>
              <w:rPr>
                <w:rFonts w:eastAsia="Aptos" w:cs="Aptos"/>
                <w:b/>
                <w:color w:val="202020"/>
              </w:rPr>
              <w:br/>
              <w:t>VELIKA TISKANA ČRKA U</w:t>
            </w:r>
          </w:p>
          <w:p w14:paraId="3BA5A0F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vseh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pet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samoglasnikov</w:t>
            </w:r>
            <w:proofErr w:type="spellEnd"/>
          </w:p>
          <w:p w14:paraId="5C1D571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posamezne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samoglasnike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kratke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verige</w:t>
            </w:r>
            <w:proofErr w:type="spellEnd"/>
          </w:p>
          <w:p w14:paraId="6CA3A12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modelu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nareku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samoglasnikov</w:t>
            </w:r>
            <w:proofErr w:type="spellEnd"/>
          </w:p>
          <w:p w14:paraId="5C6AB9D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pojasni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dejanja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68A1C3" w14:textId="77777777" w:rsidR="00720201" w:rsidRDefault="00000000">
            <w:r>
              <w:rPr>
                <w:rFonts w:eastAsia="Aptos" w:cs="Aptos"/>
                <w:b/>
                <w:color w:val="202020"/>
              </w:rPr>
              <w:t>ODŠTEVANJE KOT ODVZEMANJE</w:t>
            </w:r>
          </w:p>
          <w:p w14:paraId="1A1266D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modelira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odvzemanje</w:t>
            </w:r>
            <w:proofErr w:type="spellEnd"/>
          </w:p>
          <w:p w14:paraId="4F003E5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</w:t>
            </w:r>
            <w:proofErr w:type="spellEnd"/>
          </w:p>
          <w:p w14:paraId="576564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preveri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rezultat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konkretnim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gradivom</w:t>
            </w:r>
            <w:proofErr w:type="spellEnd"/>
          </w:p>
          <w:p w14:paraId="67BD3B7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odvzema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konkretne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preverja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rezultat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A01DA6" w14:textId="77777777" w:rsidR="00720201" w:rsidRDefault="00000000">
            <w:r>
              <w:rPr>
                <w:rFonts w:eastAsia="Aptos" w:cs="Aptos"/>
                <w:b/>
                <w:color w:val="202020"/>
              </w:rPr>
              <w:t>WHERE DOES IT LIVE?</w:t>
            </w:r>
          </w:p>
          <w:p w14:paraId="569E51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povezavo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>–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</w:t>
            </w:r>
            <w:proofErr w:type="spellEnd"/>
          </w:p>
          <w:p w14:paraId="12995C1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206D859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razvrščanju</w:t>
            </w:r>
            <w:proofErr w:type="spellEnd"/>
          </w:p>
          <w:p w14:paraId="24AAB90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njihov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prostor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4897D8A" w14:textId="77777777" w:rsidR="00720201" w:rsidRDefault="00000000">
            <w:r>
              <w:rPr>
                <w:rFonts w:eastAsia="Aptos" w:cs="Aptos"/>
                <w:b/>
                <w:color w:val="202020"/>
              </w:rPr>
              <w:t>NARAVNI IN UMETNI ZVOKI</w:t>
            </w:r>
          </w:p>
          <w:p w14:paraId="69A1E6D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vire</w:t>
            </w:r>
            <w:proofErr w:type="spellEnd"/>
          </w:p>
          <w:p w14:paraId="0322439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tišino</w:t>
            </w:r>
            <w:proofErr w:type="spellEnd"/>
          </w:p>
          <w:p w14:paraId="5487BE2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3B8FE058" w14:textId="6E0313B9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r w:rsidR="00AF4DB2">
              <w:rPr>
                <w:rFonts w:eastAsia="Aptos" w:cs="Aptos"/>
                <w:i/>
                <w:color w:val="B34A3C"/>
                <w:sz w:val="15"/>
              </w:rPr>
              <w:t>pokrajine</w:t>
            </w:r>
          </w:p>
          <w:p w14:paraId="1DEF12F6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76962D17" w14:textId="19A30477" w:rsidR="00AF4DB2" w:rsidRPr="00AF4DB2" w:rsidRDefault="00AF4DB2" w:rsidP="00AF4DB2">
            <w:pPr>
              <w:ind w:left="181"/>
              <w:rPr>
                <w:b/>
                <w:bCs/>
                <w:iCs/>
              </w:rPr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4CBD2B" w14:textId="77777777" w:rsidR="00720201" w:rsidRDefault="00000000">
            <w:r>
              <w:rPr>
                <w:rFonts w:eastAsia="Aptos" w:cs="Aptos"/>
                <w:b/>
                <w:color w:val="202020"/>
              </w:rPr>
              <w:t>NARAVNI MATERIALI</w:t>
            </w:r>
          </w:p>
          <w:p w14:paraId="6D02178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teksture</w:t>
            </w:r>
            <w:proofErr w:type="spellEnd"/>
          </w:p>
          <w:p w14:paraId="044D681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sestavi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tvorbo</w:t>
            </w:r>
            <w:proofErr w:type="spellEnd"/>
          </w:p>
          <w:p w14:paraId="289F104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od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material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izvira</w:t>
            </w:r>
            <w:proofErr w:type="spellEnd"/>
          </w:p>
          <w:p w14:paraId="79411A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medveda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naravnih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materialov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A4CFD1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GIBANJE ŽIVALI</w:t>
            </w:r>
          </w:p>
          <w:p w14:paraId="3AC5661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posnema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načine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gibanja</w:t>
            </w:r>
            <w:proofErr w:type="spellEnd"/>
          </w:p>
          <w:p w14:paraId="41EB0A3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gibe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70F3320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ohranja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</w:t>
            </w:r>
            <w:proofErr w:type="spellEnd"/>
          </w:p>
          <w:p w14:paraId="3CD3E94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posnema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paru</w:t>
            </w:r>
            <w:proofErr w:type="spellEnd"/>
          </w:p>
        </w:tc>
      </w:tr>
      <w:tr w:rsidR="00720201" w14:paraId="1CF8425B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0FFD08" w14:textId="6235094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»Tri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botre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lisičice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slovenska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ljudska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pravljica</w:t>
            </w:r>
            <w:proofErr w:type="spellEnd"/>
          </w:p>
          <w:p w14:paraId="2C6AEC4E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gozd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iznajdljivost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snovi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odgovorna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raba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materialov</w:t>
            </w:r>
            <w:proofErr w:type="spellEnd"/>
          </w:p>
        </w:tc>
      </w:tr>
      <w:tr w:rsidR="00720201" w14:paraId="7DB91246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16649D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12.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23.–27. 11.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1EC6C9" w14:textId="77777777" w:rsidR="00720201" w:rsidRDefault="00000000">
            <w:r>
              <w:rPr>
                <w:rFonts w:eastAsia="Aptos" w:cs="Aptos"/>
                <w:b/>
                <w:color w:val="202020"/>
              </w:rPr>
              <w:t>SNOVI IN ODPADKI</w:t>
            </w:r>
          </w:p>
          <w:p w14:paraId="28BCC84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papir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les,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kovino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steklo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plastiko</w:t>
            </w:r>
            <w:proofErr w:type="spellEnd"/>
          </w:p>
          <w:p w14:paraId="6D5C8C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odpadke</w:t>
            </w:r>
            <w:proofErr w:type="spellEnd"/>
          </w:p>
          <w:p w14:paraId="1281783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ponovno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uporabo</w:t>
            </w:r>
            <w:proofErr w:type="spellEnd"/>
          </w:p>
          <w:p w14:paraId="0BEDCB3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naravne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odpadki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C9AEDA1" w14:textId="77777777" w:rsidR="00720201" w:rsidRDefault="00000000">
            <w:r>
              <w:rPr>
                <w:rFonts w:eastAsia="Aptos" w:cs="Aptos"/>
                <w:b/>
                <w:color w:val="202020"/>
              </w:rPr>
              <w:t>NAVODILO ZA IZDELEK</w:t>
            </w:r>
            <w:r>
              <w:rPr>
                <w:rFonts w:eastAsia="Aptos" w:cs="Aptos"/>
                <w:b/>
                <w:color w:val="202020"/>
              </w:rPr>
              <w:br/>
              <w:t>VELIKA TISKANA ČRKA N</w:t>
            </w:r>
          </w:p>
          <w:p w14:paraId="1E9B06B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slikovnemu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ustnemu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navodilu</w:t>
            </w:r>
            <w:proofErr w:type="spellEnd"/>
          </w:p>
          <w:p w14:paraId="3C5E64E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dela</w:t>
            </w:r>
          </w:p>
          <w:p w14:paraId="0C52403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/n/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črkami</w:t>
            </w:r>
            <w:proofErr w:type="spellEnd"/>
          </w:p>
          <w:p w14:paraId="4A759A2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uredi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dogajanje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vidika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ene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lisičice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A88C4A" w14:textId="77777777" w:rsidR="00720201" w:rsidRDefault="00000000">
            <w:r>
              <w:rPr>
                <w:rFonts w:eastAsia="Aptos" w:cs="Aptos"/>
                <w:b/>
                <w:color w:val="202020"/>
              </w:rPr>
              <w:t>RAČUNANJE DO 5</w:t>
            </w:r>
          </w:p>
          <w:p w14:paraId="091AA17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sešteva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obsegu</w:t>
            </w:r>
            <w:proofErr w:type="spellEnd"/>
          </w:p>
          <w:p w14:paraId="5DB2118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reši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nalogo</w:t>
            </w:r>
          </w:p>
          <w:p w14:paraId="1356343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konkretnim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modelom</w:t>
            </w:r>
            <w:proofErr w:type="spellEnd"/>
          </w:p>
          <w:p w14:paraId="6D1DFE3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računa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5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AE74D3" w14:textId="77777777" w:rsidR="00720201" w:rsidRDefault="00000000">
            <w:r>
              <w:rPr>
                <w:rFonts w:eastAsia="Aptos" w:cs="Aptos"/>
                <w:b/>
                <w:color w:val="202020"/>
              </w:rPr>
              <w:t>MATERIALS</w:t>
            </w:r>
          </w:p>
          <w:p w14:paraId="69C48B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predmetih</w:t>
            </w:r>
            <w:proofErr w:type="spellEnd"/>
          </w:p>
          <w:p w14:paraId="3424FCE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lastnost</w:t>
            </w:r>
            <w:proofErr w:type="spellEnd"/>
          </w:p>
          <w:p w14:paraId="0A0822B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75294B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slikovni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opori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4EF36F" w14:textId="77777777" w:rsidR="00720201" w:rsidRDefault="00000000">
            <w:r>
              <w:rPr>
                <w:rFonts w:eastAsia="Aptos" w:cs="Aptos"/>
                <w:b/>
                <w:color w:val="202020"/>
              </w:rPr>
              <w:t>IZDELAJMO GLASBILO</w:t>
            </w:r>
          </w:p>
          <w:p w14:paraId="0BDDC71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materialov</w:t>
            </w:r>
            <w:proofErr w:type="spellEnd"/>
          </w:p>
          <w:p w14:paraId="562A6D3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izdela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zvočilo</w:t>
            </w:r>
            <w:proofErr w:type="spellEnd"/>
          </w:p>
          <w:p w14:paraId="34AC4D2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511925F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vključi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lisičji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D2492D" w14:textId="77777777" w:rsidR="00720201" w:rsidRDefault="00000000">
            <w:r>
              <w:rPr>
                <w:rFonts w:eastAsia="Aptos" w:cs="Aptos"/>
                <w:b/>
                <w:color w:val="202020"/>
              </w:rPr>
              <w:t>ROČNA DELA</w:t>
            </w:r>
          </w:p>
          <w:p w14:paraId="3A4E120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60163F6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papir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tekstil</w:t>
            </w:r>
            <w:proofErr w:type="spellEnd"/>
          </w:p>
          <w:p w14:paraId="508A45D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delovno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mesto</w:t>
            </w:r>
          </w:p>
          <w:p w14:paraId="63A69F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lisičjo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ponovno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uporabljenih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materialov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3B18E9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POLIGON JESENI</w:t>
            </w:r>
          </w:p>
          <w:p w14:paraId="183749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skok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met</w:t>
            </w:r>
          </w:p>
          <w:p w14:paraId="1C070AE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vztraja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nalogi</w:t>
            </w:r>
            <w:proofErr w:type="spellEnd"/>
          </w:p>
          <w:p w14:paraId="553ABC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izvedbo</w:t>
            </w:r>
            <w:proofErr w:type="spellEnd"/>
          </w:p>
          <w:p w14:paraId="4969DFB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premaga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jesenski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tremi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postajami</w:t>
            </w:r>
            <w:proofErr w:type="spellEnd"/>
          </w:p>
        </w:tc>
      </w:tr>
      <w:tr w:rsidR="00720201" w14:paraId="35870704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1E5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FFF059C" w14:textId="597D305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KULTURNI DAN</w:t>
            </w:r>
            <w:r w:rsidR="00DF01EF">
              <w:rPr>
                <w:rFonts w:eastAsia="Aptos" w:cs="Aptos"/>
                <w:b/>
                <w:color w:val="B34A3C"/>
              </w:rPr>
              <w:t xml:space="preserve">: 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november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2026</w:t>
            </w:r>
            <w:r w:rsidR="00DF01EF">
              <w:rPr>
                <w:rFonts w:eastAsia="Aptos" w:cs="Aptos"/>
                <w:b/>
                <w:color w:val="202020"/>
              </w:rPr>
              <w:t xml:space="preserve"> -</w:t>
            </w:r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Gledališče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Koper</w:t>
            </w:r>
            <w:r w:rsidR="00DF01EF">
              <w:rPr>
                <w:rFonts w:eastAsia="Aptos" w:cs="Aptos"/>
                <w:b/>
                <w:color w:val="202020"/>
              </w:rPr>
              <w:t xml:space="preserve"> (datum </w:t>
            </w:r>
            <w:proofErr w:type="spellStart"/>
            <w:r w:rsidR="00DF01EF">
              <w:rPr>
                <w:rFonts w:eastAsia="Aptos" w:cs="Aptos"/>
                <w:b/>
                <w:color w:val="202020"/>
              </w:rPr>
              <w:t>dolči</w:t>
            </w:r>
            <w:proofErr w:type="spellEnd"/>
            <w:r w:rsidR="00DF01EF"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 w:rsidR="00DF01EF">
              <w:rPr>
                <w:rFonts w:eastAsia="Aptos" w:cs="Aptos"/>
                <w:b/>
                <w:color w:val="202020"/>
              </w:rPr>
              <w:t>gledališče</w:t>
            </w:r>
            <w:proofErr w:type="spellEnd"/>
            <w:r w:rsidR="00DF01EF">
              <w:rPr>
                <w:rFonts w:eastAsia="Aptos" w:cs="Aptos"/>
                <w:b/>
                <w:color w:val="202020"/>
              </w:rPr>
              <w:t>)</w:t>
            </w:r>
          </w:p>
        </w:tc>
      </w:tr>
    </w:tbl>
    <w:p w14:paraId="1824FA06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1563EF83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987C4A" w14:textId="32B393A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4.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DE500F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MOJA DRUŽINA, SKUPNOST IN PRAZNOVANJA</w:t>
            </w:r>
            <w:r>
              <w:rPr>
                <w:rFonts w:eastAsia="Aptos" w:cs="Aptos"/>
                <w:b/>
                <w:color w:val="202020"/>
              </w:rPr>
              <w:br/>
              <w:t>30. 11. 2026–24. 12. 2026</w:t>
            </w:r>
          </w:p>
        </w:tc>
      </w:tr>
      <w:tr w:rsidR="00720201" w14:paraId="22B95F11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35E822E5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8F8EC6" w14:textId="2E33592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6504C5" w14:textId="02F0534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74ADF1" w14:textId="58B7E5B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41CF1D" w14:textId="21F59C2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B38033" w14:textId="6673F40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49F740" w14:textId="0966BB4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9F1A1B" w14:textId="452AF50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792779B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C80E053" w14:textId="0EF00F9D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Moj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dežnik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je lahko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balon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Ela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Peroci</w:t>
            </w:r>
            <w:proofErr w:type="spellEnd"/>
          </w:p>
          <w:p w14:paraId="372A9F21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družina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domišljija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pot v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drugačen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svet</w:t>
            </w:r>
            <w:proofErr w:type="spellEnd"/>
          </w:p>
        </w:tc>
      </w:tr>
      <w:tr w:rsidR="00720201" w14:paraId="0E6A0CC0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749127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13.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30. 11.–4. 12.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F19028" w14:textId="77777777" w:rsidR="00720201" w:rsidRDefault="00000000">
            <w:r>
              <w:rPr>
                <w:rFonts w:eastAsia="Aptos" w:cs="Aptos"/>
                <w:b/>
                <w:color w:val="202020"/>
              </w:rPr>
              <w:t>DRUŽINA IN ODNOSI</w:t>
            </w:r>
          </w:p>
          <w:p w14:paraId="22344CA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družinske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skupnosti</w:t>
            </w:r>
            <w:proofErr w:type="spellEnd"/>
          </w:p>
          <w:p w14:paraId="4B6CD79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vlogo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pomoč</w:t>
            </w:r>
            <w:proofErr w:type="spellEnd"/>
          </w:p>
          <w:p w14:paraId="2997958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spoštuje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zasebnost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različnost</w:t>
            </w:r>
            <w:proofErr w:type="spellEnd"/>
          </w:p>
          <w:p w14:paraId="3750DF9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družinskimi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odnosi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občutkom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varnosti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9EABDA" w14:textId="77777777" w:rsidR="00720201" w:rsidRDefault="00000000">
            <w:r>
              <w:rPr>
                <w:rFonts w:eastAsia="Aptos" w:cs="Aptos"/>
                <w:b/>
                <w:color w:val="202020"/>
              </w:rPr>
              <w:t>OPIS SEBE</w:t>
            </w:r>
            <w:r>
              <w:rPr>
                <w:rFonts w:eastAsia="Aptos" w:cs="Aptos"/>
                <w:b/>
                <w:color w:val="202020"/>
              </w:rPr>
              <w:br/>
              <w:t>VELIKA TISKANA ČRKA M</w:t>
            </w:r>
          </w:p>
          <w:p w14:paraId="463397A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osebe</w:t>
            </w:r>
            <w:proofErr w:type="spellEnd"/>
          </w:p>
          <w:p w14:paraId="444E74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govornem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nastopu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samega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sebe</w:t>
            </w:r>
            <w:proofErr w:type="spellEnd"/>
          </w:p>
          <w:p w14:paraId="10CFBCF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/m/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0C91C6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deklico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domišljijski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nadaljuje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zgodbo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720929" w14:textId="77777777" w:rsidR="00720201" w:rsidRDefault="00000000">
            <w:r>
              <w:rPr>
                <w:rFonts w:eastAsia="Aptos" w:cs="Aptos"/>
                <w:b/>
                <w:color w:val="202020"/>
              </w:rPr>
              <w:t>ŠTEVILA DO 10</w:t>
            </w:r>
          </w:p>
          <w:p w14:paraId="64D64DC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šteje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zapisuje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</w:p>
          <w:p w14:paraId="0C7283A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ureja</w:t>
            </w:r>
            <w:proofErr w:type="spellEnd"/>
          </w:p>
          <w:p w14:paraId="2030F4D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določa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predhodnika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naslednika</w:t>
            </w:r>
            <w:proofErr w:type="spellEnd"/>
          </w:p>
          <w:p w14:paraId="112D697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10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pisane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32FAA1" w14:textId="77777777" w:rsidR="00720201" w:rsidRDefault="00000000">
            <w:r>
              <w:rPr>
                <w:rFonts w:eastAsia="Aptos" w:cs="Aptos"/>
                <w:b/>
                <w:color w:val="202020"/>
              </w:rPr>
              <w:t>MY FAMILY</w:t>
            </w:r>
          </w:p>
          <w:p w14:paraId="3CC5BF8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osnovna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poimenovanja</w:t>
            </w:r>
            <w:proofErr w:type="spellEnd"/>
          </w:p>
          <w:p w14:paraId="0950FA4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člana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029F438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dialogu</w:t>
            </w:r>
            <w:proofErr w:type="spellEnd"/>
          </w:p>
          <w:p w14:paraId="32EE469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družinske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člane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160F2D" w14:textId="77777777" w:rsidR="00720201" w:rsidRDefault="00000000">
            <w:r>
              <w:rPr>
                <w:rFonts w:eastAsia="Aptos" w:cs="Aptos"/>
                <w:b/>
                <w:color w:val="202020"/>
              </w:rPr>
              <w:t>DRUŽINSKE PESMI</w:t>
            </w:r>
          </w:p>
          <w:p w14:paraId="3B5134C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35625A7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solo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skupinsko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petje</w:t>
            </w:r>
            <w:proofErr w:type="spellEnd"/>
          </w:p>
          <w:p w14:paraId="193616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glasbili</w:t>
            </w:r>
            <w:proofErr w:type="spellEnd"/>
          </w:p>
          <w:p w14:paraId="4B0EA7D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dežnikom-balom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C4A4B16" w14:textId="77777777" w:rsidR="00720201" w:rsidRDefault="00000000">
            <w:r>
              <w:rPr>
                <w:rFonts w:eastAsia="Aptos" w:cs="Aptos"/>
                <w:b/>
                <w:color w:val="202020"/>
              </w:rPr>
              <w:t>DRUŽINSKI PORTRET</w:t>
            </w:r>
          </w:p>
          <w:p w14:paraId="192F4C4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med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figurami</w:t>
            </w:r>
            <w:proofErr w:type="spellEnd"/>
          </w:p>
          <w:p w14:paraId="468D3B7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risbo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</w:t>
            </w:r>
            <w:proofErr w:type="spellEnd"/>
          </w:p>
          <w:p w14:paraId="332F4C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zgodbo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izdelka</w:t>
            </w:r>
            <w:proofErr w:type="spellEnd"/>
          </w:p>
          <w:p w14:paraId="38A8D94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domišljijski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balon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družinski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A36290" w14:textId="77777777" w:rsidR="00720201" w:rsidRDefault="00000000">
            <w:r>
              <w:rPr>
                <w:rFonts w:eastAsia="Aptos" w:cs="Aptos"/>
                <w:b/>
                <w:color w:val="202020"/>
              </w:rPr>
              <w:t>GIMNASTIČNE OSNOVE</w:t>
            </w:r>
          </w:p>
          <w:p w14:paraId="570900E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kotaljenje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oporo</w:t>
            </w:r>
            <w:proofErr w:type="spellEnd"/>
          </w:p>
          <w:p w14:paraId="0F73BE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hodi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zmanjšani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podporni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ploskvi</w:t>
            </w:r>
            <w:proofErr w:type="spellEnd"/>
          </w:p>
          <w:p w14:paraId="665B9F1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pomaga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varovanju</w:t>
            </w:r>
            <w:proofErr w:type="spellEnd"/>
          </w:p>
          <w:p w14:paraId="63F378B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ravnotežnostno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balonom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28C15C11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577CB30" w14:textId="55D87C90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Pekarna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Mišmaš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Svetlana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Makarovič</w:t>
            </w:r>
            <w:proofErr w:type="spellEnd"/>
          </w:p>
          <w:p w14:paraId="2FBAB513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delo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skupnosti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odgovornost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pravična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delitev</w:t>
            </w:r>
            <w:proofErr w:type="spellEnd"/>
          </w:p>
        </w:tc>
      </w:tr>
      <w:tr w:rsidR="00720201" w14:paraId="3FFCC119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F5BA91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14.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7.–11. 12.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02FD9B" w14:textId="77777777" w:rsidR="00720201" w:rsidRDefault="00000000">
            <w:r>
              <w:rPr>
                <w:rFonts w:eastAsia="Aptos" w:cs="Aptos"/>
                <w:b/>
                <w:color w:val="202020"/>
              </w:rPr>
              <w:t>PRAVICE IN DOLŽNOSTI</w:t>
            </w:r>
          </w:p>
          <w:p w14:paraId="7FC7EE3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pravico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dolžnost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odgovornost</w:t>
            </w:r>
            <w:proofErr w:type="spellEnd"/>
          </w:p>
          <w:p w14:paraId="340B663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</w:t>
            </w:r>
            <w:proofErr w:type="spellEnd"/>
          </w:p>
          <w:p w14:paraId="345D0D8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predlaga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pomoč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skupnosti</w:t>
            </w:r>
            <w:proofErr w:type="spellEnd"/>
          </w:p>
          <w:p w14:paraId="70DD64D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razpravlja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delu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sodelovanju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pravicah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dolžnostih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873442E" w14:textId="77777777" w:rsidR="00720201" w:rsidRDefault="00000000">
            <w:r>
              <w:rPr>
                <w:rFonts w:eastAsia="Aptos" w:cs="Aptos"/>
                <w:b/>
                <w:color w:val="202020"/>
              </w:rPr>
              <w:t>POVED</w:t>
            </w:r>
            <w:r>
              <w:rPr>
                <w:rFonts w:eastAsia="Aptos" w:cs="Aptos"/>
                <w:b/>
                <w:color w:val="202020"/>
              </w:rPr>
              <w:br/>
              <w:t>VELIKA TISKANA ČRKA T</w:t>
            </w:r>
          </w:p>
          <w:p w14:paraId="790B87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da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sporoča</w:t>
            </w:r>
            <w:proofErr w:type="spellEnd"/>
          </w:p>
          <w:p w14:paraId="4A49F98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velikimi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tiskanimi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črkami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</w:p>
          <w:p w14:paraId="12F6CC9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/t/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T,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2112C1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književne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odigra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pekarne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79CCC02" w14:textId="77777777" w:rsidR="00720201" w:rsidRDefault="00000000">
            <w:r>
              <w:rPr>
                <w:rFonts w:eastAsia="Aptos" w:cs="Aptos"/>
                <w:b/>
                <w:color w:val="202020"/>
              </w:rPr>
              <w:t>SEŠTEVANJE DO 10</w:t>
            </w:r>
          </w:p>
          <w:p w14:paraId="054B51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združuje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količine</w:t>
            </w:r>
            <w:proofErr w:type="spellEnd"/>
          </w:p>
          <w:p w14:paraId="35818C9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</w:t>
            </w:r>
            <w:proofErr w:type="spellEnd"/>
          </w:p>
          <w:p w14:paraId="45FC2DF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zakon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zamenjavi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767C28C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sešteva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10 z modeli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hlebčkov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razdeli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356883" w14:textId="77777777" w:rsidR="00720201" w:rsidRDefault="00000000">
            <w:r>
              <w:rPr>
                <w:rFonts w:eastAsia="Aptos" w:cs="Aptos"/>
                <w:b/>
                <w:color w:val="202020"/>
              </w:rPr>
              <w:t>AT HOME</w:t>
            </w:r>
          </w:p>
          <w:p w14:paraId="5FF713C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poimenovanja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prostorov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dejavnosti</w:t>
            </w:r>
            <w:proofErr w:type="spellEnd"/>
          </w:p>
          <w:p w14:paraId="24BE76E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39E3A1C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6CC23BC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hrano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pekarni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7C8ED2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IGRAMO NA GLASBILA</w:t>
            </w:r>
          </w:p>
          <w:p w14:paraId="2F7FF1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pravilno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prime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glasbilo</w:t>
            </w:r>
            <w:proofErr w:type="spellEnd"/>
          </w:p>
          <w:p w14:paraId="5A5D7BB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dogovorjeni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</w:p>
          <w:p w14:paraId="4F5F561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dirigentski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1776CF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pekovski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glasbilih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FABA99" w14:textId="77777777" w:rsidR="00720201" w:rsidRDefault="00000000">
            <w:r>
              <w:rPr>
                <w:rFonts w:eastAsia="Aptos" w:cs="Aptos"/>
                <w:b/>
                <w:color w:val="202020"/>
              </w:rPr>
              <w:t>PROSTOR DOMA</w:t>
            </w:r>
          </w:p>
          <w:p w14:paraId="04D5575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prostorski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model</w:t>
            </w:r>
          </w:p>
          <w:p w14:paraId="0783D98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</w:t>
            </w:r>
            <w:proofErr w:type="spellEnd"/>
          </w:p>
          <w:p w14:paraId="683CE9B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odpadno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embalažo</w:t>
            </w:r>
            <w:proofErr w:type="spellEnd"/>
          </w:p>
          <w:p w14:paraId="03DF950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pekarno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kruh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različnih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materialov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365358A" w14:textId="77777777" w:rsidR="00720201" w:rsidRDefault="00000000">
            <w:r>
              <w:rPr>
                <w:rFonts w:eastAsia="Aptos" w:cs="Aptos"/>
                <w:b/>
                <w:color w:val="202020"/>
              </w:rPr>
              <w:t>RAVNOTEŽJE IN SPRETNOST</w:t>
            </w:r>
          </w:p>
          <w:p w14:paraId="4CC3BC9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gibov</w:t>
            </w:r>
            <w:proofErr w:type="spellEnd"/>
          </w:p>
          <w:p w14:paraId="0C277F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vzdržuje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ravnotežje</w:t>
            </w:r>
            <w:proofErr w:type="spellEnd"/>
          </w:p>
          <w:p w14:paraId="6251ED6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pospravi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orodje</w:t>
            </w:r>
            <w:proofErr w:type="spellEnd"/>
          </w:p>
          <w:p w14:paraId="7C0DFF0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spretnostni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Mišmaševa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pekarna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69F6E04C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88C01C" w14:textId="777D73D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Zvezdica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Zaspanka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Frane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Milčinski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Ježek</w:t>
            </w:r>
            <w:proofErr w:type="spellEnd"/>
          </w:p>
          <w:p w14:paraId="3F3EDED1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gledališče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praznovanje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odgovornost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prijaznost</w:t>
            </w:r>
            <w:proofErr w:type="spellEnd"/>
          </w:p>
        </w:tc>
      </w:tr>
      <w:tr w:rsidR="00720201" w14:paraId="5D522B8E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F07C4C9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15.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14.–18. 12.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15328E" w14:textId="77777777" w:rsidR="00720201" w:rsidRDefault="00000000">
            <w:r>
              <w:rPr>
                <w:rFonts w:eastAsia="Aptos" w:cs="Aptos"/>
                <w:b/>
                <w:color w:val="202020"/>
              </w:rPr>
              <w:t>PRAZNOVANJA</w:t>
            </w:r>
          </w:p>
          <w:p w14:paraId="50413BC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načine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praznovanja</w:t>
            </w:r>
            <w:proofErr w:type="spellEnd"/>
          </w:p>
          <w:p w14:paraId="719EA1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spoštuje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kulturno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jezikovno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raznolikost</w:t>
            </w:r>
            <w:proofErr w:type="spellEnd"/>
          </w:p>
          <w:p w14:paraId="6D9ECB4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pripravi</w:t>
            </w:r>
            <w:proofErr w:type="spellEnd"/>
          </w:p>
          <w:p w14:paraId="7FEA625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sporočilo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pravili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odnosi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skupnosti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CBE9A4" w14:textId="77777777" w:rsidR="00720201" w:rsidRDefault="00000000">
            <w:r>
              <w:rPr>
                <w:rFonts w:eastAsia="Aptos" w:cs="Aptos"/>
                <w:b/>
                <w:color w:val="202020"/>
              </w:rPr>
              <w:t>VOŠČILO IN PRIPOVED</w:t>
            </w:r>
            <w:r>
              <w:rPr>
                <w:rFonts w:eastAsia="Aptos" w:cs="Aptos"/>
                <w:b/>
                <w:color w:val="202020"/>
              </w:rPr>
              <w:br/>
              <w:t>VELIKA TISKANA ČRKA J</w:t>
            </w:r>
          </w:p>
          <w:p w14:paraId="72CF156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voščila</w:t>
            </w:r>
            <w:proofErr w:type="spellEnd"/>
          </w:p>
          <w:p w14:paraId="0D755F6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pisno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sporočilo</w:t>
            </w:r>
            <w:proofErr w:type="spellEnd"/>
          </w:p>
          <w:p w14:paraId="6AD88DA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/j/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J,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0CC3C17F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dramsko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besedilo,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prevzame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vlogo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dialog</w:t>
            </w:r>
          </w:p>
          <w:p w14:paraId="33B426B2" w14:textId="77777777" w:rsidR="00F01A14" w:rsidRDefault="00F01A14" w:rsidP="00F01A14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10BF778C" w14:textId="67C32551" w:rsidR="00F01A14" w:rsidRDefault="00F01A14" w:rsidP="00F01A14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59DFBF" w14:textId="77777777" w:rsidR="00720201" w:rsidRDefault="00000000">
            <w:r>
              <w:rPr>
                <w:rFonts w:eastAsia="Aptos" w:cs="Aptos"/>
                <w:b/>
                <w:color w:val="202020"/>
              </w:rPr>
              <w:t>ODŠTEVANJE DO 10</w:t>
            </w:r>
          </w:p>
          <w:p w14:paraId="3EE96A7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modelira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odvzemanje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razliko</w:t>
            </w:r>
            <w:proofErr w:type="spellEnd"/>
          </w:p>
          <w:p w14:paraId="1BA64D6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</w:t>
            </w:r>
            <w:proofErr w:type="spellEnd"/>
          </w:p>
          <w:p w14:paraId="55F3E0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reši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besedilno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nalogo</w:t>
            </w:r>
          </w:p>
          <w:p w14:paraId="07F1B8A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odšteva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10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zvezdami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zvezdne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vzorce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46AD99" w14:textId="77777777" w:rsidR="00720201" w:rsidRDefault="00000000">
            <w:r>
              <w:rPr>
                <w:rFonts w:eastAsia="Aptos" w:cs="Aptos"/>
                <w:b/>
                <w:color w:val="202020"/>
              </w:rPr>
              <w:t>CELEBRATIONS</w:t>
            </w:r>
          </w:p>
          <w:p w14:paraId="357E9DE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prazničnih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</w:t>
            </w:r>
            <w:proofErr w:type="spellEnd"/>
          </w:p>
          <w:p w14:paraId="557B654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zapojé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izreka</w:t>
            </w:r>
            <w:proofErr w:type="spellEnd"/>
          </w:p>
          <w:p w14:paraId="79EA2D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voščilo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27DC16D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praznovanje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noč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642079" w14:textId="77777777" w:rsidR="00720201" w:rsidRDefault="00000000">
            <w:r>
              <w:rPr>
                <w:rFonts w:eastAsia="Aptos" w:cs="Aptos"/>
                <w:b/>
                <w:color w:val="202020"/>
              </w:rPr>
              <w:t>PRAZNIČNA GLASBA</w:t>
            </w:r>
          </w:p>
          <w:p w14:paraId="393EA5E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izvedbe</w:t>
            </w:r>
            <w:proofErr w:type="spellEnd"/>
          </w:p>
          <w:p w14:paraId="336FC1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</w:t>
            </w:r>
            <w:proofErr w:type="spellEnd"/>
          </w:p>
          <w:p w14:paraId="6158534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spremljavo</w:t>
            </w:r>
            <w:proofErr w:type="spellEnd"/>
          </w:p>
          <w:p w14:paraId="147FF1F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zvezdno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kuliso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B722710" w14:textId="77777777" w:rsidR="00720201" w:rsidRDefault="00000000">
            <w:r>
              <w:rPr>
                <w:rFonts w:eastAsia="Aptos" w:cs="Aptos"/>
                <w:b/>
                <w:color w:val="202020"/>
              </w:rPr>
              <w:t>VOŠČILNICA</w:t>
            </w:r>
          </w:p>
          <w:p w14:paraId="3551493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grafični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odtis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kolaž</w:t>
            </w:r>
            <w:proofErr w:type="spellEnd"/>
          </w:p>
          <w:p w14:paraId="0A73540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podobo</w:t>
            </w:r>
            <w:proofErr w:type="spellEnd"/>
          </w:p>
          <w:p w14:paraId="056B19C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izdelka</w:t>
            </w:r>
            <w:proofErr w:type="spellEnd"/>
          </w:p>
          <w:p w14:paraId="78C80E6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zvezdo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lutko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gledališko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vstopnico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DE5B78" w14:textId="77777777" w:rsidR="00720201" w:rsidRDefault="00000000">
            <w:r>
              <w:rPr>
                <w:rFonts w:eastAsia="Aptos" w:cs="Aptos"/>
                <w:b/>
                <w:color w:val="202020"/>
              </w:rPr>
              <w:t>RITMIČNO GIBANJE</w:t>
            </w:r>
          </w:p>
          <w:p w14:paraId="4667C56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giblje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</w:t>
            </w:r>
            <w:proofErr w:type="spellEnd"/>
          </w:p>
          <w:p w14:paraId="160D3D8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14FE9C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krogu</w:t>
            </w:r>
            <w:proofErr w:type="spellEnd"/>
          </w:p>
          <w:p w14:paraId="06BEB5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ponazori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zvezdice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prizora</w:t>
            </w:r>
            <w:proofErr w:type="spellEnd"/>
          </w:p>
        </w:tc>
      </w:tr>
      <w:tr w:rsidR="00720201" w14:paraId="4B1A8559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5DC080" w14:textId="35B88F2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Enci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benci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na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kamenci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slovensko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ljudsko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izročilo</w:t>
            </w:r>
            <w:proofErr w:type="spellEnd"/>
          </w:p>
          <w:p w14:paraId="0BAEC725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izštevanke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ritem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skupnost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praznična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ustvarjalnost</w:t>
            </w:r>
            <w:proofErr w:type="spellEnd"/>
          </w:p>
        </w:tc>
      </w:tr>
      <w:tr w:rsidR="00720201" w14:paraId="542DB3B6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7A75E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16.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21.–24. 12. 2026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0B1A0F" w14:textId="77777777" w:rsidR="00720201" w:rsidRDefault="00000000">
            <w:r>
              <w:rPr>
                <w:rFonts w:eastAsia="Aptos" w:cs="Aptos"/>
                <w:b/>
                <w:color w:val="202020"/>
              </w:rPr>
              <w:t>SKUPNOST</w:t>
            </w:r>
          </w:p>
          <w:p w14:paraId="70F368D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prispeva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skupnemu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dogodku</w:t>
            </w:r>
            <w:proofErr w:type="spellEnd"/>
          </w:p>
          <w:p w14:paraId="4509230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presodi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prispevek</w:t>
            </w:r>
            <w:proofErr w:type="spellEnd"/>
          </w:p>
          <w:p w14:paraId="0A9246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skrb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druge</w:t>
            </w:r>
            <w:proofErr w:type="spellEnd"/>
          </w:p>
          <w:p w14:paraId="28A4668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otroško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izročilo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kot del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skupnosti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FDA228" w14:textId="77777777" w:rsidR="00720201" w:rsidRDefault="00000000">
            <w:r>
              <w:rPr>
                <w:rFonts w:eastAsia="Aptos" w:cs="Aptos"/>
                <w:b/>
                <w:color w:val="202020"/>
              </w:rPr>
              <w:t>KAJ ŽE ZNAM</w:t>
            </w:r>
            <w:r>
              <w:rPr>
                <w:rFonts w:eastAsia="Aptos" w:cs="Aptos"/>
                <w:b/>
                <w:color w:val="202020"/>
              </w:rPr>
              <w:br/>
              <w:t>VELIKA TISKANA ČRKA V</w:t>
            </w:r>
          </w:p>
          <w:p w14:paraId="2E42A7F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</w:t>
            </w:r>
            <w:proofErr w:type="spellEnd"/>
          </w:p>
          <w:p w14:paraId="4E322A2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individualnem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napredku</w:t>
            </w:r>
            <w:proofErr w:type="spellEnd"/>
          </w:p>
          <w:p w14:paraId="75883DA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/v/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06B2634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izgovarja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izštevanke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prepoznava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tvori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svojo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97370B" w14:textId="77777777" w:rsidR="00720201" w:rsidRDefault="00000000">
            <w:r>
              <w:rPr>
                <w:rFonts w:eastAsia="Aptos" w:cs="Aptos"/>
                <w:b/>
                <w:color w:val="202020"/>
              </w:rPr>
              <w:t>KAJ ŽE ZNAM</w:t>
            </w:r>
          </w:p>
          <w:p w14:paraId="382766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računa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obsegu</w:t>
            </w:r>
            <w:proofErr w:type="spellEnd"/>
          </w:p>
          <w:p w14:paraId="5AA0B7F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ureja</w:t>
            </w:r>
            <w:proofErr w:type="spellEnd"/>
          </w:p>
          <w:p w14:paraId="62BD8C1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ponazoritev</w:t>
            </w:r>
            <w:proofErr w:type="spellEnd"/>
          </w:p>
          <w:p w14:paraId="7FE62392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utrjuje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računanje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štetju</w:t>
            </w:r>
            <w:proofErr w:type="spellEnd"/>
          </w:p>
          <w:p w14:paraId="08852B1E" w14:textId="77777777" w:rsidR="00AF4DB2" w:rsidRPr="00AF4DB2" w:rsidRDefault="00AF4DB2" w:rsidP="00AF4DB2">
            <w:pPr>
              <w:ind w:left="181"/>
            </w:pPr>
          </w:p>
          <w:p w14:paraId="1CB42BA5" w14:textId="3AEF9DF0" w:rsidR="00AF4DB2" w:rsidRDefault="00AF4DB2" w:rsidP="00AF4DB2"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6FB11E3" w14:textId="77777777" w:rsidR="00720201" w:rsidRDefault="00000000">
            <w:r>
              <w:rPr>
                <w:rFonts w:eastAsia="Aptos" w:cs="Aptos"/>
                <w:b/>
                <w:color w:val="202020"/>
              </w:rPr>
              <w:t>REVISION</w:t>
            </w:r>
          </w:p>
          <w:p w14:paraId="28EA0D1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</w:p>
          <w:p w14:paraId="36057DE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odzove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0BBBF07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igri</w:t>
            </w:r>
            <w:proofErr w:type="spellEnd"/>
          </w:p>
          <w:p w14:paraId="4405E8F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jezikovni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C81C3C" w14:textId="77777777" w:rsidR="00720201" w:rsidRDefault="00000000">
            <w:r>
              <w:rPr>
                <w:rFonts w:eastAsia="Aptos" w:cs="Aptos"/>
                <w:b/>
                <w:color w:val="202020"/>
              </w:rPr>
              <w:t>RAZREDNI NASTOP</w:t>
            </w:r>
          </w:p>
          <w:p w14:paraId="64EFF9F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naučeno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6555869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druge</w:t>
            </w:r>
            <w:proofErr w:type="spellEnd"/>
          </w:p>
          <w:p w14:paraId="1D1862F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kulturo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nastopanja</w:t>
            </w:r>
            <w:proofErr w:type="spellEnd"/>
          </w:p>
          <w:p w14:paraId="4B993B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izštevanke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lastnimi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malimi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glasbili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91552C" w14:textId="77777777" w:rsidR="00720201" w:rsidRDefault="00000000">
            <w:r>
              <w:rPr>
                <w:rFonts w:eastAsia="Aptos" w:cs="Aptos"/>
                <w:b/>
                <w:color w:val="202020"/>
              </w:rPr>
              <w:t>RAZSTAVA</w:t>
            </w:r>
          </w:p>
          <w:p w14:paraId="727D4FF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4C71FF3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je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izboljšal</w:t>
            </w:r>
            <w:proofErr w:type="spellEnd"/>
          </w:p>
          <w:p w14:paraId="4C59A3B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postavitvi</w:t>
            </w:r>
            <w:proofErr w:type="spellEnd"/>
          </w:p>
          <w:p w14:paraId="25E9CA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praznični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okras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vzorcem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F7D9F1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GIBALNA IGRA</w:t>
            </w:r>
          </w:p>
          <w:p w14:paraId="0370A7E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</w:p>
          <w:p w14:paraId="13E608F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obvladuje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skupini</w:t>
            </w:r>
          </w:p>
          <w:p w14:paraId="7AF36A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spodbuja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sošolce</w:t>
            </w:r>
            <w:proofErr w:type="spellEnd"/>
          </w:p>
          <w:p w14:paraId="674EC6C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izštevanko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brez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izločanja</w:t>
            </w:r>
            <w:proofErr w:type="spellEnd"/>
          </w:p>
        </w:tc>
      </w:tr>
      <w:tr w:rsidR="00720201" w14:paraId="51A91CAE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FF0C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8543604" w14:textId="2055766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TEHNIŠKI DAN</w:t>
            </w:r>
            <w:r w:rsidR="00DF01EF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21. 12. 2026 </w:t>
            </w:r>
            <w:r w:rsidR="00DF01EF">
              <w:rPr>
                <w:rFonts w:eastAsia="Aptos" w:cs="Aptos"/>
                <w:b/>
                <w:color w:val="202020"/>
              </w:rPr>
              <w:t xml:space="preserve"> 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Izdelovanje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novoletne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dekoracije</w:t>
            </w:r>
            <w:proofErr w:type="spellEnd"/>
            <w:r w:rsidR="00DF01EF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1D1E3F04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7EE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BE2855" w14:textId="0DD0BDF3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NOVOLETNE POČITNICE </w:t>
            </w:r>
            <w:r w:rsidR="00DF01EF">
              <w:rPr>
                <w:rFonts w:eastAsia="Aptos" w:cs="Aptos"/>
                <w:b/>
                <w:color w:val="202020"/>
                <w:sz w:val="17"/>
              </w:rPr>
              <w:t>(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 25. 12. 2026</w:t>
            </w:r>
            <w:r w:rsidR="00DF01EF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–</w:t>
            </w:r>
            <w:r w:rsidR="00DF01EF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2. 1. 2027</w:t>
            </w:r>
            <w:r w:rsidR="00DF01EF">
              <w:rPr>
                <w:rFonts w:eastAsia="Aptos" w:cs="Aptos"/>
                <w:b/>
                <w:color w:val="202020"/>
                <w:sz w:val="17"/>
              </w:rPr>
              <w:t>)</w:t>
            </w:r>
          </w:p>
        </w:tc>
      </w:tr>
    </w:tbl>
    <w:p w14:paraId="2C6432C7" w14:textId="77777777" w:rsidR="00720201" w:rsidRDefault="00000000">
      <w:r>
        <w:br w:type="page"/>
      </w:r>
    </w:p>
    <w:tbl>
      <w:tblPr>
        <w:tblW w:w="22143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2810"/>
      </w:tblGrid>
      <w:tr w:rsidR="00720201" w14:paraId="201202F5" w14:textId="77777777" w:rsidTr="00352489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FCCA39" w14:textId="1C13DBB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5.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0952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E69C95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ZIMA, SNOVI IN POJAVI</w:t>
            </w:r>
            <w:r>
              <w:rPr>
                <w:rFonts w:eastAsia="Aptos" w:cs="Aptos"/>
                <w:b/>
                <w:color w:val="202020"/>
              </w:rPr>
              <w:br/>
              <w:t>4. 1. 2027–29. 1. 2027</w:t>
            </w:r>
          </w:p>
        </w:tc>
      </w:tr>
      <w:tr w:rsidR="00720201" w14:paraId="457236B9" w14:textId="77777777" w:rsidTr="00352489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6E082A2C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A46CA87" w14:textId="63E1F33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D4704B" w14:textId="6E3B9E0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E49928" w14:textId="002A5CB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D457F0" w14:textId="7433C12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3E8C2C" w14:textId="0085EBD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9442BD" w14:textId="2CB60DFF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10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D0FC77" w14:textId="5F43B68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381A4731" w14:textId="77777777" w:rsidTr="00352489">
        <w:trPr>
          <w:cantSplit/>
          <w:jc w:val="center"/>
        </w:trPr>
        <w:tc>
          <w:tcPr>
            <w:tcW w:w="22143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AA3AB6" w14:textId="622B6B7D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»Janko in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Metka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>« – brata Grimm</w:t>
            </w:r>
          </w:p>
          <w:p w14:paraId="229B3A5A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zima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gozd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varnost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pravljični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prostor</w:t>
            </w:r>
            <w:proofErr w:type="spellEnd"/>
          </w:p>
        </w:tc>
      </w:tr>
      <w:tr w:rsidR="00720201" w14:paraId="43F98B4A" w14:textId="77777777" w:rsidTr="00352489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29FAFD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17.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4.–8. 1.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C8EB418" w14:textId="77777777" w:rsidR="00720201" w:rsidRDefault="00000000">
            <w:r>
              <w:rPr>
                <w:rFonts w:eastAsia="Aptos" w:cs="Aptos"/>
                <w:b/>
                <w:color w:val="202020"/>
              </w:rPr>
              <w:t>ZIMSKE SPREMEMBE</w:t>
            </w:r>
          </w:p>
          <w:p w14:paraId="699FE40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</w:t>
            </w:r>
            <w:proofErr w:type="spellEnd"/>
          </w:p>
          <w:p w14:paraId="35FC665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jesen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zimo</w:t>
            </w:r>
            <w:proofErr w:type="spellEnd"/>
          </w:p>
          <w:p w14:paraId="2EEF0A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ravnanje</w:t>
            </w:r>
            <w:proofErr w:type="spellEnd"/>
          </w:p>
          <w:p w14:paraId="237188E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presoja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neznanem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okolju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9D70DD" w14:textId="77777777" w:rsidR="00720201" w:rsidRDefault="00000000">
            <w:r>
              <w:rPr>
                <w:rFonts w:eastAsia="Aptos" w:cs="Aptos"/>
                <w:b/>
                <w:color w:val="202020"/>
              </w:rPr>
              <w:t>PRAVLJICA</w:t>
            </w:r>
            <w:r>
              <w:rPr>
                <w:rFonts w:eastAsia="Aptos" w:cs="Aptos"/>
                <w:b/>
                <w:color w:val="202020"/>
              </w:rPr>
              <w:br/>
              <w:t>VELIKA TISKANA ČRKA R</w:t>
            </w:r>
          </w:p>
          <w:p w14:paraId="13FFA68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književno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besedilo</w:t>
            </w:r>
          </w:p>
          <w:p w14:paraId="51A5480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dogajanje</w:t>
            </w:r>
            <w:proofErr w:type="spellEnd"/>
          </w:p>
          <w:p w14:paraId="4CC87E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/r/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R,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42A1EFF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obravnava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spremeni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konec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7FC613" w14:textId="77777777" w:rsidR="00720201" w:rsidRDefault="00000000">
            <w:r>
              <w:rPr>
                <w:rFonts w:eastAsia="Aptos" w:cs="Aptos"/>
                <w:b/>
                <w:color w:val="202020"/>
              </w:rPr>
              <w:t>RAČUNANJE DO 10</w:t>
            </w:r>
          </w:p>
          <w:p w14:paraId="15DE9D9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utrjuje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pare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enako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vsoto</w:t>
            </w:r>
            <w:proofErr w:type="spellEnd"/>
          </w:p>
          <w:p w14:paraId="1850B02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kombinacije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vsoto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10</w:t>
            </w:r>
          </w:p>
          <w:p w14:paraId="6A81A8A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preverja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rezultat</w:t>
            </w:r>
            <w:proofErr w:type="spellEnd"/>
          </w:p>
          <w:p w14:paraId="0B2FA6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računa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10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hišice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E1EA651" w14:textId="77777777" w:rsidR="00720201" w:rsidRDefault="00000000">
            <w:r>
              <w:rPr>
                <w:rFonts w:eastAsia="Aptos" w:cs="Aptos"/>
                <w:b/>
                <w:color w:val="202020"/>
              </w:rPr>
              <w:t>WINTER</w:t>
            </w:r>
          </w:p>
          <w:p w14:paraId="38DF52D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oblačila</w:t>
            </w:r>
            <w:proofErr w:type="spellEnd"/>
          </w:p>
          <w:p w14:paraId="6A7994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553BA03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navodilu</w:t>
            </w:r>
            <w:proofErr w:type="spellEnd"/>
          </w:p>
          <w:p w14:paraId="6B7E78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zimske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prehranske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motive</w:t>
            </w:r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DE157B" w14:textId="77777777" w:rsidR="00720201" w:rsidRDefault="00000000">
            <w:r>
              <w:rPr>
                <w:rFonts w:eastAsia="Aptos" w:cs="Aptos"/>
                <w:b/>
                <w:color w:val="202020"/>
              </w:rPr>
              <w:t>ZIMSKA GLASBA</w:t>
            </w:r>
          </w:p>
          <w:p w14:paraId="7BEAF88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skladbo</w:t>
            </w:r>
            <w:proofErr w:type="spellEnd"/>
          </w:p>
          <w:p w14:paraId="004C719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spremembo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hitrosti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glasnosti</w:t>
            </w:r>
            <w:proofErr w:type="spellEnd"/>
          </w:p>
          <w:p w14:paraId="0FAD6F2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gibalno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</w:t>
            </w:r>
            <w:proofErr w:type="spellEnd"/>
          </w:p>
          <w:p w14:paraId="0B8E6D8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napeto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umirjeno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kuliso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0CE95B" w14:textId="77777777" w:rsidR="00720201" w:rsidRDefault="00000000">
            <w:r>
              <w:rPr>
                <w:rFonts w:eastAsia="Aptos" w:cs="Aptos"/>
                <w:b/>
                <w:color w:val="202020"/>
              </w:rPr>
              <w:t>GRAFIKA</w:t>
            </w:r>
          </w:p>
          <w:p w14:paraId="74612A1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matrico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odtis</w:t>
            </w:r>
            <w:proofErr w:type="spellEnd"/>
          </w:p>
          <w:p w14:paraId="4E99C00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zimski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7B69960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odtise</w:t>
            </w:r>
            <w:proofErr w:type="spellEnd"/>
          </w:p>
          <w:p w14:paraId="1CAC71B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grafično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hišico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</w:t>
            </w:r>
            <w:proofErr w:type="spellEnd"/>
          </w:p>
        </w:tc>
        <w:tc>
          <w:tcPr>
            <w:tcW w:w="281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E92582A" w14:textId="77777777" w:rsidR="00720201" w:rsidRDefault="00000000">
            <w:r>
              <w:rPr>
                <w:rFonts w:eastAsia="Aptos" w:cs="Aptos"/>
                <w:b/>
                <w:color w:val="202020"/>
              </w:rPr>
              <w:t>GIMNASTIČNA ABECEDA</w:t>
            </w:r>
          </w:p>
          <w:p w14:paraId="6F4CF3F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prevalne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predvaje</w:t>
            </w:r>
            <w:proofErr w:type="spellEnd"/>
          </w:p>
          <w:p w14:paraId="763800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skače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čez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nizko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oviro</w:t>
            </w:r>
            <w:proofErr w:type="spellEnd"/>
          </w:p>
          <w:p w14:paraId="5D81C49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klop</w:t>
            </w:r>
            <w:proofErr w:type="spellEnd"/>
          </w:p>
          <w:p w14:paraId="566035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premaga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zimski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paru</w:t>
            </w:r>
            <w:proofErr w:type="spellEnd"/>
          </w:p>
        </w:tc>
      </w:tr>
      <w:tr w:rsidR="00720201" w14:paraId="2B278AF3" w14:textId="77777777" w:rsidTr="00352489">
        <w:trPr>
          <w:cantSplit/>
          <w:jc w:val="center"/>
        </w:trPr>
        <w:tc>
          <w:tcPr>
            <w:tcW w:w="22143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617F9B" w14:textId="0BE92D1B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Mehurčki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Oton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Župančič</w:t>
            </w:r>
            <w:proofErr w:type="spellEnd"/>
          </w:p>
          <w:p w14:paraId="52694276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voda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igra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besed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zvočnost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spreminjanje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snovi</w:t>
            </w:r>
            <w:proofErr w:type="spellEnd"/>
          </w:p>
        </w:tc>
      </w:tr>
      <w:tr w:rsidR="00720201" w14:paraId="6B2175B8" w14:textId="77777777" w:rsidTr="00352489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70A5D34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18.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11.–15. 1.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A64DF6" w14:textId="77777777" w:rsidR="00720201" w:rsidRDefault="00000000">
            <w:r>
              <w:rPr>
                <w:rFonts w:eastAsia="Aptos" w:cs="Aptos"/>
                <w:b/>
                <w:color w:val="202020"/>
              </w:rPr>
              <w:t>VODA IN LED</w:t>
            </w:r>
          </w:p>
          <w:p w14:paraId="2E09A77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spreminjanje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vode</w:t>
            </w:r>
            <w:proofErr w:type="spellEnd"/>
          </w:p>
          <w:p w14:paraId="4369620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trdno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tekoče</w:t>
            </w:r>
            <w:proofErr w:type="spellEnd"/>
          </w:p>
          <w:p w14:paraId="3CE3A2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poskus</w:t>
            </w:r>
            <w:proofErr w:type="spellEnd"/>
          </w:p>
          <w:p w14:paraId="217A8EB2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vodo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led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izvaja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preprost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poskus</w:t>
            </w:r>
            <w:proofErr w:type="spellEnd"/>
          </w:p>
          <w:p w14:paraId="09E2CFE5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03D56CEA" w14:textId="70536826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C00ECC" w14:textId="77777777" w:rsidR="00720201" w:rsidRDefault="00000000">
            <w:r>
              <w:rPr>
                <w:rFonts w:eastAsia="Aptos" w:cs="Aptos"/>
                <w:b/>
                <w:color w:val="202020"/>
              </w:rPr>
              <w:t>RAZLAGALNI POGOVOR</w:t>
            </w:r>
            <w:r>
              <w:rPr>
                <w:rFonts w:eastAsia="Aptos" w:cs="Aptos"/>
                <w:b/>
                <w:color w:val="202020"/>
              </w:rPr>
              <w:br/>
              <w:t>VELIKA TISKANA ČRKA S</w:t>
            </w:r>
          </w:p>
          <w:p w14:paraId="3C046E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10FD7B5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poroča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poskusu</w:t>
            </w:r>
            <w:proofErr w:type="spellEnd"/>
          </w:p>
          <w:p w14:paraId="6771F4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/s/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19C7476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se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glasovi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0B62EF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POLOVICA IN ČETRTINA</w:t>
            </w:r>
          </w:p>
          <w:p w14:paraId="08DF31D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modelu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polovico</w:t>
            </w:r>
            <w:proofErr w:type="spellEnd"/>
          </w:p>
          <w:p w14:paraId="75887FE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četrtino</w:t>
            </w:r>
            <w:proofErr w:type="spellEnd"/>
          </w:p>
          <w:p w14:paraId="109F25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pošteno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celoto</w:t>
            </w:r>
            <w:proofErr w:type="spellEnd"/>
          </w:p>
          <w:p w14:paraId="4479C02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razpolavlja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modele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kapljic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prostornine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CE599D" w14:textId="77777777" w:rsidR="00720201" w:rsidRDefault="00000000">
            <w:r>
              <w:rPr>
                <w:rFonts w:eastAsia="Aptos" w:cs="Aptos"/>
                <w:b/>
                <w:color w:val="202020"/>
              </w:rPr>
              <w:t>A SIMPLE EXPERIMENT</w:t>
            </w:r>
          </w:p>
          <w:p w14:paraId="405098A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prikazu</w:t>
            </w:r>
            <w:proofErr w:type="spellEnd"/>
          </w:p>
          <w:p w14:paraId="6EFD16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stanje</w:t>
            </w:r>
            <w:proofErr w:type="spellEnd"/>
          </w:p>
          <w:p w14:paraId="7E5468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rezultat</w:t>
            </w:r>
            <w:proofErr w:type="spellEnd"/>
          </w:p>
          <w:p w14:paraId="073599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razume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kratka navodila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poskus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vodo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led</w:t>
            </w:r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60B09D" w14:textId="77777777" w:rsidR="00720201" w:rsidRDefault="00000000">
            <w:r>
              <w:rPr>
                <w:rFonts w:eastAsia="Aptos" w:cs="Aptos"/>
                <w:b/>
                <w:color w:val="202020"/>
              </w:rPr>
              <w:t>VISOKO IN NIZKO</w:t>
            </w:r>
          </w:p>
          <w:p w14:paraId="4E6431A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višino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zvoka</w:t>
            </w:r>
            <w:proofErr w:type="spellEnd"/>
          </w:p>
          <w:p w14:paraId="74D0C8F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posnema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glasom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glasbilom</w:t>
            </w:r>
            <w:proofErr w:type="spellEnd"/>
          </w:p>
          <w:p w14:paraId="08BAF05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06A32B6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ponazori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kapljanje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ledu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mehurčke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CC5A4B4" w14:textId="77777777" w:rsidR="00720201" w:rsidRDefault="00000000">
            <w:r>
              <w:rPr>
                <w:rFonts w:eastAsia="Aptos" w:cs="Aptos"/>
                <w:b/>
                <w:color w:val="202020"/>
              </w:rPr>
              <w:t>LEDENI VZORCI</w:t>
            </w:r>
          </w:p>
          <w:p w14:paraId="054C586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vzorce</w:t>
            </w:r>
            <w:proofErr w:type="spellEnd"/>
          </w:p>
          <w:p w14:paraId="5CE7EDB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črtami</w:t>
            </w:r>
            <w:proofErr w:type="spellEnd"/>
          </w:p>
          <w:p w14:paraId="489742D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hladne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</w:p>
          <w:p w14:paraId="3936C9B6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ledene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odtise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krogov</w:t>
            </w:r>
            <w:proofErr w:type="spellEnd"/>
          </w:p>
          <w:p w14:paraId="4479A926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6DEC4F9A" w14:textId="0A5AE7BB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81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B6BFCF" w14:textId="77777777" w:rsidR="00720201" w:rsidRDefault="00000000">
            <w:r>
              <w:rPr>
                <w:rFonts w:eastAsia="Aptos" w:cs="Aptos"/>
                <w:b/>
                <w:color w:val="202020"/>
              </w:rPr>
              <w:t>ZIMSKE IGRE</w:t>
            </w:r>
          </w:p>
          <w:p w14:paraId="06E91B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razvija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ravnotežje</w:t>
            </w:r>
            <w:proofErr w:type="spellEnd"/>
          </w:p>
          <w:p w14:paraId="37C64E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lažji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</w:p>
          <w:p w14:paraId="4DB6855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ogreje</w:t>
            </w:r>
            <w:proofErr w:type="spellEnd"/>
          </w:p>
          <w:p w14:paraId="51DDE46F" w14:textId="77777777" w:rsidR="00720201" w:rsidRPr="00E9696E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Kapljice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led«</w:t>
            </w:r>
          </w:p>
          <w:p w14:paraId="0D498411" w14:textId="77777777" w:rsidR="00E9696E" w:rsidRDefault="00E9696E" w:rsidP="00E9696E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6E270CC3" w14:textId="585C354C" w:rsidR="00E9696E" w:rsidRDefault="00E9696E" w:rsidP="00E9696E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</w:tr>
      <w:tr w:rsidR="00720201" w14:paraId="120511E6" w14:textId="77777777" w:rsidTr="00352489">
        <w:trPr>
          <w:cantSplit/>
          <w:jc w:val="center"/>
        </w:trPr>
        <w:tc>
          <w:tcPr>
            <w:tcW w:w="22143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AE0ECC" w14:textId="22CFDCBF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Zlata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ptica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slovenska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ljudska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pravljica</w:t>
            </w:r>
            <w:proofErr w:type="spellEnd"/>
          </w:p>
          <w:p w14:paraId="197AAB29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svetloba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zvok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barva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pravljično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iskanje</w:t>
            </w:r>
            <w:proofErr w:type="spellEnd"/>
          </w:p>
        </w:tc>
      </w:tr>
      <w:tr w:rsidR="00720201" w14:paraId="2768D86F" w14:textId="77777777" w:rsidTr="00352489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78C5B66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19.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18.–22. 1.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9B56C3" w14:textId="77777777" w:rsidR="00720201" w:rsidRDefault="00000000">
            <w:r>
              <w:rPr>
                <w:rFonts w:eastAsia="Aptos" w:cs="Aptos"/>
                <w:b/>
                <w:color w:val="202020"/>
              </w:rPr>
              <w:t>SVETLOBA IN ZVOK</w:t>
            </w:r>
          </w:p>
          <w:p w14:paraId="785C30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svetlobe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zvoka</w:t>
            </w:r>
            <w:proofErr w:type="spellEnd"/>
          </w:p>
          <w:p w14:paraId="03B34CE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>/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šibko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>/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tiho</w:t>
            </w:r>
            <w:proofErr w:type="spellEnd"/>
          </w:p>
          <w:p w14:paraId="109940E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sluh</w:t>
            </w:r>
            <w:proofErr w:type="spellEnd"/>
          </w:p>
          <w:p w14:paraId="625BF71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svetlobne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vire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zlate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ptice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2251DD" w14:textId="77777777" w:rsidR="00720201" w:rsidRDefault="00000000">
            <w:r>
              <w:rPr>
                <w:rFonts w:eastAsia="Aptos" w:cs="Aptos"/>
                <w:b/>
                <w:color w:val="202020"/>
              </w:rPr>
              <w:t>BESEDILO IN BESEDIŠČE</w:t>
            </w:r>
            <w:r>
              <w:rPr>
                <w:rFonts w:eastAsia="Aptos" w:cs="Aptos"/>
                <w:b/>
                <w:color w:val="202020"/>
              </w:rPr>
              <w:br/>
              <w:t>VELIKA TISKANA ČRKA L</w:t>
            </w:r>
          </w:p>
          <w:p w14:paraId="28AB93C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kratke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zmožnostih</w:t>
            </w:r>
            <w:proofErr w:type="spellEnd"/>
          </w:p>
          <w:p w14:paraId="59521DE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sobesedila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slike</w:t>
            </w:r>
            <w:proofErr w:type="spellEnd"/>
          </w:p>
          <w:p w14:paraId="3E5104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/l/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L,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452B375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F67D1D" w14:textId="77777777" w:rsidR="00720201" w:rsidRDefault="00000000">
            <w:r>
              <w:rPr>
                <w:rFonts w:eastAsia="Aptos" w:cs="Aptos"/>
                <w:b/>
                <w:color w:val="202020"/>
              </w:rPr>
              <w:t>MERJENJE PROSTORNINE</w:t>
            </w:r>
          </w:p>
          <w:p w14:paraId="7C2A95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prostornine</w:t>
            </w:r>
            <w:proofErr w:type="spellEnd"/>
          </w:p>
          <w:p w14:paraId="08A60E6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meri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nestandardno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enoto</w:t>
            </w:r>
            <w:proofErr w:type="spellEnd"/>
          </w:p>
          <w:p w14:paraId="6583AC9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rezultat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</w:p>
          <w:p w14:paraId="0780B33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meri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prostornino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posode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pravljične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F66F0DB" w14:textId="77777777" w:rsidR="00720201" w:rsidRDefault="00000000">
            <w:r>
              <w:rPr>
                <w:rFonts w:eastAsia="Aptos" w:cs="Aptos"/>
                <w:b/>
                <w:color w:val="202020"/>
              </w:rPr>
              <w:t>LIGHT AND SOUND</w:t>
            </w:r>
          </w:p>
          <w:p w14:paraId="5B32F92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poskusu</w:t>
            </w:r>
            <w:proofErr w:type="spellEnd"/>
          </w:p>
          <w:p w14:paraId="4D8CD66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2F09548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13FD951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svetlobo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ptico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4D7477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ZVOČNI VIRI</w:t>
            </w:r>
          </w:p>
          <w:p w14:paraId="7079BC4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zvočila</w:t>
            </w:r>
            <w:proofErr w:type="spellEnd"/>
          </w:p>
          <w:p w14:paraId="0939528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trajanje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zvoka</w:t>
            </w:r>
            <w:proofErr w:type="spellEnd"/>
          </w:p>
          <w:p w14:paraId="771FE85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pogovoru</w:t>
            </w:r>
            <w:proofErr w:type="spellEnd"/>
          </w:p>
          <w:p w14:paraId="1E2085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ptičji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klic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iskanja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AD848B" w14:textId="77777777" w:rsidR="00720201" w:rsidRDefault="00000000">
            <w:r>
              <w:rPr>
                <w:rFonts w:eastAsia="Aptos" w:cs="Aptos"/>
                <w:b/>
                <w:color w:val="202020"/>
              </w:rPr>
              <w:t>SVETLOBA IN SENCA</w:t>
            </w:r>
          </w:p>
          <w:p w14:paraId="7BC29F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senco</w:t>
            </w:r>
            <w:proofErr w:type="spellEnd"/>
          </w:p>
          <w:p w14:paraId="747033B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senčno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podobo</w:t>
            </w:r>
            <w:proofErr w:type="spellEnd"/>
          </w:p>
          <w:p w14:paraId="0F7C328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rešitev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svetlobo</w:t>
            </w:r>
            <w:proofErr w:type="spellEnd"/>
          </w:p>
          <w:p w14:paraId="2AAADFB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zlato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ptico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svetlobo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senco</w:t>
            </w:r>
            <w:proofErr w:type="spellEnd"/>
          </w:p>
        </w:tc>
        <w:tc>
          <w:tcPr>
            <w:tcW w:w="281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8559A04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IGRE Z REKVIZITI</w:t>
            </w:r>
          </w:p>
          <w:p w14:paraId="0702752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vrti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obroč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kolebnico</w:t>
            </w:r>
            <w:proofErr w:type="spellEnd"/>
          </w:p>
          <w:p w14:paraId="0456249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gibe</w:t>
            </w:r>
          </w:p>
          <w:p w14:paraId="77C6047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vztraja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</w:p>
          <w:p w14:paraId="02A5A2F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iskalno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med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ovirami</w:t>
            </w:r>
            <w:proofErr w:type="spellEnd"/>
          </w:p>
        </w:tc>
      </w:tr>
      <w:tr w:rsidR="00720201" w14:paraId="7DB35E0F" w14:textId="77777777" w:rsidTr="00352489">
        <w:trPr>
          <w:cantSplit/>
          <w:jc w:val="center"/>
        </w:trPr>
        <w:tc>
          <w:tcPr>
            <w:tcW w:w="22143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43EED8" w14:textId="2A6F646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352489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Klobuk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gospoda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Konstantina« – Peter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Svetina</w:t>
            </w:r>
            <w:proofErr w:type="spellEnd"/>
          </w:p>
          <w:p w14:paraId="552EC11D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predmet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material,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načrtovanje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ustvarjalno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reševanje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težav</w:t>
            </w:r>
            <w:proofErr w:type="spellEnd"/>
          </w:p>
        </w:tc>
      </w:tr>
      <w:tr w:rsidR="00720201" w14:paraId="58A76B9D" w14:textId="77777777" w:rsidTr="00352489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52C4E32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20.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25.–29. 1.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FC0D1F7" w14:textId="77777777" w:rsidR="00720201" w:rsidRDefault="00000000">
            <w:r>
              <w:rPr>
                <w:rFonts w:eastAsia="Aptos" w:cs="Aptos"/>
                <w:b/>
                <w:color w:val="202020"/>
              </w:rPr>
              <w:t>ROČNA DELA</w:t>
            </w:r>
          </w:p>
          <w:p w14:paraId="5343EFF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705974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gradivo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glede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lastnost</w:t>
            </w:r>
            <w:proofErr w:type="spellEnd"/>
          </w:p>
          <w:p w14:paraId="32D08AB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preizkusi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izboljša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rešitev</w:t>
            </w:r>
            <w:proofErr w:type="spellEnd"/>
          </w:p>
          <w:p w14:paraId="0565699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namen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lastnosti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njihovih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materialov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E8F9B2C" w14:textId="77777777" w:rsidR="00720201" w:rsidRDefault="00000000">
            <w:r>
              <w:rPr>
                <w:rFonts w:eastAsia="Aptos" w:cs="Aptos"/>
                <w:b/>
                <w:color w:val="202020"/>
              </w:rPr>
              <w:t>NAVODILO</w:t>
            </w:r>
            <w:r>
              <w:rPr>
                <w:rFonts w:eastAsia="Aptos" w:cs="Aptos"/>
                <w:b/>
                <w:color w:val="202020"/>
              </w:rPr>
              <w:br/>
              <w:t>VELIKA TISKANA ČRKA K</w:t>
            </w:r>
          </w:p>
          <w:p w14:paraId="0640A30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78BA23C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korake</w:t>
            </w:r>
            <w:proofErr w:type="spellEnd"/>
          </w:p>
          <w:p w14:paraId="17FC191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/k/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3D5A271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razume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navodilo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izgubljenega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klobuka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69AAAF8" w14:textId="77777777" w:rsidR="00720201" w:rsidRDefault="00000000">
            <w:r>
              <w:rPr>
                <w:rFonts w:eastAsia="Aptos" w:cs="Aptos"/>
                <w:b/>
                <w:color w:val="202020"/>
              </w:rPr>
              <w:t>PODATKI</w:t>
            </w:r>
          </w:p>
          <w:p w14:paraId="369DD1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zbira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podatke</w:t>
            </w:r>
            <w:proofErr w:type="spellEnd"/>
          </w:p>
          <w:p w14:paraId="5F79DF9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figurni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preglednico</w:t>
            </w:r>
            <w:proofErr w:type="spellEnd"/>
          </w:p>
          <w:p w14:paraId="61831BB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podatke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vrsticah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stolpcih</w:t>
            </w:r>
            <w:proofErr w:type="spellEnd"/>
          </w:p>
          <w:p w14:paraId="7DCA107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zbira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podatke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klobukih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preprost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prikaz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E79EA5" w14:textId="77777777" w:rsidR="00720201" w:rsidRDefault="00000000">
            <w:r>
              <w:rPr>
                <w:rFonts w:eastAsia="Aptos" w:cs="Aptos"/>
                <w:b/>
                <w:color w:val="202020"/>
              </w:rPr>
              <w:t>MAKE AND TELL</w:t>
            </w:r>
          </w:p>
          <w:p w14:paraId="0FBDF6F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oporo</w:t>
            </w:r>
            <w:proofErr w:type="spellEnd"/>
          </w:p>
          <w:p w14:paraId="05B7043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</w:p>
          <w:p w14:paraId="592A9B0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528B74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oblačila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osnovna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dejanja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0CBAF5" w14:textId="77777777" w:rsidR="00720201" w:rsidRDefault="00000000">
            <w:r>
              <w:rPr>
                <w:rFonts w:eastAsia="Aptos" w:cs="Aptos"/>
                <w:b/>
                <w:color w:val="202020"/>
              </w:rPr>
              <w:t>IZDELAJMO ZVOČILO</w:t>
            </w:r>
          </w:p>
          <w:p w14:paraId="426D24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</w:t>
            </w:r>
            <w:proofErr w:type="spellEnd"/>
          </w:p>
          <w:p w14:paraId="702666E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spremljavo</w:t>
            </w:r>
            <w:proofErr w:type="spellEnd"/>
          </w:p>
          <w:p w14:paraId="0C46B7B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izdelka</w:t>
            </w:r>
            <w:proofErr w:type="spellEnd"/>
          </w:p>
          <w:p w14:paraId="10037F0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klobukovo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</w:t>
            </w:r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2D7101" w14:textId="77777777" w:rsidR="00720201" w:rsidRDefault="00000000">
            <w:r>
              <w:rPr>
                <w:rFonts w:eastAsia="Aptos" w:cs="Aptos"/>
                <w:b/>
                <w:color w:val="202020"/>
              </w:rPr>
              <w:t>KONSTRUIRANJE</w:t>
            </w:r>
          </w:p>
          <w:p w14:paraId="7755336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materiale</w:t>
            </w:r>
            <w:proofErr w:type="spellEnd"/>
          </w:p>
          <w:p w14:paraId="1AA253A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preizkuša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stabilnost</w:t>
            </w:r>
            <w:proofErr w:type="spellEnd"/>
          </w:p>
          <w:p w14:paraId="607122E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izboljšavo</w:t>
            </w:r>
            <w:proofErr w:type="spellEnd"/>
          </w:p>
          <w:p w14:paraId="6F542EC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načrtuje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izboljša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nenavaden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klobuk</w:t>
            </w:r>
            <w:proofErr w:type="spellEnd"/>
          </w:p>
        </w:tc>
        <w:tc>
          <w:tcPr>
            <w:tcW w:w="281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B93CA70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POLIGON</w:t>
            </w:r>
          </w:p>
          <w:p w14:paraId="3FC9D0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nalog</w:t>
            </w:r>
            <w:proofErr w:type="spellEnd"/>
          </w:p>
          <w:p w14:paraId="3C405B3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samostojno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prilagodi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moč</w:t>
            </w:r>
            <w:proofErr w:type="spellEnd"/>
          </w:p>
          <w:p w14:paraId="0BF93A6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gibanje</w:t>
            </w:r>
            <w:proofErr w:type="spellEnd"/>
          </w:p>
          <w:p w14:paraId="73427C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premaga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prenašanjem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lovljenjem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klobuka</w:t>
            </w:r>
            <w:proofErr w:type="spellEnd"/>
          </w:p>
        </w:tc>
      </w:tr>
      <w:tr w:rsidR="00720201" w14:paraId="6BA39D2D" w14:textId="77777777" w:rsidTr="00352489">
        <w:trPr>
          <w:cantSplit/>
          <w:jc w:val="center"/>
        </w:trPr>
        <w:tc>
          <w:tcPr>
            <w:tcW w:w="22143" w:type="dxa"/>
            <w:gridSpan w:val="8"/>
            <w:shd w:val="clear" w:color="auto" w:fill="E2EFDC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D8578E" w14:textId="5F32598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NARAVOSLOVNI DAN</w:t>
            </w:r>
            <w:r w:rsidR="00352489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po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dogovoru</w:t>
            </w:r>
            <w:proofErr w:type="spellEnd"/>
            <w:r w:rsidR="00352489">
              <w:rPr>
                <w:rFonts w:eastAsia="Aptos" w:cs="Aptos"/>
                <w:b/>
                <w:color w:val="202020"/>
              </w:rPr>
              <w:t xml:space="preserve"> (</w:t>
            </w:r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Kemijski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poskusi</w:t>
            </w:r>
            <w:proofErr w:type="spellEnd"/>
            <w:r w:rsidR="00352489">
              <w:rPr>
                <w:rFonts w:eastAsia="Aptos" w:cs="Aptos"/>
                <w:i/>
                <w:color w:val="555555"/>
                <w:sz w:val="15"/>
              </w:rPr>
              <w:t xml:space="preserve">, </w:t>
            </w:r>
            <w:r>
              <w:rPr>
                <w:rFonts w:eastAsia="Aptos" w:cs="Aptos"/>
                <w:i/>
                <w:color w:val="555555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5"/>
              </w:rPr>
              <w:t>termin</w:t>
            </w:r>
            <w:proofErr w:type="spellEnd"/>
            <w:r>
              <w:rPr>
                <w:rFonts w:eastAsia="Aptos" w:cs="Aptos"/>
                <w:i/>
                <w:color w:val="555555"/>
                <w:sz w:val="15"/>
              </w:rPr>
              <w:t xml:space="preserve"> </w:t>
            </w:r>
            <w:r w:rsidR="00352489">
              <w:rPr>
                <w:rFonts w:eastAsia="Aptos" w:cs="Aptos"/>
                <w:i/>
                <w:color w:val="555555"/>
                <w:sz w:val="15"/>
              </w:rPr>
              <w:t>v</w:t>
            </w:r>
            <w:r>
              <w:rPr>
                <w:rFonts w:eastAsia="Aptos" w:cs="Aptos"/>
                <w:i/>
                <w:color w:val="555555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5"/>
              </w:rPr>
              <w:t>dogovoru</w:t>
            </w:r>
            <w:proofErr w:type="spellEnd"/>
            <w:r>
              <w:rPr>
                <w:rFonts w:eastAsia="Aptos" w:cs="Aptos"/>
                <w:i/>
                <w:color w:val="555555"/>
                <w:sz w:val="15"/>
              </w:rPr>
              <w:t xml:space="preserve"> z Niko</w:t>
            </w:r>
            <w:r w:rsidR="00352489">
              <w:rPr>
                <w:rFonts w:eastAsia="Aptos" w:cs="Aptos"/>
                <w:i/>
                <w:color w:val="555555"/>
                <w:sz w:val="15"/>
              </w:rPr>
              <w:t>)</w:t>
            </w:r>
          </w:p>
        </w:tc>
      </w:tr>
    </w:tbl>
    <w:p w14:paraId="7ED1C932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003B7795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207B20" w14:textId="7CB74B9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6.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204D1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NEKOČ IN DANES – ČAS IN DEDIŠČINA</w:t>
            </w:r>
            <w:r>
              <w:rPr>
                <w:rFonts w:eastAsia="Aptos" w:cs="Aptos"/>
                <w:b/>
                <w:color w:val="202020"/>
              </w:rPr>
              <w:br/>
              <w:t>1. 2. 2027–19. 2. 2027</w:t>
            </w:r>
          </w:p>
        </w:tc>
      </w:tr>
      <w:tr w:rsidR="00720201" w14:paraId="19BE771C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04673007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AA260F" w14:textId="5D93D06B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B82C10F" w14:textId="0AAF89B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354B8A" w14:textId="0B42FA1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9FA003" w14:textId="2380F83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CA5362" w14:textId="25BED76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ED843D" w14:textId="255A759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F6BD06" w14:textId="1A5D0BC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501B16D1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EC1E2D" w14:textId="51D90CE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743F1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Janček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Ježek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slovenska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ljudska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pravljica</w:t>
            </w:r>
            <w:proofErr w:type="spellEnd"/>
          </w:p>
          <w:p w14:paraId="0F4E763F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nekoč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danes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časovno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zaporedje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ljudsko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izročilo</w:t>
            </w:r>
            <w:proofErr w:type="spellEnd"/>
          </w:p>
        </w:tc>
      </w:tr>
      <w:tr w:rsidR="00720201" w14:paraId="25E01AE6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473827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21.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1.–5. 2.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41FD0B" w14:textId="77777777" w:rsidR="00720201" w:rsidRDefault="00000000">
            <w:r>
              <w:rPr>
                <w:rFonts w:eastAsia="Aptos" w:cs="Aptos"/>
                <w:b/>
                <w:color w:val="202020"/>
              </w:rPr>
              <w:t>ČAS</w:t>
            </w:r>
          </w:p>
          <w:p w14:paraId="539576C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včeraj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danes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jutri</w:t>
            </w:r>
            <w:proofErr w:type="spellEnd"/>
          </w:p>
          <w:p w14:paraId="27FA535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dogodke</w:t>
            </w:r>
            <w:proofErr w:type="spellEnd"/>
          </w:p>
          <w:p w14:paraId="495CCA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koledar</w:t>
            </w:r>
            <w:proofErr w:type="spellEnd"/>
          </w:p>
          <w:p w14:paraId="07D3BD8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življenje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nekoč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danes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zgodbe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197A0A" w14:textId="77777777" w:rsidR="00720201" w:rsidRDefault="00000000">
            <w:r>
              <w:rPr>
                <w:rFonts w:eastAsia="Aptos" w:cs="Aptos"/>
                <w:b/>
                <w:color w:val="202020"/>
              </w:rPr>
              <w:t>BESEDILO O PRETEKLOSTI</w:t>
            </w:r>
            <w:r>
              <w:rPr>
                <w:rFonts w:eastAsia="Aptos" w:cs="Aptos"/>
                <w:b/>
                <w:color w:val="202020"/>
              </w:rPr>
              <w:br/>
              <w:t>VELIKA TISKANA ČRKA P</w:t>
            </w:r>
          </w:p>
          <w:p w14:paraId="296BC7B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spominsko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pripoved</w:t>
            </w:r>
            <w:proofErr w:type="spellEnd"/>
          </w:p>
          <w:p w14:paraId="26D9C1E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postavlja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vprašanja</w:t>
            </w:r>
            <w:proofErr w:type="spellEnd"/>
          </w:p>
          <w:p w14:paraId="0AEF74A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/p/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1F5B396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časovnem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zaporedju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B62599" w14:textId="77777777" w:rsidR="00720201" w:rsidRDefault="00000000">
            <w:r>
              <w:rPr>
                <w:rFonts w:eastAsia="Aptos" w:cs="Aptos"/>
                <w:b/>
                <w:color w:val="202020"/>
              </w:rPr>
              <w:t>MERJENJE ČASA</w:t>
            </w:r>
          </w:p>
          <w:p w14:paraId="2BCD17C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urnik</w:t>
            </w:r>
            <w:proofErr w:type="spellEnd"/>
          </w:p>
          <w:p w14:paraId="7615114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trajanje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dejavnosti</w:t>
            </w:r>
            <w:proofErr w:type="spellEnd"/>
          </w:p>
          <w:p w14:paraId="21453D5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dogodke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trajanju</w:t>
            </w:r>
            <w:proofErr w:type="spellEnd"/>
          </w:p>
          <w:p w14:paraId="784F1D6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ureja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dogodke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trajanju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preprost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urnik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26E5DD" w14:textId="77777777" w:rsidR="00720201" w:rsidRDefault="00000000">
            <w:r>
              <w:rPr>
                <w:rFonts w:eastAsia="Aptos" w:cs="Aptos"/>
                <w:b/>
                <w:color w:val="202020"/>
              </w:rPr>
              <w:t>THEN AND NOW</w:t>
            </w:r>
          </w:p>
          <w:p w14:paraId="054CF7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slikah</w:t>
            </w:r>
            <w:proofErr w:type="spellEnd"/>
          </w:p>
          <w:p w14:paraId="74C657A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781D772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pogovoru</w:t>
            </w:r>
            <w:proofErr w:type="spellEnd"/>
          </w:p>
          <w:p w14:paraId="1D71437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nekoč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danes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36623C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GLASBENA DEDIŠČINA</w:t>
            </w:r>
          </w:p>
          <w:p w14:paraId="4A63532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5F79608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4E78C3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09EB494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ježkov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664298" w14:textId="77777777" w:rsidR="00720201" w:rsidRDefault="00000000">
            <w:r>
              <w:rPr>
                <w:rFonts w:eastAsia="Aptos" w:cs="Aptos"/>
                <w:b/>
                <w:color w:val="202020"/>
              </w:rPr>
              <w:t>STAR PREDMET</w:t>
            </w:r>
          </w:p>
          <w:p w14:paraId="48157DF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namen</w:t>
            </w:r>
            <w:proofErr w:type="spellEnd"/>
          </w:p>
          <w:p w14:paraId="7B8F12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nariše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</w:p>
          <w:p w14:paraId="3ABDE11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zgodbo</w:t>
            </w:r>
            <w:proofErr w:type="spellEnd"/>
          </w:p>
          <w:p w14:paraId="21706C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star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pravljice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F763A4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IGRE NEKOČ</w:t>
            </w:r>
          </w:p>
          <w:p w14:paraId="5DB6881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igro</w:t>
            </w:r>
            <w:proofErr w:type="spellEnd"/>
          </w:p>
          <w:p w14:paraId="3E8F710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</w:p>
          <w:p w14:paraId="1FF127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današnjo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igro</w:t>
            </w:r>
            <w:proofErr w:type="spellEnd"/>
          </w:p>
          <w:p w14:paraId="018D541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ježkov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</w:t>
            </w:r>
            <w:proofErr w:type="spellEnd"/>
          </w:p>
        </w:tc>
      </w:tr>
      <w:tr w:rsidR="00720201" w14:paraId="3956F2E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74BEE7" w14:textId="40BC1E43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743F1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Ciciban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in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čebela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Oton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Župančič</w:t>
            </w:r>
            <w:proofErr w:type="spellEnd"/>
          </w:p>
          <w:p w14:paraId="16CC5EA1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slovenska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poezija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kulturna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dediščina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skrb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naravo</w:t>
            </w:r>
            <w:proofErr w:type="spellEnd"/>
          </w:p>
        </w:tc>
      </w:tr>
      <w:tr w:rsidR="00720201" w14:paraId="4CEA1E93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B0A69F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22.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9.–12. 2.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F5141B" w14:textId="77777777" w:rsidR="00720201" w:rsidRDefault="00000000">
            <w:r>
              <w:rPr>
                <w:rFonts w:eastAsia="Aptos" w:cs="Aptos"/>
                <w:b/>
                <w:color w:val="202020"/>
              </w:rPr>
              <w:t>KULTURNA DEDIŠČINA</w:t>
            </w:r>
          </w:p>
          <w:p w14:paraId="0B110A5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državni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lokalni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</w:t>
            </w:r>
            <w:proofErr w:type="spellEnd"/>
          </w:p>
          <w:p w14:paraId="27C60D0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kulturno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ustanovo</w:t>
            </w:r>
            <w:proofErr w:type="spellEnd"/>
          </w:p>
          <w:p w14:paraId="73EEE7E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spoštljivo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dediščino</w:t>
            </w:r>
            <w:proofErr w:type="spellEnd"/>
          </w:p>
          <w:p w14:paraId="2F43C71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čebelo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naravno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kulturno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dediščino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397121" w14:textId="77777777" w:rsidR="00720201" w:rsidRDefault="00000000">
            <w:r>
              <w:rPr>
                <w:rFonts w:eastAsia="Aptos" w:cs="Aptos"/>
                <w:b/>
                <w:color w:val="202020"/>
              </w:rPr>
              <w:t>KULTURNI PRAZNIK</w:t>
            </w:r>
            <w:r>
              <w:rPr>
                <w:rFonts w:eastAsia="Aptos" w:cs="Aptos"/>
                <w:b/>
                <w:color w:val="202020"/>
              </w:rPr>
              <w:br/>
              <w:t>VELIKA TISKANA ČRKA D</w:t>
            </w:r>
          </w:p>
          <w:p w14:paraId="74B5EC8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pripoved</w:t>
            </w:r>
            <w:proofErr w:type="spellEnd"/>
          </w:p>
          <w:p w14:paraId="02400CA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doživeto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recitira</w:t>
            </w:r>
            <w:proofErr w:type="spellEnd"/>
          </w:p>
          <w:p w14:paraId="6E3318A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/d/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535DDD88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doživeto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recitira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prepoznava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sporočilo</w:t>
            </w:r>
            <w:proofErr w:type="spellEnd"/>
          </w:p>
          <w:p w14:paraId="096A0F31" w14:textId="77777777" w:rsidR="00F01A14" w:rsidRDefault="00F01A14" w:rsidP="00F01A14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39455CF1" w14:textId="44D5791B" w:rsidR="00F01A14" w:rsidRDefault="00F01A14" w:rsidP="00F01A14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50B62CB" w14:textId="77777777" w:rsidR="00720201" w:rsidRDefault="00000000">
            <w:r>
              <w:rPr>
                <w:rFonts w:eastAsia="Aptos" w:cs="Aptos"/>
                <w:b/>
                <w:color w:val="202020"/>
              </w:rPr>
              <w:t>ZAPOREDJA</w:t>
            </w:r>
          </w:p>
          <w:p w14:paraId="10D9C60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odkrije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ponavljajočega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zaporedja</w:t>
            </w:r>
            <w:proofErr w:type="spellEnd"/>
          </w:p>
          <w:p w14:paraId="0D8F1B4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nadaljuje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4615CAE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pravilo</w:t>
            </w:r>
            <w:proofErr w:type="spellEnd"/>
          </w:p>
          <w:p w14:paraId="4D16F4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nadaljuje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čebeljimi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cvetličnimi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AA5156" w14:textId="77777777" w:rsidR="00720201" w:rsidRDefault="00000000">
            <w:r>
              <w:rPr>
                <w:rFonts w:eastAsia="Aptos" w:cs="Aptos"/>
                <w:b/>
                <w:color w:val="202020"/>
              </w:rPr>
              <w:t>CULTURE</w:t>
            </w:r>
          </w:p>
          <w:p w14:paraId="14FEFBC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oporo</w:t>
            </w:r>
            <w:proofErr w:type="spellEnd"/>
          </w:p>
          <w:p w14:paraId="150DC93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verz</w:t>
            </w:r>
            <w:proofErr w:type="spellEnd"/>
          </w:p>
          <w:p w14:paraId="4CED77E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spoštuje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raznojezičnost</w:t>
            </w:r>
            <w:proofErr w:type="spellEnd"/>
          </w:p>
          <w:p w14:paraId="4D1ED8B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razume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slikovno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oporo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36C32CE" w14:textId="77777777" w:rsidR="00720201" w:rsidRDefault="00000000">
            <w:r>
              <w:rPr>
                <w:rFonts w:eastAsia="Aptos" w:cs="Aptos"/>
                <w:b/>
                <w:color w:val="202020"/>
              </w:rPr>
              <w:t>SLOVENSKA GLASBA</w:t>
            </w:r>
          </w:p>
          <w:p w14:paraId="58E5D24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himno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kontekstu</w:t>
            </w:r>
            <w:proofErr w:type="spellEnd"/>
          </w:p>
          <w:p w14:paraId="03C054D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umetno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osnovni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0483A9A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kulturo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poslušanja</w:t>
            </w:r>
            <w:proofErr w:type="spellEnd"/>
          </w:p>
          <w:p w14:paraId="4A10349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slovensko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BDBB20" w14:textId="77777777" w:rsidR="00720201" w:rsidRDefault="00000000">
            <w:r>
              <w:rPr>
                <w:rFonts w:eastAsia="Aptos" w:cs="Aptos"/>
                <w:b/>
                <w:color w:val="202020"/>
              </w:rPr>
              <w:t>KULTURNI PLAKAT</w:t>
            </w:r>
          </w:p>
          <w:p w14:paraId="0BC09EA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kot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</w:t>
            </w:r>
            <w:proofErr w:type="spellEnd"/>
          </w:p>
          <w:p w14:paraId="779359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podobo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sporočilo</w:t>
            </w:r>
            <w:proofErr w:type="spellEnd"/>
          </w:p>
          <w:p w14:paraId="6AD63A6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skupini</w:t>
            </w:r>
          </w:p>
          <w:p w14:paraId="378CB59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kulturni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plakat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čebeljim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znakom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C1EAEFB" w14:textId="77777777" w:rsidR="00720201" w:rsidRDefault="00000000">
            <w:r>
              <w:rPr>
                <w:rFonts w:eastAsia="Aptos" w:cs="Aptos"/>
                <w:b/>
                <w:color w:val="202020"/>
              </w:rPr>
              <w:t>PLESNE IGRE</w:t>
            </w:r>
          </w:p>
          <w:p w14:paraId="302BA03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ritmu</w:t>
            </w:r>
            <w:proofErr w:type="spellEnd"/>
          </w:p>
          <w:p w14:paraId="14AE06F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ljudski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plesni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734E194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paru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krogu</w:t>
            </w:r>
            <w:proofErr w:type="spellEnd"/>
          </w:p>
          <w:p w14:paraId="162CBA0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čebelji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plesni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paru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krogu</w:t>
            </w:r>
            <w:proofErr w:type="spellEnd"/>
          </w:p>
        </w:tc>
      </w:tr>
      <w:tr w:rsidR="00720201" w14:paraId="4033DD4F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1E5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A3BA6E" w14:textId="3FB21460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KULTURNI DAN</w:t>
            </w:r>
            <w:r w:rsidR="00743F1E">
              <w:rPr>
                <w:rFonts w:eastAsia="Aptos" w:cs="Aptos"/>
                <w:b/>
                <w:color w:val="B34A3C"/>
              </w:rPr>
              <w:t xml:space="preserve">: 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9. 2. 2027 </w:t>
            </w:r>
            <w:r w:rsidR="00743F1E">
              <w:rPr>
                <w:rFonts w:eastAsia="Aptos" w:cs="Aptos"/>
                <w:b/>
                <w:color w:val="202020"/>
              </w:rPr>
              <w:t>(</w:t>
            </w:r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Pustno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rajanje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v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Strunjanu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s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podružnično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šolo</w:t>
            </w:r>
            <w:proofErr w:type="spellEnd"/>
            <w:r w:rsidR="00743F1E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00840E39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BE0741" w14:textId="0B7B207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743F1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Mojca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Pokrajculja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slovenska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ljudska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pravljica</w:t>
            </w:r>
            <w:proofErr w:type="spellEnd"/>
          </w:p>
          <w:p w14:paraId="3528FD24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stari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predmeti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skupno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bivanje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ustno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izročilo</w:t>
            </w:r>
            <w:proofErr w:type="spellEnd"/>
          </w:p>
        </w:tc>
      </w:tr>
      <w:tr w:rsidR="00720201" w14:paraId="77F30C55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5224066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23.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15.–19. 2.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0D82E3" w14:textId="77777777" w:rsidR="00720201" w:rsidRDefault="00000000">
            <w:r>
              <w:rPr>
                <w:rFonts w:eastAsia="Aptos" w:cs="Aptos"/>
                <w:b/>
                <w:color w:val="202020"/>
              </w:rPr>
              <w:t>ŽIVLJENJE NEKOČ IN DANES</w:t>
            </w:r>
          </w:p>
          <w:p w14:paraId="1763311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navade</w:t>
            </w:r>
            <w:proofErr w:type="spellEnd"/>
          </w:p>
          <w:p w14:paraId="535FAF5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ugotavlja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razloge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spremembe</w:t>
            </w:r>
            <w:proofErr w:type="spellEnd"/>
          </w:p>
          <w:p w14:paraId="18D6E1A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pripoved</w:t>
            </w:r>
            <w:proofErr w:type="spellEnd"/>
          </w:p>
          <w:p w14:paraId="069C2C0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staro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sodobno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bivališče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vsakdanje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519FEC" w14:textId="77777777" w:rsidR="00720201" w:rsidRDefault="00000000">
            <w:r>
              <w:rPr>
                <w:rFonts w:eastAsia="Aptos" w:cs="Aptos"/>
                <w:b/>
                <w:color w:val="202020"/>
              </w:rPr>
              <w:t>GOVORNI NASTOP</w:t>
            </w:r>
            <w:r>
              <w:rPr>
                <w:rFonts w:eastAsia="Aptos" w:cs="Aptos"/>
                <w:b/>
                <w:color w:val="202020"/>
              </w:rPr>
              <w:br/>
              <w:t>VELIKA TISKANA ČRKA B</w:t>
            </w:r>
          </w:p>
          <w:p w14:paraId="4670EDF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spomin</w:t>
            </w:r>
            <w:proofErr w:type="spellEnd"/>
          </w:p>
          <w:p w14:paraId="7566C0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razločno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smiselno</w:t>
            </w:r>
            <w:proofErr w:type="spellEnd"/>
          </w:p>
          <w:p w14:paraId="01FF53A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/b/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3B3956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pravljico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pripravi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govorni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nastop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B78F98" w14:textId="77777777" w:rsidR="00720201" w:rsidRDefault="00000000">
            <w:r>
              <w:rPr>
                <w:rFonts w:eastAsia="Aptos" w:cs="Aptos"/>
                <w:b/>
                <w:color w:val="202020"/>
              </w:rPr>
              <w:t>KAJ ŽE ZNAM</w:t>
            </w:r>
          </w:p>
          <w:p w14:paraId="1A0C7BB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 10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računske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operacije</w:t>
            </w:r>
            <w:proofErr w:type="spellEnd"/>
          </w:p>
          <w:p w14:paraId="6BF29F2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</w:t>
            </w:r>
            <w:proofErr w:type="spellEnd"/>
          </w:p>
          <w:p w14:paraId="55D0712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strategijo</w:t>
            </w:r>
            <w:proofErr w:type="spellEnd"/>
          </w:p>
          <w:p w14:paraId="15FCCB90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utrjuje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števila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računanje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osebami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piskrčku</w:t>
            </w:r>
            <w:proofErr w:type="spellEnd"/>
          </w:p>
          <w:p w14:paraId="6BB094F1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389305FF" w14:textId="704EE2CD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59CD04" w14:textId="77777777" w:rsidR="00720201" w:rsidRDefault="00000000">
            <w:r>
              <w:rPr>
                <w:rFonts w:eastAsia="Aptos" w:cs="Aptos"/>
                <w:b/>
                <w:color w:val="202020"/>
              </w:rPr>
              <w:t>REVISION</w:t>
            </w:r>
          </w:p>
          <w:p w14:paraId="3F1B1A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besedišče</w:t>
            </w:r>
            <w:proofErr w:type="spellEnd"/>
          </w:p>
          <w:p w14:paraId="0DCCBB9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02454B8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376E377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stare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5241B3" w14:textId="77777777" w:rsidR="00720201" w:rsidRDefault="00000000">
            <w:r>
              <w:rPr>
                <w:rFonts w:eastAsia="Aptos" w:cs="Aptos"/>
                <w:b/>
                <w:color w:val="202020"/>
              </w:rPr>
              <w:t>RAZREDNI KONCERT</w:t>
            </w:r>
          </w:p>
          <w:p w14:paraId="60AF315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</w:p>
          <w:p w14:paraId="3C05A59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vrstnike</w:t>
            </w:r>
            <w:proofErr w:type="spellEnd"/>
          </w:p>
          <w:p w14:paraId="3FAF2FE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poda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prijazno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povratno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informacijo</w:t>
            </w:r>
            <w:proofErr w:type="spellEnd"/>
          </w:p>
          <w:p w14:paraId="3ECEAA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napev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razredni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974D548" w14:textId="77777777" w:rsidR="00720201" w:rsidRDefault="00000000">
            <w:r>
              <w:rPr>
                <w:rFonts w:eastAsia="Aptos" w:cs="Aptos"/>
                <w:b/>
                <w:color w:val="202020"/>
              </w:rPr>
              <w:t>MUZEJSKI KOTIČEK</w:t>
            </w:r>
          </w:p>
          <w:p w14:paraId="3226E92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razporedi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izdelke</w:t>
            </w:r>
            <w:proofErr w:type="spellEnd"/>
          </w:p>
          <w:p w14:paraId="19CA2C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doda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oznako</w:t>
            </w:r>
            <w:proofErr w:type="spellEnd"/>
          </w:p>
          <w:p w14:paraId="7C16DCC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razstave</w:t>
            </w:r>
            <w:proofErr w:type="spellEnd"/>
          </w:p>
          <w:p w14:paraId="1420012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muzejski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kotiček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piskrčkom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oznakami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D9069E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IGRE Z ŽOGO</w:t>
            </w:r>
          </w:p>
          <w:p w14:paraId="62DF9FE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kotali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lovi</w:t>
            </w:r>
            <w:proofErr w:type="spellEnd"/>
          </w:p>
          <w:p w14:paraId="38057BB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žogo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cilj</w:t>
            </w:r>
            <w:proofErr w:type="spellEnd"/>
          </w:p>
          <w:p w14:paraId="4566FFE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</w:p>
          <w:p w14:paraId="1B75240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sodelovalno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žogo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Vsi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piskrček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55845F4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1E5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2D0E24" w14:textId="16B17D6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KULTURNI DAN</w:t>
            </w:r>
            <w:r w:rsidR="00743F1E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2027 – po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dogovoru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r w:rsidR="00743F1E">
              <w:rPr>
                <w:rFonts w:eastAsia="Aptos" w:cs="Aptos"/>
                <w:b/>
                <w:color w:val="202020"/>
              </w:rPr>
              <w:t xml:space="preserve"> (</w:t>
            </w:r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Etnološka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zbirka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,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Pokrajinski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muzej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Kope</w:t>
            </w:r>
            <w:r w:rsidR="00743F1E">
              <w:rPr>
                <w:rFonts w:eastAsia="Aptos" w:cs="Aptos"/>
                <w:b/>
                <w:color w:val="202020"/>
              </w:rPr>
              <w:t>r</w:t>
            </w:r>
            <w:r w:rsidR="00743F1E">
              <w:rPr>
                <w:rFonts w:eastAsia="Aptos" w:cs="Aptos"/>
                <w:i/>
                <w:color w:val="555555"/>
                <w:sz w:val="15"/>
              </w:rPr>
              <w:t>,</w:t>
            </w:r>
            <w:r>
              <w:rPr>
                <w:rFonts w:eastAsia="Aptos" w:cs="Aptos"/>
                <w:i/>
                <w:color w:val="555555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5"/>
              </w:rPr>
              <w:t>termin</w:t>
            </w:r>
            <w:proofErr w:type="spellEnd"/>
            <w:r>
              <w:rPr>
                <w:rFonts w:eastAsia="Aptos" w:cs="Aptos"/>
                <w:i/>
                <w:color w:val="555555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5"/>
              </w:rPr>
              <w:t>določi</w:t>
            </w:r>
            <w:proofErr w:type="spellEnd"/>
            <w:r>
              <w:rPr>
                <w:rFonts w:eastAsia="Aptos" w:cs="Aptos"/>
                <w:i/>
                <w:color w:val="555555"/>
                <w:sz w:val="15"/>
              </w:rPr>
              <w:t xml:space="preserve"> šola</w:t>
            </w:r>
            <w:r w:rsidR="00743F1E">
              <w:rPr>
                <w:rFonts w:eastAsia="Aptos" w:cs="Aptos"/>
                <w:i/>
                <w:color w:val="555555"/>
                <w:sz w:val="15"/>
              </w:rPr>
              <w:t>)</w:t>
            </w:r>
          </w:p>
        </w:tc>
      </w:tr>
      <w:tr w:rsidR="00720201" w14:paraId="11B6CD4D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7EE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473B32" w14:textId="104D335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ZIMSKE POČITNICE </w:t>
            </w:r>
            <w:r w:rsidR="00743F1E">
              <w:rPr>
                <w:rFonts w:eastAsia="Aptos" w:cs="Aptos"/>
                <w:b/>
                <w:color w:val="202020"/>
                <w:sz w:val="17"/>
              </w:rPr>
              <w:t>(</w:t>
            </w:r>
            <w:r>
              <w:rPr>
                <w:rFonts w:eastAsia="Aptos" w:cs="Aptos"/>
                <w:b/>
                <w:color w:val="202020"/>
                <w:sz w:val="17"/>
              </w:rPr>
              <w:t>OBALNO-KRAŠKA REGIJA</w:t>
            </w:r>
            <w:r w:rsidR="00743F1E">
              <w:rPr>
                <w:rFonts w:eastAsia="Aptos" w:cs="Aptos"/>
                <w:b/>
                <w:color w:val="202020"/>
                <w:sz w:val="17"/>
              </w:rPr>
              <w:t>: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 22.</w:t>
            </w:r>
            <w:r w:rsidR="00743F1E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–</w:t>
            </w:r>
            <w:r w:rsidR="00743F1E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26. 2. 2027</w:t>
            </w:r>
            <w:r w:rsidR="00743F1E">
              <w:rPr>
                <w:rFonts w:eastAsia="Aptos" w:cs="Aptos"/>
                <w:b/>
                <w:color w:val="202020"/>
                <w:sz w:val="17"/>
              </w:rPr>
              <w:t>)</w:t>
            </w:r>
          </w:p>
        </w:tc>
      </w:tr>
    </w:tbl>
    <w:p w14:paraId="2CEEB82C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4604D883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1C4879" w14:textId="1EDB1E5F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7.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1537A7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ŽIVIM ZDRAVO – JAZ IN DOBRO POČUTJE</w:t>
            </w:r>
            <w:r>
              <w:rPr>
                <w:rFonts w:eastAsia="Aptos" w:cs="Aptos"/>
                <w:b/>
                <w:color w:val="202020"/>
              </w:rPr>
              <w:br/>
              <w:t>1. 3. 2027–19. 3. 2027</w:t>
            </w:r>
          </w:p>
        </w:tc>
      </w:tr>
      <w:tr w:rsidR="00720201" w14:paraId="2F319782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42F2E112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B15450" w14:textId="5728DF9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FFC8D06" w14:textId="56160C0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BB2B13" w14:textId="26D84B8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70302D" w14:textId="52D62B7F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F4F1A2" w14:textId="7D4F7C7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E6B209" w14:textId="6D675040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48E979" w14:textId="2F7E91E0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06F1E67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8E13D2" w14:textId="6381505C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743F1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Sapramiška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Svetlana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Makarovič</w:t>
            </w:r>
            <w:proofErr w:type="spellEnd"/>
          </w:p>
          <w:p w14:paraId="119B1E9B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telo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zobje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čutila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pomoč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vztrajnost</w:t>
            </w:r>
            <w:proofErr w:type="spellEnd"/>
          </w:p>
        </w:tc>
      </w:tr>
      <w:tr w:rsidR="00720201" w14:paraId="51F13945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22577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24.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1.–5. 3.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833978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MOJE TELO IN ČUTILA</w:t>
            </w:r>
          </w:p>
          <w:p w14:paraId="164069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zunanje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telesa</w:t>
            </w:r>
            <w:proofErr w:type="spellEnd"/>
          </w:p>
          <w:p w14:paraId="40098F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čutili</w:t>
            </w:r>
            <w:proofErr w:type="spellEnd"/>
          </w:p>
          <w:p w14:paraId="49D9B5C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čutila</w:t>
            </w:r>
            <w:proofErr w:type="spellEnd"/>
          </w:p>
          <w:p w14:paraId="401FED5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spoznava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skrb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zobe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čutila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pomoči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E0C5C0" w14:textId="77777777" w:rsidR="00720201" w:rsidRDefault="00000000">
            <w:r>
              <w:rPr>
                <w:rFonts w:eastAsia="Aptos" w:cs="Aptos"/>
                <w:b/>
                <w:color w:val="202020"/>
              </w:rPr>
              <w:t>OPIS SEBE</w:t>
            </w:r>
            <w:r>
              <w:rPr>
                <w:rFonts w:eastAsia="Aptos" w:cs="Aptos"/>
                <w:b/>
                <w:color w:val="202020"/>
              </w:rPr>
              <w:br/>
              <w:t>VELIKA TISKANA ČRKA G</w:t>
            </w:r>
          </w:p>
          <w:p w14:paraId="010F117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samega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sebe</w:t>
            </w:r>
            <w:proofErr w:type="spellEnd"/>
          </w:p>
          <w:p w14:paraId="3A1EF83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</w:p>
          <w:p w14:paraId="512485C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/g/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012E2DD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Sapramiško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njeno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težavo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čustva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A2650E" w14:textId="77777777" w:rsidR="00720201" w:rsidRDefault="00000000">
            <w:r>
              <w:rPr>
                <w:rFonts w:eastAsia="Aptos" w:cs="Aptos"/>
                <w:b/>
                <w:color w:val="202020"/>
              </w:rPr>
              <w:t>ŠTEVILA DO 20</w:t>
            </w:r>
          </w:p>
          <w:p w14:paraId="680BA7E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šteje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</w:p>
          <w:p w14:paraId="2234F16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zapisuje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0–20</w:t>
            </w:r>
          </w:p>
          <w:p w14:paraId="641CF35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ureja</w:t>
            </w:r>
            <w:proofErr w:type="spellEnd"/>
          </w:p>
          <w:p w14:paraId="45B17B3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20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orehe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druge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konkretne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4D203C4" w14:textId="77777777" w:rsidR="00720201" w:rsidRDefault="00000000">
            <w:r>
              <w:rPr>
                <w:rFonts w:eastAsia="Aptos" w:cs="Aptos"/>
                <w:b/>
                <w:color w:val="202020"/>
              </w:rPr>
              <w:t>MY BODY</w:t>
            </w:r>
          </w:p>
          <w:p w14:paraId="47E754E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poimenovanja</w:t>
            </w:r>
            <w:proofErr w:type="spellEnd"/>
          </w:p>
          <w:p w14:paraId="10B15F4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telesa</w:t>
            </w:r>
            <w:proofErr w:type="spellEnd"/>
          </w:p>
          <w:p w14:paraId="7FA0676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pesmi</w:t>
            </w:r>
            <w:proofErr w:type="spellEnd"/>
          </w:p>
          <w:p w14:paraId="47ABC0F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dele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telesa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izrazi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17C3BD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 IN DIH</w:t>
            </w:r>
          </w:p>
          <w:p w14:paraId="61BCFF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</w:p>
          <w:p w14:paraId="2AB4FD4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dihanju</w:t>
            </w:r>
            <w:proofErr w:type="spellEnd"/>
          </w:p>
          <w:p w14:paraId="7C645B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govor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petje</w:t>
            </w:r>
            <w:proofErr w:type="spellEnd"/>
          </w:p>
          <w:p w14:paraId="3117939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mišji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851FED" w14:textId="77777777" w:rsidR="00720201" w:rsidRDefault="00000000">
            <w:r>
              <w:rPr>
                <w:rFonts w:eastAsia="Aptos" w:cs="Aptos"/>
                <w:b/>
                <w:color w:val="202020"/>
              </w:rPr>
              <w:t>FIGURA V GIBANJU</w:t>
            </w:r>
          </w:p>
          <w:p w14:paraId="3E26C9C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položaje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telesa</w:t>
            </w:r>
            <w:proofErr w:type="spellEnd"/>
          </w:p>
          <w:p w14:paraId="7117826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figuro</w:t>
            </w:r>
            <w:proofErr w:type="spellEnd"/>
          </w:p>
          <w:p w14:paraId="2DF187B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gibanje</w:t>
            </w:r>
            <w:proofErr w:type="spellEnd"/>
          </w:p>
          <w:p w14:paraId="25F09EF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figuro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Sapramiške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gibanju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0E827B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GIBALNA UČINKOVITOST</w:t>
            </w:r>
          </w:p>
          <w:p w14:paraId="16B076F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osnovne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gibanja</w:t>
            </w:r>
            <w:proofErr w:type="spellEnd"/>
          </w:p>
          <w:p w14:paraId="0AD1744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odziv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telesa</w:t>
            </w:r>
            <w:proofErr w:type="spellEnd"/>
          </w:p>
          <w:p w14:paraId="206642E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hidracijo</w:t>
            </w:r>
            <w:proofErr w:type="spellEnd"/>
          </w:p>
          <w:p w14:paraId="0E2238F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iskanjem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rešitve</w:t>
            </w:r>
            <w:proofErr w:type="spellEnd"/>
          </w:p>
        </w:tc>
      </w:tr>
      <w:tr w:rsidR="00720201" w14:paraId="4044363E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2EF378" w14:textId="7791B91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743F1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Mislice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Feri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Lainšček</w:t>
            </w:r>
            <w:proofErr w:type="spellEnd"/>
          </w:p>
          <w:p w14:paraId="5A3F0F8B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čustva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misli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zdrave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navade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notranji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svet</w:t>
            </w:r>
            <w:proofErr w:type="spellEnd"/>
          </w:p>
        </w:tc>
      </w:tr>
      <w:tr w:rsidR="00720201" w14:paraId="411FF661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3E1ADD6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25.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8.–12. 3.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D69EE4" w14:textId="77777777" w:rsidR="00720201" w:rsidRDefault="00000000">
            <w:r>
              <w:rPr>
                <w:rFonts w:eastAsia="Aptos" w:cs="Aptos"/>
                <w:b/>
                <w:color w:val="202020"/>
              </w:rPr>
              <w:t>ZDRAVE NAVADE</w:t>
            </w:r>
          </w:p>
          <w:p w14:paraId="6B9A7AD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higiene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spanja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prehrane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gibanja</w:t>
            </w:r>
            <w:proofErr w:type="spellEnd"/>
          </w:p>
          <w:p w14:paraId="2067D7D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zdravo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možnost</w:t>
            </w:r>
            <w:proofErr w:type="spellEnd"/>
          </w:p>
          <w:p w14:paraId="4AD0E4A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dnevno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rutino</w:t>
            </w:r>
            <w:proofErr w:type="spellEnd"/>
          </w:p>
          <w:p w14:paraId="1CE62FF1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zdravo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dnevno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rutino</w:t>
            </w:r>
            <w:proofErr w:type="spellEnd"/>
          </w:p>
          <w:p w14:paraId="7193404B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4AE1547B" w14:textId="39166B2B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72BCCA" w14:textId="77777777" w:rsidR="00720201" w:rsidRDefault="00000000">
            <w:r>
              <w:rPr>
                <w:rFonts w:eastAsia="Aptos" w:cs="Aptos"/>
                <w:b/>
                <w:color w:val="202020"/>
              </w:rPr>
              <w:t>NAVODILO IN NASVET</w:t>
            </w:r>
            <w:r>
              <w:rPr>
                <w:rFonts w:eastAsia="Aptos" w:cs="Aptos"/>
                <w:b/>
                <w:color w:val="202020"/>
              </w:rPr>
              <w:br/>
              <w:t>VELIKA TISKANA ČRKA Č</w:t>
            </w:r>
          </w:p>
          <w:p w14:paraId="69C15D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3A2D330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priporočilo</w:t>
            </w:r>
            <w:proofErr w:type="spellEnd"/>
          </w:p>
          <w:p w14:paraId="730C1F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/č/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Č,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3326869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tvori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prijazen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nasvet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06D2C8" w14:textId="77777777" w:rsidR="00720201" w:rsidRDefault="00000000">
            <w:r>
              <w:rPr>
                <w:rFonts w:eastAsia="Aptos" w:cs="Aptos"/>
                <w:b/>
                <w:color w:val="202020"/>
              </w:rPr>
              <w:t>PREDHODNIK IN NASLEDNIK</w:t>
            </w:r>
          </w:p>
          <w:p w14:paraId="68D120C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določa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sosednja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 20</w:t>
            </w:r>
          </w:p>
          <w:p w14:paraId="39E2DE7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številski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trak</w:t>
            </w:r>
            <w:proofErr w:type="spellEnd"/>
          </w:p>
          <w:p w14:paraId="4F7C43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</w:p>
          <w:p w14:paraId="6D30DDA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številski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trak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dnevnih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dejavnosti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B39F6B" w14:textId="77777777" w:rsidR="00720201" w:rsidRDefault="00000000">
            <w:r>
              <w:rPr>
                <w:rFonts w:eastAsia="Aptos" w:cs="Aptos"/>
                <w:b/>
                <w:color w:val="202020"/>
              </w:rPr>
              <w:t>HEALTHY ROUTINE</w:t>
            </w:r>
          </w:p>
          <w:p w14:paraId="33F7803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glagolov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rutino</w:t>
            </w:r>
            <w:proofErr w:type="spellEnd"/>
          </w:p>
          <w:p w14:paraId="38FFC97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dela</w:t>
            </w:r>
          </w:p>
          <w:p w14:paraId="47E0357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izmenjavi</w:t>
            </w:r>
            <w:proofErr w:type="spellEnd"/>
          </w:p>
          <w:p w14:paraId="7F6F02C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zvezo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dnevni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rutini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CA2DC9" w14:textId="77777777" w:rsidR="00720201" w:rsidRDefault="00000000">
            <w:r>
              <w:rPr>
                <w:rFonts w:eastAsia="Aptos" w:cs="Aptos"/>
                <w:b/>
                <w:color w:val="202020"/>
              </w:rPr>
              <w:t>RITEM TELESA</w:t>
            </w:r>
          </w:p>
          <w:p w14:paraId="474B595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lastnimi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glasbili</w:t>
            </w:r>
            <w:proofErr w:type="spellEnd"/>
          </w:p>
          <w:p w14:paraId="30AFA9A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5E0C9BA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usklajuje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gib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</w:t>
            </w:r>
            <w:proofErr w:type="spellEnd"/>
          </w:p>
          <w:p w14:paraId="78495E66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telesa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ki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izraža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</w:p>
          <w:p w14:paraId="6311E14B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24BD092D" w14:textId="656C2B40" w:rsidR="00AF4DB2" w:rsidRPr="00AF4DB2" w:rsidRDefault="00AF4DB2" w:rsidP="00AF4DB2">
            <w:pPr>
              <w:ind w:left="181"/>
              <w:rPr>
                <w:iCs/>
              </w:rPr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15C836" w14:textId="77777777" w:rsidR="00720201" w:rsidRDefault="00000000">
            <w:r>
              <w:rPr>
                <w:rFonts w:eastAsia="Aptos" w:cs="Aptos"/>
                <w:b/>
                <w:color w:val="202020"/>
              </w:rPr>
              <w:t>PLAKAT ZDRAVJA</w:t>
            </w:r>
          </w:p>
          <w:p w14:paraId="75AE705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podobe</w:t>
            </w:r>
            <w:proofErr w:type="spellEnd"/>
          </w:p>
          <w:p w14:paraId="4017D62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kolaž</w:t>
            </w:r>
            <w:proofErr w:type="spellEnd"/>
          </w:p>
          <w:p w14:paraId="6D806BC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jasno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posreduje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sporočilo</w:t>
            </w:r>
            <w:proofErr w:type="spellEnd"/>
          </w:p>
          <w:p w14:paraId="72B31BD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plakat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misli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zdravih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navad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C40C939" w14:textId="77777777" w:rsidR="00720201" w:rsidRDefault="00000000">
            <w:r>
              <w:rPr>
                <w:rFonts w:eastAsia="Aptos" w:cs="Aptos"/>
                <w:b/>
                <w:color w:val="202020"/>
              </w:rPr>
              <w:t>VADBA ZA ZDRAVJE</w:t>
            </w:r>
          </w:p>
          <w:p w14:paraId="3C7464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ogrevanje</w:t>
            </w:r>
            <w:proofErr w:type="spellEnd"/>
          </w:p>
          <w:p w14:paraId="5849F9C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rednega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gibanja</w:t>
            </w:r>
            <w:proofErr w:type="spellEnd"/>
          </w:p>
          <w:p w14:paraId="29014E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svojim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zmožnostim</w:t>
            </w:r>
            <w:proofErr w:type="spellEnd"/>
          </w:p>
          <w:p w14:paraId="32389E5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vadbo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dobro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umirjanje</w:t>
            </w:r>
            <w:proofErr w:type="spellEnd"/>
          </w:p>
        </w:tc>
      </w:tr>
      <w:tr w:rsidR="00720201" w14:paraId="2A23CED1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3BC19B" w14:textId="73C7E523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743F1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Žabji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kralj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>« – brata Grimm</w:t>
            </w:r>
          </w:p>
          <w:p w14:paraId="497F0D08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obljuba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pomoč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občutki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sprememba</w:t>
            </w:r>
            <w:proofErr w:type="spellEnd"/>
          </w:p>
        </w:tc>
      </w:tr>
      <w:tr w:rsidR="00720201" w14:paraId="5D3E6F30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C1E96A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26.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15.–19. 3.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C2457E8" w14:textId="77777777" w:rsidR="00720201" w:rsidRDefault="00000000">
            <w:r>
              <w:rPr>
                <w:rFonts w:eastAsia="Aptos" w:cs="Aptos"/>
                <w:b/>
                <w:color w:val="202020"/>
              </w:rPr>
              <w:t>VARNOST IN POMOČ</w:t>
            </w:r>
          </w:p>
          <w:p w14:paraId="594D35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situacijo</w:t>
            </w:r>
            <w:proofErr w:type="spellEnd"/>
          </w:p>
          <w:p w14:paraId="0202928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pomoč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odraslega</w:t>
            </w:r>
            <w:proofErr w:type="spellEnd"/>
          </w:p>
          <w:p w14:paraId="37BC30C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osnovno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pomoč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112</w:t>
            </w:r>
          </w:p>
          <w:p w14:paraId="49A896D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presoja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načine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iskanja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pomoči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B09930" w14:textId="77777777" w:rsidR="00720201" w:rsidRDefault="00000000">
            <w:r>
              <w:rPr>
                <w:rFonts w:eastAsia="Aptos" w:cs="Aptos"/>
                <w:b/>
                <w:color w:val="202020"/>
              </w:rPr>
              <w:t>PRIPOVED IN NADALJEVANJE</w:t>
            </w:r>
            <w:r>
              <w:rPr>
                <w:rFonts w:eastAsia="Aptos" w:cs="Aptos"/>
                <w:b/>
                <w:color w:val="202020"/>
              </w:rPr>
              <w:br/>
              <w:t>VELIKA TISKANA ČRKA Š</w:t>
            </w:r>
          </w:p>
          <w:p w14:paraId="08F1BEC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slikanici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zgodbo</w:t>
            </w:r>
            <w:proofErr w:type="spellEnd"/>
          </w:p>
          <w:p w14:paraId="3D3080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nadaljevanje</w:t>
            </w:r>
            <w:proofErr w:type="spellEnd"/>
          </w:p>
          <w:p w14:paraId="08CB292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/š/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Š,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74F5578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odigra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dialog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drugačno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nadaljevanje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2B20D9" w14:textId="77777777" w:rsidR="00720201" w:rsidRDefault="00000000">
            <w:r>
              <w:rPr>
                <w:rFonts w:eastAsia="Aptos" w:cs="Aptos"/>
                <w:b/>
                <w:color w:val="202020"/>
              </w:rPr>
              <w:t>MERJENJE MASE IN PROSTORNINE</w:t>
            </w:r>
          </w:p>
          <w:p w14:paraId="2897D9C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uredi</w:t>
            </w:r>
            <w:proofErr w:type="spellEnd"/>
          </w:p>
          <w:p w14:paraId="648B9DC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meri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nestandardnimi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enotami</w:t>
            </w:r>
            <w:proofErr w:type="spellEnd"/>
          </w:p>
          <w:p w14:paraId="5B3112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ugotovitev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</w:t>
            </w:r>
            <w:proofErr w:type="spellEnd"/>
          </w:p>
          <w:p w14:paraId="04A7E98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maso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prostornino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vodnjaku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8B58002" w14:textId="77777777" w:rsidR="00720201" w:rsidRDefault="00000000">
            <w:r>
              <w:rPr>
                <w:rFonts w:eastAsia="Aptos" w:cs="Aptos"/>
                <w:b/>
                <w:color w:val="202020"/>
              </w:rPr>
              <w:t>HELP</w:t>
            </w:r>
          </w:p>
          <w:p w14:paraId="25FCA28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osnovni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pomoč</w:t>
            </w:r>
            <w:proofErr w:type="spellEnd"/>
          </w:p>
          <w:p w14:paraId="67F3A15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počuti</w:t>
            </w:r>
            <w:proofErr w:type="spellEnd"/>
          </w:p>
          <w:p w14:paraId="08810BA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odzove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59A7D97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izraze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pomoč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4F3427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GLASBA IN POČUTJE</w:t>
            </w:r>
          </w:p>
          <w:p w14:paraId="549088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umirjeno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živahno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glasbo</w:t>
            </w:r>
            <w:proofErr w:type="spellEnd"/>
          </w:p>
          <w:p w14:paraId="47C9941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</w:t>
            </w:r>
            <w:proofErr w:type="spellEnd"/>
          </w:p>
          <w:p w14:paraId="1B421C7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dejavnost</w:t>
            </w:r>
          </w:p>
          <w:p w14:paraId="524A648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ponazori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spremembo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razpoloženja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FF9FCF" w14:textId="77777777" w:rsidR="00720201" w:rsidRDefault="00000000">
            <w:r>
              <w:rPr>
                <w:rFonts w:eastAsia="Aptos" w:cs="Aptos"/>
                <w:b/>
                <w:color w:val="202020"/>
              </w:rPr>
              <w:t>BARVA IN POČUTJE</w:t>
            </w:r>
          </w:p>
          <w:p w14:paraId="0BA278F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doživetjem</w:t>
            </w:r>
            <w:proofErr w:type="spellEnd"/>
          </w:p>
          <w:p w14:paraId="7307F22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</w:t>
            </w:r>
            <w:proofErr w:type="spellEnd"/>
          </w:p>
          <w:p w14:paraId="12E27CA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spoštljivo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15D486C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žabji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lik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prikaže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počutje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5427887" w14:textId="77777777" w:rsidR="00720201" w:rsidRDefault="00000000">
            <w:r>
              <w:rPr>
                <w:rFonts w:eastAsia="Aptos" w:cs="Aptos"/>
                <w:b/>
                <w:color w:val="202020"/>
              </w:rPr>
              <w:t>SODELOVALNE IGRE</w:t>
            </w:r>
          </w:p>
          <w:p w14:paraId="3216816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brez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izločanja</w:t>
            </w:r>
            <w:proofErr w:type="spellEnd"/>
          </w:p>
          <w:p w14:paraId="246FF6C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</w:t>
            </w:r>
            <w:proofErr w:type="spellEnd"/>
          </w:p>
          <w:p w14:paraId="765B3BB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poda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podporno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povratno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informacijo</w:t>
            </w:r>
            <w:proofErr w:type="spellEnd"/>
          </w:p>
          <w:p w14:paraId="250F766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žabje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skoke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sodelovalne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</w:t>
            </w:r>
          </w:p>
        </w:tc>
      </w:tr>
    </w:tbl>
    <w:p w14:paraId="3F3C647F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56458BD1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E830BC" w14:textId="332962A8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8.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A2528C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POMLAD, POJAVI IN ŽIVA BITJA</w:t>
            </w:r>
            <w:r>
              <w:rPr>
                <w:rFonts w:eastAsia="Aptos" w:cs="Aptos"/>
                <w:b/>
                <w:color w:val="202020"/>
              </w:rPr>
              <w:br/>
              <w:t>22. 3. 2027–9. 4. 2027</w:t>
            </w:r>
          </w:p>
        </w:tc>
      </w:tr>
      <w:tr w:rsidR="00720201" w14:paraId="0AEAD247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4511AB4A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E511F8" w14:textId="55BA99E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EF39FF" w14:textId="72AF08B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90E2DA" w14:textId="3FEE072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5B784B" w14:textId="2994751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22D0CE" w14:textId="3F5D207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B13679" w14:textId="72B2592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8365F2" w14:textId="3F131FA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0E5FC6E7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91ADB4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 xml:space="preserve">TEMATSKI TEDEN •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Majnice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: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fulaste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pesmi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Tone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Pavček</w:t>
            </w:r>
            <w:proofErr w:type="spellEnd"/>
          </w:p>
          <w:p w14:paraId="08C1D046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pomlad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ritem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igriv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jezik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opazovanje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narave</w:t>
            </w:r>
            <w:proofErr w:type="spellEnd"/>
          </w:p>
        </w:tc>
      </w:tr>
      <w:tr w:rsidR="00720201" w14:paraId="4C5617EB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B5E4B9C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27.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22.–26. 3.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876249" w14:textId="77777777" w:rsidR="00720201" w:rsidRDefault="00000000">
            <w:r>
              <w:rPr>
                <w:rFonts w:eastAsia="Aptos" w:cs="Aptos"/>
                <w:b/>
                <w:color w:val="202020"/>
              </w:rPr>
              <w:t>POMLADNE SPREMEMBE</w:t>
            </w:r>
          </w:p>
          <w:p w14:paraId="53D2505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rastline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živali</w:t>
            </w:r>
            <w:proofErr w:type="spellEnd"/>
          </w:p>
          <w:p w14:paraId="466171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zimo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pomlad</w:t>
            </w:r>
            <w:proofErr w:type="spellEnd"/>
          </w:p>
          <w:p w14:paraId="2350D44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opazovalni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dnevnik</w:t>
            </w:r>
            <w:proofErr w:type="spellEnd"/>
          </w:p>
          <w:p w14:paraId="6EED6B4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pomladni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gozd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beleži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spremembe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38A24A" w14:textId="77777777" w:rsidR="00720201" w:rsidRDefault="00000000">
            <w:r>
              <w:rPr>
                <w:rFonts w:eastAsia="Aptos" w:cs="Aptos"/>
                <w:b/>
                <w:color w:val="202020"/>
              </w:rPr>
              <w:t>PESNIŠTVO</w:t>
            </w:r>
            <w:r>
              <w:rPr>
                <w:rFonts w:eastAsia="Aptos" w:cs="Aptos"/>
                <w:b/>
                <w:color w:val="202020"/>
              </w:rPr>
              <w:br/>
              <w:t>VELIKA TISKANA ČRKA Ž</w:t>
            </w:r>
          </w:p>
          <w:p w14:paraId="08B6A62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62112BF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rimo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osnovni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47D1727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/ž/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Ž,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4921D64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doživeto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recitira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pomladno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25B2AA" w14:textId="77777777" w:rsidR="00720201" w:rsidRDefault="00000000">
            <w:r>
              <w:rPr>
                <w:rFonts w:eastAsia="Aptos" w:cs="Aptos"/>
                <w:b/>
                <w:color w:val="202020"/>
              </w:rPr>
              <w:t>TELESA IN LIKI</w:t>
            </w:r>
          </w:p>
          <w:p w14:paraId="6B43F3E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od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lika</w:t>
            </w:r>
            <w:proofErr w:type="spellEnd"/>
          </w:p>
          <w:p w14:paraId="28F1D8F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obliki</w:t>
            </w:r>
            <w:proofErr w:type="spellEnd"/>
          </w:p>
          <w:p w14:paraId="611C432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geometrijsko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obliko</w:t>
            </w:r>
            <w:proofErr w:type="spellEnd"/>
          </w:p>
          <w:p w14:paraId="7C4AF4D2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pomladne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geometrijski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obliki</w:t>
            </w:r>
            <w:proofErr w:type="spellEnd"/>
          </w:p>
          <w:p w14:paraId="0C8DC587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144A2D4E" w14:textId="35DF80F1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B8CAE5" w14:textId="77777777" w:rsidR="00720201" w:rsidRDefault="00000000">
            <w:r>
              <w:rPr>
                <w:rFonts w:eastAsia="Aptos" w:cs="Aptos"/>
                <w:b/>
                <w:color w:val="202020"/>
              </w:rPr>
              <w:t>SPRING</w:t>
            </w:r>
          </w:p>
          <w:p w14:paraId="584CB0E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bitja</w:t>
            </w:r>
            <w:proofErr w:type="spellEnd"/>
          </w:p>
          <w:p w14:paraId="112C1FC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64CC118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pesmi</w:t>
            </w:r>
            <w:proofErr w:type="spellEnd"/>
          </w:p>
          <w:p w14:paraId="03C921A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pomladno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vreme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bitja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1D4462" w14:textId="77777777" w:rsidR="00720201" w:rsidRDefault="00000000">
            <w:r>
              <w:rPr>
                <w:rFonts w:eastAsia="Aptos" w:cs="Aptos"/>
                <w:b/>
                <w:color w:val="202020"/>
              </w:rPr>
              <w:t>POMLAD V GLASBI</w:t>
            </w:r>
          </w:p>
          <w:p w14:paraId="3BD5445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skladbo</w:t>
            </w:r>
            <w:proofErr w:type="spellEnd"/>
          </w:p>
          <w:p w14:paraId="7FAB5DD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spremembe</w:t>
            </w:r>
            <w:proofErr w:type="spellEnd"/>
          </w:p>
          <w:p w14:paraId="6C3B458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gibalno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</w:t>
            </w:r>
            <w:proofErr w:type="spellEnd"/>
          </w:p>
          <w:p w14:paraId="38E7898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pomladno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9434D9" w14:textId="77777777" w:rsidR="00720201" w:rsidRDefault="00000000">
            <w:r>
              <w:rPr>
                <w:rFonts w:eastAsia="Aptos" w:cs="Aptos"/>
                <w:b/>
                <w:color w:val="202020"/>
              </w:rPr>
              <w:t>ODTIS RASTLINE</w:t>
            </w:r>
          </w:p>
          <w:p w14:paraId="41BC27C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strukturo</w:t>
            </w:r>
            <w:proofErr w:type="spellEnd"/>
          </w:p>
          <w:p w14:paraId="6A4EA09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odtis</w:t>
            </w:r>
            <w:proofErr w:type="spellEnd"/>
          </w:p>
          <w:p w14:paraId="6573632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naravno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rezultat</w:t>
            </w:r>
            <w:proofErr w:type="spellEnd"/>
          </w:p>
          <w:p w14:paraId="16B0702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odtis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rastline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pesniško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ilustracijo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CBEBA7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IGRE Z ŽOGO</w:t>
            </w:r>
          </w:p>
          <w:p w14:paraId="6F1C2A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kotali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žogo</w:t>
            </w:r>
            <w:proofErr w:type="spellEnd"/>
          </w:p>
          <w:p w14:paraId="26A3D39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podaja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lovi</w:t>
            </w:r>
            <w:proofErr w:type="spellEnd"/>
          </w:p>
          <w:p w14:paraId="75F93A4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igre</w:t>
            </w:r>
            <w:proofErr w:type="spellEnd"/>
          </w:p>
          <w:p w14:paraId="753D50E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pomladne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žogo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naravi</w:t>
            </w:r>
            <w:proofErr w:type="spellEnd"/>
          </w:p>
        </w:tc>
      </w:tr>
      <w:tr w:rsidR="00720201" w14:paraId="472B13B3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2EFDC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E07667" w14:textId="29A431D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NARAVOSLOVNI DAN</w:t>
            </w:r>
            <w:r w:rsidR="00142FCE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22. 3. 2027 </w:t>
            </w:r>
            <w:r w:rsidR="00142FCE">
              <w:rPr>
                <w:rFonts w:eastAsia="Aptos" w:cs="Aptos"/>
                <w:b/>
                <w:color w:val="202020"/>
              </w:rPr>
              <w:t xml:space="preserve">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Gozd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–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življenjski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prostor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delavnice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v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Vrhpolju</w:t>
            </w:r>
            <w:proofErr w:type="spellEnd"/>
            <w:r>
              <w:rPr>
                <w:rFonts w:eastAsia="Aptos" w:cs="Aptos"/>
                <w:b/>
                <w:color w:val="202020"/>
              </w:rPr>
              <w:t>)</w:t>
            </w:r>
            <w:r w:rsidR="00142FCE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3926243B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9FA267" w14:textId="33F5589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ŠPORTNI DAN</w:t>
            </w:r>
            <w:r w:rsidR="00142FCE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23. 3. 2027 </w:t>
            </w:r>
            <w:r w:rsidR="00142FCE">
              <w:rPr>
                <w:rFonts w:eastAsia="Aptos" w:cs="Aptos"/>
                <w:b/>
                <w:color w:val="202020"/>
              </w:rPr>
              <w:t xml:space="preserve"> (</w:t>
            </w:r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Športne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igre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mladih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v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parku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Sonce</w:t>
            </w:r>
            <w:proofErr w:type="spellEnd"/>
            <w:r w:rsidR="00142FCE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11BD8E87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48CAF9" w14:textId="1BBCC59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142FC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Štiri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črne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mravljice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Anja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Štefan</w:t>
            </w:r>
            <w:proofErr w:type="spellEnd"/>
          </w:p>
          <w:p w14:paraId="0E9F5647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sodelovanje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drobna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bitja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vzorci</w:t>
            </w:r>
            <w:proofErr w:type="spellEnd"/>
          </w:p>
        </w:tc>
      </w:tr>
      <w:tr w:rsidR="00720201" w14:paraId="17D5FEB4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119561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28.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30. 3.–2. 4.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9C76E4" w14:textId="77777777" w:rsidR="00720201" w:rsidRDefault="00000000">
            <w:r>
              <w:rPr>
                <w:rFonts w:eastAsia="Aptos" w:cs="Aptos"/>
                <w:b/>
                <w:color w:val="202020"/>
              </w:rPr>
              <w:t>RAST IN RAZVOJ</w:t>
            </w:r>
          </w:p>
          <w:p w14:paraId="6689DBB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kalitev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rast</w:t>
            </w:r>
            <w:proofErr w:type="spellEnd"/>
          </w:p>
          <w:p w14:paraId="51BE37D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osnovne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potrebe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rastline</w:t>
            </w:r>
            <w:proofErr w:type="spellEnd"/>
          </w:p>
          <w:p w14:paraId="09704C4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bitje</w:t>
            </w:r>
            <w:proofErr w:type="spellEnd"/>
          </w:p>
          <w:p w14:paraId="342C1E1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drobna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bitja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njihove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potrebe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8AEBFD" w14:textId="77777777" w:rsidR="00720201" w:rsidRDefault="00000000">
            <w:r>
              <w:rPr>
                <w:rFonts w:eastAsia="Aptos" w:cs="Aptos"/>
                <w:b/>
                <w:color w:val="202020"/>
              </w:rPr>
              <w:t>OPIS RASTLINE</w:t>
            </w:r>
            <w:r>
              <w:rPr>
                <w:rFonts w:eastAsia="Aptos" w:cs="Aptos"/>
                <w:b/>
                <w:color w:val="202020"/>
              </w:rPr>
              <w:br/>
              <w:t>VELIKA TISKANA ČRKA C</w:t>
            </w:r>
          </w:p>
          <w:p w14:paraId="3B8C130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zbira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</w:p>
          <w:p w14:paraId="07C24C9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povedi</w:t>
            </w:r>
            <w:proofErr w:type="spellEnd"/>
          </w:p>
          <w:p w14:paraId="4400B89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/c/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C,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60AD932A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nadaljuje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mravljin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dogodek</w:t>
            </w:r>
            <w:proofErr w:type="spellEnd"/>
          </w:p>
          <w:p w14:paraId="61A7B747" w14:textId="77777777" w:rsidR="00F01A14" w:rsidRPr="00F01A14" w:rsidRDefault="00F01A14" w:rsidP="00F01A14">
            <w:pPr>
              <w:ind w:left="181"/>
            </w:pPr>
          </w:p>
          <w:p w14:paraId="6AB61EC4" w14:textId="053EAA52" w:rsidR="00F01A14" w:rsidRDefault="00F01A14" w:rsidP="00F01A14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7C741F5" w14:textId="77777777" w:rsidR="00720201" w:rsidRDefault="00000000">
            <w:r>
              <w:rPr>
                <w:rFonts w:eastAsia="Aptos" w:cs="Aptos"/>
                <w:b/>
                <w:color w:val="202020"/>
              </w:rPr>
              <w:t>ČRTE IN LIKI</w:t>
            </w:r>
          </w:p>
          <w:p w14:paraId="623A3E6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>/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krivo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sklenjeno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>/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nesklenjeno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črto</w:t>
            </w:r>
            <w:proofErr w:type="spellEnd"/>
          </w:p>
          <w:p w14:paraId="6F78CC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nariše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črte</w:t>
            </w:r>
            <w:proofErr w:type="spellEnd"/>
          </w:p>
          <w:p w14:paraId="084C6D4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sestavlja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razstavlja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like</w:t>
            </w:r>
          </w:p>
          <w:p w14:paraId="770A1DC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sestavlja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like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vzorce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štirimi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mravljicami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255054" w14:textId="77777777" w:rsidR="00720201" w:rsidRDefault="00000000">
            <w:r>
              <w:rPr>
                <w:rFonts w:eastAsia="Aptos" w:cs="Aptos"/>
                <w:b/>
                <w:color w:val="202020"/>
              </w:rPr>
              <w:t>A PLANT</w:t>
            </w:r>
          </w:p>
          <w:p w14:paraId="64879C3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dejavnost</w:t>
            </w:r>
          </w:p>
          <w:p w14:paraId="4181449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del</w:t>
            </w:r>
          </w:p>
          <w:p w14:paraId="173262A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razumevanje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dejanjem</w:t>
            </w:r>
            <w:proofErr w:type="spellEnd"/>
          </w:p>
          <w:p w14:paraId="02FF60D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dele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rastline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število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štiri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31AB43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ZVOČNA RAST</w:t>
            </w:r>
          </w:p>
          <w:p w14:paraId="7E83D67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22C6D19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ponovi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4063899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dinamiko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rastjo</w:t>
            </w:r>
            <w:proofErr w:type="spellEnd"/>
          </w:p>
          <w:p w14:paraId="45A12EE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mravljin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905836" w14:textId="77777777" w:rsidR="00720201" w:rsidRDefault="00000000">
            <w:r>
              <w:rPr>
                <w:rFonts w:eastAsia="Aptos" w:cs="Aptos"/>
                <w:b/>
                <w:color w:val="202020"/>
              </w:rPr>
              <w:t>RISANJE PO OPAZOVANJU</w:t>
            </w:r>
          </w:p>
          <w:p w14:paraId="6394EDB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podrobnosti</w:t>
            </w:r>
            <w:proofErr w:type="spellEnd"/>
          </w:p>
          <w:p w14:paraId="6370D7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črte</w:t>
            </w:r>
            <w:proofErr w:type="spellEnd"/>
          </w:p>
          <w:p w14:paraId="7B13CE8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izboljšani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zapis</w:t>
            </w:r>
            <w:proofErr w:type="spellEnd"/>
          </w:p>
          <w:p w14:paraId="41E60E7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mravljice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rastline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opazovanju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C4EE54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POLIGON Z ŽOGO</w:t>
            </w:r>
          </w:p>
          <w:p w14:paraId="6AF7C7D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vodi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žogo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ovir</w:t>
            </w:r>
            <w:proofErr w:type="spellEnd"/>
          </w:p>
          <w:p w14:paraId="3EBB175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usmeri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žogo</w:t>
            </w:r>
            <w:proofErr w:type="spellEnd"/>
          </w:p>
          <w:p w14:paraId="2A7C3FE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čaka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vrsto</w:t>
            </w:r>
            <w:proofErr w:type="spellEnd"/>
          </w:p>
          <w:p w14:paraId="7BAC30B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sodelovalni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mravljin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poligon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žogo</w:t>
            </w:r>
            <w:proofErr w:type="spellEnd"/>
          </w:p>
        </w:tc>
      </w:tr>
      <w:tr w:rsidR="00720201" w14:paraId="131FAF83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98FC9C" w14:textId="23849C2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ŠPORTNI DAN</w:t>
            </w:r>
            <w:r w:rsidR="00142FCE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1. 4. 2027 </w:t>
            </w:r>
            <w:r w:rsidR="00142FCE">
              <w:rPr>
                <w:rFonts w:eastAsia="Aptos" w:cs="Aptos"/>
                <w:b/>
                <w:color w:val="202020"/>
              </w:rPr>
              <w:t xml:space="preserve">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Zlati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sonček</w:t>
            </w:r>
            <w:proofErr w:type="spellEnd"/>
            <w:r w:rsidR="00142FCE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565745E9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9CE8F7" w14:textId="19E1C1C0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142FC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Živalske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novice«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Primož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Suhodolčan</w:t>
            </w:r>
            <w:proofErr w:type="spellEnd"/>
          </w:p>
          <w:p w14:paraId="3BA2244C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živali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življenjska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okolja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igrivo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informacijsko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besedilo</w:t>
            </w:r>
          </w:p>
        </w:tc>
      </w:tr>
      <w:tr w:rsidR="00720201" w14:paraId="1217F1B2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21CE5D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29.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5.–9. 4.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4F6B401" w14:textId="77777777" w:rsidR="00720201" w:rsidRDefault="00000000">
            <w:r>
              <w:rPr>
                <w:rFonts w:eastAsia="Aptos" w:cs="Aptos"/>
                <w:b/>
                <w:color w:val="202020"/>
              </w:rPr>
              <w:t>ŽIVA BITJA IN OKOLJE</w:t>
            </w:r>
          </w:p>
          <w:p w14:paraId="47646BB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organizem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življenjskim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okoljem</w:t>
            </w:r>
            <w:proofErr w:type="spellEnd"/>
          </w:p>
          <w:p w14:paraId="728463A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vpliv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človeka</w:t>
            </w:r>
            <w:proofErr w:type="spellEnd"/>
          </w:p>
          <w:p w14:paraId="5BEEFAC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predlaga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skrbno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ravnanje</w:t>
            </w:r>
            <w:proofErr w:type="spellEnd"/>
          </w:p>
          <w:p w14:paraId="7FCDE5B6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predlaga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odgovorno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ravnanje</w:t>
            </w:r>
            <w:proofErr w:type="spellEnd"/>
          </w:p>
          <w:p w14:paraId="2A0908D4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7A1724F7" w14:textId="37A47E8A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F209EB" w14:textId="77777777" w:rsidR="00720201" w:rsidRDefault="00000000">
            <w:r>
              <w:rPr>
                <w:rFonts w:eastAsia="Aptos" w:cs="Aptos"/>
                <w:b/>
                <w:color w:val="202020"/>
              </w:rPr>
              <w:t>INFORMACIJSKO BESEDILO</w:t>
            </w:r>
            <w:r>
              <w:rPr>
                <w:rFonts w:eastAsia="Aptos" w:cs="Aptos"/>
                <w:b/>
                <w:color w:val="202020"/>
              </w:rPr>
              <w:br/>
              <w:t>VELIKA TISKANA ČRKA Z</w:t>
            </w:r>
          </w:p>
          <w:p w14:paraId="347375A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besedilo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sliki</w:t>
            </w:r>
            <w:proofErr w:type="spellEnd"/>
          </w:p>
          <w:p w14:paraId="4C7670F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očiten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podatek</w:t>
            </w:r>
            <w:proofErr w:type="spellEnd"/>
          </w:p>
          <w:p w14:paraId="76D8D55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/z/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777DAFD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književno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novico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resničnim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podatkom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CEC1C3" w14:textId="77777777" w:rsidR="00720201" w:rsidRDefault="00000000">
            <w:r>
              <w:rPr>
                <w:rFonts w:eastAsia="Aptos" w:cs="Aptos"/>
                <w:b/>
                <w:color w:val="202020"/>
              </w:rPr>
              <w:t>STATISTIKA</w:t>
            </w:r>
          </w:p>
          <w:p w14:paraId="35EC31C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opazovanju</w:t>
            </w:r>
            <w:proofErr w:type="spellEnd"/>
          </w:p>
          <w:p w14:paraId="413E744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izdela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figurni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vrstični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</w:t>
            </w:r>
            <w:proofErr w:type="spellEnd"/>
          </w:p>
          <w:p w14:paraId="13FF076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podatke</w:t>
            </w:r>
            <w:proofErr w:type="spellEnd"/>
          </w:p>
          <w:p w14:paraId="39CCDF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podatke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preprost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prikaz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ADCC17" w14:textId="77777777" w:rsidR="00720201" w:rsidRDefault="00000000">
            <w:r>
              <w:rPr>
                <w:rFonts w:eastAsia="Aptos" w:cs="Aptos"/>
                <w:b/>
                <w:color w:val="202020"/>
              </w:rPr>
              <w:t>NATURE</w:t>
            </w:r>
          </w:p>
          <w:p w14:paraId="3D7B32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posnetku</w:t>
            </w:r>
            <w:proofErr w:type="spellEnd"/>
          </w:p>
          <w:p w14:paraId="3A4C149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13BDB28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všečnost</w:t>
            </w:r>
            <w:proofErr w:type="spellEnd"/>
          </w:p>
          <w:p w14:paraId="6F76B33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razume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sporočilu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C549F3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GLASBENA POKRAJINA</w:t>
            </w:r>
          </w:p>
          <w:p w14:paraId="26B2BF8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326A662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jih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simboli</w:t>
            </w:r>
            <w:proofErr w:type="spellEnd"/>
          </w:p>
          <w:p w14:paraId="36DCA96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</w:p>
          <w:p w14:paraId="4A5C7F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najavo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pokrajino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89E2F5" w14:textId="77777777" w:rsidR="00720201" w:rsidRDefault="00000000">
            <w:r>
              <w:rPr>
                <w:rFonts w:eastAsia="Aptos" w:cs="Aptos"/>
                <w:b/>
                <w:color w:val="202020"/>
              </w:rPr>
              <w:t>SKUPINSKA SLIKA</w:t>
            </w:r>
          </w:p>
          <w:p w14:paraId="19D4B9C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kompozicije</w:t>
            </w:r>
            <w:proofErr w:type="spellEnd"/>
          </w:p>
          <w:p w14:paraId="10E6F8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uskladi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oblike</w:t>
            </w:r>
            <w:proofErr w:type="spellEnd"/>
          </w:p>
          <w:p w14:paraId="07D478B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predstavitvi</w:t>
            </w:r>
            <w:proofErr w:type="spellEnd"/>
          </w:p>
          <w:p w14:paraId="7D27AA2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skupinsko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stran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razrednih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novic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B81B78" w14:textId="77777777" w:rsidR="00720201" w:rsidRDefault="00000000">
            <w:r>
              <w:rPr>
                <w:rFonts w:eastAsia="Aptos" w:cs="Aptos"/>
                <w:b/>
                <w:color w:val="202020"/>
              </w:rPr>
              <w:t>ATLETSKE IGRE</w:t>
            </w:r>
          </w:p>
          <w:p w14:paraId="3302C1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skače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meče</w:t>
            </w:r>
            <w:proofErr w:type="spellEnd"/>
          </w:p>
          <w:p w14:paraId="0BC655E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napredek</w:t>
            </w:r>
            <w:proofErr w:type="spellEnd"/>
          </w:p>
          <w:p w14:paraId="52D9F8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pošteno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igro</w:t>
            </w:r>
            <w:proofErr w:type="spellEnd"/>
          </w:p>
          <w:p w14:paraId="746817D9" w14:textId="77777777" w:rsidR="00720201" w:rsidRPr="00E9696E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atletske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živalskega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gibanja</w:t>
            </w:r>
            <w:proofErr w:type="spellEnd"/>
          </w:p>
          <w:p w14:paraId="24A0044B" w14:textId="77777777" w:rsidR="00E9696E" w:rsidRDefault="00E9696E" w:rsidP="00E9696E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0F1E2256" w14:textId="29D17B21" w:rsidR="00E9696E" w:rsidRDefault="00E9696E" w:rsidP="00E9696E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</w:tr>
    </w:tbl>
    <w:p w14:paraId="3B9FF2D6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10E4CCB8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33C5ED" w14:textId="04D2B33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9.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3CC1D5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GIBANJE, SVETLOBA IN ZVOK</w:t>
            </w:r>
            <w:r>
              <w:rPr>
                <w:rFonts w:eastAsia="Aptos" w:cs="Aptos"/>
                <w:b/>
                <w:color w:val="202020"/>
              </w:rPr>
              <w:br/>
              <w:t>12. 4. 2027–23. 4. 2027</w:t>
            </w:r>
          </w:p>
        </w:tc>
      </w:tr>
      <w:tr w:rsidR="00720201" w14:paraId="32976183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348E6C23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D74485" w14:textId="22326EB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6C78F0" w14:textId="03CD661B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6841C4" w14:textId="79D2B933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AFC6FB" w14:textId="2417DDD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716FAA" w14:textId="42A6C5A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5D5967C" w14:textId="12F90F6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FB090F" w14:textId="77D1A32F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519B5BC3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84A8FE" w14:textId="131D65D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142FCE">
              <w:rPr>
                <w:rFonts w:eastAsia="Aptos" w:cs="Aptos"/>
                <w:b/>
                <w:color w:val="B34A3C"/>
                <w:sz w:val="17"/>
              </w:rPr>
              <w:t xml:space="preserve">: 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Bobek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in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barčica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Anja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Štefan</w:t>
            </w:r>
            <w:proofErr w:type="spellEnd"/>
          </w:p>
          <w:p w14:paraId="20540047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gibanje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voda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potisk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vlek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sodelovanje</w:t>
            </w:r>
            <w:proofErr w:type="spellEnd"/>
          </w:p>
        </w:tc>
      </w:tr>
      <w:tr w:rsidR="00720201" w14:paraId="1FFD5995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1C3BFA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30.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12.–16. 4.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35D47D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GIBANJE</w:t>
            </w:r>
          </w:p>
          <w:p w14:paraId="3A25A41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predmeti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gibljejo</w:t>
            </w:r>
            <w:proofErr w:type="spellEnd"/>
          </w:p>
          <w:p w14:paraId="5115CB2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potisk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vlek</w:t>
            </w:r>
            <w:proofErr w:type="spellEnd"/>
          </w:p>
          <w:p w14:paraId="4C201A4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pošten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preizkus</w:t>
            </w:r>
          </w:p>
          <w:p w14:paraId="069CA74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barčice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pošten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preizkus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C92874" w14:textId="77777777" w:rsidR="00720201" w:rsidRDefault="00000000">
            <w:r>
              <w:rPr>
                <w:rFonts w:eastAsia="Aptos" w:cs="Aptos"/>
                <w:b/>
                <w:color w:val="202020"/>
              </w:rPr>
              <w:t>POROČILO O POSKUSU</w:t>
            </w:r>
            <w:r>
              <w:rPr>
                <w:rFonts w:eastAsia="Aptos" w:cs="Aptos"/>
                <w:b/>
                <w:color w:val="202020"/>
              </w:rPr>
              <w:br/>
              <w:t>VELIKA TISKANA ČRKA H</w:t>
            </w:r>
          </w:p>
          <w:p w14:paraId="3A21BAB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izid</w:t>
            </w:r>
            <w:proofErr w:type="spellEnd"/>
          </w:p>
          <w:p w14:paraId="3B03D5E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postopek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ugotovitev</w:t>
            </w:r>
            <w:proofErr w:type="spellEnd"/>
          </w:p>
          <w:p w14:paraId="1D3171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/h/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H,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0CDC4E5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obnovi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zgodbo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poroča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preizkusu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barčice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B6F9DB" w14:textId="77777777" w:rsidR="00720201" w:rsidRDefault="00000000">
            <w:r>
              <w:rPr>
                <w:rFonts w:eastAsia="Aptos" w:cs="Aptos"/>
                <w:b/>
                <w:color w:val="202020"/>
              </w:rPr>
              <w:t>RAČUNANJE DO 20</w:t>
            </w:r>
          </w:p>
          <w:p w14:paraId="589C4FF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sešteva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brez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prehoda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čez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desetico</w:t>
            </w:r>
            <w:proofErr w:type="spellEnd"/>
          </w:p>
          <w:p w14:paraId="7FB508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konkreten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model</w:t>
            </w:r>
          </w:p>
          <w:p w14:paraId="5F1DB34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preveri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operacijo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intuitivni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1173524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računa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20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osebami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28636F" w14:textId="77777777" w:rsidR="00720201" w:rsidRDefault="00000000">
            <w:r>
              <w:rPr>
                <w:rFonts w:eastAsia="Aptos" w:cs="Aptos"/>
                <w:b/>
                <w:color w:val="202020"/>
              </w:rPr>
              <w:t>MOVE</w:t>
            </w:r>
          </w:p>
          <w:p w14:paraId="787B538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glagole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gibanja</w:t>
            </w:r>
            <w:proofErr w:type="spellEnd"/>
          </w:p>
          <w:p w14:paraId="2E40DA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090B6CF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gibanju</w:t>
            </w:r>
            <w:proofErr w:type="spellEnd"/>
          </w:p>
          <w:p w14:paraId="166115D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glagole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kratka navodila</w:t>
            </w:r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903446" w14:textId="77777777" w:rsidR="00720201" w:rsidRDefault="00000000">
            <w:r>
              <w:rPr>
                <w:rFonts w:eastAsia="Aptos" w:cs="Aptos"/>
                <w:b/>
                <w:color w:val="202020"/>
              </w:rPr>
              <w:t>HITRO IN POČASI</w:t>
            </w:r>
          </w:p>
          <w:p w14:paraId="2832205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tempo</w:t>
            </w:r>
          </w:p>
          <w:p w14:paraId="2610A62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</w:p>
          <w:p w14:paraId="67C3884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gibalno-glasbeni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odziv</w:t>
            </w:r>
            <w:proofErr w:type="spellEnd"/>
          </w:p>
          <w:p w14:paraId="5350D32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veslanja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hitro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počasno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plovbo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C16F8F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GIBLJIVA FIGURA</w:t>
            </w:r>
          </w:p>
          <w:p w14:paraId="3DE1AC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gibljiv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izdelek</w:t>
            </w:r>
            <w:proofErr w:type="spellEnd"/>
          </w:p>
          <w:p w14:paraId="15A26A8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spaja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dele</w:t>
            </w:r>
          </w:p>
          <w:p w14:paraId="12DDD5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preizkusi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delovanje</w:t>
            </w:r>
            <w:proofErr w:type="spellEnd"/>
          </w:p>
          <w:p w14:paraId="1913A81D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gibljivo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figuro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preprosto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barčico</w:t>
            </w:r>
            <w:proofErr w:type="spellEnd"/>
          </w:p>
          <w:p w14:paraId="02DF6FE1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635B0166" w14:textId="383F207A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5517EB2" w14:textId="77777777" w:rsidR="00720201" w:rsidRDefault="00000000">
            <w:r>
              <w:rPr>
                <w:rFonts w:eastAsia="Aptos" w:cs="Aptos"/>
                <w:b/>
                <w:color w:val="202020"/>
              </w:rPr>
              <w:t>PLES IN RITEM</w:t>
            </w:r>
          </w:p>
          <w:p w14:paraId="127647F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5EB26A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motive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niz</w:t>
            </w:r>
            <w:proofErr w:type="spellEnd"/>
          </w:p>
          <w:p w14:paraId="7DA99F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skupini</w:t>
            </w:r>
          </w:p>
          <w:p w14:paraId="6F6565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gibalno-plesno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Vsi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barčico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5796C8C5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627315" w14:textId="75DFD1D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142FCE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Kaj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je na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koncu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sveta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Niko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Grafenauer</w:t>
            </w:r>
            <w:proofErr w:type="spellEnd"/>
          </w:p>
          <w:p w14:paraId="3CE5D12F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svetloba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senca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zvok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vprašanja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domišljija</w:t>
            </w:r>
            <w:proofErr w:type="spellEnd"/>
          </w:p>
        </w:tc>
      </w:tr>
      <w:tr w:rsidR="00720201" w14:paraId="47B86240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EA11F75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31.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19.–23. 4.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40A8F1" w14:textId="77777777" w:rsidR="00720201" w:rsidRDefault="00000000">
            <w:r>
              <w:rPr>
                <w:rFonts w:eastAsia="Aptos" w:cs="Aptos"/>
                <w:b/>
                <w:color w:val="202020"/>
              </w:rPr>
              <w:t>SVETLOBA IN ZVOK</w:t>
            </w:r>
          </w:p>
          <w:p w14:paraId="499DEC6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raziskuje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sence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odboj</w:t>
            </w:r>
            <w:proofErr w:type="spellEnd"/>
          </w:p>
          <w:p w14:paraId="4A8431B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vire</w:t>
            </w:r>
            <w:proofErr w:type="spellEnd"/>
          </w:p>
          <w:p w14:paraId="4C74400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varovanje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oči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sluha</w:t>
            </w:r>
            <w:proofErr w:type="spellEnd"/>
          </w:p>
          <w:p w14:paraId="22CA154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senco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skrbi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oči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sluh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D9E32FC" w14:textId="77777777" w:rsidR="00720201" w:rsidRDefault="00000000">
            <w:r>
              <w:rPr>
                <w:rFonts w:eastAsia="Aptos" w:cs="Aptos"/>
                <w:b/>
                <w:color w:val="202020"/>
              </w:rPr>
              <w:t>RAZLAGA</w:t>
            </w:r>
            <w:r>
              <w:rPr>
                <w:rFonts w:eastAsia="Aptos" w:cs="Aptos"/>
                <w:b/>
                <w:color w:val="202020"/>
              </w:rPr>
              <w:br/>
              <w:t>VELIKA TISKANA ČRKA F</w:t>
            </w:r>
          </w:p>
          <w:p w14:paraId="7916B54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vrstnika</w:t>
            </w:r>
            <w:proofErr w:type="spellEnd"/>
          </w:p>
          <w:p w14:paraId="773451E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smiselno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2D38171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/f/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F, jo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veččutno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zlogih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besedah</w:t>
            </w:r>
            <w:proofErr w:type="spellEnd"/>
          </w:p>
          <w:p w14:paraId="531B6DCD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postavlja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razlaga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domišljijski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odgovor</w:t>
            </w:r>
          </w:p>
          <w:p w14:paraId="43587C38" w14:textId="77777777" w:rsidR="00F01A14" w:rsidRDefault="00F01A14" w:rsidP="00F01A14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5BD9A78A" w14:textId="34A24AEF" w:rsidR="00F01A14" w:rsidRDefault="00F01A14" w:rsidP="00F01A14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FD3418" w14:textId="77777777" w:rsidR="00720201" w:rsidRDefault="00000000">
            <w:r>
              <w:rPr>
                <w:rFonts w:eastAsia="Aptos" w:cs="Aptos"/>
                <w:b/>
                <w:color w:val="202020"/>
              </w:rPr>
              <w:t>PROBLEMSKE NALOGE</w:t>
            </w:r>
          </w:p>
          <w:p w14:paraId="57C46A3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operacijo</w:t>
            </w:r>
            <w:proofErr w:type="spellEnd"/>
          </w:p>
          <w:p w14:paraId="252A9BB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ponazori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reši</w:t>
            </w:r>
          </w:p>
          <w:p w14:paraId="6EA5758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strategijo</w:t>
            </w:r>
            <w:proofErr w:type="spellEnd"/>
          </w:p>
          <w:p w14:paraId="5C99B98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problemske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do »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konca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6EED46" w14:textId="77777777" w:rsidR="00720201" w:rsidRDefault="00000000">
            <w:r>
              <w:rPr>
                <w:rFonts w:eastAsia="Aptos" w:cs="Aptos"/>
                <w:b/>
                <w:color w:val="202020"/>
              </w:rPr>
              <w:t>LIGHT AND SOUND</w:t>
            </w:r>
          </w:p>
          <w:p w14:paraId="0A9154A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kratke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izraze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prikazu</w:t>
            </w:r>
            <w:proofErr w:type="spellEnd"/>
          </w:p>
          <w:p w14:paraId="0468287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2AE5026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jezikovnem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poskusu</w:t>
            </w:r>
            <w:proofErr w:type="spellEnd"/>
          </w:p>
          <w:p w14:paraId="2E99BA2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razume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kratke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izraze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svetlobo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smer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864ADF" w14:textId="77777777" w:rsidR="00720201" w:rsidRDefault="00000000">
            <w:r>
              <w:rPr>
                <w:rFonts w:eastAsia="Aptos" w:cs="Aptos"/>
                <w:b/>
                <w:color w:val="202020"/>
              </w:rPr>
              <w:t>USTVARJANJE</w:t>
            </w:r>
          </w:p>
          <w:p w14:paraId="6CF320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zvočila</w:t>
            </w:r>
            <w:proofErr w:type="spellEnd"/>
          </w:p>
          <w:p w14:paraId="462F15F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176B6D7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slikovnemu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zapisu</w:t>
            </w:r>
            <w:proofErr w:type="spellEnd"/>
          </w:p>
          <w:p w14:paraId="0F525C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skrivnostne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5B062F0" w14:textId="77777777" w:rsidR="00720201" w:rsidRDefault="00000000">
            <w:r>
              <w:rPr>
                <w:rFonts w:eastAsia="Aptos" w:cs="Aptos"/>
                <w:b/>
                <w:color w:val="202020"/>
              </w:rPr>
              <w:t>SENČNO GLEDALIŠČE</w:t>
            </w:r>
          </w:p>
          <w:p w14:paraId="3AD08AD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figuro</w:t>
            </w:r>
            <w:proofErr w:type="spellEnd"/>
          </w:p>
          <w:p w14:paraId="6D6C664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svetlobo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senco</w:t>
            </w:r>
            <w:proofErr w:type="spellEnd"/>
          </w:p>
          <w:p w14:paraId="729B8BE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prizoru</w:t>
            </w:r>
            <w:proofErr w:type="spellEnd"/>
          </w:p>
          <w:p w14:paraId="5452F11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pripravi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senčno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gledališče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motivih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dela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CF6CC0E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GIBANJE V NARAVI</w:t>
            </w:r>
          </w:p>
          <w:p w14:paraId="72FEF55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premaguje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teren</w:t>
            </w:r>
            <w:proofErr w:type="spellEnd"/>
          </w:p>
          <w:p w14:paraId="3A1837D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uravnava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napor</w:t>
            </w:r>
            <w:proofErr w:type="spellEnd"/>
          </w:p>
          <w:p w14:paraId="4E2431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odgovorno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5D84B8F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raziskovalno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naravi</w:t>
            </w:r>
            <w:proofErr w:type="spellEnd"/>
          </w:p>
        </w:tc>
      </w:tr>
      <w:tr w:rsidR="00720201" w14:paraId="53F9F017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FF0C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9E0386" w14:textId="200E4B8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TEHNIŠKI DAN</w:t>
            </w:r>
            <w:r w:rsidR="00142FCE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21. 4. 2027 </w:t>
            </w:r>
            <w:r w:rsidR="00142FCE">
              <w:rPr>
                <w:rFonts w:eastAsia="Aptos" w:cs="Aptos"/>
                <w:b/>
                <w:color w:val="202020"/>
              </w:rPr>
              <w:t xml:space="preserve">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Eko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junak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naredi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podnebni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korak</w:t>
            </w:r>
            <w:proofErr w:type="spellEnd"/>
            <w:r w:rsidR="00142FCE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5FC6C691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1E5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7C75FA" w14:textId="366C041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KULTURNI DAN</w:t>
            </w:r>
            <w:r w:rsidR="00142FCE">
              <w:rPr>
                <w:rFonts w:eastAsia="Aptos" w:cs="Aptos"/>
                <w:b/>
                <w:color w:val="B34A3C"/>
              </w:rPr>
              <w:t xml:space="preserve">: 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23. 4. 2027 </w:t>
            </w:r>
            <w:r w:rsidR="00142FCE">
              <w:rPr>
                <w:rFonts w:eastAsia="Aptos" w:cs="Aptos"/>
                <w:b/>
                <w:color w:val="202020"/>
              </w:rPr>
              <w:t xml:space="preserve">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Svetovni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dan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knjige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,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obisk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mestne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knjižnice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v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Luciji</w:t>
            </w:r>
            <w:proofErr w:type="spellEnd"/>
            <w:r w:rsidR="00142FCE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4B1AB7BF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7EE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7BCA534" w14:textId="2B00357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>POUKA PROSTI DNEVI IN PRVOMAJSKE POČITNICE</w:t>
            </w:r>
            <w:r w:rsidR="00142FCE">
              <w:rPr>
                <w:rFonts w:eastAsia="Aptos" w:cs="Aptos"/>
                <w:b/>
                <w:color w:val="202020"/>
                <w:sz w:val="17"/>
              </w:rPr>
              <w:t>: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 26. 4.–2. 5. 2027</w:t>
            </w:r>
          </w:p>
        </w:tc>
      </w:tr>
    </w:tbl>
    <w:p w14:paraId="5B07FDE4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0164BAE5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CA3F60F" w14:textId="21D2CC8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10.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9237C50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POKRAJINA, PROSTOR IN TRAJNOSTNA SKUPNOST</w:t>
            </w:r>
            <w:r>
              <w:rPr>
                <w:rFonts w:eastAsia="Aptos" w:cs="Aptos"/>
                <w:b/>
                <w:color w:val="202020"/>
              </w:rPr>
              <w:br/>
              <w:t>3. 5. 2027–28. 5. 2027</w:t>
            </w:r>
          </w:p>
        </w:tc>
      </w:tr>
      <w:tr w:rsidR="00720201" w14:paraId="3EF47787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10628EA7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075DA2" w14:textId="2EFD715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9FE157" w14:textId="4BF1308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947B66" w14:textId="7EE0824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84E970A" w14:textId="05F32E6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052573" w14:textId="5D47A68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7A8D0F" w14:textId="20CCF1C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8261F2" w14:textId="7163F32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4365173B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9A3E20" w14:textId="005E4BE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223337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Naša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bela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mačica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Srečko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Kosovel</w:t>
            </w:r>
            <w:proofErr w:type="spellEnd"/>
          </w:p>
          <w:p w14:paraId="0F4E216D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žival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pokrajini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barve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prostor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ljudski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zven</w:t>
            </w:r>
            <w:proofErr w:type="spellEnd"/>
          </w:p>
        </w:tc>
      </w:tr>
      <w:tr w:rsidR="00720201" w14:paraId="2A3008A7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391AF6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32.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3.–7. 5.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CC11C0" w14:textId="77777777" w:rsidR="00720201" w:rsidRDefault="00000000">
            <w:r>
              <w:rPr>
                <w:rFonts w:eastAsia="Aptos" w:cs="Aptos"/>
                <w:b/>
                <w:color w:val="202020"/>
              </w:rPr>
              <w:t>POKRAJINSKI POJMI</w:t>
            </w:r>
          </w:p>
          <w:p w14:paraId="6CD1F06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ravnina,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hrib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gora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reka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njiva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travnik</w:t>
            </w:r>
            <w:proofErr w:type="spellEnd"/>
          </w:p>
          <w:p w14:paraId="4D0090B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lokalno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pokrajino</w:t>
            </w:r>
            <w:proofErr w:type="spellEnd"/>
          </w:p>
          <w:p w14:paraId="29BC622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razvršča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sestavine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3B0EF3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pokrajino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žival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njenim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okoljem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9F395B" w14:textId="77777777" w:rsidR="00720201" w:rsidRDefault="00000000">
            <w:r>
              <w:rPr>
                <w:rFonts w:eastAsia="Aptos" w:cs="Aptos"/>
                <w:b/>
                <w:color w:val="202020"/>
              </w:rPr>
              <w:t>OPIS POKRAJINE</w:t>
            </w:r>
          </w:p>
          <w:p w14:paraId="42682E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opis</w:t>
            </w:r>
            <w:proofErr w:type="spellEnd"/>
          </w:p>
          <w:p w14:paraId="31BC7C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bistvene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</w:p>
          <w:p w14:paraId="270D700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pisno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opaženo</w:t>
            </w:r>
            <w:proofErr w:type="spellEnd"/>
          </w:p>
          <w:p w14:paraId="78A03E07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doživeto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opiše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njeno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podobo</w:t>
            </w:r>
            <w:proofErr w:type="spellEnd"/>
          </w:p>
          <w:p w14:paraId="488053B5" w14:textId="77777777" w:rsidR="00F01A14" w:rsidRDefault="00F01A14" w:rsidP="00F01A14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498FEAC0" w14:textId="51217D74" w:rsidR="00F01A14" w:rsidRDefault="00F01A14" w:rsidP="00F01A14">
            <w:pPr>
              <w:ind w:left="181"/>
            </w:pP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2DADA7" w14:textId="77777777" w:rsidR="00720201" w:rsidRDefault="00000000">
            <w:r>
              <w:rPr>
                <w:rFonts w:eastAsia="Aptos" w:cs="Aptos"/>
                <w:b/>
                <w:color w:val="202020"/>
              </w:rPr>
              <w:t>MERJENJE DOLŽINE</w:t>
            </w:r>
          </w:p>
          <w:p w14:paraId="406BBAB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ureja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dolžine</w:t>
            </w:r>
            <w:proofErr w:type="spellEnd"/>
          </w:p>
          <w:p w14:paraId="7FE67F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meri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nestandardnimi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enotami</w:t>
            </w:r>
            <w:proofErr w:type="spellEnd"/>
          </w:p>
          <w:p w14:paraId="48C2CC3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rezultat</w:t>
            </w:r>
            <w:proofErr w:type="spellEnd"/>
          </w:p>
          <w:p w14:paraId="74206E7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meri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nestandardnimi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enotami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3A659C" w14:textId="77777777" w:rsidR="00720201" w:rsidRDefault="00000000">
            <w:r>
              <w:rPr>
                <w:rFonts w:eastAsia="Aptos" w:cs="Aptos"/>
                <w:b/>
                <w:color w:val="202020"/>
              </w:rPr>
              <w:t>LANDSCAPE</w:t>
            </w:r>
          </w:p>
          <w:p w14:paraId="2A58C2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fotografiji</w:t>
            </w:r>
            <w:proofErr w:type="spellEnd"/>
          </w:p>
          <w:p w14:paraId="2A34189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element</w:t>
            </w:r>
          </w:p>
          <w:p w14:paraId="2BA1293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60B6BED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pokrajinske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elemente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mačko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C4A0E9" w14:textId="77777777" w:rsidR="00720201" w:rsidRDefault="00000000">
            <w:r>
              <w:rPr>
                <w:rFonts w:eastAsia="Aptos" w:cs="Aptos"/>
                <w:b/>
                <w:color w:val="202020"/>
              </w:rPr>
              <w:t>LJUDSKA PESEM</w:t>
            </w:r>
          </w:p>
          <w:p w14:paraId="5B5E042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širšega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40D3240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glasbilo</w:t>
            </w:r>
            <w:proofErr w:type="spellEnd"/>
          </w:p>
          <w:p w14:paraId="7F1975F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ritmično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</w:t>
            </w:r>
            <w:proofErr w:type="spellEnd"/>
          </w:p>
          <w:p w14:paraId="0ED017C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ritmično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ljudsko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pesmijo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2D9917" w14:textId="77777777" w:rsidR="00720201" w:rsidRDefault="00000000">
            <w:r>
              <w:rPr>
                <w:rFonts w:eastAsia="Aptos" w:cs="Aptos"/>
                <w:b/>
                <w:color w:val="202020"/>
              </w:rPr>
              <w:t>SLIKANJE POKRAJINE</w:t>
            </w:r>
          </w:p>
          <w:p w14:paraId="5056F91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prostorske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odnose</w:t>
            </w:r>
            <w:proofErr w:type="spellEnd"/>
          </w:p>
          <w:p w14:paraId="339F039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ploskve</w:t>
            </w:r>
            <w:proofErr w:type="spellEnd"/>
          </w:p>
          <w:p w14:paraId="76593A4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ospredje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ozadje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intuitivni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581CA24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naslika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mačico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ospredju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pokrajine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89A54D" w14:textId="77777777" w:rsidR="00720201" w:rsidRDefault="00000000">
            <w:r>
              <w:rPr>
                <w:rFonts w:eastAsia="Aptos" w:cs="Aptos"/>
                <w:b/>
                <w:color w:val="202020"/>
              </w:rPr>
              <w:t>ATLETSKA ABECEDA</w:t>
            </w:r>
          </w:p>
          <w:p w14:paraId="049767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čez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nizke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ovire</w:t>
            </w:r>
            <w:proofErr w:type="spellEnd"/>
          </w:p>
          <w:p w14:paraId="3F63814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skače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daljino</w:t>
            </w:r>
            <w:proofErr w:type="spellEnd"/>
          </w:p>
          <w:p w14:paraId="6763DF2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meče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daljino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cilj</w:t>
            </w:r>
            <w:proofErr w:type="spellEnd"/>
          </w:p>
          <w:p w14:paraId="7D75C5B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mačje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ravnotežnostne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atletske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</w:t>
            </w:r>
          </w:p>
        </w:tc>
      </w:tr>
      <w:tr w:rsidR="00720201" w14:paraId="6E32FE41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C8C79C" w14:textId="5150599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223337">
              <w:rPr>
                <w:rFonts w:eastAsia="Aptos" w:cs="Aptos"/>
                <w:b/>
                <w:color w:val="B34A3C"/>
                <w:sz w:val="17"/>
              </w:rPr>
              <w:t xml:space="preserve">: </w:t>
            </w:r>
            <w:r w:rsidR="00CC3AF7"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Kdo</w:t>
            </w:r>
            <w:proofErr w:type="spellEnd"/>
            <w:r w:rsidR="00CC3AF7">
              <w:rPr>
                <w:rFonts w:eastAsia="Aptos" w:cs="Aptos"/>
                <w:b/>
                <w:color w:val="202020"/>
                <w:sz w:val="17"/>
              </w:rPr>
              <w:t xml:space="preserve"> je 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napravil</w:t>
            </w:r>
            <w:proofErr w:type="spellEnd"/>
            <w:r w:rsidR="00CC3AF7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Vidku</w:t>
            </w:r>
            <w:proofErr w:type="spellEnd"/>
            <w:r w:rsidR="00CC3AF7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srajčico</w:t>
            </w:r>
            <w:proofErr w:type="spellEnd"/>
            <w:r w:rsidR="00CC3AF7">
              <w:rPr>
                <w:rFonts w:eastAsia="Aptos" w:cs="Aptos"/>
                <w:b/>
                <w:color w:val="202020"/>
                <w:sz w:val="17"/>
              </w:rPr>
              <w:t xml:space="preserve">« – Fran 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Lebstik</w:t>
            </w:r>
            <w:proofErr w:type="spellEnd"/>
          </w:p>
          <w:p w14:paraId="249E7674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orientacija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načrt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poti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morje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varno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raziskovanje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obale</w:t>
            </w:r>
            <w:proofErr w:type="spellEnd"/>
          </w:p>
        </w:tc>
      </w:tr>
      <w:tr w:rsidR="00720201" w14:paraId="369F607A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550F3B5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33.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10.–14. 5.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A23666" w14:textId="77777777" w:rsidR="00720201" w:rsidRDefault="00000000">
            <w:r>
              <w:rPr>
                <w:rFonts w:eastAsia="Aptos" w:cs="Aptos"/>
                <w:b/>
                <w:color w:val="202020"/>
              </w:rPr>
              <w:t>ORIENTACIJA IN NAČRT</w:t>
            </w:r>
          </w:p>
          <w:p w14:paraId="530DEA7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orientira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okolju</w:t>
            </w:r>
            <w:proofErr w:type="spellEnd"/>
          </w:p>
          <w:p w14:paraId="57E93B3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preprostemu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načrtu</w:t>
            </w:r>
            <w:proofErr w:type="spellEnd"/>
          </w:p>
          <w:p w14:paraId="299262B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dogovorjene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znake</w:t>
            </w:r>
            <w:proofErr w:type="spellEnd"/>
          </w:p>
          <w:p w14:paraId="6FE29C6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morski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obali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sledi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pravilom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opazovanja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varnosti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9676DA" w14:textId="77777777" w:rsidR="00720201" w:rsidRDefault="00000000">
            <w:r>
              <w:rPr>
                <w:rFonts w:eastAsia="Aptos" w:cs="Aptos"/>
                <w:b/>
                <w:color w:val="202020"/>
              </w:rPr>
              <w:t>NAVODILO ZA POT</w:t>
            </w:r>
          </w:p>
          <w:p w14:paraId="1E5A70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</w:t>
            </w:r>
            <w:proofErr w:type="spellEnd"/>
          </w:p>
          <w:p w14:paraId="0EA70A2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levo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naravnost</w:t>
            </w:r>
            <w:proofErr w:type="spellEnd"/>
          </w:p>
          <w:p w14:paraId="393D0F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tvori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navodilo</w:t>
            </w:r>
            <w:proofErr w:type="spellEnd"/>
          </w:p>
          <w:p w14:paraId="7694D81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tvori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navodilo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Bobkovo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pripoveduje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načrtu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3293F1" w14:textId="77777777" w:rsidR="00720201" w:rsidRDefault="00000000">
            <w:r>
              <w:rPr>
                <w:rFonts w:eastAsia="Aptos" w:cs="Aptos"/>
                <w:b/>
                <w:color w:val="202020"/>
              </w:rPr>
              <w:t>PROSTORSKA ORIENTACIJA</w:t>
            </w:r>
          </w:p>
          <w:p w14:paraId="7A62573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lego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glede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sebe</w:t>
            </w:r>
            <w:proofErr w:type="spellEnd"/>
          </w:p>
          <w:p w14:paraId="29B8006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mreži</w:t>
            </w:r>
            <w:proofErr w:type="spellEnd"/>
          </w:p>
          <w:p w14:paraId="12F4C80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pot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simboli</w:t>
            </w:r>
            <w:proofErr w:type="spellEnd"/>
          </w:p>
          <w:p w14:paraId="53AADF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predstavi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barčice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mreži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simboli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59AAB2" w14:textId="77777777" w:rsidR="00720201" w:rsidRDefault="00000000">
            <w:r>
              <w:rPr>
                <w:rFonts w:eastAsia="Aptos" w:cs="Aptos"/>
                <w:b/>
                <w:color w:val="202020"/>
              </w:rPr>
              <w:t>DIRECTIONS</w:t>
            </w:r>
          </w:p>
          <w:p w14:paraId="53F650F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left, right in straight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gibu</w:t>
            </w:r>
            <w:proofErr w:type="spellEnd"/>
          </w:p>
          <w:p w14:paraId="2B8D1FE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navodilu</w:t>
            </w:r>
            <w:proofErr w:type="spellEnd"/>
          </w:p>
          <w:p w14:paraId="600E74C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paru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izmenjavo</w:t>
            </w:r>
            <w:proofErr w:type="spellEnd"/>
          </w:p>
          <w:p w14:paraId="25A3D50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uporablja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left, right in straight</w:t>
            </w:r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93077B7" w14:textId="77777777" w:rsidR="00720201" w:rsidRDefault="00000000">
            <w:r>
              <w:rPr>
                <w:rFonts w:eastAsia="Aptos" w:cs="Aptos"/>
                <w:b/>
                <w:color w:val="202020"/>
              </w:rPr>
              <w:t>ZVOČNI ZEMLJEVID</w:t>
            </w:r>
          </w:p>
          <w:p w14:paraId="736D58D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kraja</w:t>
            </w:r>
            <w:proofErr w:type="spellEnd"/>
          </w:p>
          <w:p w14:paraId="44F6BE4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simbole</w:t>
            </w:r>
            <w:proofErr w:type="spellEnd"/>
          </w:p>
          <w:p w14:paraId="48EF437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pot</w:t>
            </w:r>
          </w:p>
          <w:p w14:paraId="1DFB647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zemljevid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obale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barčice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49692B" w14:textId="77777777" w:rsidR="00720201" w:rsidRDefault="00000000">
            <w:r>
              <w:rPr>
                <w:rFonts w:eastAsia="Aptos" w:cs="Aptos"/>
                <w:b/>
                <w:color w:val="202020"/>
              </w:rPr>
              <w:t>KARTOGRAFSKI ZNAKI</w:t>
            </w:r>
          </w:p>
          <w:p w14:paraId="2B5464D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likovne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simbole</w:t>
            </w:r>
            <w:proofErr w:type="spellEnd"/>
          </w:p>
          <w:p w14:paraId="5FADA49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razporedi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jih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načrt</w:t>
            </w:r>
            <w:proofErr w:type="spellEnd"/>
          </w:p>
          <w:p w14:paraId="238FDA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razloži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legendo</w:t>
            </w:r>
            <w:proofErr w:type="spellEnd"/>
          </w:p>
          <w:p w14:paraId="60BD0E7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načrt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dogovorjenimi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znaki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E132D7" w14:textId="77777777" w:rsidR="00720201" w:rsidRDefault="00000000">
            <w:r>
              <w:rPr>
                <w:rFonts w:eastAsia="Aptos" w:cs="Aptos"/>
                <w:b/>
                <w:color w:val="202020"/>
              </w:rPr>
              <w:t>ORIENTACIJSKA IGRA</w:t>
            </w:r>
          </w:p>
          <w:p w14:paraId="0D6837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sledi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oznakam</w:t>
            </w:r>
            <w:proofErr w:type="spellEnd"/>
          </w:p>
          <w:p w14:paraId="722F8BD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skupini</w:t>
            </w:r>
          </w:p>
          <w:p w14:paraId="25141E0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prostem</w:t>
            </w:r>
            <w:proofErr w:type="spellEnd"/>
          </w:p>
          <w:p w14:paraId="0FCFEC0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orientacijsko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»Do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pristana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>«</w:t>
            </w:r>
          </w:p>
        </w:tc>
      </w:tr>
      <w:tr w:rsidR="00720201" w14:paraId="3F31CA6F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2EFDC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44F32D" w14:textId="2A5368F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</w:rPr>
              <w:t>NARAVOSLOVNI DAN</w:t>
            </w:r>
            <w:r w:rsidR="00223337">
              <w:rPr>
                <w:rFonts w:eastAsia="Aptos" w:cs="Aptos"/>
                <w:b/>
                <w:color w:val="B34A3C"/>
              </w:rPr>
              <w:t>:</w:t>
            </w:r>
            <w:r>
              <w:rPr>
                <w:rFonts w:eastAsia="Aptos" w:cs="Aptos"/>
                <w:b/>
                <w:color w:val="B34A3C"/>
              </w:rPr>
              <w:t xml:space="preserve"> </w:t>
            </w:r>
            <w:r>
              <w:rPr>
                <w:rFonts w:eastAsia="Aptos" w:cs="Aptos"/>
                <w:b/>
                <w:color w:val="202020"/>
              </w:rPr>
              <w:t xml:space="preserve">11. 5. 2027 </w:t>
            </w:r>
            <w:r w:rsidR="00223337">
              <w:rPr>
                <w:rFonts w:eastAsia="Aptos" w:cs="Aptos"/>
                <w:b/>
                <w:color w:val="202020"/>
              </w:rPr>
              <w:t xml:space="preserve"> (</w:t>
            </w:r>
            <w:proofErr w:type="spellStart"/>
            <w:r>
              <w:rPr>
                <w:rFonts w:eastAsia="Aptos" w:cs="Aptos"/>
                <w:b/>
                <w:color w:val="202020"/>
              </w:rPr>
              <w:t>Morska</w:t>
            </w:r>
            <w:proofErr w:type="spellEnd"/>
            <w:r>
              <w:rPr>
                <w:rFonts w:eastAsia="Aptos" w:cs="Aptos"/>
                <w:b/>
                <w:color w:val="202020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</w:rPr>
              <w:t>obala</w:t>
            </w:r>
            <w:proofErr w:type="spellEnd"/>
            <w:r w:rsidR="00223337">
              <w:rPr>
                <w:rFonts w:eastAsia="Aptos" w:cs="Aptos"/>
                <w:b/>
                <w:color w:val="202020"/>
              </w:rPr>
              <w:t>)</w:t>
            </w:r>
          </w:p>
        </w:tc>
      </w:tr>
      <w:tr w:rsidR="00720201" w14:paraId="2B814F5F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2FC9EE" w14:textId="50EADF9F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223337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Dinozavri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?!« – Lila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Prap</w:t>
            </w:r>
            <w:proofErr w:type="spellEnd"/>
          </w:p>
          <w:p w14:paraId="6862A5D8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preteklost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pokrajina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živa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bitja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raziskovalna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vprašanja</w:t>
            </w:r>
            <w:proofErr w:type="spellEnd"/>
          </w:p>
        </w:tc>
      </w:tr>
      <w:tr w:rsidR="00720201" w14:paraId="4B74719F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CECBAD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34.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17.–21. 5.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686F5D" w14:textId="77777777" w:rsidR="00720201" w:rsidRDefault="00000000">
            <w:r>
              <w:rPr>
                <w:rFonts w:eastAsia="Aptos" w:cs="Aptos"/>
                <w:b/>
                <w:color w:val="202020"/>
              </w:rPr>
              <w:t>ŽIVLJENJE V POKRAJINI</w:t>
            </w:r>
          </w:p>
          <w:p w14:paraId="6384E92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dejavnosti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ljudi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okoljem</w:t>
            </w:r>
            <w:proofErr w:type="spellEnd"/>
          </w:p>
          <w:p w14:paraId="7CF130A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vpliv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človeka</w:t>
            </w:r>
            <w:proofErr w:type="spellEnd"/>
          </w:p>
          <w:p w14:paraId="4BE3FB9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predlaga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trajnostno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ravnanje</w:t>
            </w:r>
            <w:proofErr w:type="spellEnd"/>
          </w:p>
          <w:p w14:paraId="04388F9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nekdanja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današnja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življenjska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okolja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E8D691" w14:textId="77777777" w:rsidR="00720201" w:rsidRDefault="00000000">
            <w:r>
              <w:rPr>
                <w:rFonts w:eastAsia="Aptos" w:cs="Aptos"/>
                <w:b/>
                <w:color w:val="202020"/>
              </w:rPr>
              <w:t>BESEDILO IN POGOVOR</w:t>
            </w:r>
          </w:p>
          <w:p w14:paraId="677C3C2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sprejema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neumetnostno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besedilo</w:t>
            </w:r>
          </w:p>
          <w:p w14:paraId="241DCA2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mnenje</w:t>
            </w:r>
            <w:proofErr w:type="spellEnd"/>
          </w:p>
          <w:p w14:paraId="25E1871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pogovora</w:t>
            </w:r>
            <w:proofErr w:type="spellEnd"/>
          </w:p>
          <w:p w14:paraId="58089BC1" w14:textId="2BEEECE8" w:rsidR="00F01A14" w:rsidRDefault="00000000" w:rsidP="00F01A14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bere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sliko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 in besedilo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predstavi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zanimiv</w:t>
            </w:r>
            <w:proofErr w:type="spellEnd"/>
            <w:r w:rsidRPr="00F01A14"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 w:rsidRPr="00F01A14">
              <w:rPr>
                <w:rFonts w:eastAsia="Aptos" w:cs="Aptos"/>
                <w:i/>
                <w:color w:val="B34A3C"/>
                <w:sz w:val="15"/>
              </w:rPr>
              <w:t>podatek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4C1480" w14:textId="77777777" w:rsidR="00720201" w:rsidRDefault="00000000">
            <w:r>
              <w:rPr>
                <w:rFonts w:eastAsia="Aptos" w:cs="Aptos"/>
                <w:b/>
                <w:color w:val="202020"/>
              </w:rPr>
              <w:t>PREGLEDNICE IN PRIKAZI</w:t>
            </w:r>
          </w:p>
          <w:p w14:paraId="4ABB671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preglednico</w:t>
            </w:r>
            <w:proofErr w:type="spellEnd"/>
          </w:p>
          <w:p w14:paraId="126EA91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razvrsti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podatke</w:t>
            </w:r>
            <w:proofErr w:type="spellEnd"/>
          </w:p>
          <w:p w14:paraId="3A5A632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izdela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stolpčni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vrstični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</w:t>
            </w:r>
            <w:proofErr w:type="spellEnd"/>
          </w:p>
          <w:p w14:paraId="389A89B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prikaže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podatke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velikosti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lastnostih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dinozavrov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A0F976" w14:textId="77777777" w:rsidR="00720201" w:rsidRDefault="00000000">
            <w:r>
              <w:rPr>
                <w:rFonts w:eastAsia="Aptos" w:cs="Aptos"/>
                <w:b/>
                <w:color w:val="202020"/>
              </w:rPr>
              <w:t>OUR PLACE</w:t>
            </w:r>
          </w:p>
          <w:p w14:paraId="098ED32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kratke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slikah</w:t>
            </w:r>
            <w:proofErr w:type="spellEnd"/>
          </w:p>
          <w:p w14:paraId="474723E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je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kraju</w:t>
            </w:r>
            <w:proofErr w:type="spellEnd"/>
          </w:p>
          <w:p w14:paraId="0F386F1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všečnost</w:t>
            </w:r>
            <w:proofErr w:type="spellEnd"/>
          </w:p>
          <w:p w14:paraId="030AA4F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poimenuje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pokrajinske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elemente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velikost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barve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A6768E1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GLASBA OKOLJA</w:t>
            </w:r>
          </w:p>
          <w:p w14:paraId="7C2F4EB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zvrsti</w:t>
            </w:r>
            <w:proofErr w:type="spellEnd"/>
          </w:p>
          <w:p w14:paraId="3DEB9E3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izvajalca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glasbilo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osnovni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ravni</w:t>
            </w:r>
            <w:proofErr w:type="spellEnd"/>
          </w:p>
          <w:p w14:paraId="1320A4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</w:t>
            </w:r>
            <w:proofErr w:type="spellEnd"/>
          </w:p>
          <w:p w14:paraId="5A568C44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pokrajino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pradavnine</w:t>
            </w:r>
            <w:proofErr w:type="spellEnd"/>
          </w:p>
          <w:p w14:paraId="741FA881" w14:textId="77777777" w:rsidR="00AF4DB2" w:rsidRPr="00AF4DB2" w:rsidRDefault="00AF4DB2" w:rsidP="00AF4DB2">
            <w:pPr>
              <w:ind w:left="181"/>
            </w:pPr>
          </w:p>
          <w:p w14:paraId="66492A85" w14:textId="63D0F508" w:rsidR="00AF4DB2" w:rsidRPr="00AF4DB2" w:rsidRDefault="00AF4DB2" w:rsidP="00AF4DB2">
            <w:pPr>
              <w:ind w:left="181"/>
              <w:rPr>
                <w:iCs/>
              </w:rPr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FF12E46" w14:textId="77777777" w:rsidR="00720201" w:rsidRDefault="00000000">
            <w:r>
              <w:rPr>
                <w:rFonts w:eastAsia="Aptos" w:cs="Aptos"/>
                <w:b/>
                <w:color w:val="202020"/>
              </w:rPr>
              <w:t>ARHITEKTURA</w:t>
            </w:r>
          </w:p>
          <w:p w14:paraId="0288F3D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stavbe</w:t>
            </w:r>
            <w:proofErr w:type="spellEnd"/>
          </w:p>
          <w:p w14:paraId="5B006D9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sestavi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model</w:t>
            </w:r>
          </w:p>
          <w:p w14:paraId="3A78B01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preizkusi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stabilnost</w:t>
            </w:r>
            <w:proofErr w:type="spellEnd"/>
          </w:p>
          <w:p w14:paraId="4309483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sestavi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stabilen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model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dinozavra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njegovega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okolja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242D3C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IGRE NA PROSTEM</w:t>
            </w:r>
          </w:p>
          <w:p w14:paraId="44E84D0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igro</w:t>
            </w:r>
            <w:proofErr w:type="spellEnd"/>
          </w:p>
          <w:p w14:paraId="1EE01DE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varnost</w:t>
            </w:r>
            <w:proofErr w:type="spellEnd"/>
          </w:p>
          <w:p w14:paraId="16E6D86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vključuje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vse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člane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skupine</w:t>
            </w:r>
          </w:p>
          <w:p w14:paraId="310943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velikih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majhnih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dinozavrov</w:t>
            </w:r>
            <w:proofErr w:type="spellEnd"/>
          </w:p>
        </w:tc>
      </w:tr>
      <w:tr w:rsidR="00720201" w14:paraId="34B379A2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37BD73" w14:textId="17900A24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223337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 w:rsidR="00CC3AF7"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Leteča</w:t>
            </w:r>
            <w:proofErr w:type="spellEnd"/>
            <w:r w:rsidR="00CC3AF7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hišica</w:t>
            </w:r>
            <w:proofErr w:type="spellEnd"/>
            <w:r w:rsidR="00CC3AF7">
              <w:rPr>
                <w:rFonts w:eastAsia="Aptos" w:cs="Aptos"/>
                <w:b/>
                <w:color w:val="202020"/>
                <w:sz w:val="17"/>
              </w:rPr>
              <w:t xml:space="preserve">« – Dane </w:t>
            </w:r>
            <w:proofErr w:type="spellStart"/>
            <w:r w:rsidR="00CC3AF7">
              <w:rPr>
                <w:rFonts w:eastAsia="Aptos" w:cs="Aptos"/>
                <w:b/>
                <w:color w:val="202020"/>
                <w:sz w:val="17"/>
              </w:rPr>
              <w:t>Zajc</w:t>
            </w:r>
            <w:proofErr w:type="spellEnd"/>
          </w:p>
          <w:p w14:paraId="6E6BB2B3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odgovorna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mobilnost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potovanje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predstavitev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kraja</w:t>
            </w:r>
            <w:proofErr w:type="spellEnd"/>
          </w:p>
        </w:tc>
      </w:tr>
      <w:tr w:rsidR="00720201" w14:paraId="762F86DD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4E1863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35.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24.–28. 5.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0A7452" w14:textId="77777777" w:rsidR="00720201" w:rsidRDefault="00000000">
            <w:r>
              <w:rPr>
                <w:rFonts w:eastAsia="Aptos" w:cs="Aptos"/>
                <w:b/>
                <w:color w:val="202020"/>
              </w:rPr>
              <w:t>ODGOVORNA MOBILNOST</w:t>
            </w:r>
          </w:p>
          <w:p w14:paraId="631D25E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načine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poti</w:t>
            </w:r>
            <w:proofErr w:type="spellEnd"/>
          </w:p>
          <w:p w14:paraId="7044375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vpliv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</w:t>
            </w:r>
            <w:proofErr w:type="spellEnd"/>
          </w:p>
          <w:p w14:paraId="040C847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trajnostno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pot</w:t>
            </w:r>
          </w:p>
          <w:p w14:paraId="6F436E9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načrtuje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trajnostno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pot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prevoz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F5DBF7" w14:textId="77777777" w:rsidR="00720201" w:rsidRDefault="00000000">
            <w:r>
              <w:rPr>
                <w:rFonts w:eastAsia="Aptos" w:cs="Aptos"/>
                <w:b/>
                <w:color w:val="202020"/>
              </w:rPr>
              <w:t>GOVORNI NASTOP</w:t>
            </w:r>
          </w:p>
          <w:p w14:paraId="5B044F3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pot</w:t>
            </w:r>
          </w:p>
          <w:p w14:paraId="4F5F21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slikovno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oporo</w:t>
            </w:r>
            <w:proofErr w:type="spellEnd"/>
          </w:p>
          <w:p w14:paraId="0F91705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odgovori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vprašanje</w:t>
            </w:r>
            <w:proofErr w:type="spellEnd"/>
          </w:p>
          <w:p w14:paraId="59909AF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pripravi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govorni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nastop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kraju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95E740" w14:textId="77777777" w:rsidR="00720201" w:rsidRDefault="00000000">
            <w:r>
              <w:rPr>
                <w:rFonts w:eastAsia="Aptos" w:cs="Aptos"/>
                <w:b/>
                <w:color w:val="202020"/>
              </w:rPr>
              <w:t>KAJ ŽE ZNAM</w:t>
            </w:r>
          </w:p>
          <w:p w14:paraId="60D53CD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merjenje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orientacijo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prikaze</w:t>
            </w:r>
            <w:proofErr w:type="spellEnd"/>
          </w:p>
          <w:p w14:paraId="6F8C05F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reši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problemsko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nalogo</w:t>
            </w:r>
          </w:p>
          <w:p w14:paraId="69CD598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strategijo</w:t>
            </w:r>
            <w:proofErr w:type="spellEnd"/>
          </w:p>
          <w:p w14:paraId="0FE9B93A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problemske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merjenjem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prikazi</w:t>
            </w:r>
            <w:proofErr w:type="spellEnd"/>
          </w:p>
          <w:p w14:paraId="2FE7A65B" w14:textId="77777777" w:rsidR="00AF4DB2" w:rsidRPr="00AF4DB2" w:rsidRDefault="00AF4DB2" w:rsidP="00AF4DB2">
            <w:pPr>
              <w:ind w:left="181"/>
            </w:pPr>
          </w:p>
          <w:p w14:paraId="05F05B80" w14:textId="1473950E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0F2ED9A" w14:textId="77777777" w:rsidR="00720201" w:rsidRDefault="00000000">
            <w:r>
              <w:rPr>
                <w:rFonts w:eastAsia="Aptos" w:cs="Aptos"/>
                <w:b/>
                <w:color w:val="202020"/>
              </w:rPr>
              <w:t>REVISION</w:t>
            </w:r>
          </w:p>
          <w:p w14:paraId="32921E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besedišče</w:t>
            </w:r>
            <w:proofErr w:type="spellEnd"/>
          </w:p>
          <w:p w14:paraId="2AA1B62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zvezo</w:t>
            </w:r>
            <w:proofErr w:type="spellEnd"/>
          </w:p>
          <w:p w14:paraId="18D6073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dialogu</w:t>
            </w:r>
            <w:proofErr w:type="spellEnd"/>
          </w:p>
          <w:p w14:paraId="65E02F1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v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dialogu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besedišče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potovanje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7B31DC" w14:textId="77777777" w:rsidR="00720201" w:rsidRDefault="00000000">
            <w:r>
              <w:rPr>
                <w:rFonts w:eastAsia="Aptos" w:cs="Aptos"/>
                <w:b/>
                <w:color w:val="202020"/>
              </w:rPr>
              <w:t>RAZREDNI KONCERT</w:t>
            </w:r>
          </w:p>
          <w:p w14:paraId="6534C11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instrumentalno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spremljavo</w:t>
            </w:r>
            <w:proofErr w:type="spellEnd"/>
          </w:p>
          <w:p w14:paraId="33DFF5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dogovor</w:t>
            </w:r>
            <w:proofErr w:type="spellEnd"/>
          </w:p>
          <w:p w14:paraId="31D19CE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skupno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izvedbo</w:t>
            </w:r>
            <w:proofErr w:type="spellEnd"/>
          </w:p>
          <w:p w14:paraId="517D2A4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instrumentalno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spremljavo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CBAFE6" w14:textId="77777777" w:rsidR="00720201" w:rsidRDefault="00000000">
            <w:r>
              <w:rPr>
                <w:rFonts w:eastAsia="Aptos" w:cs="Aptos"/>
                <w:b/>
                <w:color w:val="202020"/>
              </w:rPr>
              <w:t>LIKOVNA RAZSTAVA</w:t>
            </w:r>
          </w:p>
          <w:p w14:paraId="2627D6A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delo</w:t>
            </w:r>
            <w:proofErr w:type="spellEnd"/>
          </w:p>
          <w:p w14:paraId="6163C00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oznako</w:t>
            </w:r>
            <w:proofErr w:type="spellEnd"/>
          </w:p>
          <w:p w14:paraId="4ACABF2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poda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opisno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povratno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informacijo</w:t>
            </w:r>
            <w:proofErr w:type="spellEnd"/>
          </w:p>
          <w:p w14:paraId="5F15447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pripravi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likovno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razstavo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domišljijskih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krajev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F073A1" w14:textId="77777777" w:rsidR="00720201" w:rsidRDefault="00000000">
            <w:r>
              <w:rPr>
                <w:rFonts w:eastAsia="Aptos" w:cs="Aptos"/>
                <w:b/>
                <w:color w:val="202020"/>
              </w:rPr>
              <w:t>PREIZKUS GIBALNIH NALOG</w:t>
            </w:r>
          </w:p>
          <w:p w14:paraId="1C90BEA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napredek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teku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skoku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metu</w:t>
            </w:r>
            <w:proofErr w:type="spellEnd"/>
          </w:p>
          <w:p w14:paraId="77EE09D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pošteno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igro</w:t>
            </w:r>
            <w:proofErr w:type="spellEnd"/>
          </w:p>
          <w:p w14:paraId="01FC77C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trud</w:t>
            </w:r>
            <w:proofErr w:type="spellEnd"/>
          </w:p>
          <w:p w14:paraId="4D8B5B0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preizkus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nalog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kot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potovalne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postaje</w:t>
            </w:r>
            <w:proofErr w:type="spellEnd"/>
          </w:p>
        </w:tc>
      </w:tr>
    </w:tbl>
    <w:p w14:paraId="1855B809" w14:textId="77777777" w:rsidR="00720201" w:rsidRDefault="00000000">
      <w:r>
        <w:br w:type="page"/>
      </w:r>
    </w:p>
    <w:tbl>
      <w:tblPr>
        <w:tblW w:w="22338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3005"/>
        <w:gridCol w:w="3798"/>
        <w:gridCol w:w="3118"/>
        <w:gridCol w:w="2721"/>
        <w:gridCol w:w="2835"/>
        <w:gridCol w:w="2665"/>
        <w:gridCol w:w="3005"/>
      </w:tblGrid>
      <w:tr w:rsidR="00720201" w14:paraId="16CE2E78" w14:textId="77777777">
        <w:trPr>
          <w:cantSplit/>
          <w:tblHeader/>
          <w:jc w:val="center"/>
        </w:trPr>
        <w:tc>
          <w:tcPr>
            <w:tcW w:w="1191" w:type="dxa"/>
            <w:vMerge w:val="restart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81EC8A" w14:textId="5CFF3CE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42"/>
              </w:rPr>
              <w:lastRenderedPageBreak/>
              <w:t>11.</w:t>
            </w:r>
            <w:r>
              <w:rPr>
                <w:rFonts w:eastAsia="Aptos" w:cs="Aptos"/>
                <w:b/>
                <w:color w:val="B34A3C"/>
                <w:sz w:val="15"/>
              </w:rPr>
              <w:br/>
            </w:r>
          </w:p>
        </w:tc>
        <w:tc>
          <w:tcPr>
            <w:tcW w:w="21147" w:type="dxa"/>
            <w:gridSpan w:val="7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5C379C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22"/>
              </w:rPr>
              <w:t>POLETJE, SKUPNOST IN ZAKLJUČEK</w:t>
            </w:r>
            <w:r>
              <w:rPr>
                <w:rFonts w:eastAsia="Aptos" w:cs="Aptos"/>
                <w:b/>
                <w:color w:val="202020"/>
              </w:rPr>
              <w:br/>
              <w:t>31. 5. 2027–24. 6. 2027</w:t>
            </w:r>
          </w:p>
        </w:tc>
      </w:tr>
      <w:tr w:rsidR="00720201" w14:paraId="61F14CA7" w14:textId="77777777">
        <w:trPr>
          <w:cantSplit/>
          <w:tblHeader/>
          <w:jc w:val="center"/>
        </w:trPr>
        <w:tc>
          <w:tcPr>
            <w:tcW w:w="1191" w:type="dxa"/>
            <w:vMerge/>
            <w:shd w:val="clear" w:color="auto" w:fill="E8EBCF"/>
          </w:tcPr>
          <w:p w14:paraId="7ED9806A" w14:textId="77777777" w:rsidR="00720201" w:rsidRDefault="00720201"/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206601" w14:textId="46D05F2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79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F62C2C" w14:textId="42E04BD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SLJ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118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097EE9" w14:textId="31C95E2E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MAT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72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566BE9" w14:textId="152EC89B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TJ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83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76BD7C" w14:textId="3ED29722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GUM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266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501C50" w14:textId="2FFCCF5D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LUM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  <w:tc>
          <w:tcPr>
            <w:tcW w:w="3005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5AC982" w14:textId="10ABFEBA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8"/>
              </w:rPr>
              <w:t>ŠPO</w:t>
            </w:r>
            <w:r>
              <w:rPr>
                <w:rFonts w:eastAsia="Aptos" w:cs="Aptos"/>
                <w:b/>
                <w:color w:val="B34A3C"/>
                <w:sz w:val="13"/>
              </w:rPr>
              <w:br/>
            </w:r>
          </w:p>
        </w:tc>
      </w:tr>
      <w:tr w:rsidR="00720201" w14:paraId="3CB79CA5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169563" w14:textId="5E426501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467833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Sonček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boža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tačice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« –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Srečko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Kosovel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</w:p>
          <w:p w14:paraId="5A6DADF6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poletje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sonce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varnost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doživljanje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narave</w:t>
            </w:r>
            <w:proofErr w:type="spellEnd"/>
          </w:p>
        </w:tc>
      </w:tr>
      <w:tr w:rsidR="00720201" w14:paraId="06B2E358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B0148EB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36.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31. 5.–4. 6.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575D8D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POLETNE SPREMEMBE</w:t>
            </w:r>
          </w:p>
          <w:p w14:paraId="51ACBF9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bitja</w:t>
            </w:r>
            <w:proofErr w:type="spellEnd"/>
          </w:p>
          <w:p w14:paraId="6B3DF33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letne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čase</w:t>
            </w:r>
            <w:proofErr w:type="spellEnd"/>
          </w:p>
          <w:p w14:paraId="42A97BF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soncu</w:t>
            </w:r>
            <w:proofErr w:type="spellEnd"/>
          </w:p>
          <w:p w14:paraId="7B06C3D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opazuje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poletne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spremembe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pojasni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zaščito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pred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soncem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93357E" w14:textId="77777777" w:rsidR="00720201" w:rsidRDefault="00000000">
            <w:r>
              <w:rPr>
                <w:rFonts w:eastAsia="Aptos" w:cs="Aptos"/>
                <w:b/>
                <w:color w:val="202020"/>
              </w:rPr>
              <w:t>BRANJE IN RAZUMEVANJE</w:t>
            </w:r>
          </w:p>
          <w:p w14:paraId="2377F35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velikimi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oziroma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obravnavanimi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tiskanimi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črkami</w:t>
            </w:r>
            <w:proofErr w:type="spellEnd"/>
          </w:p>
          <w:p w14:paraId="4BBE74B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bistvo</w:t>
            </w:r>
            <w:proofErr w:type="spellEnd"/>
          </w:p>
          <w:p w14:paraId="649182B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očiten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podatek</w:t>
            </w:r>
            <w:proofErr w:type="spellEnd"/>
          </w:p>
          <w:p w14:paraId="538304CA" w14:textId="77777777" w:rsidR="00720201" w:rsidRPr="00F01A14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posluša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njeno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bistvo</w:t>
            </w:r>
            <w:proofErr w:type="spellEnd"/>
          </w:p>
          <w:p w14:paraId="2AF4A34F" w14:textId="77777777" w:rsidR="00F01A14" w:rsidRDefault="00F01A14" w:rsidP="00F01A14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3D4FF986" w14:textId="0629CE84" w:rsidR="00F01A14" w:rsidRDefault="00F01A14" w:rsidP="00F01A14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24641E" w14:textId="77777777" w:rsidR="00720201" w:rsidRDefault="00000000">
            <w:r>
              <w:rPr>
                <w:rFonts w:eastAsia="Aptos" w:cs="Aptos"/>
                <w:b/>
                <w:color w:val="202020"/>
              </w:rPr>
              <w:t>RAČUNANJE DO 20</w:t>
            </w:r>
          </w:p>
          <w:p w14:paraId="4F21B5F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sešteva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brez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prehoda</w:t>
            </w:r>
            <w:proofErr w:type="spellEnd"/>
          </w:p>
          <w:p w14:paraId="5B4E306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r>
              <w:rPr>
                <w:rFonts w:eastAsia="Aptos" w:cs="Aptos"/>
                <w:color w:val="202020"/>
                <w:sz w:val="15"/>
              </w:rPr>
              <w:t xml:space="preserve">reši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besedilno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nalogo</w:t>
            </w:r>
          </w:p>
          <w:p w14:paraId="61A496D1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ponazoritev</w:t>
            </w:r>
            <w:proofErr w:type="spellEnd"/>
          </w:p>
          <w:p w14:paraId="023ACC3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poletne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besedilne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do 20</w:t>
            </w:r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B9DA63" w14:textId="77777777" w:rsidR="00720201" w:rsidRDefault="00000000">
            <w:r>
              <w:rPr>
                <w:rFonts w:eastAsia="Aptos" w:cs="Aptos"/>
                <w:b/>
                <w:color w:val="202020"/>
              </w:rPr>
              <w:t>SUMMER</w:t>
            </w:r>
          </w:p>
          <w:p w14:paraId="08FBD17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besede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vreme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dejavnosti</w:t>
            </w:r>
            <w:proofErr w:type="spellEnd"/>
          </w:p>
          <w:p w14:paraId="3F9FE0B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</w:t>
            </w:r>
            <w:proofErr w:type="spellEnd"/>
          </w:p>
          <w:p w14:paraId="737C39B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pesmi</w:t>
            </w:r>
            <w:proofErr w:type="spellEnd"/>
          </w:p>
          <w:p w14:paraId="7FC044D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besede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poletje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vreme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dejavnosti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1E51C4" w14:textId="77777777" w:rsidR="00720201" w:rsidRDefault="00000000">
            <w:r>
              <w:rPr>
                <w:rFonts w:eastAsia="Aptos" w:cs="Aptos"/>
                <w:b/>
                <w:color w:val="202020"/>
              </w:rPr>
              <w:t>POLETJE V GLASBI</w:t>
            </w:r>
          </w:p>
          <w:p w14:paraId="3C33755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skladbo</w:t>
            </w:r>
            <w:proofErr w:type="spellEnd"/>
          </w:p>
          <w:p w14:paraId="1D2959B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doživetje</w:t>
            </w:r>
            <w:proofErr w:type="spellEnd"/>
          </w:p>
          <w:p w14:paraId="56642D9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ustvari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spremljavo</w:t>
            </w:r>
            <w:proofErr w:type="spellEnd"/>
          </w:p>
          <w:p w14:paraId="5C356E0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poletno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spremljavo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izrazi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doživetje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CA74D6" w14:textId="77777777" w:rsidR="00720201" w:rsidRDefault="00000000">
            <w:r>
              <w:rPr>
                <w:rFonts w:eastAsia="Aptos" w:cs="Aptos"/>
                <w:b/>
                <w:color w:val="202020"/>
              </w:rPr>
              <w:t>SLIKANJE NA PROSTEM</w:t>
            </w:r>
          </w:p>
          <w:p w14:paraId="59F0E00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opazuje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barve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okolja</w:t>
            </w:r>
            <w:proofErr w:type="spellEnd"/>
          </w:p>
          <w:p w14:paraId="08CE4AE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motiv</w:t>
            </w:r>
            <w:proofErr w:type="spellEnd"/>
          </w:p>
          <w:p w14:paraId="6D1D214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odgovorno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ustvarja</w:t>
            </w:r>
            <w:proofErr w:type="spellEnd"/>
          </w:p>
          <w:p w14:paraId="119300C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sončno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pokrajino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prostem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90C31B" w14:textId="77777777" w:rsidR="00720201" w:rsidRDefault="00000000">
            <w:r>
              <w:rPr>
                <w:rFonts w:eastAsia="Aptos" w:cs="Aptos"/>
                <w:b/>
                <w:color w:val="202020"/>
              </w:rPr>
              <w:t>PLESNE IN ELEMENTARNE IGRE</w:t>
            </w:r>
          </w:p>
          <w:p w14:paraId="7F99B83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gibe</w:t>
            </w:r>
          </w:p>
          <w:p w14:paraId="473D659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predlaga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različico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igre</w:t>
            </w:r>
            <w:proofErr w:type="spellEnd"/>
          </w:p>
          <w:p w14:paraId="196FD1B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</w:p>
          <w:p w14:paraId="71CDFEB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plesne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elementarne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sonca</w:t>
            </w:r>
            <w:proofErr w:type="spellEnd"/>
          </w:p>
        </w:tc>
      </w:tr>
      <w:tr w:rsidR="00720201" w14:paraId="15D3B35C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C8677C" w14:textId="1E8D15F6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467833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Zakaj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?« – Lila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Prap</w:t>
            </w:r>
            <w:proofErr w:type="spellEnd"/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</w:p>
          <w:p w14:paraId="7E36C294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okoljska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vprašanja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ponovna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uporaba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ustvarjalne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rešitve</w:t>
            </w:r>
            <w:proofErr w:type="spellEnd"/>
          </w:p>
        </w:tc>
      </w:tr>
      <w:tr w:rsidR="00720201" w14:paraId="51288E37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94932E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37.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7.–11. 6.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DF45D8" w14:textId="77777777" w:rsidR="00720201" w:rsidRDefault="00000000">
            <w:r>
              <w:rPr>
                <w:rFonts w:eastAsia="Aptos" w:cs="Aptos"/>
                <w:b/>
                <w:color w:val="202020"/>
              </w:rPr>
              <w:t>SKRB ZA OKOLJE</w:t>
            </w:r>
          </w:p>
          <w:p w14:paraId="13874C4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posledice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ravnanja</w:t>
            </w:r>
            <w:proofErr w:type="spellEnd"/>
          </w:p>
          <w:p w14:paraId="4887283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ločuje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odpadke</w:t>
            </w:r>
            <w:proofErr w:type="spellEnd"/>
          </w:p>
          <w:p w14:paraId="041DFA8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izboljšavi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prostora</w:t>
            </w:r>
            <w:proofErr w:type="spellEnd"/>
          </w:p>
          <w:p w14:paraId="4AD1F623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sprašuje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posledicah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ravnanja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predlaga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izboljšavo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okolja</w:t>
            </w:r>
            <w:proofErr w:type="spellEnd"/>
          </w:p>
          <w:p w14:paraId="0D20EA42" w14:textId="73DC6CF6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C797F4" w14:textId="77777777" w:rsidR="00720201" w:rsidRDefault="00000000">
            <w:r>
              <w:rPr>
                <w:rFonts w:eastAsia="Aptos" w:cs="Aptos"/>
                <w:b/>
                <w:color w:val="202020"/>
              </w:rPr>
              <w:t>USTVARJALNA ZGODBA</w:t>
            </w:r>
          </w:p>
          <w:p w14:paraId="7E1D4B6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slikanici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pripoveduje</w:t>
            </w:r>
            <w:proofErr w:type="spellEnd"/>
          </w:p>
          <w:p w14:paraId="44E2672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oblikuje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nadaljevanje</w:t>
            </w:r>
            <w:proofErr w:type="spellEnd"/>
          </w:p>
          <w:p w14:paraId="3C9B96E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eno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povedi</w:t>
            </w:r>
            <w:proofErr w:type="spellEnd"/>
          </w:p>
          <w:p w14:paraId="37F84EE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stran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slikanice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okoljskim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vprašanjem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F76528" w14:textId="77777777" w:rsidR="00720201" w:rsidRDefault="00000000">
            <w:r>
              <w:rPr>
                <w:rFonts w:eastAsia="Aptos" w:cs="Aptos"/>
                <w:b/>
                <w:color w:val="202020"/>
              </w:rPr>
              <w:t>CELOTA, POLOVICA IN ČETRTINA</w:t>
            </w:r>
          </w:p>
          <w:p w14:paraId="6CF091A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dele na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modelu</w:t>
            </w:r>
            <w:proofErr w:type="spellEnd"/>
          </w:p>
          <w:p w14:paraId="6411E4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pravično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deli</w:t>
            </w:r>
          </w:p>
          <w:p w14:paraId="1D8475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znanje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življenjski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nalogi</w:t>
            </w:r>
            <w:proofErr w:type="spellEnd"/>
          </w:p>
          <w:p w14:paraId="7D98C8D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pravično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deli material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polovice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četrtine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5D7A1A" w14:textId="77777777" w:rsidR="00720201" w:rsidRDefault="00000000">
            <w:r>
              <w:rPr>
                <w:rFonts w:eastAsia="Aptos" w:cs="Aptos"/>
                <w:b/>
                <w:color w:val="202020"/>
              </w:rPr>
              <w:t>OUR ENVIRONMENT</w:t>
            </w:r>
          </w:p>
          <w:p w14:paraId="422238D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sporočilo</w:t>
            </w:r>
            <w:proofErr w:type="spellEnd"/>
          </w:p>
          <w:p w14:paraId="35EBAAE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poimenuje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dejanje</w:t>
            </w:r>
            <w:proofErr w:type="spellEnd"/>
          </w:p>
          <w:p w14:paraId="2D086A7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predlog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vzoru</w:t>
            </w:r>
            <w:proofErr w:type="spellEnd"/>
          </w:p>
          <w:p w14:paraId="36E9051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razume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sporočilo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izrazi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predlog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74FD21" w14:textId="77777777" w:rsidR="00720201" w:rsidRDefault="00000000">
            <w:r>
              <w:rPr>
                <w:rFonts w:eastAsia="Aptos" w:cs="Aptos"/>
                <w:b/>
                <w:color w:val="202020"/>
              </w:rPr>
              <w:t>USTVARJAMO</w:t>
            </w:r>
          </w:p>
          <w:p w14:paraId="371F903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zvoke</w:t>
            </w:r>
            <w:proofErr w:type="spellEnd"/>
          </w:p>
          <w:p w14:paraId="50EB59E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zaporedje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s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simboli</w:t>
            </w:r>
            <w:proofErr w:type="spellEnd"/>
          </w:p>
          <w:p w14:paraId="6FE5C6C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skupini</w:t>
            </w:r>
          </w:p>
          <w:p w14:paraId="5D08309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ustvari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zvočno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zaporedje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ponovno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uporabljenih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predmetov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E3CD86A" w14:textId="77777777" w:rsidR="00720201" w:rsidRDefault="00000000">
            <w:r>
              <w:rPr>
                <w:rFonts w:eastAsia="Aptos" w:cs="Aptos"/>
                <w:b/>
                <w:color w:val="202020"/>
              </w:rPr>
              <w:t>UPORABEN IZDELEK</w:t>
            </w:r>
          </w:p>
          <w:p w14:paraId="1F471FE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odpadnega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materiala</w:t>
            </w:r>
            <w:proofErr w:type="spellEnd"/>
          </w:p>
          <w:p w14:paraId="069F4F5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izdela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preizkusi</w:t>
            </w:r>
            <w:proofErr w:type="spellEnd"/>
          </w:p>
          <w:p w14:paraId="28B26F9A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predlaga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izboljšavo</w:t>
            </w:r>
            <w:proofErr w:type="spellEnd"/>
          </w:p>
          <w:p w14:paraId="5F559714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odpadnega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materiala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izboljša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uporaben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izdelek</w:t>
            </w:r>
            <w:proofErr w:type="spellEnd"/>
          </w:p>
          <w:p w14:paraId="00D09DCA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607041FB" w14:textId="5E420F0B" w:rsidR="00AF4DB2" w:rsidRDefault="00AF4DB2" w:rsidP="00AF4DB2">
            <w:pPr>
              <w:ind w:left="181"/>
            </w:pPr>
            <w:r w:rsidRPr="00AF4DB2">
              <w:rPr>
                <w:rFonts w:eastAsia="Aptos" w:cs="Aptos"/>
                <w:b/>
                <w:bCs/>
                <w:iCs/>
                <w:color w:val="0070C0"/>
                <w:sz w:val="15"/>
              </w:rPr>
              <w:t>OCENJEVANJE ZNANJA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A02E9F" w14:textId="77777777" w:rsidR="00720201" w:rsidRDefault="00000000">
            <w:r>
              <w:rPr>
                <w:rFonts w:eastAsia="Aptos" w:cs="Aptos"/>
                <w:b/>
                <w:color w:val="202020"/>
              </w:rPr>
              <w:t>GIBANJE NA PROSTEM</w:t>
            </w:r>
          </w:p>
          <w:p w14:paraId="15296DF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daljšo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gibalno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dejavnost</w:t>
            </w:r>
          </w:p>
          <w:p w14:paraId="716B8AC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uravnava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napor</w:t>
            </w:r>
            <w:proofErr w:type="spellEnd"/>
          </w:p>
          <w:p w14:paraId="45B787B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okolje</w:t>
            </w:r>
            <w:proofErr w:type="spellEnd"/>
          </w:p>
          <w:p w14:paraId="2CDDB9A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daljšo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dejavnost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skrbjo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okolje</w:t>
            </w:r>
            <w:proofErr w:type="spellEnd"/>
          </w:p>
        </w:tc>
      </w:tr>
      <w:tr w:rsidR="00720201" w14:paraId="5025EDCC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807DED" w14:textId="0154FA82" w:rsidR="00467833" w:rsidRDefault="00000000" w:rsidP="00467833">
            <w:pPr>
              <w:jc w:val="center"/>
              <w:rPr>
                <w:rFonts w:eastAsia="Aptos" w:cs="Aptos"/>
                <w:b/>
                <w:color w:val="B34A3C"/>
                <w:sz w:val="17"/>
              </w:rPr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467833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 w:rsidR="00EF65F6"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Žabec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 in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tujec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« – Max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Velthujis</w:t>
            </w:r>
            <w:proofErr w:type="spellEnd"/>
          </w:p>
          <w:p w14:paraId="3148C7CE" w14:textId="1A2340FA" w:rsidR="00720201" w:rsidRDefault="00000000" w:rsidP="00467833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osebni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napredek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samovrednotenje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igrivost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učenja</w:t>
            </w:r>
            <w:proofErr w:type="spellEnd"/>
          </w:p>
        </w:tc>
      </w:tr>
      <w:tr w:rsidR="00720201" w14:paraId="5BB13DEF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207B48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38.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14.–18. 6.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2660A2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 NAPREDEK</w:t>
            </w:r>
          </w:p>
          <w:p w14:paraId="7A55FAC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je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spoznal</w:t>
            </w:r>
            <w:proofErr w:type="spellEnd"/>
          </w:p>
          <w:p w14:paraId="4F82423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predstavi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dokaz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učenja</w:t>
            </w:r>
            <w:proofErr w:type="spellEnd"/>
          </w:p>
          <w:p w14:paraId="5332178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načrtuje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naslednji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korak</w:t>
            </w:r>
            <w:proofErr w:type="spellEnd"/>
          </w:p>
          <w:p w14:paraId="116F33F6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začetek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leta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današnjim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znanjem</w:t>
            </w:r>
            <w:proofErr w:type="spellEnd"/>
          </w:p>
          <w:p w14:paraId="310B2289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43BEA6E9" w14:textId="6A4D07CF" w:rsidR="00AF4DB2" w:rsidRDefault="00AF4DB2" w:rsidP="00AF4DB2">
            <w:pPr>
              <w:ind w:left="181"/>
            </w:pPr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1609F2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 BRALNI IN PISNI NAPREDEK</w:t>
            </w:r>
          </w:p>
          <w:p w14:paraId="5C883F7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besedilo</w:t>
            </w:r>
          </w:p>
          <w:p w14:paraId="71F774B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zapiše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povedi</w:t>
            </w:r>
            <w:proofErr w:type="spellEnd"/>
          </w:p>
          <w:p w14:paraId="3D44C0E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strategije</w:t>
            </w:r>
            <w:proofErr w:type="spellEnd"/>
          </w:p>
          <w:p w14:paraId="11A9620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predstavi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bralni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napredek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doživeto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221636" w14:textId="77777777" w:rsidR="00720201" w:rsidRDefault="00000000">
            <w:r>
              <w:rPr>
                <w:rFonts w:eastAsia="Aptos" w:cs="Aptos"/>
                <w:b/>
                <w:color w:val="202020"/>
              </w:rPr>
              <w:t>MATEMATIČNI IZZIVI</w:t>
            </w:r>
          </w:p>
          <w:p w14:paraId="78BAD88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števila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računanje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geometrijo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merjenje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podatke</w:t>
            </w:r>
            <w:proofErr w:type="spellEnd"/>
          </w:p>
          <w:p w14:paraId="331194C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postopek</w:t>
            </w:r>
            <w:proofErr w:type="spellEnd"/>
          </w:p>
          <w:p w14:paraId="44845E3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išče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več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rešitev</w:t>
            </w:r>
            <w:proofErr w:type="spellEnd"/>
          </w:p>
          <w:p w14:paraId="251E72D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Pedenjpedove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izzive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pojasnjuje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postopke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28714F" w14:textId="77777777" w:rsidR="00720201" w:rsidRDefault="00000000">
            <w:r>
              <w:rPr>
                <w:rFonts w:eastAsia="Aptos" w:cs="Aptos"/>
                <w:b/>
                <w:color w:val="202020"/>
              </w:rPr>
              <w:t>I CAN</w:t>
            </w:r>
          </w:p>
          <w:p w14:paraId="568F96F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pokaže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razumevanje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znanih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tem</w:t>
            </w:r>
            <w:proofErr w:type="spellEnd"/>
          </w:p>
          <w:p w14:paraId="5D9ECB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nekaj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sebi</w:t>
            </w:r>
            <w:proofErr w:type="spellEnd"/>
          </w:p>
          <w:p w14:paraId="2FEE3A8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kratki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predstavitvi</w:t>
            </w:r>
            <w:proofErr w:type="spellEnd"/>
          </w:p>
          <w:p w14:paraId="614866D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s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kratko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predstavitvijo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pokaže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kaj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zmore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9F4F55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 GLASBENI NAPREDEK</w:t>
            </w:r>
          </w:p>
          <w:p w14:paraId="47B32CF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ritem</w:t>
            </w:r>
            <w:proofErr w:type="spellEnd"/>
          </w:p>
          <w:p w14:paraId="3FD01B2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glasbeni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pojem</w:t>
            </w:r>
            <w:proofErr w:type="spellEnd"/>
          </w:p>
          <w:p w14:paraId="2DAF705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samovrednoti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izvedbo</w:t>
            </w:r>
            <w:proofErr w:type="spellEnd"/>
          </w:p>
          <w:p w14:paraId="3E751E5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izbrani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ritem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pesem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vrednoti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napredek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197839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 LIKOVNI NAPREDEK</w:t>
            </w:r>
          </w:p>
          <w:p w14:paraId="2225F84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izbere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dela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mape</w:t>
            </w:r>
            <w:proofErr w:type="spellEnd"/>
          </w:p>
          <w:p w14:paraId="25B27FE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pojasni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razvoj</w:t>
            </w:r>
            <w:proofErr w:type="spellEnd"/>
          </w:p>
          <w:p w14:paraId="4BE19F0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pripravi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razstavo</w:t>
            </w:r>
            <w:proofErr w:type="spellEnd"/>
          </w:p>
          <w:p w14:paraId="06185F79" w14:textId="77777777" w:rsidR="00720201" w:rsidRPr="00AF4DB2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Pedenjpedovo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mapo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dosežkov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avtoportret</w:t>
            </w:r>
            <w:proofErr w:type="spellEnd"/>
          </w:p>
          <w:p w14:paraId="2F5181B9" w14:textId="77777777" w:rsidR="00AF4DB2" w:rsidRDefault="00AF4DB2" w:rsidP="00AF4DB2">
            <w:pPr>
              <w:ind w:left="181"/>
              <w:rPr>
                <w:rFonts w:eastAsia="Aptos" w:cs="Aptos"/>
                <w:i/>
                <w:color w:val="B34A3C"/>
                <w:sz w:val="15"/>
              </w:rPr>
            </w:pPr>
          </w:p>
          <w:p w14:paraId="299EAEC7" w14:textId="5FE55F2D" w:rsidR="00AF4DB2" w:rsidRPr="00AF4DB2" w:rsidRDefault="00AF4DB2" w:rsidP="00AF4DB2">
            <w:pPr>
              <w:ind w:left="181"/>
              <w:rPr>
                <w:iCs/>
              </w:rPr>
            </w:pP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A3DCF6" w14:textId="77777777" w:rsidR="00720201" w:rsidRDefault="00000000">
            <w:r>
              <w:rPr>
                <w:rFonts w:eastAsia="Aptos" w:cs="Aptos"/>
                <w:b/>
                <w:color w:val="202020"/>
              </w:rPr>
              <w:t>MOJ GIBALNI NAPREDEK</w:t>
            </w:r>
          </w:p>
          <w:p w14:paraId="7460ACF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izbrane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naloge</w:t>
            </w:r>
          </w:p>
          <w:p w14:paraId="3BD7A91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primerja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svoj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napredek</w:t>
            </w:r>
            <w:proofErr w:type="spellEnd"/>
          </w:p>
          <w:p w14:paraId="5B7F984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postavi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osebni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cilj</w:t>
            </w:r>
            <w:proofErr w:type="spellEnd"/>
          </w:p>
          <w:p w14:paraId="49018DF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primerja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svoj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gibalni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napredek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postavi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cilj</w:t>
            </w:r>
            <w:proofErr w:type="spellEnd"/>
          </w:p>
        </w:tc>
      </w:tr>
      <w:tr w:rsidR="00720201" w14:paraId="6DB0BBC1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F7E5E1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A1F2E9" w14:textId="20BBBD95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B34A3C"/>
                <w:sz w:val="17"/>
              </w:rPr>
              <w:t>TEMATSKI TEDEN</w:t>
            </w:r>
            <w:r w:rsidR="00467833">
              <w:rPr>
                <w:rFonts w:eastAsia="Aptos" w:cs="Aptos"/>
                <w:b/>
                <w:color w:val="B34A3C"/>
                <w:sz w:val="17"/>
              </w:rPr>
              <w:t>:</w:t>
            </w:r>
            <w:r>
              <w:rPr>
                <w:rFonts w:eastAsia="Aptos" w:cs="Aptos"/>
                <w:b/>
                <w:color w:val="B34A3C"/>
                <w:sz w:val="17"/>
              </w:rPr>
              <w:t xml:space="preserve"> 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r w:rsidR="00EF65F6">
              <w:rPr>
                <w:rFonts w:eastAsia="Aptos" w:cs="Aptos"/>
                <w:b/>
                <w:color w:val="202020"/>
                <w:sz w:val="17"/>
              </w:rPr>
              <w:t>»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Mihec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gre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prvič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okoli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sveta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« – Andrej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Rozman</w:t>
            </w:r>
            <w:proofErr w:type="spellEnd"/>
            <w:r w:rsidR="00EF65F6">
              <w:rPr>
                <w:rFonts w:eastAsia="Aptos" w:cs="Aptos"/>
                <w:b/>
                <w:color w:val="202020"/>
                <w:sz w:val="17"/>
              </w:rPr>
              <w:t xml:space="preserve"> - </w:t>
            </w:r>
            <w:proofErr w:type="spellStart"/>
            <w:r w:rsidR="00EF65F6">
              <w:rPr>
                <w:rFonts w:eastAsia="Aptos" w:cs="Aptos"/>
                <w:b/>
                <w:color w:val="202020"/>
                <w:sz w:val="17"/>
              </w:rPr>
              <w:t>Roza</w:t>
            </w:r>
            <w:proofErr w:type="spellEnd"/>
          </w:p>
          <w:p w14:paraId="14F09C81" w14:textId="77777777" w:rsidR="00720201" w:rsidRDefault="00000000">
            <w:pPr>
              <w:jc w:val="center"/>
            </w:pP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Povezovalni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motiv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prijateljstvo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hvaležnost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skupnost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varne</w:t>
            </w:r>
            <w:proofErr w:type="spellEnd"/>
            <w:r>
              <w:rPr>
                <w:rFonts w:eastAsia="Aptos" w:cs="Aptos"/>
                <w:i/>
                <w:color w:val="555555"/>
                <w:sz w:val="14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555555"/>
                <w:sz w:val="14"/>
              </w:rPr>
              <w:t>počitnice</w:t>
            </w:r>
            <w:proofErr w:type="spellEnd"/>
          </w:p>
        </w:tc>
      </w:tr>
      <w:tr w:rsidR="00720201" w14:paraId="79CF6760" w14:textId="77777777">
        <w:trPr>
          <w:cantSplit/>
          <w:jc w:val="center"/>
        </w:trPr>
        <w:tc>
          <w:tcPr>
            <w:tcW w:w="1191" w:type="dxa"/>
            <w:shd w:val="clear" w:color="auto" w:fill="E8EBC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1FD27A" w14:textId="77777777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 xml:space="preserve">39. </w:t>
            </w:r>
            <w:proofErr w:type="spellStart"/>
            <w:r>
              <w:rPr>
                <w:rFonts w:eastAsia="Aptos" w:cs="Aptos"/>
                <w:b/>
                <w:color w:val="202020"/>
                <w:sz w:val="17"/>
              </w:rPr>
              <w:t>teden</w:t>
            </w:r>
            <w:proofErr w:type="spellEnd"/>
            <w:r>
              <w:rPr>
                <w:rFonts w:eastAsia="Aptos" w:cs="Aptos"/>
                <w:b/>
                <w:color w:val="202020"/>
              </w:rPr>
              <w:br/>
            </w:r>
            <w:r>
              <w:rPr>
                <w:rFonts w:eastAsia="Aptos" w:cs="Aptos"/>
                <w:b/>
                <w:color w:val="202020"/>
              </w:rPr>
              <w:br/>
              <w:t>21.–24. 6. 2027</w:t>
            </w:r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DA536F" w14:textId="77777777" w:rsidR="00720201" w:rsidRDefault="00000000">
            <w:r>
              <w:rPr>
                <w:rFonts w:eastAsia="Aptos" w:cs="Aptos"/>
                <w:b/>
                <w:color w:val="202020"/>
              </w:rPr>
              <w:t>SKUPNOST IN POČITNICE</w:t>
            </w:r>
          </w:p>
          <w:p w14:paraId="05BF9D3F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zaključku</w:t>
            </w:r>
            <w:proofErr w:type="spellEnd"/>
          </w:p>
          <w:p w14:paraId="23003E26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pozna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varnega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poletja</w:t>
            </w:r>
          </w:p>
          <w:p w14:paraId="5B5CFD7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hvaležnost</w:t>
            </w:r>
            <w:proofErr w:type="spellEnd"/>
          </w:p>
          <w:p w14:paraId="19757B6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izraža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hvaležnost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oblikuje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dogovore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varne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počitnice</w:t>
            </w:r>
            <w:proofErr w:type="spellEnd"/>
          </w:p>
        </w:tc>
        <w:tc>
          <w:tcPr>
            <w:tcW w:w="379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0BF3D6" w14:textId="77777777" w:rsidR="00720201" w:rsidRDefault="00000000">
            <w:r>
              <w:rPr>
                <w:rFonts w:eastAsia="Aptos" w:cs="Aptos"/>
                <w:b/>
                <w:color w:val="202020"/>
              </w:rPr>
              <w:t>ZAKLJUČNA PREDSTAVITEV</w:t>
            </w:r>
          </w:p>
          <w:p w14:paraId="2496354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govori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razločno</w:t>
            </w:r>
            <w:proofErr w:type="spellEnd"/>
          </w:p>
          <w:p w14:paraId="3186CB2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posluša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druge</w:t>
            </w:r>
            <w:proofErr w:type="spellEnd"/>
          </w:p>
          <w:p w14:paraId="1B2C28E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branje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zapis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v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predstavitvi</w:t>
            </w:r>
            <w:proofErr w:type="spellEnd"/>
          </w:p>
          <w:p w14:paraId="082AE7D0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pripravi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zaključni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prizor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ali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predstavitev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o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prijateljstvu</w:t>
            </w:r>
            <w:proofErr w:type="spellEnd"/>
          </w:p>
        </w:tc>
        <w:tc>
          <w:tcPr>
            <w:tcW w:w="311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0BD6A0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IGRAJMO SE Z MATEMATIKO</w:t>
            </w:r>
          </w:p>
          <w:p w14:paraId="6E359D93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rešuje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igrive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naloge</w:t>
            </w:r>
          </w:p>
          <w:p w14:paraId="19EB0E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</w:p>
          <w:p w14:paraId="69985FA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primerno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strategijo</w:t>
            </w:r>
            <w:proofErr w:type="spellEnd"/>
          </w:p>
          <w:p w14:paraId="159B508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rešuje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igrive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naloge z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medvedki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sodeluje</w:t>
            </w:r>
            <w:proofErr w:type="spellEnd"/>
          </w:p>
        </w:tc>
        <w:tc>
          <w:tcPr>
            <w:tcW w:w="2721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6C4AD8" w14:textId="77777777" w:rsidR="00720201" w:rsidRDefault="00000000">
            <w:r>
              <w:rPr>
                <w:rFonts w:eastAsia="Aptos" w:cs="Aptos"/>
                <w:b/>
                <w:color w:val="202020"/>
              </w:rPr>
              <w:t>GOODBYE</w:t>
            </w:r>
          </w:p>
          <w:p w14:paraId="0F7FFC1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razume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uporabi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znano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voščilo</w:t>
            </w:r>
            <w:proofErr w:type="spellEnd"/>
          </w:p>
          <w:p w14:paraId="3BF7AE7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zapojé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pesem</w:t>
            </w:r>
            <w:proofErr w:type="spellEnd"/>
          </w:p>
          <w:p w14:paraId="27EDECF8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izrazi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preprosto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željo</w:t>
            </w:r>
            <w:proofErr w:type="spellEnd"/>
          </w:p>
          <w:p w14:paraId="6DA8ADB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uporabi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voščilo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,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zahvalo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preprosto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počitniško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željo</w:t>
            </w:r>
            <w:proofErr w:type="spellEnd"/>
          </w:p>
        </w:tc>
        <w:tc>
          <w:tcPr>
            <w:tcW w:w="283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1D84EB" w14:textId="77777777" w:rsidR="00720201" w:rsidRDefault="00000000">
            <w:r>
              <w:rPr>
                <w:rFonts w:eastAsia="Aptos" w:cs="Aptos"/>
                <w:b/>
                <w:color w:val="202020"/>
              </w:rPr>
              <w:t>GLASBENI ZAKLJUČEK</w:t>
            </w:r>
          </w:p>
          <w:p w14:paraId="36812F2C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skupinsko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izvede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program</w:t>
            </w:r>
          </w:p>
          <w:p w14:paraId="14FB71F2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kulturo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nastopanja</w:t>
            </w:r>
            <w:proofErr w:type="spellEnd"/>
          </w:p>
          <w:p w14:paraId="0D4F04EB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doživlja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glasbo</w:t>
            </w:r>
            <w:proofErr w:type="spellEnd"/>
          </w:p>
          <w:p w14:paraId="2B7C611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skupinsko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izvede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glasbeni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zaključek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prijatelje</w:t>
            </w:r>
            <w:proofErr w:type="spellEnd"/>
          </w:p>
        </w:tc>
        <w:tc>
          <w:tcPr>
            <w:tcW w:w="266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A5B89F" w14:textId="77777777" w:rsidR="00720201" w:rsidRDefault="00000000">
            <w:r>
              <w:rPr>
                <w:rFonts w:eastAsia="Aptos" w:cs="Aptos"/>
                <w:b/>
                <w:color w:val="202020"/>
              </w:rPr>
              <w:t>SKUPNA POSTAVITEV</w:t>
            </w:r>
          </w:p>
          <w:p w14:paraId="39A8A2F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razstavi</w:t>
            </w:r>
            <w:proofErr w:type="spellEnd"/>
          </w:p>
          <w:p w14:paraId="158103E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skrbi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za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izdelke</w:t>
            </w:r>
            <w:proofErr w:type="spellEnd"/>
          </w:p>
          <w:p w14:paraId="118049EE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pospravi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prostor</w:t>
            </w:r>
            <w:proofErr w:type="spellEnd"/>
          </w:p>
          <w:p w14:paraId="01A0F719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pripravi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skupno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razstavo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spominov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na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razred</w:t>
            </w:r>
            <w:proofErr w:type="spellEnd"/>
          </w:p>
        </w:tc>
        <w:tc>
          <w:tcPr>
            <w:tcW w:w="3005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342013" w14:textId="77777777" w:rsidR="00720201" w:rsidRDefault="00000000">
            <w:r>
              <w:rPr>
                <w:rFonts w:eastAsia="Aptos" w:cs="Aptos"/>
                <w:b/>
                <w:color w:val="202020"/>
              </w:rPr>
              <w:t>IGRE PO IZBIRI</w:t>
            </w:r>
          </w:p>
          <w:p w14:paraId="45BF2FE7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varno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sodeluje</w:t>
            </w:r>
            <w:proofErr w:type="spellEnd"/>
          </w:p>
          <w:p w14:paraId="529D7C55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upošteva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pravila</w:t>
            </w:r>
            <w:proofErr w:type="spellEnd"/>
          </w:p>
          <w:p w14:paraId="7EB7AF14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color w:val="202020"/>
                <w:sz w:val="15"/>
              </w:rPr>
              <w:t>spodbuja</w:t>
            </w:r>
            <w:proofErr w:type="spellEnd"/>
            <w:r>
              <w:rPr>
                <w:rFonts w:eastAsia="Aptos" w:cs="Aptos"/>
                <w:color w:val="202020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color w:val="202020"/>
                <w:sz w:val="15"/>
              </w:rPr>
              <w:t>druge</w:t>
            </w:r>
            <w:proofErr w:type="spellEnd"/>
          </w:p>
          <w:p w14:paraId="67C4892D" w14:textId="77777777" w:rsidR="00720201" w:rsidRDefault="00000000">
            <w:pPr>
              <w:numPr>
                <w:ilvl w:val="0"/>
                <w:numId w:val="1"/>
              </w:numPr>
              <w:ind w:left="181" w:hanging="136"/>
            </w:pP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Tematska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povezava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: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izbere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vključujoče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igre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in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spodbuja</w:t>
            </w:r>
            <w:proofErr w:type="spellEnd"/>
            <w:r>
              <w:rPr>
                <w:rFonts w:eastAsia="Aptos" w:cs="Aptos"/>
                <w:i/>
                <w:color w:val="B34A3C"/>
                <w:sz w:val="15"/>
              </w:rPr>
              <w:t xml:space="preserve"> </w:t>
            </w:r>
            <w:proofErr w:type="spellStart"/>
            <w:r>
              <w:rPr>
                <w:rFonts w:eastAsia="Aptos" w:cs="Aptos"/>
                <w:i/>
                <w:color w:val="B34A3C"/>
                <w:sz w:val="15"/>
              </w:rPr>
              <w:t>druge</w:t>
            </w:r>
            <w:proofErr w:type="spellEnd"/>
          </w:p>
        </w:tc>
      </w:tr>
      <w:tr w:rsidR="00720201" w14:paraId="1DA968D8" w14:textId="77777777">
        <w:trPr>
          <w:cantSplit/>
          <w:jc w:val="center"/>
        </w:trPr>
        <w:tc>
          <w:tcPr>
            <w:tcW w:w="22338" w:type="dxa"/>
            <w:gridSpan w:val="8"/>
            <w:shd w:val="clear" w:color="auto" w:fill="E7EE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BDBA86" w14:textId="4AED9969" w:rsidR="00720201" w:rsidRDefault="00000000">
            <w:pPr>
              <w:jc w:val="center"/>
            </w:pPr>
            <w:r>
              <w:rPr>
                <w:rFonts w:eastAsia="Aptos" w:cs="Aptos"/>
                <w:b/>
                <w:color w:val="202020"/>
                <w:sz w:val="17"/>
              </w:rPr>
              <w:t>POLETNE POČITNICE</w:t>
            </w:r>
            <w:r w:rsidR="00467833">
              <w:rPr>
                <w:rFonts w:eastAsia="Aptos" w:cs="Aptos"/>
                <w:b/>
                <w:color w:val="202020"/>
                <w:sz w:val="17"/>
              </w:rPr>
              <w:t>:</w:t>
            </w:r>
            <w:r>
              <w:rPr>
                <w:rFonts w:eastAsia="Aptos" w:cs="Aptos"/>
                <w:b/>
                <w:color w:val="202020"/>
                <w:sz w:val="17"/>
              </w:rPr>
              <w:t xml:space="preserve"> od 28. 6. 2027</w:t>
            </w:r>
          </w:p>
        </w:tc>
      </w:tr>
    </w:tbl>
    <w:p w14:paraId="0727E8DC" w14:textId="77777777" w:rsidR="00EB4C12" w:rsidRDefault="00EB4C12"/>
    <w:sectPr w:rsidR="00EB4C12" w:rsidSect="00DF01EF">
      <w:headerReference w:type="first" r:id="rId9"/>
      <w:pgSz w:w="23811" w:h="16838" w:orient="landscape"/>
      <w:pgMar w:top="340" w:right="340" w:bottom="510" w:left="340" w:header="113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00F67" w14:textId="77777777" w:rsidR="002E10DF" w:rsidRDefault="002E10DF">
      <w:r>
        <w:separator/>
      </w:r>
    </w:p>
  </w:endnote>
  <w:endnote w:type="continuationSeparator" w:id="0">
    <w:p w14:paraId="2A6D9C17" w14:textId="77777777" w:rsidR="002E10DF" w:rsidRDefault="002E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E5FAC" w14:textId="77777777" w:rsidR="002E10DF" w:rsidRDefault="002E10DF">
      <w:r>
        <w:separator/>
      </w:r>
    </w:p>
  </w:footnote>
  <w:footnote w:type="continuationSeparator" w:id="0">
    <w:p w14:paraId="3F3A8F42" w14:textId="77777777" w:rsidR="002E10DF" w:rsidRDefault="002E1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8A7A" w14:textId="77777777" w:rsidR="00DF01EF" w:rsidRDefault="00DF01EF" w:rsidP="00DF01EF">
    <w:pPr>
      <w:pStyle w:val="Glava"/>
      <w:jc w:val="center"/>
      <w:rPr>
        <w:noProof/>
      </w:rPr>
    </w:pPr>
  </w:p>
  <w:p w14:paraId="50F24916" w14:textId="77777777" w:rsidR="00DF01EF" w:rsidRDefault="00DF01EF" w:rsidP="00DF01EF">
    <w:pPr>
      <w:pStyle w:val="Glava"/>
      <w:jc w:val="center"/>
      <w:rPr>
        <w:noProof/>
      </w:rPr>
    </w:pPr>
  </w:p>
  <w:p w14:paraId="37BC4E7F" w14:textId="3859327A" w:rsidR="00DF01EF" w:rsidRDefault="00DF01EF" w:rsidP="00DF01EF">
    <w:pPr>
      <w:pStyle w:val="Glava"/>
      <w:jc w:val="center"/>
    </w:pPr>
    <w:r>
      <w:rPr>
        <w:noProof/>
      </w:rPr>
      <w:drawing>
        <wp:inline distT="0" distB="0" distL="0" distR="0" wp14:anchorId="395D1108" wp14:editId="575741CB">
          <wp:extent cx="2121535" cy="104838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0D51AB"/>
    <w:multiLevelType w:val="singleLevel"/>
    <w:tmpl w:val="ABEC14CC"/>
    <w:lvl w:ilvl="0">
      <w:start w:val="1"/>
      <w:numFmt w:val="bullet"/>
      <w:pStyle w:val="Oznaenseznam"/>
      <w:lvlText w:val="•"/>
      <w:lvlJc w:val="left"/>
      <w:pPr>
        <w:ind w:left="180" w:hanging="125"/>
      </w:pPr>
    </w:lvl>
  </w:abstractNum>
  <w:num w:numId="1" w16cid:durableId="569744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C83"/>
    <w:rsid w:val="00142FCE"/>
    <w:rsid w:val="0015074B"/>
    <w:rsid w:val="00223337"/>
    <w:rsid w:val="0029639D"/>
    <w:rsid w:val="002E10DF"/>
    <w:rsid w:val="0031173E"/>
    <w:rsid w:val="00326F90"/>
    <w:rsid w:val="00352489"/>
    <w:rsid w:val="00387FA5"/>
    <w:rsid w:val="00467833"/>
    <w:rsid w:val="00720201"/>
    <w:rsid w:val="00743F1E"/>
    <w:rsid w:val="008368EE"/>
    <w:rsid w:val="00841631"/>
    <w:rsid w:val="009501A2"/>
    <w:rsid w:val="00AA1D8D"/>
    <w:rsid w:val="00AF4DB2"/>
    <w:rsid w:val="00B04848"/>
    <w:rsid w:val="00B47730"/>
    <w:rsid w:val="00BC1B0E"/>
    <w:rsid w:val="00CB0664"/>
    <w:rsid w:val="00CC3AF7"/>
    <w:rsid w:val="00DC7E6A"/>
    <w:rsid w:val="00DF01EF"/>
    <w:rsid w:val="00E9696E"/>
    <w:rsid w:val="00EB4C12"/>
    <w:rsid w:val="00ED23B2"/>
    <w:rsid w:val="00EF65F6"/>
    <w:rsid w:val="00F01A14"/>
    <w:rsid w:val="00FC693F"/>
    <w:rsid w:val="00F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512F0D"/>
  <w14:defaultImageDpi w14:val="300"/>
  <w15:docId w15:val="{2C0795C4-28F5-4DC9-A1A4-CC4C121B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0" w:line="240" w:lineRule="auto"/>
    </w:pPr>
    <w:rPr>
      <w:rFonts w:ascii="Aptos" w:hAnsi="Aptos"/>
      <w:sz w:val="16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</Pages>
  <Words>8185</Words>
  <Characters>46659</Characters>
  <Application>Microsoft Office Word</Application>
  <DocSecurity>0</DocSecurity>
  <Lines>388</Lines>
  <Paragraphs>109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Letni razpored snovi za 1. razred – tematski tedni in dnevi dejavnosti – 2026/27</vt:lpstr>
      <vt:lpstr/>
    </vt:vector>
  </TitlesOfParts>
  <Manager/>
  <Company/>
  <LinksUpToDate>false</LinksUpToDate>
  <CharactersWithSpaces>54735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Letni razpored snovi za 1. razred – tematski tedni in dnevi dejavnosti – 2026/27</dc:title>
  <dc:subject>Prenovljeni učni načrt za prvo VIO</dc:subject>
  <dc:creator/>
  <cp:keywords>1. razred, 2026/27, učni načrt, letna priprava, razpored snovi, literarna dela, tematski tedni, dnevi dejavnosti</cp:keywords>
  <dc:description>generated by python-docx</dc:description>
  <cp:lastModifiedBy>Narrayani Premal</cp:lastModifiedBy>
  <cp:revision>13</cp:revision>
  <dcterms:created xsi:type="dcterms:W3CDTF">2013-12-23T23:15:00Z</dcterms:created>
  <dcterms:modified xsi:type="dcterms:W3CDTF">2026-08-16T21:49:00Z</dcterms:modified>
  <cp:category/>
</cp:coreProperties>
</file>