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EA8D2" w14:textId="77777777" w:rsidR="00D75C67" w:rsidRPr="00D75C67" w:rsidRDefault="00D75C67" w:rsidP="00D75C67">
      <w:pPr>
        <w:pStyle w:val="Navadensplet"/>
        <w:rPr>
          <w:noProof/>
        </w:rPr>
      </w:pPr>
      <w:bookmarkStart w:id="0" w:name="_GoBack"/>
      <w:bookmarkEnd w:id="0"/>
    </w:p>
    <w:p w14:paraId="7D5D83DE" w14:textId="566C5D93" w:rsidR="00D75C67" w:rsidRPr="00D75C67" w:rsidRDefault="00D75C67" w:rsidP="005571D8">
      <w:pPr>
        <w:pStyle w:val="Navadensplet"/>
        <w:jc w:val="center"/>
      </w:pPr>
      <w:r w:rsidRPr="00D75C67">
        <w:rPr>
          <w:noProof/>
        </w:rPr>
        <w:drawing>
          <wp:inline distT="0" distB="0" distL="0" distR="0" wp14:anchorId="0798D87C" wp14:editId="719967B7">
            <wp:extent cx="7881938" cy="5537378"/>
            <wp:effectExtent l="0" t="0" r="5080" b="635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250" cy="555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1C762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04AE5E6" w14:textId="6812555D" w:rsidR="00234674" w:rsidRPr="00D75C67" w:rsidRDefault="00080C8D">
      <w:pPr>
        <w:pStyle w:val="Naslov1"/>
        <w:rPr>
          <w:lang w:val="sl-SI"/>
        </w:rPr>
      </w:pPr>
      <w:r w:rsidRPr="00D75C67">
        <w:rPr>
          <w:lang w:val="sl-SI"/>
        </w:rPr>
        <w:lastRenderedPageBreak/>
        <w:t xml:space="preserve">Namen </w:t>
      </w:r>
      <w:r w:rsidR="004B7BE1" w:rsidRPr="00D75C67">
        <w:rPr>
          <w:lang w:val="sl-SI"/>
        </w:rPr>
        <w:t>predloga razvijanja povezovalnih ciljev po predmetih v I. VIO</w:t>
      </w:r>
    </w:p>
    <w:p w14:paraId="14628698" w14:textId="62FE7BEC" w:rsidR="00234674" w:rsidRPr="00D75C67" w:rsidRDefault="004B7BE1">
      <w:pPr>
        <w:rPr>
          <w:lang w:val="sl-SI"/>
        </w:rPr>
      </w:pPr>
      <w:r w:rsidRPr="00D75C67">
        <w:rPr>
          <w:lang w:val="sl-SI"/>
        </w:rPr>
        <w:t>Predlog povezuje nadpredmetne povezovalne cilje novega učnega načrta za prvo vzgojno-izobraževalno obdobje s konkretnimi možnostmi njihovega razvijanja pri vseh sedmih predmetih in v podaljšanem bivanju. Zapisi so didaktični predlogi, ne dodatni obvezni cilji. Učitelj jih prilagodi oddelku, učni vsebini, potrebam učencev in izbranim dokazom učenja.</w:t>
      </w:r>
    </w:p>
    <w:p w14:paraId="22D22720" w14:textId="77777777" w:rsidR="00234674" w:rsidRPr="00D75C67" w:rsidRDefault="00080C8D">
      <w:pPr>
        <w:pStyle w:val="Naslov2"/>
        <w:rPr>
          <w:lang w:val="sl-SI"/>
        </w:rPr>
      </w:pPr>
      <w:r w:rsidRPr="00D75C67">
        <w:rPr>
          <w:lang w:val="sl-SI"/>
        </w:rPr>
        <w:t>Razvojna logika</w:t>
      </w:r>
    </w:p>
    <w:p w14:paraId="7333A90D" w14:textId="77777777" w:rsidR="00234674" w:rsidRPr="00D75C67" w:rsidRDefault="00080C8D">
      <w:pPr>
        <w:pStyle w:val="Oznaenseznam"/>
        <w:rPr>
          <w:lang w:val="sl-SI"/>
        </w:rPr>
      </w:pPr>
      <w:r w:rsidRPr="00D75C67">
        <w:rPr>
          <w:lang w:val="sl-SI"/>
        </w:rPr>
        <w:t>1. razred: zgled, slikovna in konkretna opora, kratka vodena izvedba te</w:t>
      </w:r>
      <w:r w:rsidRPr="00D75C67">
        <w:rPr>
          <w:lang w:val="sl-SI"/>
        </w:rPr>
        <w:t>r preprosto poimenovanje izkušnje.</w:t>
      </w:r>
    </w:p>
    <w:p w14:paraId="1FE93AEE" w14:textId="77777777" w:rsidR="00234674" w:rsidRPr="00D75C67" w:rsidRDefault="00080C8D">
      <w:pPr>
        <w:pStyle w:val="Oznaenseznam"/>
        <w:rPr>
          <w:lang w:val="sl-SI"/>
        </w:rPr>
      </w:pPr>
      <w:r w:rsidRPr="00D75C67">
        <w:rPr>
          <w:lang w:val="sl-SI"/>
        </w:rPr>
        <w:t>2. razred: uporaba v paru ali skupini, izbira strategije, kratka razlaga in odziv na povratno informacijo.</w:t>
      </w:r>
    </w:p>
    <w:p w14:paraId="518682D1" w14:textId="77777777" w:rsidR="00234674" w:rsidRPr="00D75C67" w:rsidRDefault="00080C8D">
      <w:pPr>
        <w:pStyle w:val="Oznaenseznam"/>
        <w:rPr>
          <w:lang w:val="sl-SI"/>
        </w:rPr>
      </w:pPr>
      <w:r w:rsidRPr="00D75C67">
        <w:rPr>
          <w:lang w:val="sl-SI"/>
        </w:rPr>
        <w:t>3. razred: samostojnejše načrtovanje, utemeljevanje, vrednotenje uspešnosti in prenos v novo situacijo.</w:t>
      </w:r>
    </w:p>
    <w:p w14:paraId="30557B45" w14:textId="77777777" w:rsidR="00234674" w:rsidRPr="00D75C67" w:rsidRDefault="00080C8D">
      <w:pPr>
        <w:pStyle w:val="Naslov2"/>
        <w:rPr>
          <w:lang w:val="sl-SI"/>
        </w:rPr>
      </w:pPr>
      <w:r w:rsidRPr="00D75C67">
        <w:rPr>
          <w:lang w:val="sl-SI"/>
        </w:rPr>
        <w:t>Predmeti</w:t>
      </w:r>
    </w:p>
    <w:p w14:paraId="5A66DCC2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t>S</w:t>
      </w:r>
      <w:r w:rsidRPr="00D75C67">
        <w:rPr>
          <w:lang w:val="sl-SI"/>
        </w:rPr>
        <w:t>lovenščina, matematika, spoznavanje okolja, glasbena umetnost, likovna umetnost, šport in prvi tuji jezik. Podaljšano bivanje je prikazano v vijolični barvi.</w:t>
      </w:r>
    </w:p>
    <w:p w14:paraId="372FDE63" w14:textId="77777777" w:rsidR="00234674" w:rsidRPr="00D75C67" w:rsidRDefault="00080C8D">
      <w:pPr>
        <w:pStyle w:val="Naslov2"/>
        <w:rPr>
          <w:lang w:val="sl-SI"/>
        </w:rPr>
      </w:pPr>
      <w:r w:rsidRPr="00D75C67">
        <w:rPr>
          <w:lang w:val="sl-SI"/>
        </w:rPr>
        <w:t>Priporočeni dokazi učenja</w:t>
      </w:r>
    </w:p>
    <w:p w14:paraId="4273429F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t>Opazovalni zapisi, izdelki, fotografije procesa, kratki zvočni ali video</w:t>
      </w:r>
      <w:r w:rsidRPr="00D75C67">
        <w:rPr>
          <w:lang w:val="sl-SI"/>
        </w:rPr>
        <w:t xml:space="preserve"> posnetki, izstopni listki, učenčeva samorefleksija, vrstniška povratna informacija, kontrolni seznam, pogovor ter zbirna mapa. Pri digitalnih dokazih je treba upoštevati varstvo osebnih podatkov in šolska pravila.</w:t>
      </w:r>
    </w:p>
    <w:p w14:paraId="5ACFB29D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t>Vir ciljev: Učni načrt za prvo vzgojno-iz</w:t>
      </w:r>
      <w:r w:rsidRPr="00D75C67">
        <w:rPr>
          <w:lang w:val="sl-SI"/>
        </w:rPr>
        <w:t>obraževalno obdobje (2025). Predlogi dejavnosti so avtorska didaktična operacionalizacija.</w:t>
      </w:r>
    </w:p>
    <w:p w14:paraId="626003B7" w14:textId="77777777" w:rsidR="004B7BE1" w:rsidRPr="00D75C67" w:rsidRDefault="004B7BE1">
      <w:pPr>
        <w:rPr>
          <w:lang w:val="sl-SI"/>
        </w:rPr>
      </w:pPr>
    </w:p>
    <w:p w14:paraId="187B7047" w14:textId="5DB47F96" w:rsidR="004B7BE1" w:rsidRPr="00D75C67" w:rsidRDefault="004B7BE1" w:rsidP="004B7BE1">
      <w:pPr>
        <w:pStyle w:val="Naslov1"/>
        <w:rPr>
          <w:lang w:val="sl-SI"/>
        </w:rPr>
      </w:pPr>
      <w:r w:rsidRPr="00D75C67">
        <w:rPr>
          <w:lang w:val="sl-SI"/>
        </w:rPr>
        <w:t>Priporočila za načrtovanje</w:t>
      </w:r>
    </w:p>
    <w:p w14:paraId="528F23BE" w14:textId="77777777" w:rsidR="004B7BE1" w:rsidRPr="00D75C67" w:rsidRDefault="004B7BE1" w:rsidP="004B7BE1">
      <w:pPr>
        <w:pStyle w:val="Oznaenseznam"/>
        <w:rPr>
          <w:lang w:val="sl-SI"/>
        </w:rPr>
      </w:pPr>
      <w:r w:rsidRPr="00D75C67">
        <w:rPr>
          <w:lang w:val="sl-SI"/>
        </w:rPr>
        <w:t>V posamezni učni uri izberemo največ en ali dva povezovalna cilja, ki sta smiselno povezana z osrednjim predmetnim ciljem.</w:t>
      </w:r>
    </w:p>
    <w:p w14:paraId="585B0298" w14:textId="77777777" w:rsidR="004B7BE1" w:rsidRPr="00D75C67" w:rsidRDefault="004B7BE1" w:rsidP="004B7BE1">
      <w:pPr>
        <w:pStyle w:val="Oznaenseznam"/>
        <w:rPr>
          <w:lang w:val="sl-SI"/>
        </w:rPr>
      </w:pPr>
      <w:r w:rsidRPr="00D75C67">
        <w:rPr>
          <w:lang w:val="sl-SI"/>
        </w:rPr>
        <w:t>V pripravi zapišemo opazno dejavnost učenca in dokaz, po katerem bomo prepoznali napredek.</w:t>
      </w:r>
    </w:p>
    <w:p w14:paraId="367F6181" w14:textId="77777777" w:rsidR="004B7BE1" w:rsidRPr="00D75C67" w:rsidRDefault="004B7BE1" w:rsidP="004B7BE1">
      <w:pPr>
        <w:pStyle w:val="Oznaenseznam"/>
        <w:rPr>
          <w:lang w:val="sl-SI"/>
        </w:rPr>
      </w:pPr>
      <w:r w:rsidRPr="00D75C67">
        <w:rPr>
          <w:lang w:val="sl-SI"/>
        </w:rPr>
        <w:t>Isti povezovalni cilj načrtno ponavljamo v različnih predmetih in okoliščinah; s tem učencu omogočimo prenos znanja.</w:t>
      </w:r>
    </w:p>
    <w:p w14:paraId="4FCC5500" w14:textId="77777777" w:rsidR="004B7BE1" w:rsidRPr="00D75C67" w:rsidRDefault="004B7BE1" w:rsidP="004B7BE1">
      <w:pPr>
        <w:pStyle w:val="Oznaenseznam"/>
        <w:rPr>
          <w:lang w:val="sl-SI"/>
        </w:rPr>
      </w:pPr>
      <w:r w:rsidRPr="00D75C67">
        <w:rPr>
          <w:lang w:val="sl-SI"/>
        </w:rPr>
        <w:t>Zahtevnost stopnjujemo glede na razvoj učencev, ne le glede na razred; ponujamo opore, izbiro in dodatne izzive.</w:t>
      </w:r>
    </w:p>
    <w:p w14:paraId="6CE5B13F" w14:textId="77777777" w:rsidR="004B7BE1" w:rsidRPr="00D75C67" w:rsidRDefault="004B7BE1" w:rsidP="004B7BE1">
      <w:pPr>
        <w:pStyle w:val="Oznaenseznam"/>
        <w:rPr>
          <w:lang w:val="sl-SI"/>
        </w:rPr>
      </w:pPr>
      <w:r w:rsidRPr="00D75C67">
        <w:rPr>
          <w:lang w:val="sl-SI"/>
        </w:rPr>
        <w:t>Povezovalnih ciljev praviloma ne ocenjujemo ločeno s številčno oceno, temveč spremljamo njihov prispevek k doseganju predmetnih ciljev in standardov znanja.</w:t>
      </w:r>
    </w:p>
    <w:p w14:paraId="42CDAC55" w14:textId="77777777" w:rsidR="004B7BE1" w:rsidRPr="00D75C67" w:rsidRDefault="004B7BE1" w:rsidP="004B7BE1">
      <w:pPr>
        <w:pStyle w:val="Oznaenseznam"/>
        <w:rPr>
          <w:lang w:val="sl-SI"/>
        </w:rPr>
      </w:pPr>
      <w:r w:rsidRPr="00D75C67">
        <w:rPr>
          <w:lang w:val="sl-SI"/>
        </w:rPr>
        <w:t>Pri medpredmetnem dnevu naj bo jasno, kateri predmetni cilji ostajajo nosilni in kateri povezovalni cilj usmerja proces dela.</w:t>
      </w:r>
    </w:p>
    <w:p w14:paraId="6D041D9B" w14:textId="34EC254E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51F0A4B7" w14:textId="7A6EAD8F" w:rsidR="00234674" w:rsidRPr="00D75C67" w:rsidRDefault="00080C8D">
      <w:pPr>
        <w:pStyle w:val="Naslov1"/>
        <w:rPr>
          <w:sz w:val="24"/>
          <w:szCs w:val="24"/>
          <w:lang w:val="sl-SI"/>
        </w:rPr>
      </w:pPr>
      <w:r w:rsidRPr="00D75C67">
        <w:rPr>
          <w:sz w:val="24"/>
          <w:szCs w:val="24"/>
          <w:lang w:val="sl-SI"/>
        </w:rPr>
        <w:lastRenderedPageBreak/>
        <w:t xml:space="preserve">Šolsko okolje in medsebojni </w:t>
      </w:r>
      <w:r w:rsidR="009F4046" w:rsidRPr="00D75C67">
        <w:rPr>
          <w:sz w:val="24"/>
          <w:szCs w:val="24"/>
          <w:lang w:val="sl-SI"/>
        </w:rPr>
        <w:t>odnosa (11 povezovalnih ciljev)</w:t>
      </w:r>
    </w:p>
    <w:p w14:paraId="0613A1D3" w14:textId="67B2F446" w:rsidR="00234674" w:rsidRPr="00D75C67" w:rsidRDefault="009F4046" w:rsidP="009F4046">
      <w:pPr>
        <w:pStyle w:val="Naslov2"/>
        <w:rPr>
          <w:lang w:val="sl-SI"/>
        </w:rPr>
      </w:pPr>
      <w:r w:rsidRPr="00D75C67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521E1C" wp14:editId="0CD8761A">
                <wp:simplePos x="0" y="0"/>
                <wp:positionH relativeFrom="column">
                  <wp:posOffset>-70485</wp:posOffset>
                </wp:positionH>
                <wp:positionV relativeFrom="paragraph">
                  <wp:posOffset>6851968</wp:posOffset>
                </wp:positionV>
                <wp:extent cx="4438650" cy="442595"/>
                <wp:effectExtent l="0" t="0" r="19050" b="14605"/>
                <wp:wrapNone/>
                <wp:docPr id="1" name="Polje z besedilo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442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9FB2DD" w14:textId="77777777" w:rsidR="009F4046" w:rsidRDefault="009F4046" w:rsidP="009F4046">
                            <w:pPr>
                              <w:spacing w:before="60" w:after="0"/>
                            </w:pPr>
                            <w:r>
                              <w:rPr>
                                <w:b/>
                                <w:color w:val="B56A45"/>
                                <w:sz w:val="16"/>
                              </w:rPr>
                              <w:t xml:space="preserve">Možni dokazi: </w:t>
                            </w:r>
                            <w:r>
                              <w:rPr>
                                <w:sz w:val="16"/>
                              </w:rPr>
                              <w:t>opazovanje procesa, učenčeva razlaga, izdelek ali izvedba, samovrednotenje in kratka povratna informacija.</w:t>
                            </w:r>
                          </w:p>
                          <w:p w14:paraId="73A2679C" w14:textId="77777777" w:rsidR="009F4046" w:rsidRDefault="009F40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21E1C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position:absolute;margin-left:-5.55pt;margin-top:539.55pt;width:349.5pt;height:34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" fillcolor="white [3201]" strokecolor="white [3212]" strokeweight=".5pt">
                <v:textbox>
                  <w:txbxContent>
                    <w:p w14:paraId="7C9FB2DD" w14:textId="77777777" w:rsidR="009F4046" w:rsidRDefault="009F4046" w:rsidP="009F4046">
                      <w:pPr>
                        <w:spacing w:before="60" w:after="0"/>
                      </w:pPr>
                      <w:r>
                        <w:rPr>
                          <w:b/>
                          <w:color w:val="B56A45"/>
                          <w:sz w:val="16"/>
                        </w:rPr>
                        <w:t xml:space="preserve">Možni dokazi: </w:t>
                      </w:r>
                      <w:r>
                        <w:rPr>
                          <w:sz w:val="16"/>
                        </w:rPr>
                        <w:t>opazovanje procesa, učenčeva razlaga, izdelek ali izvedba, samovrednotenje in kratka povratna informacija.</w:t>
                      </w:r>
                    </w:p>
                    <w:p w14:paraId="73A2679C" w14:textId="77777777" w:rsidR="009F4046" w:rsidRDefault="009F4046"/>
                  </w:txbxContent>
                </v:textbox>
              </v:shape>
            </w:pict>
          </mc:Fallback>
        </mc:AlternateContent>
      </w:r>
      <w:r w:rsidRPr="00D75C67">
        <w:rPr>
          <w:lang w:val="sl-SI"/>
        </w:rPr>
        <w:t xml:space="preserve">Cilj 1: </w:t>
      </w:r>
      <w:r w:rsidRPr="00D75C67">
        <w:rPr>
          <w:color w:val="234E52"/>
          <w:sz w:val="21"/>
          <w:lang w:val="sl-SI"/>
        </w:rPr>
        <w:t>Spoznava osebe v šolskem okolju, vzpostavlja dobre medsebojne odnose ter razvija odgovoren odnos do sebe, drugih in narave.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53D812A5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33DCF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B1BEB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EF108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5B04E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5491540C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50200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E98F73" w14:textId="56E25D01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pogovoru, poslušanju, prip</w:t>
            </w:r>
            <w:r w:rsidRPr="00D75C67">
              <w:rPr>
                <w:sz w:val="15"/>
                <w:lang w:val="sl-SI"/>
              </w:rPr>
              <w:t xml:space="preserve">ovedovanju, igri vlog in skupnem branju. Poudarek: osebe v šolskem okolju, vzpostavlja dobre medsebojne odnose ter razvija odgovoren odnos </w:t>
            </w:r>
            <w:r w:rsidR="009F4046" w:rsidRPr="00D75C67">
              <w:rPr>
                <w:sz w:val="15"/>
                <w:lang w:val="sl-SI"/>
              </w:rPr>
              <w:t>..</w:t>
            </w:r>
            <w:r w:rsidRPr="00D75C67">
              <w:rPr>
                <w:sz w:val="15"/>
                <w:lang w:val="sl-SI"/>
              </w:rPr>
              <w:t>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30FFA0" w14:textId="0A5B3D3C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</w:t>
            </w:r>
            <w:r w:rsidRPr="00D75C67">
              <w:rPr>
                <w:sz w:val="15"/>
                <w:lang w:val="sl-SI"/>
              </w:rPr>
              <w:t xml:space="preserve"> igri vlog in skupnem branju. Poudarek: osebe v šolskem okolju, vzpostavlja dobre medsebojne odnose ter razvija odgovoren odnos </w:t>
            </w:r>
            <w:r w:rsidR="009F4046" w:rsidRPr="00D75C67">
              <w:rPr>
                <w:sz w:val="15"/>
                <w:lang w:val="sl-SI"/>
              </w:rPr>
              <w:t>..</w:t>
            </w:r>
            <w:r w:rsidRPr="00D75C67">
              <w:rPr>
                <w:sz w:val="15"/>
                <w:lang w:val="sl-SI"/>
              </w:rPr>
              <w:t>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CB76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pogovoru, </w:t>
            </w:r>
            <w:r w:rsidRPr="00D75C67">
              <w:rPr>
                <w:sz w:val="15"/>
                <w:lang w:val="sl-SI"/>
              </w:rPr>
              <w:t>poslušanju, pripovedovanju, igri vlog in skupnem branju. Poudarek: osebe v šolskem okolju, vzpostavlja dobre medsebojne odnose ter razvija odgovoren odnos …. Učenec cilj prenese v novo situacijo, utemelji ravnanje in predlaga izboljšavo.</w:t>
            </w:r>
          </w:p>
        </w:tc>
      </w:tr>
      <w:tr w:rsidR="00234674" w:rsidRPr="00D75C67" w14:paraId="5DE94CD5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523E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31D54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</w:t>
            </w:r>
            <w:r w:rsidRPr="00D75C67">
              <w:rPr>
                <w:sz w:val="15"/>
                <w:lang w:val="sl-SI"/>
              </w:rPr>
              <w:t xml:space="preserve"> in ob slikovni podpori pri delu z matematičnimi pripomočki, reševanju problemov v paru in razlagi postopkov. Poudarek: osebe v šolskem okolju, vzpostavlja dobre medsebojne odnose ter razvija odgovoren odnos …. Učenec pokaže cilj z ravnanjem ali kratkim od</w:t>
            </w:r>
            <w:r w:rsidRPr="00D75C67">
              <w:rPr>
                <w:sz w:val="15"/>
                <w:lang w:val="sl-SI"/>
              </w:rPr>
              <w:t>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D004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 v paru in razlagi postopkov. Poudarek: osebe v šolskem okolju, vzpostavlja dobre medsebojne odnose ter razvija odgovoren odnos …. Učenec cilj uporabi v nalogi, pojasni izb</w:t>
            </w:r>
            <w:r w:rsidRPr="00D75C67">
              <w:rPr>
                <w:sz w:val="15"/>
                <w:lang w:val="sl-SI"/>
              </w:rPr>
              <w:t>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57D6B" w14:textId="49A04F6A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delu z matematičnimi pripomočki, reševanju problemov v paru in razlagi postopkov. Poudarek: osebe v šolskem okolju, vzpostavlja dobre medsebojne odnose ter razvija odgovoren odnos </w:t>
            </w:r>
            <w:r w:rsidR="009F4046" w:rsidRPr="00D75C67">
              <w:rPr>
                <w:sz w:val="15"/>
                <w:lang w:val="sl-SI"/>
              </w:rPr>
              <w:t>..</w:t>
            </w:r>
            <w:r w:rsidRPr="00D75C67">
              <w:rPr>
                <w:sz w:val="15"/>
                <w:lang w:val="sl-SI"/>
              </w:rPr>
              <w:t>. Učenec cilj prenese v novo situacijo, utemelji ravnanje in predlaga izboljšavo.</w:t>
            </w:r>
          </w:p>
        </w:tc>
      </w:tr>
      <w:tr w:rsidR="00234674" w:rsidRPr="00D75C67" w14:paraId="0BA2A019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3574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D0912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raziskovanju šole, skupnosti, odnosov, varnosti in odgovornega ravnanja z okoljem. Poudarek: osebe v šolskem okolju, vzp</w:t>
            </w:r>
            <w:r w:rsidRPr="00D75C67">
              <w:rPr>
                <w:sz w:val="15"/>
                <w:lang w:val="sl-SI"/>
              </w:rPr>
              <w:t>ostavlja dobre medsebojne odnose ter razvija odgovoren odnos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5C993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skupnosti, odnosov, varnosti in odgovornega ravnanja z okoljem. Poudarek: osebe v šolskem okolju</w:t>
            </w:r>
            <w:r w:rsidRPr="00D75C67">
              <w:rPr>
                <w:sz w:val="15"/>
                <w:lang w:val="sl-SI"/>
              </w:rPr>
              <w:t>, vzpostavlja dobre medsebojne odnose ter razvija odgovoren odnos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6DF6D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raziskovanju šole, skupnosti, odnosov, varnosti in odgovornega ravnanja </w:t>
            </w:r>
            <w:r w:rsidRPr="00D75C67">
              <w:rPr>
                <w:sz w:val="15"/>
                <w:lang w:val="sl-SI"/>
              </w:rPr>
              <w:t>z okoljem. Poudarek: osebe v šolskem okolju, vzpostavlja dobre medsebojne odnose ter razvija odgovoren odnos …. Učenec cilj prenese v novo situacijo, utemelji ravnanje in predlaga izboljšavo.</w:t>
            </w:r>
          </w:p>
        </w:tc>
      </w:tr>
      <w:tr w:rsidR="00234674" w:rsidRPr="00D75C67" w14:paraId="34E708D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E48F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5E8F0D" w14:textId="4D722100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petju, ritmičnem ustvarjanju, poslušanju in nastopanju. Poudarek: osebe v šolskem okolju, vzpostavlja dobre medsebojne odnose ter razvija odgovoren odnos </w:t>
            </w:r>
            <w:r w:rsidR="009F4046" w:rsidRPr="00D75C67">
              <w:rPr>
                <w:sz w:val="15"/>
                <w:lang w:val="sl-SI"/>
              </w:rPr>
              <w:t>..</w:t>
            </w:r>
            <w:r w:rsidRPr="00D75C67">
              <w:rPr>
                <w:sz w:val="15"/>
                <w:lang w:val="sl-SI"/>
              </w:rPr>
              <w:t>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A2D2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</w:t>
            </w:r>
            <w:r w:rsidRPr="00D75C67">
              <w:rPr>
                <w:sz w:val="15"/>
                <w:lang w:val="sl-SI"/>
              </w:rPr>
              <w:t>paru ali skupini pri skupnem petju, ritmičnem ustvarjanju, poslušanju in nastopanju. Poudarek: osebe v šolskem okolju, vzpostavlja dobre medsebojne odnose ter razvija odgovoren odnos …. Učenec cilj uporabi v nalogi, pojasni izbiro in upošteva povratno info</w:t>
            </w:r>
            <w:r w:rsidRPr="00D75C67">
              <w:rPr>
                <w:sz w:val="15"/>
                <w:lang w:val="sl-SI"/>
              </w:rPr>
              <w:t>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BA7F4" w14:textId="26138155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skupnem petju, ritmičnem ustvarjanju, poslušanju in nastopanju. Poudarek: osebe v šolskem okolju, vzpostavlja dobre medsebojne odnose ter razvija odgovoren odnos … Učenec cilj prenese v novo situacijo, utemelji </w:t>
            </w:r>
            <w:r w:rsidRPr="00D75C67">
              <w:rPr>
                <w:sz w:val="15"/>
                <w:lang w:val="sl-SI"/>
              </w:rPr>
              <w:t>ravnanje in predlaga izboljšavo.</w:t>
            </w:r>
          </w:p>
        </w:tc>
      </w:tr>
      <w:tr w:rsidR="00234674" w:rsidRPr="00D75C67" w14:paraId="142900B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4A173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6951E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likovnem ustvarjanju, predstavljanju izdelkov in skrbi za material. Poudarek: osebe v šolskem okolju, vzpostavlja dobre medsebojne odnose ter razvija odgovoren odn</w:t>
            </w:r>
            <w:r w:rsidRPr="00D75C67">
              <w:rPr>
                <w:sz w:val="15"/>
                <w:lang w:val="sl-SI"/>
              </w:rPr>
              <w:t>os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8CC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skrbi za material. Poudarek: osebe v šolskem okolju, vzpostavlja dobre medsebojne odnose ter razvija odgovoren odnos</w:t>
            </w:r>
            <w:r w:rsidRPr="00D75C67">
              <w:rPr>
                <w:sz w:val="15"/>
                <w:lang w:val="sl-SI"/>
              </w:rPr>
              <w:t xml:space="preserve">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5327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 Poudarek: osebe v šolskem okolju, vzpostavlja dobre medsebojn</w:t>
            </w:r>
            <w:r w:rsidRPr="00D75C67">
              <w:rPr>
                <w:sz w:val="15"/>
                <w:lang w:val="sl-SI"/>
              </w:rPr>
              <w:t>e odnose ter razvija odgovoren odnos …. Učenec cilj prenese v novo situacijo, utemelji ravnanje in predlaga izboljšavo.</w:t>
            </w:r>
          </w:p>
        </w:tc>
      </w:tr>
      <w:tr w:rsidR="00234674" w:rsidRPr="00D75C67" w14:paraId="35F11953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C372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ACBD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 paru, spoštovanju pravil in varnem gibanju. Poudarek: osebe v šolske</w:t>
            </w:r>
            <w:r w:rsidRPr="00D75C67">
              <w:rPr>
                <w:sz w:val="15"/>
                <w:lang w:val="sl-SI"/>
              </w:rPr>
              <w:t>m okolju, vzpostavlja dobre medsebojne odnose ter razvija odgovoren odnos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EE5AF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gibanju. Poudarek: osebe v šolskem okolj</w:t>
            </w:r>
            <w:r w:rsidRPr="00D75C67">
              <w:rPr>
                <w:sz w:val="15"/>
                <w:lang w:val="sl-SI"/>
              </w:rPr>
              <w:t>u, vzpostavlja dobre medsebojne odnose ter razvija odgovoren odnos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23DD6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igrah sodelovanja, vadbi v paru, spoštovanju pravil in varnem gibanju. </w:t>
            </w:r>
            <w:r w:rsidRPr="00D75C67">
              <w:rPr>
                <w:sz w:val="15"/>
                <w:lang w:val="sl-SI"/>
              </w:rPr>
              <w:t>Poudarek: osebe v šolskem okolju, vzpostavlja dobre medsebojne odnose ter razvija odgovoren odnos …. Učenec cilj prenese v novo situacijo, utemelji ravnanje in predlaga izboljšavo.</w:t>
            </w:r>
          </w:p>
        </w:tc>
      </w:tr>
      <w:tr w:rsidR="00234674" w:rsidRPr="00D75C67" w14:paraId="722BD87A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5507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CC61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</w:t>
            </w:r>
            <w:r w:rsidRPr="00D75C67">
              <w:rPr>
                <w:sz w:val="15"/>
                <w:lang w:val="sl-SI"/>
              </w:rPr>
              <w:t>ih, pesmih, igrah vlog in spoznavanju drugih kultur. Poudarek: osebe v šolskem okolju, vzpostavlja dobre medsebojne odnose ter razvija odgovoren odnos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B369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</w:t>
            </w:r>
            <w:r w:rsidRPr="00D75C67">
              <w:rPr>
                <w:sz w:val="15"/>
                <w:lang w:val="sl-SI"/>
              </w:rPr>
              <w:t>h, pesmih, igrah vlog in spoznavanju drugih kultur. Poudarek: osebe v šolskem okolju, vzpostavlja dobre medsebojne odnose ter razvija odgovoren odnos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3BF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</w:t>
            </w:r>
            <w:r w:rsidRPr="00D75C67">
              <w:rPr>
                <w:sz w:val="15"/>
                <w:lang w:val="sl-SI"/>
              </w:rPr>
              <w:t>javnost ob pozdravih, kratkih dialogih, pesmih, igrah vlog in spoznavanju drugih kultur. Poudarek: osebe v šolskem okolju, vzpostavlja dobre medsebojne odnose ter razvija odgovoren odnos …. Učenec cilj prenese v novo situacijo, utemelji ravnanje in predlag</w:t>
            </w:r>
            <w:r w:rsidRPr="00D75C67">
              <w:rPr>
                <w:sz w:val="15"/>
                <w:lang w:val="sl-SI"/>
              </w:rPr>
              <w:t>a izboljšavo.</w:t>
            </w:r>
          </w:p>
        </w:tc>
      </w:tr>
      <w:tr w:rsidR="00234674" w:rsidRPr="00D75C67" w14:paraId="4DDD927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1CBA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2411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skupini. Poudarek: osebe v šolskem okolju, vzpostavlja dobre medsebojne odnose ter razvija odgovore</w:t>
            </w:r>
            <w:r w:rsidRPr="00D75C67">
              <w:rPr>
                <w:color w:val="673E82"/>
                <w:sz w:val="15"/>
                <w:lang w:val="sl-SI"/>
              </w:rPr>
              <w:t>n odnos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B04F2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kosilu, sprostitvenih dejavnostih, samostojnem učenju, ustvarjalni igri in sodelovanju v skupini. Poudarek: osebe v šolskem okolju, vzpostavlja dobre medsebojne odnose </w:t>
            </w:r>
            <w:r w:rsidRPr="00D75C67">
              <w:rPr>
                <w:color w:val="673E82"/>
                <w:sz w:val="15"/>
                <w:lang w:val="sl-SI"/>
              </w:rPr>
              <w:t>ter razvija odgovoren odnos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D9AD6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 dejavnostih, samostojnem učenju, ustvarjalni igri in sodelovanju v skupini. Poudarek: os</w:t>
            </w:r>
            <w:r w:rsidRPr="00D75C67">
              <w:rPr>
                <w:color w:val="673E82"/>
                <w:sz w:val="15"/>
                <w:lang w:val="sl-SI"/>
              </w:rPr>
              <w:t>ebe v šolskem okolju, vzpostavlja dobre medsebojne odnose ter razvija odgovoren odnos …. Učenec cilj prenese v novo situacijo, utemelji ravnanje in predlaga izboljšavo.</w:t>
            </w:r>
          </w:p>
        </w:tc>
      </w:tr>
    </w:tbl>
    <w:p w14:paraId="7C086779" w14:textId="1CC2C35F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lastRenderedPageBreak/>
        <w:t>Cilj 2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 xml:space="preserve">Uči se spoštljive komunikacije in uporablja pravila vljudnega izražanja </w:t>
      </w:r>
      <w:r w:rsidRPr="00D75C67">
        <w:rPr>
          <w:color w:val="234E52"/>
          <w:sz w:val="21"/>
          <w:lang w:val="sl-SI"/>
        </w:rPr>
        <w:t>(pozdrav, zahvala, opravičilo).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6D50A05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69AA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17A3E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F7A75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DB86F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181F81EF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EE315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E6BF8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skupnem branju. Poudarek: spoštljive komunikacije in uporablja pravila vljudnega </w:t>
            </w:r>
            <w:r w:rsidRPr="00D75C67">
              <w:rPr>
                <w:sz w:val="15"/>
                <w:lang w:val="sl-SI"/>
              </w:rPr>
              <w:t>izražanja (pozdrav, zahvala, opravičilo).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4F56D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spoštljive komunikacije in uporablja pravila vljudnega izraža</w:t>
            </w:r>
            <w:r w:rsidRPr="00D75C67">
              <w:rPr>
                <w:sz w:val="15"/>
                <w:lang w:val="sl-SI"/>
              </w:rPr>
              <w:t>nja (pozdrav, zahvala, opravičilo).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C469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Poudarek: spoštljive komunikacije in up</w:t>
            </w:r>
            <w:r w:rsidRPr="00D75C67">
              <w:rPr>
                <w:sz w:val="15"/>
                <w:lang w:val="sl-SI"/>
              </w:rPr>
              <w:t>orablja pravila vljudnega izražanja (pozdrav, zahvala, opravičilo). Učenec cilj prenese v novo situacijo, utemelji ravnanje in predlaga izboljšavo.</w:t>
            </w:r>
          </w:p>
        </w:tc>
      </w:tr>
      <w:tr w:rsidR="00234674" w:rsidRPr="00D75C67" w14:paraId="7898FC19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C87E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7C6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reševanju problemov v paru in</w:t>
            </w:r>
            <w:r w:rsidRPr="00D75C67">
              <w:rPr>
                <w:sz w:val="15"/>
                <w:lang w:val="sl-SI"/>
              </w:rPr>
              <w:t xml:space="preserve"> razlagi postopkov. Poudarek: spoštljive komunikacije in uporablja pravila vljudnega izražanja (pozdrav, zahvala, opravičilo).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70B2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</w:t>
            </w:r>
            <w:r w:rsidRPr="00D75C67">
              <w:rPr>
                <w:sz w:val="15"/>
                <w:lang w:val="sl-SI"/>
              </w:rPr>
              <w:t xml:space="preserve"> v paru in razlagi postopkov. Poudarek: spoštljive komunikacije in uporablja pravila vljudnega izražanja (pozdrav, zahvala, opravičilo).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8828F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</w:t>
            </w:r>
            <w:r w:rsidRPr="00D75C67">
              <w:rPr>
                <w:sz w:val="15"/>
                <w:lang w:val="sl-SI"/>
              </w:rPr>
              <w:t xml:space="preserve"> z matematičnimi pripomočki, reševanju problemov v paru in razlagi postopkov. Poudarek: spoštljive komunikacije in uporablja pravila vljudnega izražanja (pozdrav, zahvala, opravičilo). Učenec cilj prenese v novo situacijo, utemelji ravnanje in predlaga izb</w:t>
            </w:r>
            <w:r w:rsidRPr="00D75C67">
              <w:rPr>
                <w:sz w:val="15"/>
                <w:lang w:val="sl-SI"/>
              </w:rPr>
              <w:t>oljšavo.</w:t>
            </w:r>
          </w:p>
        </w:tc>
      </w:tr>
      <w:tr w:rsidR="00234674" w:rsidRPr="00D75C67" w14:paraId="36149469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0C3F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C14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raziskovanju šole, skupnosti, odnosov, varnosti in odgovornega ravnanja z okoljem. Poudarek: spoštljive komunikacije in uporablja pravila vljudnega izražanja (pozdrav, zahvala, opravičilo). Uče</w:t>
            </w:r>
            <w:r w:rsidRPr="00D75C67">
              <w:rPr>
                <w:sz w:val="15"/>
                <w:lang w:val="sl-SI"/>
              </w:rPr>
              <w:t>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BB8E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skupnosti, odnosov, varnosti in odgovornega ravnanja z okoljem. Poudarek: spoštljive komunikacije in uporablja pravila vljudnega izražanja (pozdrav, zahvala, oprav</w:t>
            </w:r>
            <w:r w:rsidRPr="00D75C67">
              <w:rPr>
                <w:sz w:val="15"/>
                <w:lang w:val="sl-SI"/>
              </w:rPr>
              <w:t>ičilo).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5D87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raziskovanju šole, skupnosti, odnosov, varnosti in odgovornega ravnanja z okoljem. Poudarek: spoštljive komunikacije in uporablja </w:t>
            </w:r>
            <w:r w:rsidRPr="00D75C67">
              <w:rPr>
                <w:sz w:val="15"/>
                <w:lang w:val="sl-SI"/>
              </w:rPr>
              <w:t>pravila vljudnega izražanja (pozdrav, zahvala, opravičilo). Učenec cilj prenese v novo situacijo, utemelji ravnanje in predlaga izboljšavo.</w:t>
            </w:r>
          </w:p>
        </w:tc>
      </w:tr>
      <w:tr w:rsidR="00234674" w:rsidRPr="00D75C67" w14:paraId="6290ECDB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8E612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2DDC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petju, ritmičnem ustvarjanju, poslušanju in nastopanju.</w:t>
            </w:r>
            <w:r w:rsidRPr="00D75C67">
              <w:rPr>
                <w:sz w:val="15"/>
                <w:lang w:val="sl-SI"/>
              </w:rPr>
              <w:t xml:space="preserve"> Poudarek: spoštljive komunikacije in uporablja pravila vljudnega izražanja (pozdrav, zahvala, opravičilo).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73F53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petju, ritmičnem ustvarjanju, poslušanju in nastopanju. Poudare</w:t>
            </w:r>
            <w:r w:rsidRPr="00D75C67">
              <w:rPr>
                <w:sz w:val="15"/>
                <w:lang w:val="sl-SI"/>
              </w:rPr>
              <w:t>k: spoštljive komunikacije in uporablja pravila vljudnega izražanja (pozdrav, zahvala, opravičilo).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93F0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</w:t>
            </w:r>
            <w:r w:rsidRPr="00D75C67">
              <w:rPr>
                <w:sz w:val="15"/>
                <w:lang w:val="sl-SI"/>
              </w:rPr>
              <w:t>lušanju in nastopanju. Poudarek: spoštljive komunikacije in uporablja pravila vljudnega izražanja (pozdrav, zahvala, opravičilo). Učenec cilj prenese v novo situacijo, utemelji ravnanje in predlaga izboljšavo.</w:t>
            </w:r>
          </w:p>
        </w:tc>
      </w:tr>
      <w:tr w:rsidR="00234674" w:rsidRPr="00D75C67" w14:paraId="6694FC4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DB6A5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8AA0A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</w:t>
            </w:r>
            <w:r w:rsidRPr="00D75C67">
              <w:rPr>
                <w:sz w:val="15"/>
                <w:lang w:val="sl-SI"/>
              </w:rPr>
              <w:t>i pri skupnem likovnem ustvarjanju, predstavljanju izdelkov in skrbi za material. Poudarek: spoštljive komunikacije in uporablja pravila vljudnega izražanja (pozdrav, zahvala, opravičilo).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432B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</w:t>
            </w:r>
            <w:r w:rsidRPr="00D75C67">
              <w:rPr>
                <w:sz w:val="15"/>
                <w:lang w:val="sl-SI"/>
              </w:rPr>
              <w:t>upini pri skupnem likovnem ustvarjanju, predstavljanju izdelkov in skrbi za material. Poudarek: spoštljive komunikacije in uporablja pravila vljudnega izražanja (pozdrav, zahvala, opravičilo). Učenec cilj uporabi v nalogi, pojasni izbiro in upošteva povrat</w:t>
            </w:r>
            <w:r w:rsidRPr="00D75C67">
              <w:rPr>
                <w:sz w:val="15"/>
                <w:lang w:val="sl-SI"/>
              </w:rPr>
              <w:t>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F308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 Poudarek: spoštljive komunikacije in uporablja pravila vljudnega izražanja (pozdrav, zahvala, opravičilo). Učenec cilj prenese v</w:t>
            </w:r>
            <w:r w:rsidRPr="00D75C67">
              <w:rPr>
                <w:sz w:val="15"/>
                <w:lang w:val="sl-SI"/>
              </w:rPr>
              <w:t xml:space="preserve"> novo situacijo, utemelji ravnanje in predlaga izboljšavo.</w:t>
            </w:r>
          </w:p>
        </w:tc>
      </w:tr>
      <w:tr w:rsidR="00234674" w:rsidRPr="00D75C67" w14:paraId="7E589ED5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9E17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0B1E9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igrah sodelovanja, vadbi v paru, spoštovanju pravil in varnem gibanju. Poudarek: spoštljive komunikacije in uporablja pravila vljudnega izražanja (pozdrav, </w:t>
            </w:r>
            <w:r w:rsidRPr="00D75C67">
              <w:rPr>
                <w:sz w:val="15"/>
                <w:lang w:val="sl-SI"/>
              </w:rPr>
              <w:t>zahvala, opravičilo).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1BDC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gibanju. Poudarek: spoštljive komunikacije in uporablja pravila vljudnega izražanja (pozdrav, z</w:t>
            </w:r>
            <w:r w:rsidRPr="00D75C67">
              <w:rPr>
                <w:sz w:val="15"/>
                <w:lang w:val="sl-SI"/>
              </w:rPr>
              <w:t>ahvala, opravičilo).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F97D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 spoštovanju pravil in varnem gibanju. Poudarek: spoštljive komunikacije in uporablja pr</w:t>
            </w:r>
            <w:r w:rsidRPr="00D75C67">
              <w:rPr>
                <w:sz w:val="15"/>
                <w:lang w:val="sl-SI"/>
              </w:rPr>
              <w:t>avila vljudnega izražanja (pozdrav, zahvala, opravičilo). Učenec cilj prenese v novo situacijo, utemelji ravnanje in predlaga izboljšavo.</w:t>
            </w:r>
          </w:p>
        </w:tc>
      </w:tr>
      <w:tr w:rsidR="00234674" w:rsidRPr="00D75C67" w14:paraId="35F93BBB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24A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0C9D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pesmih, igrah vlog in spoznavanju drugi</w:t>
            </w:r>
            <w:r w:rsidRPr="00D75C67">
              <w:rPr>
                <w:sz w:val="15"/>
                <w:lang w:val="sl-SI"/>
              </w:rPr>
              <w:t>h kultur. Poudarek: spoštljive komunikacije in uporablja pravila vljudnega izražanja (pozdrav, zahvala, opravičilo).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C77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pozdravih, kratkih dialogih, pesmih, igrah vlog in spoznavanju </w:t>
            </w:r>
            <w:r w:rsidRPr="00D75C67">
              <w:rPr>
                <w:sz w:val="15"/>
                <w:lang w:val="sl-SI"/>
              </w:rPr>
              <w:t>drugih kultur. Poudarek: spoštljive komunikacije in uporablja pravila vljudnega izražanja (pozdrav, zahvala, opravičilo).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80C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pozdravih, kratkih d</w:t>
            </w:r>
            <w:r w:rsidRPr="00D75C67">
              <w:rPr>
                <w:sz w:val="15"/>
                <w:lang w:val="sl-SI"/>
              </w:rPr>
              <w:t>ialogih, pesmih, igrah vlog in spoznavanju drugih kultur. Poudarek: spoštljive komunikacije in uporablja pravila vljudnega izražanja (pozdrav, zahvala, opravičilo). Učenec cilj prenese v novo situacijo, utemelji ravnanje in predlaga izboljšavo.</w:t>
            </w:r>
          </w:p>
        </w:tc>
      </w:tr>
      <w:tr w:rsidR="00234674" w:rsidRPr="00D75C67" w14:paraId="0BE2A8DC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7534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</w:t>
            </w:r>
            <w:r w:rsidRPr="00D75C67">
              <w:rPr>
                <w:b/>
                <w:color w:val="673E82"/>
                <w:sz w:val="15"/>
                <w:lang w:val="sl-SI"/>
              </w:rPr>
              <w:t xml:space="preserve">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5C81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skupini. Poudarek: spoštljive komunikacije in uporablja pravila vljudnega izražanja (pozdrav, zahvala, opravičilo). Učenec p</w:t>
            </w:r>
            <w:r w:rsidRPr="00D75C67">
              <w:rPr>
                <w:color w:val="673E82"/>
                <w:sz w:val="15"/>
                <w:lang w:val="sl-SI"/>
              </w:rPr>
              <w:t>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E653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kosilu, sprostitvenih dejavnostih, samostojnem učenju, ustvarjalni igri in sodelovanju v skupini. Poudarek: spoštljive komunikacije in uporablja pravila vljudnega izražanja (pozdrav, </w:t>
            </w:r>
            <w:r w:rsidRPr="00D75C67">
              <w:rPr>
                <w:color w:val="673E82"/>
                <w:sz w:val="15"/>
                <w:lang w:val="sl-SI"/>
              </w:rPr>
              <w:t>zahvala, opravičilo).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14ED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pri kosilu, sprostitvenih dejavnostih, samostojnem učenju, ustvarjalni igri in sodelovanju v skupini. Poudarek: spoštljive </w:t>
            </w:r>
            <w:r w:rsidRPr="00D75C67">
              <w:rPr>
                <w:color w:val="673E82"/>
                <w:sz w:val="15"/>
                <w:lang w:val="sl-SI"/>
              </w:rPr>
              <w:t>komunikacije in uporablja pravila vljudnega izražanja (pozdrav, zahvala, opravičilo). Učenec cilj prenese v novo situacijo, utemelji ravnanje in predlaga izboljšavo.</w:t>
            </w:r>
          </w:p>
        </w:tc>
      </w:tr>
    </w:tbl>
    <w:p w14:paraId="1174A983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 xml:space="preserve">opazovanje procesa, učenčeva razlaga, izdelek ali izvedba, samovrednotenje </w:t>
      </w:r>
      <w:r w:rsidRPr="00D75C67">
        <w:rPr>
          <w:sz w:val="16"/>
          <w:lang w:val="sl-SI"/>
        </w:rPr>
        <w:t>in kratka povratna informacija.</w:t>
      </w:r>
    </w:p>
    <w:p w14:paraId="4397B2CC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B5511D4" w14:textId="6494111F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3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zavedanje varnega in podpornega okolja v šoli ter ga soustvarja.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85D2A43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99C24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BE72C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4658D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CA34E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94A13A5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2B0EB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0CCD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</w:t>
            </w:r>
            <w:r w:rsidRPr="00D75C67">
              <w:rPr>
                <w:sz w:val="15"/>
                <w:lang w:val="sl-SI"/>
              </w:rPr>
              <w:t>skupnem branju.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2005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zavedanje va</w:t>
            </w:r>
            <w:r w:rsidRPr="00D75C67">
              <w:rPr>
                <w:sz w:val="15"/>
                <w:lang w:val="sl-SI"/>
              </w:rPr>
              <w:t>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77BA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Poudarek: zavedanje va</w:t>
            </w:r>
            <w:r w:rsidRPr="00D75C67">
              <w:rPr>
                <w:sz w:val="15"/>
                <w:lang w:val="sl-SI"/>
              </w:rPr>
              <w:t>rnega in podpornega okolja v šoli ter ga soustvarja. Učenec cilj prenese v novo situacijo, utemelji ravnanje in predlaga izboljšavo.</w:t>
            </w:r>
          </w:p>
        </w:tc>
      </w:tr>
      <w:tr w:rsidR="00234674" w:rsidRPr="00D75C67" w14:paraId="6743E447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E0981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715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reševanju problemov v paru in razlagi postop</w:t>
            </w:r>
            <w:r w:rsidRPr="00D75C67">
              <w:rPr>
                <w:sz w:val="15"/>
                <w:lang w:val="sl-SI"/>
              </w:rPr>
              <w:t>kov.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3623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 v paru in razlagi postopkov. Poudarek: zavedan</w:t>
            </w:r>
            <w:r w:rsidRPr="00D75C67">
              <w:rPr>
                <w:sz w:val="15"/>
                <w:lang w:val="sl-SI"/>
              </w:rPr>
              <w:t>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F7AA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matematičnimi pripomočki, reševanju problemov v paru in razlagi postopkov. P</w:t>
            </w:r>
            <w:r w:rsidRPr="00D75C67">
              <w:rPr>
                <w:sz w:val="15"/>
                <w:lang w:val="sl-SI"/>
              </w:rPr>
              <w:t>oudarek: zavedanje varnega in podpornega okolja v šoli ter ga soustvarja. Učenec cilj prenese v novo situacijo, utemelji ravnanje in predlaga izboljšavo.</w:t>
            </w:r>
          </w:p>
        </w:tc>
      </w:tr>
      <w:tr w:rsidR="00234674" w:rsidRPr="00D75C67" w14:paraId="191484A8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99681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3BDEB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raziskovanju šole, skupnosti, odnosov, varnosti </w:t>
            </w:r>
            <w:r w:rsidRPr="00D75C67">
              <w:rPr>
                <w:sz w:val="15"/>
                <w:lang w:val="sl-SI"/>
              </w:rPr>
              <w:t>in odgovornega ravnanja z okoljem.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DC56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skupnosti, odnosov, varnosti in odgovornega ravnan</w:t>
            </w:r>
            <w:r w:rsidRPr="00D75C67">
              <w:rPr>
                <w:sz w:val="15"/>
                <w:lang w:val="sl-SI"/>
              </w:rPr>
              <w:t>ja z okoljem. Poudarek: zavedanje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E660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raziskovanju šole, skupnosti, odnosov, varnosti in o</w:t>
            </w:r>
            <w:r w:rsidRPr="00D75C67">
              <w:rPr>
                <w:sz w:val="15"/>
                <w:lang w:val="sl-SI"/>
              </w:rPr>
              <w:t>dgovornega ravnanja z okoljem. Poudarek: zavedanje varnega in podpornega okolja v šoli ter ga soustvarja. Učenec cilj prenese v novo situacijo, utemelji ravnanje in predlaga izboljšavo.</w:t>
            </w:r>
          </w:p>
        </w:tc>
      </w:tr>
      <w:tr w:rsidR="00234674" w:rsidRPr="00D75C67" w14:paraId="3E7CFF67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31E7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9ACF6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petju, ri</w:t>
            </w:r>
            <w:r w:rsidRPr="00D75C67">
              <w:rPr>
                <w:sz w:val="15"/>
                <w:lang w:val="sl-SI"/>
              </w:rPr>
              <w:t>tmičnem ustvarjanju, poslušanju in nastopanju.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1382A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skupnem petju, ritmičnem ustvarjanju, poslušanju in </w:t>
            </w:r>
            <w:r w:rsidRPr="00D75C67">
              <w:rPr>
                <w:sz w:val="15"/>
                <w:lang w:val="sl-SI"/>
              </w:rPr>
              <w:t>nastopanju. Poudarek: zavedanje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716A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</w:t>
            </w:r>
            <w:r w:rsidRPr="00D75C67">
              <w:rPr>
                <w:sz w:val="15"/>
                <w:lang w:val="sl-SI"/>
              </w:rPr>
              <w:t>stopanju. Poudarek: zavedanje varnega in podpornega okolja v šoli ter ga soustvarja. Učenec cilj prenese v novo situacijo, utemelji ravnanje in predlaga izboljšavo.</w:t>
            </w:r>
          </w:p>
        </w:tc>
      </w:tr>
      <w:tr w:rsidR="00234674" w:rsidRPr="00D75C67" w14:paraId="50162748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5EDA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2D0F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likovnem ustvarjanju, </w:t>
            </w:r>
            <w:r w:rsidRPr="00D75C67">
              <w:rPr>
                <w:sz w:val="15"/>
                <w:lang w:val="sl-SI"/>
              </w:rPr>
              <w:t>predstavljanju izdelkov in skrbi za material.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76AD2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</w:t>
            </w:r>
            <w:r w:rsidRPr="00D75C67">
              <w:rPr>
                <w:sz w:val="15"/>
                <w:lang w:val="sl-SI"/>
              </w:rPr>
              <w:t>krbi za material. Poudarek: zavedanje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DD97D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</w:t>
            </w:r>
            <w:r w:rsidRPr="00D75C67">
              <w:rPr>
                <w:sz w:val="15"/>
                <w:lang w:val="sl-SI"/>
              </w:rPr>
              <w:t>elkov in skrbi za material. Poudarek: zavedanje varnega in podpornega okolja v šoli ter ga soustvarja. Učenec cilj prenese v novo situacijo, utemelji ravnanje in predlaga izboljšavo.</w:t>
            </w:r>
          </w:p>
        </w:tc>
      </w:tr>
      <w:tr w:rsidR="00234674" w:rsidRPr="00D75C67" w14:paraId="41E98507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EDE6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BA20C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 paru,</w:t>
            </w:r>
            <w:r w:rsidRPr="00D75C67">
              <w:rPr>
                <w:sz w:val="15"/>
                <w:lang w:val="sl-SI"/>
              </w:rPr>
              <w:t xml:space="preserve"> spoštovanju pravil in varnem gibanju.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8841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</w:t>
            </w:r>
            <w:r w:rsidRPr="00D75C67">
              <w:rPr>
                <w:sz w:val="15"/>
                <w:lang w:val="sl-SI"/>
              </w:rPr>
              <w:t>anju. Poudarek: zavedanje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4B182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 spoštovanju pravil in varne</w:t>
            </w:r>
            <w:r w:rsidRPr="00D75C67">
              <w:rPr>
                <w:sz w:val="15"/>
                <w:lang w:val="sl-SI"/>
              </w:rPr>
              <w:t>m gibanju. Poudarek: zavedanje varnega in podpornega okolja v šoli ter ga soustvarja. Učenec cilj prenese v novo situacijo, utemelji ravnanje in predlaga izboljšavo.</w:t>
            </w:r>
          </w:p>
        </w:tc>
      </w:tr>
      <w:tr w:rsidR="00234674" w:rsidRPr="00D75C67" w14:paraId="53D6DEC6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12B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13309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pesmih, igr</w:t>
            </w:r>
            <w:r w:rsidRPr="00D75C67">
              <w:rPr>
                <w:sz w:val="15"/>
                <w:lang w:val="sl-SI"/>
              </w:rPr>
              <w:t>ah vlog in spoznavanju drugih kultur.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B71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igrah vlog in spoznavanju drug</w:t>
            </w:r>
            <w:r w:rsidRPr="00D75C67">
              <w:rPr>
                <w:sz w:val="15"/>
                <w:lang w:val="sl-SI"/>
              </w:rPr>
              <w:t>ih kultur. Poudarek: zavedanje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90B0A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pozdravih, kratkih dialogih, pesmih, igrah vlog in </w:t>
            </w:r>
            <w:r w:rsidRPr="00D75C67">
              <w:rPr>
                <w:sz w:val="15"/>
                <w:lang w:val="sl-SI"/>
              </w:rPr>
              <w:t>spoznavanju drugih kultur. Poudarek: zavedanje varnega in podpornega okolja v šoli ter ga soustvarja. Učenec cilj prenese v novo situacijo, utemelji ravnanje in predlaga izboljšavo.</w:t>
            </w:r>
          </w:p>
        </w:tc>
      </w:tr>
      <w:tr w:rsidR="00234674" w:rsidRPr="00D75C67" w14:paraId="52A2290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2D2A6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C138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</w:t>
            </w:r>
            <w:r w:rsidRPr="00D75C67">
              <w:rPr>
                <w:color w:val="673E82"/>
                <w:sz w:val="15"/>
                <w:lang w:val="sl-SI"/>
              </w:rPr>
              <w:t>h dejavnostih, samostojnem učenju, ustvarjalni igri in sodelovanju v skupini. Poudarek: zavedanje varnega in podpornega okolja v šoli ter ga soustvarja.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A3E9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</w:t>
            </w:r>
            <w:r w:rsidRPr="00D75C67">
              <w:rPr>
                <w:color w:val="673E82"/>
                <w:sz w:val="15"/>
                <w:lang w:val="sl-SI"/>
              </w:rPr>
              <w:t>vnostih, samostojnem učenju, ustvarjalni igri in sodelovanju v skupini. Poudarek: zavedanje varnega in podpornega okolja v šoli ter ga soustvarja.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425AC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</w:t>
            </w:r>
            <w:r w:rsidRPr="00D75C67">
              <w:rPr>
                <w:color w:val="673E82"/>
                <w:sz w:val="15"/>
                <w:lang w:val="sl-SI"/>
              </w:rPr>
              <w:t>t pri kosilu, sprostitvenih dejavnostih, samostojnem učenju, ustvarjalni igri in sodelovanju v skupini. Poudarek: zavedanje varnega in podpornega okolja v šoli ter ga soustvarja. Učenec cilj prenese v novo situacijo, utemelji ravnanje in predlaga izboljšav</w:t>
            </w:r>
            <w:r w:rsidRPr="00D75C67">
              <w:rPr>
                <w:color w:val="673E82"/>
                <w:sz w:val="15"/>
                <w:lang w:val="sl-SI"/>
              </w:rPr>
              <w:t>o.</w:t>
            </w:r>
          </w:p>
        </w:tc>
      </w:tr>
    </w:tbl>
    <w:p w14:paraId="320D31E3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3F3F8F5B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8E459E7" w14:textId="5168AD37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4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Spoznava raznolikost kultur in jezikov ter razvija zavedanje, da raznolikost bogati.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72F587C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59A87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A1BEB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1F581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84294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 xml:space="preserve">3. </w:t>
            </w:r>
            <w:r w:rsidRPr="00D75C67">
              <w:rPr>
                <w:b/>
                <w:color w:val="FFFFFF"/>
                <w:sz w:val="17"/>
                <w:lang w:val="sl-SI"/>
              </w:rPr>
              <w:t>razred</w:t>
            </w:r>
          </w:p>
        </w:tc>
      </w:tr>
      <w:tr w:rsidR="00234674" w:rsidRPr="00D75C67" w14:paraId="53B0F399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627DE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845C9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pogovoru, poslušanju, pripovedovanju, igri vlog in skupnem branju. Poudarek: raznolikost kultur in jezikov ter razvija zavedanje, da raznolikost bogati. Učenec pokaže cilj z ravnanjem ali kratkim odgovor</w:t>
            </w:r>
            <w:r w:rsidRPr="00D75C67">
              <w:rPr>
                <w:sz w:val="15"/>
                <w:lang w:val="sl-SI"/>
              </w:rPr>
              <w:t>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E0A8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raznolikost kultur in jezikov ter razvija zavedanje, da raznolikost bogati. Učenec cilj uporabi v nalogi, pojasni izbiro in upošteva povratno informacijo</w:t>
            </w:r>
            <w:r w:rsidRPr="00D75C67">
              <w:rPr>
                <w:sz w:val="15"/>
                <w:lang w:val="sl-SI"/>
              </w:rPr>
              <w:t>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777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Poudarek: raznolikost kultur in jezikov ter razvija zavedanje, da raznolikost bogati. Učenec cilj prenese v novo situacijo, utemelji ravnanje in predlag</w:t>
            </w:r>
            <w:r w:rsidRPr="00D75C67">
              <w:rPr>
                <w:sz w:val="15"/>
                <w:lang w:val="sl-SI"/>
              </w:rPr>
              <w:t>a izboljšavo.</w:t>
            </w:r>
          </w:p>
        </w:tc>
      </w:tr>
      <w:tr w:rsidR="00234674" w:rsidRPr="00D75C67" w14:paraId="1EA7C7BB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7E246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46510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matematičnimi pripomočki, reševanju problemov v paru in razlagi postopkov. Poudarek: raznolikost kultur in jezikov ter razvija zavedanje, da raznolikost bogati.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9ECD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 v paru in razlagi postopkov. Poudarek: raznolikost kultur in jezikov ter razvija zavedanje, da raznolikost bogati. Učenec cilj uporabi v nalogi, po</w:t>
            </w:r>
            <w:r w:rsidRPr="00D75C67">
              <w:rPr>
                <w:sz w:val="15"/>
                <w:lang w:val="sl-SI"/>
              </w:rPr>
              <w:t>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43AF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matematičnimi pripomočki, reševanju problemov v paru in razlagi postopkov. Poudarek: raznolikost kultur in jezikov ter razvija zavedanje, da raznolikost bogati. Učene</w:t>
            </w:r>
            <w:r w:rsidRPr="00D75C67">
              <w:rPr>
                <w:sz w:val="15"/>
                <w:lang w:val="sl-SI"/>
              </w:rPr>
              <w:t>c cilj prenese v novo situacijo, utemelji ravnanje in predlaga izboljšavo.</w:t>
            </w:r>
          </w:p>
        </w:tc>
      </w:tr>
      <w:tr w:rsidR="00234674" w:rsidRPr="00D75C67" w14:paraId="7BDE959F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606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547E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raziskovanju šole, skupnosti, odnosov, varnosti in odgovornega ravnanja z okoljem. Poudarek: raznolikost kultur in jezikov ter </w:t>
            </w:r>
            <w:r w:rsidRPr="00D75C67">
              <w:rPr>
                <w:sz w:val="15"/>
                <w:lang w:val="sl-SI"/>
              </w:rPr>
              <w:t>razvija zavedanje, da 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A1D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skupnosti, odnosov, varnosti in odgovornega ravnanja z okoljem. Poudarek: raznolikost kultur in jezikov ter razvija za</w:t>
            </w:r>
            <w:r w:rsidRPr="00D75C67">
              <w:rPr>
                <w:sz w:val="15"/>
                <w:lang w:val="sl-SI"/>
              </w:rPr>
              <w:t>vedanje, da raznolikost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C11F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raziskovanju šole, skupnosti, odnosov, varnosti in odgovornega ravnanja z okoljem. Poudarek: raznolikost kult</w:t>
            </w:r>
            <w:r w:rsidRPr="00D75C67">
              <w:rPr>
                <w:sz w:val="15"/>
                <w:lang w:val="sl-SI"/>
              </w:rPr>
              <w:t>ur in jezikov ter razvija zavedanje, da raznolikost bogati. Učenec cilj prenese v novo situacijo, utemelji ravnanje in predlaga izboljšavo.</w:t>
            </w:r>
          </w:p>
        </w:tc>
      </w:tr>
      <w:tr w:rsidR="00234674" w:rsidRPr="00D75C67" w14:paraId="6D7B41B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1EE17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BD1B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petju, ritmičnem ustvarjanju, poslušanju in nastopanju.</w:t>
            </w:r>
            <w:r w:rsidRPr="00D75C67">
              <w:rPr>
                <w:sz w:val="15"/>
                <w:lang w:val="sl-SI"/>
              </w:rPr>
              <w:t xml:space="preserve">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C592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petju, ritmičnem ustvarjanju, poslušanju in nastopanju. Poudarek: raznolikost kultur</w:t>
            </w:r>
            <w:r w:rsidRPr="00D75C67">
              <w:rPr>
                <w:sz w:val="15"/>
                <w:lang w:val="sl-SI"/>
              </w:rPr>
              <w:t xml:space="preserve">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82F1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nastopanju. Poudarek: raznoliko</w:t>
            </w:r>
            <w:r w:rsidRPr="00D75C67">
              <w:rPr>
                <w:sz w:val="15"/>
                <w:lang w:val="sl-SI"/>
              </w:rPr>
              <w:t>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6413166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93E5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E290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likovnem ustvarjanju, predstavljanju izdelkov in </w:t>
            </w:r>
            <w:r w:rsidRPr="00D75C67">
              <w:rPr>
                <w:sz w:val="15"/>
                <w:lang w:val="sl-SI"/>
              </w:rPr>
              <w:t>skrbi za material.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07EF0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skrbi za material</w:t>
            </w:r>
            <w:r w:rsidRPr="00D75C67">
              <w:rPr>
                <w:sz w:val="15"/>
                <w:lang w:val="sl-SI"/>
              </w:rPr>
              <w:t>. Poudarek: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695C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</w:t>
            </w:r>
            <w:r w:rsidRPr="00D75C67">
              <w:rPr>
                <w:sz w:val="15"/>
                <w:lang w:val="sl-SI"/>
              </w:rPr>
              <w:t xml:space="preserve"> in skrbi za material. Poudarek: raznolikost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61568399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4E60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CC8F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</w:t>
            </w:r>
            <w:r w:rsidRPr="00D75C67">
              <w:rPr>
                <w:sz w:val="15"/>
                <w:lang w:val="sl-SI"/>
              </w:rPr>
              <w:t xml:space="preserve"> paru, spoštovanju pravil in varnem gibanju.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A992E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</w:t>
            </w:r>
            <w:r w:rsidRPr="00D75C67">
              <w:rPr>
                <w:sz w:val="15"/>
                <w:lang w:val="sl-SI"/>
              </w:rPr>
              <w:t>vil in varnem gibanju. Poudarek: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74FE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</w:t>
            </w:r>
            <w:r w:rsidRPr="00D75C67">
              <w:rPr>
                <w:sz w:val="15"/>
                <w:lang w:val="sl-SI"/>
              </w:rPr>
              <w:t xml:space="preserve"> spoštovanju pravil in varnem gibanju. Poudarek: raznolikost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3D9605D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0361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5C15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</w:t>
            </w:r>
            <w:r w:rsidRPr="00D75C67">
              <w:rPr>
                <w:sz w:val="15"/>
                <w:lang w:val="sl-SI"/>
              </w:rPr>
              <w:t>pozdravih, kratkih dialogih, pesmih, igrah vlog in spoznavanju drugih kultur.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9734F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</w:t>
            </w:r>
            <w:r w:rsidRPr="00D75C67">
              <w:rPr>
                <w:sz w:val="15"/>
                <w:lang w:val="sl-SI"/>
              </w:rPr>
              <w:t>ih dialogih, pesmih, igrah vlog in spoznavanju drugih kultur. Poudarek: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D7EC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</w:t>
            </w:r>
            <w:r w:rsidRPr="00D75C67">
              <w:rPr>
                <w:sz w:val="15"/>
                <w:lang w:val="sl-SI"/>
              </w:rPr>
              <w:t>st ob pozdravih, kratkih dialogih, pesmih, igrah vlog in spoznavanju drugih kultur. Poudarek: raznolikost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036A0222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69CB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</w:t>
            </w:r>
            <w:r w:rsidRPr="00D75C67">
              <w:rPr>
                <w:b/>
                <w:color w:val="673E82"/>
                <w:sz w:val="15"/>
                <w:lang w:val="sl-SI"/>
              </w:rPr>
              <w:t>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C091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skupini. Poudarek: raznolikost kultur in jezikov ter razvija zavedanje, da raznolikost bogati. Učenec pokaže cilj z rav</w:t>
            </w:r>
            <w:r w:rsidRPr="00D75C67">
              <w:rPr>
                <w:color w:val="673E82"/>
                <w:sz w:val="15"/>
                <w:lang w:val="sl-SI"/>
              </w:rPr>
              <w:t>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8F06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dejavnostih, samostojnem učenju, ustvarjalni igri in sodelovanju v skupini. Poudarek: raznolikost kultur in jezikov ter razvija zavedanje, da raznolikost bogati. Učenec cilj uporabi</w:t>
            </w:r>
            <w:r w:rsidRPr="00D75C67">
              <w:rPr>
                <w:color w:val="673E82"/>
                <w:sz w:val="15"/>
                <w:lang w:val="sl-SI"/>
              </w:rPr>
              <w:t xml:space="preserve">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E8073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 dejavnostih, samostojnem učenju, ustvarjalni igri in sodelovanju v skupini. Poudarek: raznolikost kultur in jezikov ter razvija zavedanje,</w:t>
            </w:r>
            <w:r w:rsidRPr="00D75C67">
              <w:rPr>
                <w:color w:val="673E82"/>
                <w:sz w:val="15"/>
                <w:lang w:val="sl-SI"/>
              </w:rPr>
              <w:t xml:space="preserve"> da raznolikost bogati. Učenec cilj prenese v novo situacijo, utemelji ravnanje in predlaga izboljšavo.</w:t>
            </w:r>
          </w:p>
        </w:tc>
      </w:tr>
    </w:tbl>
    <w:p w14:paraId="14E07F89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0389728E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FCF27B5" w14:textId="4F02449E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5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 xml:space="preserve">Prepoznava, </w:t>
      </w:r>
      <w:r w:rsidRPr="00D75C67">
        <w:rPr>
          <w:color w:val="234E52"/>
          <w:sz w:val="21"/>
          <w:lang w:val="sl-SI"/>
        </w:rPr>
        <w:t>poimenuje in izraža svoja čustva, prepoznava čustva drugih ter se nanje primerno odziva.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346267BC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3331C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09962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D14CF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82D64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1D760692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3275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C936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skupnem branju. Poudarek: </w:t>
            </w:r>
            <w:r w:rsidRPr="00D75C67">
              <w:rPr>
                <w:sz w:val="15"/>
                <w:lang w:val="sl-SI"/>
              </w:rPr>
              <w:t>prepoznava, poimenuje in izraža svoja čustva, prepoznava čustva drugih ter se nanje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33F85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prepoznava, poim</w:t>
            </w:r>
            <w:r w:rsidRPr="00D75C67">
              <w:rPr>
                <w:sz w:val="15"/>
                <w:lang w:val="sl-SI"/>
              </w:rPr>
              <w:t>enuje in izraža svoja čustva, prepoznava čustva drugih ter se nanje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B047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</w:t>
            </w:r>
            <w:r w:rsidRPr="00D75C67">
              <w:rPr>
                <w:sz w:val="15"/>
                <w:lang w:val="sl-SI"/>
              </w:rPr>
              <w:t>arek: prepoznava, poimenuje in izraža svoja čustva, prepoznava čustva drugih ter se nanje …. Učenec cilj prenese v novo situacijo, utemelji ravnanje in predlaga izboljšavo.</w:t>
            </w:r>
          </w:p>
        </w:tc>
      </w:tr>
      <w:tr w:rsidR="00234674" w:rsidRPr="00D75C67" w14:paraId="35E648EA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E6C6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50CD2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</w:t>
            </w:r>
            <w:r w:rsidRPr="00D75C67">
              <w:rPr>
                <w:sz w:val="15"/>
                <w:lang w:val="sl-SI"/>
              </w:rPr>
              <w:t>vanju problemov v paru in razlagi postopkov. Poudarek: prepoznava, poimenuje in izraža svoja čustva, prepoznava čustva drugih ter se nanje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DB69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</w:t>
            </w:r>
            <w:r w:rsidRPr="00D75C67">
              <w:rPr>
                <w:sz w:val="15"/>
                <w:lang w:val="sl-SI"/>
              </w:rPr>
              <w:t>vanju problemov v paru in razlagi postopkov. Poudarek: prepoznava, poimenuje in izraža svoja čustva, prepoznava čustva drugih ter se nanje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59D25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</w:t>
            </w:r>
            <w:r w:rsidRPr="00D75C67">
              <w:rPr>
                <w:sz w:val="15"/>
                <w:lang w:val="sl-SI"/>
              </w:rPr>
              <w:t xml:space="preserve"> delu z matematičnimi pripomočki, reševanju problemov v paru in razlagi postopkov. Poudarek: prepoznava, poimenuje in izraža svoja čustva, prepoznava čustva drugih ter se nanje …. Učenec cilj prenese v novo situacijo, utemelji ravnanje in predlaga izboljša</w:t>
            </w:r>
            <w:r w:rsidRPr="00D75C67">
              <w:rPr>
                <w:sz w:val="15"/>
                <w:lang w:val="sl-SI"/>
              </w:rPr>
              <w:t>vo.</w:t>
            </w:r>
          </w:p>
        </w:tc>
      </w:tr>
      <w:tr w:rsidR="00234674" w:rsidRPr="00D75C67" w14:paraId="4CE39EE6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880A8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08CED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raziskovanju šole, skupnosti, odnosov, varnosti in odgovornega ravnanja z okoljem. Poudarek: prepoznava, poimenuje in izraža svoja čustva, prepoznava čustva drugih ter se nanje …. Učenec pokaže cilj</w:t>
            </w:r>
            <w:r w:rsidRPr="00D75C67">
              <w:rPr>
                <w:sz w:val="15"/>
                <w:lang w:val="sl-SI"/>
              </w:rPr>
              <w:t xml:space="preserve">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F4A46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raziskovanju šole, skupnosti, odnosov, varnosti in odgovornega ravnanja z okoljem. Poudarek: prepoznava, poimenuje in izraža svoja čustva, prepoznava čustva drugih ter se nanje …. Učenec cilj </w:t>
            </w:r>
            <w:r w:rsidRPr="00D75C67">
              <w:rPr>
                <w:sz w:val="15"/>
                <w:lang w:val="sl-SI"/>
              </w:rPr>
              <w:t>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35B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raziskovanju šole, skupnosti, odnosov, varnosti in odgovornega ravnanja z okoljem. Poudarek: prepoznava, poimenuje in izraža svoja čustva, prepoznava čus</w:t>
            </w:r>
            <w:r w:rsidRPr="00D75C67">
              <w:rPr>
                <w:sz w:val="15"/>
                <w:lang w:val="sl-SI"/>
              </w:rPr>
              <w:t>tva drugih ter se nanje …. Učenec cilj prenese v novo situacijo, utemelji ravnanje in predlaga izboljšavo.</w:t>
            </w:r>
          </w:p>
        </w:tc>
      </w:tr>
      <w:tr w:rsidR="00234674" w:rsidRPr="00D75C67" w14:paraId="4EA66F5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53CC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E2AA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petju, ritmičnem ustvarjanju, poslušanju in nastopanju. Poudarek: prepoznava, poimenuje </w:t>
            </w:r>
            <w:r w:rsidRPr="00D75C67">
              <w:rPr>
                <w:sz w:val="15"/>
                <w:lang w:val="sl-SI"/>
              </w:rPr>
              <w:t>in izraža svoja čustva, prepoznava čustva drugih ter se nanje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B3FF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skupnem petju, ritmičnem ustvarjanju, poslušanju in nastopanju. Poudarek: prepoznava, poimenuje in izraža svoja </w:t>
            </w:r>
            <w:r w:rsidRPr="00D75C67">
              <w:rPr>
                <w:sz w:val="15"/>
                <w:lang w:val="sl-SI"/>
              </w:rPr>
              <w:t>čustva, prepoznava čustva drugih ter se nanje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4B02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nastopanju. Poudarek: prepoznava, poimen</w:t>
            </w:r>
            <w:r w:rsidRPr="00D75C67">
              <w:rPr>
                <w:sz w:val="15"/>
                <w:lang w:val="sl-SI"/>
              </w:rPr>
              <w:t>uje in izraža svoja čustva, prepoznava čustva drugih ter se nanje …. Učenec cilj prenese v novo situacijo, utemelji ravnanje in predlaga izboljšavo.</w:t>
            </w:r>
          </w:p>
        </w:tc>
      </w:tr>
      <w:tr w:rsidR="00234674" w:rsidRPr="00D75C67" w14:paraId="68AC7C7B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0965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94ED2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likovnem ustvarjanju, predstavljanju izdelkov i</w:t>
            </w:r>
            <w:r w:rsidRPr="00D75C67">
              <w:rPr>
                <w:sz w:val="15"/>
                <w:lang w:val="sl-SI"/>
              </w:rPr>
              <w:t>n skrbi za material. Poudarek: prepoznava, poimenuje in izraža svoja čustva, prepoznava čustva drugih ter se nanje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9E6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</w:t>
            </w:r>
            <w:r w:rsidRPr="00D75C67">
              <w:rPr>
                <w:sz w:val="15"/>
                <w:lang w:val="sl-SI"/>
              </w:rPr>
              <w:t>i za material. Poudarek: prepoznava, poimenuje in izraža svoja čustva, prepoznava čustva drugih ter se nanje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7275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</w:t>
            </w:r>
            <w:r w:rsidRPr="00D75C67">
              <w:rPr>
                <w:sz w:val="15"/>
                <w:lang w:val="sl-SI"/>
              </w:rPr>
              <w:t xml:space="preserve"> predstavljanju izdelkov in skrbi za material. Poudarek: prepoznava, poimenuje in izraža svoja čustva, prepoznava čustva drugih ter se nanje …. Učenec cilj prenese v novo situacijo, utemelji ravnanje in predlaga izboljšavo.</w:t>
            </w:r>
          </w:p>
        </w:tc>
      </w:tr>
      <w:tr w:rsidR="00234674" w:rsidRPr="00D75C67" w14:paraId="3584EECC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0790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9F4B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</w:t>
            </w:r>
            <w:r w:rsidRPr="00D75C67">
              <w:rPr>
                <w:sz w:val="15"/>
                <w:lang w:val="sl-SI"/>
              </w:rPr>
              <w:t>podpori pri igrah sodelovanja, vadbi v paru, spoštovanju pravil in varnem gibanju. Poudarek: prepoznava, poimenuje in izraža svoja čustva, prepoznava čustva drugih ter se nanje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1B48D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</w:t>
            </w:r>
            <w:r w:rsidRPr="00D75C67">
              <w:rPr>
                <w:sz w:val="15"/>
                <w:lang w:val="sl-SI"/>
              </w:rPr>
              <w:t xml:space="preserve"> igrah sodelovanja, vadbi v paru, spoštovanju pravil in varnem gibanju. Poudarek: prepoznava, poimenuje in izraža svoja čustva, prepoznava čustva drugih ter se nanje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C624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</w:t>
            </w:r>
            <w:r w:rsidRPr="00D75C67">
              <w:rPr>
                <w:sz w:val="15"/>
                <w:lang w:val="sl-SI"/>
              </w:rPr>
              <w:t>neje načrtuje dejavnost pri igrah sodelovanja, vadbi v paru, spoštovanju pravil in varnem gibanju. Poudarek: prepoznava, poimenuje in izraža svoja čustva, prepoznava čustva drugih ter se nanje …. Učenec cilj prenese v novo situacijo, utemelji ravnanje in p</w:t>
            </w:r>
            <w:r w:rsidRPr="00D75C67">
              <w:rPr>
                <w:sz w:val="15"/>
                <w:lang w:val="sl-SI"/>
              </w:rPr>
              <w:t>redlaga izboljšavo.</w:t>
            </w:r>
          </w:p>
        </w:tc>
      </w:tr>
      <w:tr w:rsidR="00234674" w:rsidRPr="00D75C67" w14:paraId="648CD45E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C9E4A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55744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pesmih, igrah vlog in spoznavanju drugih kultur. Poudarek: prepoznava, poimenuje in izraža svoja čustva, prepoznava čustva drugih ter se nanje …. Učenec poka</w:t>
            </w:r>
            <w:r w:rsidRPr="00D75C67">
              <w:rPr>
                <w:sz w:val="15"/>
                <w:lang w:val="sl-SI"/>
              </w:rPr>
              <w:t>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5B3F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igrah vlog in spoznavanju drugih kultur. Poudarek: prepoznava, poimenuje in izraža svoja čustva, prepoznava čustva drugih ter se nanje …. Učenec cilj upor</w:t>
            </w:r>
            <w:r w:rsidRPr="00D75C67">
              <w:rPr>
                <w:sz w:val="15"/>
                <w:lang w:val="sl-SI"/>
              </w:rPr>
              <w:t>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A8C4A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pozdravih, kratkih dialogih, pesmih, igrah vlog in spoznavanju drugih kultur. Poudarek: prepoznava, poimenuje in izraža svoja čustva, prepoznava čustva drugih</w:t>
            </w:r>
            <w:r w:rsidRPr="00D75C67">
              <w:rPr>
                <w:sz w:val="15"/>
                <w:lang w:val="sl-SI"/>
              </w:rPr>
              <w:t xml:space="preserve"> ter se nanje …. Učenec cilj prenese v novo situacijo, utemelji ravnanje in predlaga izboljšavo.</w:t>
            </w:r>
          </w:p>
        </w:tc>
      </w:tr>
      <w:tr w:rsidR="00234674" w:rsidRPr="00D75C67" w14:paraId="6B73B184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BBFF9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498E8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pri kosilu, sprostitvenih dejavnostih, samostojnem učenju, ustvarjalni igri in sodelovanju v skupini. </w:t>
            </w:r>
            <w:r w:rsidRPr="00D75C67">
              <w:rPr>
                <w:color w:val="673E82"/>
                <w:sz w:val="15"/>
                <w:lang w:val="sl-SI"/>
              </w:rPr>
              <w:t>Poudarek: prepoznava, poimenuje in izraža svoja čustva, prepoznava čustva drugih ter se nanje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EE049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dejavnostih, samostojnem učenju, ustvarjalni igri in sodelov</w:t>
            </w:r>
            <w:r w:rsidRPr="00D75C67">
              <w:rPr>
                <w:color w:val="673E82"/>
                <w:sz w:val="15"/>
                <w:lang w:val="sl-SI"/>
              </w:rPr>
              <w:t>anju v skupini. Poudarek: prepoznava, poimenuje in izraža svoja čustva, prepoznava čustva drugih ter se nanje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3236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 dejavn</w:t>
            </w:r>
            <w:r w:rsidRPr="00D75C67">
              <w:rPr>
                <w:color w:val="673E82"/>
                <w:sz w:val="15"/>
                <w:lang w:val="sl-SI"/>
              </w:rPr>
              <w:t>ostih, samostojnem učenju, ustvarjalni igri in sodelovanju v skupini. Poudarek: prepoznava, poimenuje in izraža svoja čustva, prepoznava čustva drugih ter se nanje …. Učenec cilj prenese v novo situacijo, utemelji ravnanje in predlaga izboljšavo.</w:t>
            </w:r>
          </w:p>
        </w:tc>
      </w:tr>
    </w:tbl>
    <w:p w14:paraId="506E0498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>Možni do</w:t>
      </w:r>
      <w:r w:rsidRPr="00D75C67">
        <w:rPr>
          <w:b/>
          <w:color w:val="B56A45"/>
          <w:sz w:val="16"/>
          <w:lang w:val="sl-SI"/>
        </w:rPr>
        <w:t xml:space="preserve">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27B32DF0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C7E7C5A" w14:textId="7EF22B56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6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tehnik sproščanja, ohranjanja pozornosti in koncentracije.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5F4CB1C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75603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F8D77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6E3CD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2079F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54F8E6B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20AFB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02B2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</w:t>
            </w:r>
            <w:r w:rsidRPr="00D75C67">
              <w:rPr>
                <w:sz w:val="15"/>
                <w:lang w:val="sl-SI"/>
              </w:rPr>
              <w:t>slikovni podpori ob pogovoru, poslušanju, pripovedovanju, igri vlog in skupnem branju.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93990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</w:t>
            </w:r>
            <w:r w:rsidRPr="00D75C67">
              <w:rPr>
                <w:sz w:val="15"/>
                <w:lang w:val="sl-SI"/>
              </w:rPr>
              <w:t>ipovedovanju, igri vlog in skupnem branju. Poudarek: tehnik sproščanja, ohranjanja pozornosti in koncentracije.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6280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</w:t>
            </w:r>
            <w:r w:rsidRPr="00D75C67">
              <w:rPr>
                <w:sz w:val="15"/>
                <w:lang w:val="sl-SI"/>
              </w:rPr>
              <w:t>ovanju, igri vlog in skupnem branju. Poudarek: tehnik sproščanja, ohranjanja pozornosti in koncentracije. Učenec cilj prenese v novo situacijo, utemelji ravnanje in predlaga izboljšavo.</w:t>
            </w:r>
          </w:p>
        </w:tc>
      </w:tr>
      <w:tr w:rsidR="00234674" w:rsidRPr="00D75C67" w14:paraId="0729F3E7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B762B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363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</w:t>
            </w:r>
            <w:r w:rsidRPr="00D75C67">
              <w:rPr>
                <w:sz w:val="15"/>
                <w:lang w:val="sl-SI"/>
              </w:rPr>
              <w:t>pomočki, reševanju problemov v paru in razlagi postopkov.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DB9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</w:t>
            </w:r>
            <w:r w:rsidRPr="00D75C67">
              <w:rPr>
                <w:sz w:val="15"/>
                <w:lang w:val="sl-SI"/>
              </w:rPr>
              <w:t xml:space="preserve"> v paru in razlagi postopkov. Poudarek: tehnik sproščanja, ohranjanja pozornosti in koncentracije.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553D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matematičnimi pripomočki, reševanju</w:t>
            </w:r>
            <w:r w:rsidRPr="00D75C67">
              <w:rPr>
                <w:sz w:val="15"/>
                <w:lang w:val="sl-SI"/>
              </w:rPr>
              <w:t xml:space="preserve"> problemov v paru in razlagi postopkov. Poudarek: tehnik sproščanja, ohranjanja pozornosti in koncentracije. Učenec cilj prenese v novo situacijo, utemelji ravnanje in predlaga izboljšavo.</w:t>
            </w:r>
          </w:p>
        </w:tc>
      </w:tr>
      <w:tr w:rsidR="00234674" w:rsidRPr="00D75C67" w14:paraId="438CE9FE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7E91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8F79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raziskovanju </w:t>
            </w:r>
            <w:r w:rsidRPr="00D75C67">
              <w:rPr>
                <w:sz w:val="15"/>
                <w:lang w:val="sl-SI"/>
              </w:rPr>
              <w:t>šole, skupnosti, odnosov, varnosti in odgovornega ravnanja z okoljem.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233BE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skupnosti, odnosov, v</w:t>
            </w:r>
            <w:r w:rsidRPr="00D75C67">
              <w:rPr>
                <w:sz w:val="15"/>
                <w:lang w:val="sl-SI"/>
              </w:rPr>
              <w:t>arnosti in odgovornega ravnanja z okoljem. Poudarek: tehnik sproščanja, ohranjanja pozornosti in koncentracije.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BD69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raziskovanju šole, skupnosti,</w:t>
            </w:r>
            <w:r w:rsidRPr="00D75C67">
              <w:rPr>
                <w:sz w:val="15"/>
                <w:lang w:val="sl-SI"/>
              </w:rPr>
              <w:t xml:space="preserve"> odnosov, varnosti in odgovornega ravnanja z okoljem. Poudarek: tehnik sproščanja, ohranjanja pozornosti in koncentracije. Učenec cilj prenese v novo situacijo, utemelji ravnanje in predlaga izboljšavo.</w:t>
            </w:r>
          </w:p>
        </w:tc>
      </w:tr>
      <w:tr w:rsidR="00234674" w:rsidRPr="00D75C67" w14:paraId="6B0126A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F999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8C4AD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</w:t>
            </w:r>
            <w:r w:rsidRPr="00D75C67">
              <w:rPr>
                <w:sz w:val="15"/>
                <w:lang w:val="sl-SI"/>
              </w:rPr>
              <w:t>skupnem petju, ritmičnem ustvarjanju, poslušanju in nastopanju.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2010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petju, ritmičnem ustvarjanju, poslušan</w:t>
            </w:r>
            <w:r w:rsidRPr="00D75C67">
              <w:rPr>
                <w:sz w:val="15"/>
                <w:lang w:val="sl-SI"/>
              </w:rPr>
              <w:t>ju in nastopanju. Poudarek: tehnik sproščanja, ohranjanja pozornosti in koncentracije.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172C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</w:t>
            </w:r>
            <w:r w:rsidRPr="00D75C67">
              <w:rPr>
                <w:sz w:val="15"/>
                <w:lang w:val="sl-SI"/>
              </w:rPr>
              <w:t>stopanju. Poudarek: tehnik sproščanja, ohranjanja pozornosti in koncentracije. Učenec cilj prenese v novo situacijo, utemelji ravnanje in predlaga izboljšavo.</w:t>
            </w:r>
          </w:p>
        </w:tc>
      </w:tr>
      <w:tr w:rsidR="00234674" w:rsidRPr="00D75C67" w14:paraId="7B3DE9B3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3445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5978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likovnem ustvarjanju, predstavljanju </w:t>
            </w:r>
            <w:r w:rsidRPr="00D75C67">
              <w:rPr>
                <w:sz w:val="15"/>
                <w:lang w:val="sl-SI"/>
              </w:rPr>
              <w:t>izdelkov in skrbi za material.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68801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skrbi za material. Pou</w:t>
            </w:r>
            <w:r w:rsidRPr="00D75C67">
              <w:rPr>
                <w:sz w:val="15"/>
                <w:lang w:val="sl-SI"/>
              </w:rPr>
              <w:t>darek: tehnik sproščanja, ohranjanja pozornosti in koncentracije.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761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</w:t>
            </w:r>
            <w:r w:rsidRPr="00D75C67">
              <w:rPr>
                <w:sz w:val="15"/>
                <w:lang w:val="sl-SI"/>
              </w:rPr>
              <w:t xml:space="preserve"> Poudarek: tehnik sproščanja, ohranjanja pozornosti in koncentracije. Učenec cilj prenese v novo situacijo, utemelji ravnanje in predlaga izboljšavo.</w:t>
            </w:r>
          </w:p>
        </w:tc>
      </w:tr>
      <w:tr w:rsidR="00234674" w:rsidRPr="00D75C67" w14:paraId="2A761DA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3B67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0D9D6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 paru, spoštovanju pravil in varnem gib</w:t>
            </w:r>
            <w:r w:rsidRPr="00D75C67">
              <w:rPr>
                <w:sz w:val="15"/>
                <w:lang w:val="sl-SI"/>
              </w:rPr>
              <w:t>anju.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5B35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gibanju. Poudarek: tehnik sproščanja, ohra</w:t>
            </w:r>
            <w:r w:rsidRPr="00D75C67">
              <w:rPr>
                <w:sz w:val="15"/>
                <w:lang w:val="sl-SI"/>
              </w:rPr>
              <w:t>njanja pozornosti in koncentracije.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2FCA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 spoštovanju pravil in varnem gibanju. Poudarek: tehnik sproščanja, ohran</w:t>
            </w:r>
            <w:r w:rsidRPr="00D75C67">
              <w:rPr>
                <w:sz w:val="15"/>
                <w:lang w:val="sl-SI"/>
              </w:rPr>
              <w:t>janja pozornosti in koncentracije. Učenec cilj prenese v novo situacijo, utemelji ravnanje in predlaga izboljšavo.</w:t>
            </w:r>
          </w:p>
        </w:tc>
      </w:tr>
      <w:tr w:rsidR="00234674" w:rsidRPr="00D75C67" w14:paraId="7084D7A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5B756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B357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pesmih, igrah vlog in spoznavanju drugih kultur. Poudarek: teh</w:t>
            </w:r>
            <w:r w:rsidRPr="00D75C67">
              <w:rPr>
                <w:sz w:val="15"/>
                <w:lang w:val="sl-SI"/>
              </w:rPr>
              <w:t>nik sproščanja, ohranjanja pozornosti in koncentracije.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26BE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igrah vlog in spoznavanju drugih kultur. Poudarek: tehnik sproščanja, ohranjanja pozorn</w:t>
            </w:r>
            <w:r w:rsidRPr="00D75C67">
              <w:rPr>
                <w:sz w:val="15"/>
                <w:lang w:val="sl-SI"/>
              </w:rPr>
              <w:t>osti in koncentracije.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5A26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pozdravih, kratkih dialogih, pesmih, igrah vlog in spoznavanju drugih kultur. Poudarek: tehnik sproščanja, ohranjanja </w:t>
            </w:r>
            <w:r w:rsidRPr="00D75C67">
              <w:rPr>
                <w:sz w:val="15"/>
                <w:lang w:val="sl-SI"/>
              </w:rPr>
              <w:t>pozornosti in koncentracije. Učenec cilj prenese v novo situacijo, utemelji ravnanje in predlaga izboljšavo.</w:t>
            </w:r>
          </w:p>
        </w:tc>
      </w:tr>
      <w:tr w:rsidR="00234674" w:rsidRPr="00D75C67" w14:paraId="549DEBE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519D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0A5EA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</w:t>
            </w:r>
            <w:r w:rsidRPr="00D75C67">
              <w:rPr>
                <w:color w:val="673E82"/>
                <w:sz w:val="15"/>
                <w:lang w:val="sl-SI"/>
              </w:rPr>
              <w:t>ini. Poudarek: tehnik sproščanja, ohranjanja pozornosti in koncentracije.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DE85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kosilu, sprostitvenih dejavnostih, samostojnem učenju, ustvarjalni igri in sodelovanju v skupini. </w:t>
            </w:r>
            <w:r w:rsidRPr="00D75C67">
              <w:rPr>
                <w:color w:val="673E82"/>
                <w:sz w:val="15"/>
                <w:lang w:val="sl-SI"/>
              </w:rPr>
              <w:t>Poudarek: tehnik sproščanja, ohranjanja pozornosti in koncentracije.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AEFFF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pri kosilu, sprostitvenih dejavnostih, samostojnem učenju, ustvarjalni igri </w:t>
            </w:r>
            <w:r w:rsidRPr="00D75C67">
              <w:rPr>
                <w:color w:val="673E82"/>
                <w:sz w:val="15"/>
                <w:lang w:val="sl-SI"/>
              </w:rPr>
              <w:t>in sodelovanju v skupini. Poudarek: tehnik sproščanja, ohranjanja pozornosti in koncentracije. Učenec cilj prenese v novo situacijo, utemelji ravnanje in predlaga izboljšavo.</w:t>
            </w:r>
          </w:p>
        </w:tc>
      </w:tr>
    </w:tbl>
    <w:p w14:paraId="4970334B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</w:t>
      </w:r>
      <w:r w:rsidRPr="00D75C67">
        <w:rPr>
          <w:sz w:val="16"/>
          <w:lang w:val="sl-SI"/>
        </w:rPr>
        <w:t>dnotenje in kratka povratna informacija.</w:t>
      </w:r>
    </w:p>
    <w:p w14:paraId="706CADE4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10463128" w14:textId="52C2830B" w:rsidR="00234674" w:rsidRPr="00D75C67" w:rsidRDefault="009F4046" w:rsidP="009F4046">
      <w:pPr>
        <w:pStyle w:val="Naslov2"/>
        <w:rPr>
          <w:lang w:val="sl-SI"/>
        </w:rPr>
      </w:pPr>
      <w:r w:rsidRPr="00D75C67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A1C15" wp14:editId="33E3563F">
                <wp:simplePos x="0" y="0"/>
                <wp:positionH relativeFrom="column">
                  <wp:posOffset>-84772</wp:posOffset>
                </wp:positionH>
                <wp:positionV relativeFrom="paragraph">
                  <wp:posOffset>7053899</wp:posOffset>
                </wp:positionV>
                <wp:extent cx="4471987" cy="481012"/>
                <wp:effectExtent l="0" t="0" r="24130" b="1460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1987" cy="481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D14FEDB" w14:textId="77777777" w:rsidR="009F4046" w:rsidRDefault="009F4046" w:rsidP="009F4046">
                            <w:pPr>
                              <w:spacing w:before="60" w:after="0"/>
                            </w:pPr>
                            <w:r>
                              <w:rPr>
                                <w:b/>
                                <w:color w:val="B56A45"/>
                                <w:sz w:val="16"/>
                              </w:rPr>
                              <w:t xml:space="preserve">Možni dokazi: </w:t>
                            </w:r>
                            <w:r>
                              <w:rPr>
                                <w:sz w:val="16"/>
                              </w:rPr>
                              <w:t>opazovanje procesa, učenčeva razlaga, izdelek ali izvedba, samovrednotenje in kratka povratna informacija.</w:t>
                            </w:r>
                          </w:p>
                          <w:p w14:paraId="0BA76D3F" w14:textId="77777777" w:rsidR="009F4046" w:rsidRDefault="009F40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A1C15" id="Polje z besedilom 3" o:spid="_x0000_s1027" type="#_x0000_t202" style="position:absolute;margin-left:-6.65pt;margin-top:555.45pt;width:352.1pt;height:37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" fillcolor="white [3201]" strokecolor="white [3212]" strokeweight=".5pt">
                <v:textbox>
                  <w:txbxContent>
                    <w:p w14:paraId="2D14FEDB" w14:textId="77777777" w:rsidR="009F4046" w:rsidRDefault="009F4046" w:rsidP="009F4046">
                      <w:pPr>
                        <w:spacing w:before="60" w:after="0"/>
                      </w:pPr>
                      <w:r>
                        <w:rPr>
                          <w:b/>
                          <w:color w:val="B56A45"/>
                          <w:sz w:val="16"/>
                        </w:rPr>
                        <w:t xml:space="preserve">Možni dokazi: </w:t>
                      </w:r>
                      <w:r>
                        <w:rPr>
                          <w:sz w:val="16"/>
                        </w:rPr>
                        <w:t>opazovanje procesa, učenčeva razlaga, izdelek ali izvedba, samovrednotenje in kratka povratna informacija.</w:t>
                      </w:r>
                    </w:p>
                    <w:p w14:paraId="0BA76D3F" w14:textId="77777777" w:rsidR="009F4046" w:rsidRDefault="009F4046"/>
                  </w:txbxContent>
                </v:textbox>
              </v:shape>
            </w:pict>
          </mc:Fallback>
        </mc:AlternateContent>
      </w:r>
      <w:r w:rsidRPr="00D75C67">
        <w:rPr>
          <w:lang w:val="sl-SI"/>
        </w:rPr>
        <w:t xml:space="preserve">Cilj 7: </w:t>
      </w:r>
      <w:r w:rsidRPr="00D75C67">
        <w:rPr>
          <w:color w:val="234E52"/>
          <w:sz w:val="21"/>
          <w:lang w:val="sl-SI"/>
        </w:rPr>
        <w:t>Razvija zmožnost samostojnega govorjenja, pogovarjanja ter izražanja svojih misli in idej v različnih situacijah in vlogah.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3D3A22EF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D87CA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34256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8BECE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C703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7158628A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5AF7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D75C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skupnem branju. Poudarek: zmožnost samostojnega govorjenja, pogovarjanja </w:t>
            </w:r>
            <w:r w:rsidRPr="00D75C67">
              <w:rPr>
                <w:sz w:val="15"/>
                <w:lang w:val="sl-SI"/>
              </w:rPr>
              <w:t>ter izražanja svojih misli in idej v različnih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FD29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zmožnost samostojnega govorjenja, pogovarjanja ter iz</w:t>
            </w:r>
            <w:r w:rsidRPr="00D75C67">
              <w:rPr>
                <w:sz w:val="15"/>
                <w:lang w:val="sl-SI"/>
              </w:rPr>
              <w:t>ražanja svojih misli in idej v različnih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7CFB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Poudarek: zmožnost samostojnega</w:t>
            </w:r>
            <w:r w:rsidRPr="00D75C67">
              <w:rPr>
                <w:sz w:val="15"/>
                <w:lang w:val="sl-SI"/>
              </w:rPr>
              <w:t xml:space="preserve"> govorjenja, pogovarjanja ter izražanja svojih misli in idej v različnih …. Učenec cilj prenese v novo situacijo, utemelji ravnanje in predlaga izboljšavo.</w:t>
            </w:r>
          </w:p>
        </w:tc>
      </w:tr>
      <w:tr w:rsidR="00234674" w:rsidRPr="00D75C67" w14:paraId="1D9631EF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C937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7079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reševanju problemov v</w:t>
            </w:r>
            <w:r w:rsidRPr="00D75C67">
              <w:rPr>
                <w:sz w:val="15"/>
                <w:lang w:val="sl-SI"/>
              </w:rPr>
              <w:t xml:space="preserve"> paru in razlagi postopkov. Poudarek: zmožnost samostojnega govorjenja, pogovarjanja ter izražanja svojih misli in idej v različnih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EFB6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</w:t>
            </w:r>
            <w:r w:rsidRPr="00D75C67">
              <w:rPr>
                <w:sz w:val="15"/>
                <w:lang w:val="sl-SI"/>
              </w:rPr>
              <w:t>roblemov v paru in razlagi postopkov. Poudarek: zmožnost samostojnega govorjenja, pogovarjanja ter izražanja svojih misli in idej v različnih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3252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</w:t>
            </w:r>
            <w:r w:rsidRPr="00D75C67">
              <w:rPr>
                <w:sz w:val="15"/>
                <w:lang w:val="sl-SI"/>
              </w:rPr>
              <w:t>pri delu z matematičnimi pripomočki, reševanju problemov v paru in razlagi postopkov. Poudarek: zmožnost samostojnega govorjenja, pogovarjanja ter izražanja svojih misli in idej v različnih …. Učenec cilj prenese v novo situacijo, utemelji ravnanje in pred</w:t>
            </w:r>
            <w:r w:rsidRPr="00D75C67">
              <w:rPr>
                <w:sz w:val="15"/>
                <w:lang w:val="sl-SI"/>
              </w:rPr>
              <w:t>laga izboljšavo.</w:t>
            </w:r>
          </w:p>
        </w:tc>
      </w:tr>
      <w:tr w:rsidR="00234674" w:rsidRPr="00D75C67" w14:paraId="2B04E3E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066C9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80199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raziskovanju šole, skupnosti, odnosov, varnosti in odgovornega ravnanja z okoljem. Poudarek: zmožnost samostojnega govorjenja, pogovarjanja ter izražanja svojih misli in idej v različni</w:t>
            </w:r>
            <w:r w:rsidRPr="00D75C67">
              <w:rPr>
                <w:sz w:val="15"/>
                <w:lang w:val="sl-SI"/>
              </w:rPr>
              <w:t>h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61CB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skupnosti, odnosov, varnosti in odgovornega ravnanja z okoljem. Poudarek: zmožnost samostojnega govorjenja, pogovarjanja ter izražanja svojih misli in idej</w:t>
            </w:r>
            <w:r w:rsidRPr="00D75C67">
              <w:rPr>
                <w:sz w:val="15"/>
                <w:lang w:val="sl-SI"/>
              </w:rPr>
              <w:t xml:space="preserve"> v različnih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CA03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raziskovanju šole, skupnosti, odnosov, varnosti in odgovornega ravnanja z okoljem. Poudarek: zmožnost samostojnega govorjenja</w:t>
            </w:r>
            <w:r w:rsidRPr="00D75C67">
              <w:rPr>
                <w:sz w:val="15"/>
                <w:lang w:val="sl-SI"/>
              </w:rPr>
              <w:t>, pogovarjanja ter izražanja svojih misli in idej v različnih …. Učenec cilj prenese v novo situacijo, utemelji ravnanje in predlaga izboljšavo.</w:t>
            </w:r>
          </w:p>
        </w:tc>
      </w:tr>
      <w:tr w:rsidR="00234674" w:rsidRPr="00D75C67" w14:paraId="0755E638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6E7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01C0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petju, ritmičnem ustvarjanju, poslušanju in </w:t>
            </w:r>
            <w:r w:rsidRPr="00D75C67">
              <w:rPr>
                <w:sz w:val="15"/>
                <w:lang w:val="sl-SI"/>
              </w:rPr>
              <w:t>nastopanju. Poudarek: zmožnost samostojnega govorjenja, pogovarjanja ter izražanja svojih misli in idej v različnih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557BC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petju, ritmičnem ustvarjanju, poslušanju in nastopan</w:t>
            </w:r>
            <w:r w:rsidRPr="00D75C67">
              <w:rPr>
                <w:sz w:val="15"/>
                <w:lang w:val="sl-SI"/>
              </w:rPr>
              <w:t>ju. Poudarek: zmožnost samostojnega govorjenja, pogovarjanja ter izražanja svojih misli in idej v različnih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7B7C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</w:t>
            </w:r>
            <w:r w:rsidRPr="00D75C67">
              <w:rPr>
                <w:sz w:val="15"/>
                <w:lang w:val="sl-SI"/>
              </w:rPr>
              <w:t>rjanju, poslušanju in nastopanju. Poudarek: zmožnost samostojnega govorjenja, pogovarjanja ter izražanja svojih misli in idej v različnih …. Učenec cilj prenese v novo situacijo, utemelji ravnanje in predlaga izboljšavo.</w:t>
            </w:r>
          </w:p>
        </w:tc>
      </w:tr>
      <w:tr w:rsidR="00234674" w:rsidRPr="00D75C67" w14:paraId="051EA25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D98D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8DF1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</w:t>
            </w:r>
            <w:r w:rsidRPr="00D75C67">
              <w:rPr>
                <w:sz w:val="15"/>
                <w:lang w:val="sl-SI"/>
              </w:rPr>
              <w:t>ovni podpori pri skupnem likovnem ustvarjanju, predstavljanju izdelkov in skrbi za material. Poudarek: zmožnost samostojnega govorjenja, pogovarjanja ter izražanja svojih misli in idej v različnih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039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</w:t>
            </w:r>
            <w:r w:rsidRPr="00D75C67">
              <w:rPr>
                <w:sz w:val="15"/>
                <w:lang w:val="sl-SI"/>
              </w:rPr>
              <w:t>paru ali skupini pri skupnem likovnem ustvarjanju, predstavljanju izdelkov in skrbi za material. Poudarek: zmožnost samostojnega govorjenja, pogovarjanja ter izražanja svojih misli in idej v različnih …. Učenec cilj uporabi v nalogi, pojasni izbiro in upoš</w:t>
            </w:r>
            <w:r w:rsidRPr="00D75C67">
              <w:rPr>
                <w:sz w:val="15"/>
                <w:lang w:val="sl-SI"/>
              </w:rPr>
              <w:t>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6155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 Poudarek: zmožnost samostojnega govorjenja, pogovarjanja ter izražanja svojih misli in idej v različnih …. Učenec cil</w:t>
            </w:r>
            <w:r w:rsidRPr="00D75C67">
              <w:rPr>
                <w:sz w:val="15"/>
                <w:lang w:val="sl-SI"/>
              </w:rPr>
              <w:t>j prenese v novo situacijo, utemelji ravnanje in predlaga izboljšavo.</w:t>
            </w:r>
          </w:p>
        </w:tc>
      </w:tr>
      <w:tr w:rsidR="00234674" w:rsidRPr="00D75C67" w14:paraId="768C4656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45799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56FF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 paru, spoštovanju pravil in varnem gibanju. Poudarek: zmožnost samostojnega govorjenja, pogovarjanja ter izražanja svo</w:t>
            </w:r>
            <w:r w:rsidRPr="00D75C67">
              <w:rPr>
                <w:sz w:val="15"/>
                <w:lang w:val="sl-SI"/>
              </w:rPr>
              <w:t>jih misli in idej v različnih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82B9E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gibanju. Poudarek: zmožnost samostojnega govorjenja, pogovarjanja ter izražanja svoj</w:t>
            </w:r>
            <w:r w:rsidRPr="00D75C67">
              <w:rPr>
                <w:sz w:val="15"/>
                <w:lang w:val="sl-SI"/>
              </w:rPr>
              <w:t>ih misli in idej v različnih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24097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igrah sodelovanja, vadbi v paru, spoštovanju pravil in varnem gibanju. Poudarek: zmožnost samostojnega </w:t>
            </w:r>
            <w:r w:rsidRPr="00D75C67">
              <w:rPr>
                <w:sz w:val="15"/>
                <w:lang w:val="sl-SI"/>
              </w:rPr>
              <w:t>govorjenja, pogovarjanja ter izražanja svojih misli in idej v različnih …. Učenec cilj prenese v novo situacijo, utemelji ravnanje in predlaga izboljšavo.</w:t>
            </w:r>
          </w:p>
        </w:tc>
      </w:tr>
      <w:tr w:rsidR="00234674" w:rsidRPr="00D75C67" w14:paraId="5934AA67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735A4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5B84E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pozdravih, kratkih dialogih, pesmih, igrah vlog in </w:t>
            </w:r>
            <w:r w:rsidRPr="00D75C67">
              <w:rPr>
                <w:sz w:val="15"/>
                <w:lang w:val="sl-SI"/>
              </w:rPr>
              <w:t>spoznavanju drugih kultur. Poudarek: zmožnost samostojnega govorjenja, pogovarjanja ter izražanja svojih misli in idej v različnih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0658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igrah vlo</w:t>
            </w:r>
            <w:r w:rsidRPr="00D75C67">
              <w:rPr>
                <w:sz w:val="15"/>
                <w:lang w:val="sl-SI"/>
              </w:rPr>
              <w:t>g in spoznavanju drugih kultur. Poudarek: zmožnost samostojnega govorjenja, pogovarjanja ter izražanja svojih misli in idej v različnih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7B24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</w:t>
            </w:r>
            <w:r w:rsidRPr="00D75C67">
              <w:rPr>
                <w:sz w:val="15"/>
                <w:lang w:val="sl-SI"/>
              </w:rPr>
              <w:t>dravih, kratkih dialogih, pesmih, igrah vlog in spoznavanju drugih kultur. Poudarek: zmožnost samostojnega govorjenja, pogovarjanja ter izražanja svojih misli in idej v različnih …. Učenec cilj prenese v novo situacijo, utemelji ravnanje in predlaga izbolj</w:t>
            </w:r>
            <w:r w:rsidRPr="00D75C67">
              <w:rPr>
                <w:sz w:val="15"/>
                <w:lang w:val="sl-SI"/>
              </w:rPr>
              <w:t>šavo.</w:t>
            </w:r>
          </w:p>
        </w:tc>
      </w:tr>
      <w:tr w:rsidR="00234674" w:rsidRPr="00D75C67" w14:paraId="46EB9C2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7A121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1448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skupini. Poudarek: zmožnost samostojnega govorjenja, pogovarjanja ter izražanja svojih misli in idej v razl</w:t>
            </w:r>
            <w:r w:rsidRPr="00D75C67">
              <w:rPr>
                <w:color w:val="673E82"/>
                <w:sz w:val="15"/>
                <w:lang w:val="sl-SI"/>
              </w:rPr>
              <w:t>ičnih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3CC1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dejavnostih, samostojnem učenju, ustvarjalni igri in sodelovanju v skupini. Poudarek: zmožnost samostojnega govorjenja, pogovarjanja ter izražanja s</w:t>
            </w:r>
            <w:r w:rsidRPr="00D75C67">
              <w:rPr>
                <w:color w:val="673E82"/>
                <w:sz w:val="15"/>
                <w:lang w:val="sl-SI"/>
              </w:rPr>
              <w:t>vojih misli in idej v različnih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186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 dejavnostih, samostojnem učenju, ustvarjalni igri in sodelovanju v skupini. Poudarek</w:t>
            </w:r>
            <w:r w:rsidRPr="00D75C67">
              <w:rPr>
                <w:color w:val="673E82"/>
                <w:sz w:val="15"/>
                <w:lang w:val="sl-SI"/>
              </w:rPr>
              <w:t>: zmožnost samostojnega govorjenja, pogovarjanja ter izražanja svojih misli in idej v različnih …. Učenec cilj prenese v novo situacijo, utemelji ravnanje in predlaga izboljšavo.</w:t>
            </w:r>
          </w:p>
        </w:tc>
      </w:tr>
    </w:tbl>
    <w:p w14:paraId="1943388A" w14:textId="111CB5B0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8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 xml:space="preserve">Uči se pravil sodelovanja v skupini ter vrednoti svoj prispevek in </w:t>
      </w:r>
      <w:r w:rsidRPr="00D75C67">
        <w:rPr>
          <w:color w:val="234E52"/>
          <w:sz w:val="21"/>
          <w:lang w:val="sl-SI"/>
        </w:rPr>
        <w:t>prispevek drugih pri skupinskem delu.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6CAD4152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DCB32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2327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E6E1C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6FCA3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0FCA4B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AFE0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435B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skupnem branju. Poudarek: pravil sodelovanja v skupini ter vrednoti svoj prispevek </w:t>
            </w:r>
            <w:r w:rsidRPr="00D75C67">
              <w:rPr>
                <w:sz w:val="15"/>
                <w:lang w:val="sl-SI"/>
              </w:rPr>
              <w:t>in prispevek drugih pri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0E73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pravil sodelovanja v skupini ter vrednoti svoj prispevek in prispevek drugih</w:t>
            </w:r>
            <w:r w:rsidRPr="00D75C67">
              <w:rPr>
                <w:sz w:val="15"/>
                <w:lang w:val="sl-SI"/>
              </w:rPr>
              <w:t xml:space="preserve"> pri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7DED1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pogovoru, poslušanju, pripovedovanju, igri vlog in skupnem branju. Poudarek: pravil sodelovanja v skupini ter vrednoti svoj prispevek </w:t>
            </w:r>
            <w:r w:rsidRPr="00D75C67">
              <w:rPr>
                <w:sz w:val="15"/>
                <w:lang w:val="sl-SI"/>
              </w:rPr>
              <w:t>in prispevek drugih pri …. Učenec cilj prenese v novo situacijo, utemelji ravnanje in predlaga izboljšavo.</w:t>
            </w:r>
          </w:p>
        </w:tc>
      </w:tr>
      <w:tr w:rsidR="00234674" w:rsidRPr="00D75C67" w14:paraId="1B4BA063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476D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3609C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reševanju problemov v paru in razlagi postopkov. Poudarek: pravil sode</w:t>
            </w:r>
            <w:r w:rsidRPr="00D75C67">
              <w:rPr>
                <w:sz w:val="15"/>
                <w:lang w:val="sl-SI"/>
              </w:rPr>
              <w:t>lovanja v skupini ter vrednoti svoj prispevek in prispevek drugih pri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1407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 v paru in razlagi postopkov. Poudarek: pravil sodelov</w:t>
            </w:r>
            <w:r w:rsidRPr="00D75C67">
              <w:rPr>
                <w:sz w:val="15"/>
                <w:lang w:val="sl-SI"/>
              </w:rPr>
              <w:t>anja v skupini ter vrednoti svoj prispevek in prispevek drugih pri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B267F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delu z matematičnimi pripomočki, reševanju problemov v paru in razlagi </w:t>
            </w:r>
            <w:r w:rsidRPr="00D75C67">
              <w:rPr>
                <w:sz w:val="15"/>
                <w:lang w:val="sl-SI"/>
              </w:rPr>
              <w:t>postopkov. Poudarek: pravil sodelovanja v skupini ter vrednoti svoj prispevek in prispevek drugih pri …. Učenec cilj prenese v novo situacijo, utemelji ravnanje in predlaga izboljšavo.</w:t>
            </w:r>
          </w:p>
        </w:tc>
      </w:tr>
      <w:tr w:rsidR="00234674" w:rsidRPr="00D75C67" w14:paraId="44BFAA98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54C3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CF195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raziskovanju šole</w:t>
            </w:r>
            <w:r w:rsidRPr="00D75C67">
              <w:rPr>
                <w:sz w:val="15"/>
                <w:lang w:val="sl-SI"/>
              </w:rPr>
              <w:t>, skupnosti, odnosov, varnosti in odgovornega ravnanja z okoljem. Poudarek: pravil sodelovanja v skupini ter vrednoti svoj prispevek in prispevek drugih pri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0CE41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raziskovanju šole, </w:t>
            </w:r>
            <w:r w:rsidRPr="00D75C67">
              <w:rPr>
                <w:sz w:val="15"/>
                <w:lang w:val="sl-SI"/>
              </w:rPr>
              <w:t>skupnosti, odnosov, varnosti in odgovornega ravnanja z okoljem. Poudarek: pravil sodelovanja v skupini ter vrednoti svoj prispevek in prispevek drugih pri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9748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 xml:space="preserve">načrtuje dejavnost pri raziskovanju šole, skupnosti, odnosov, varnosti in odgovornega ravnanja z okoljem. Poudarek: pravil sodelovanja v skupini ter vrednoti svoj prispevek in prispevek drugih pri …. Učenec cilj prenese v novo situacijo, utemelji ravnanje </w:t>
            </w:r>
            <w:r w:rsidRPr="00D75C67">
              <w:rPr>
                <w:sz w:val="15"/>
                <w:lang w:val="sl-SI"/>
              </w:rPr>
              <w:t>in predlaga izboljšavo.</w:t>
            </w:r>
          </w:p>
        </w:tc>
      </w:tr>
      <w:tr w:rsidR="00234674" w:rsidRPr="00D75C67" w14:paraId="389062D3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0536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8C432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petju, ritmičnem ustvarjanju, poslušanju in nastopanju. Poudarek: pravil sodelovanja v skupini ter vrednoti svoj prispevek in prispevek drugih pri ….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F8F3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petju, ritmičnem ustvarjanju, poslušanju in nastopanju. Poudarek: pravil sodelovanja v skupini ter vrednoti svoj prispevek in prispevek drugih pri …. Učenec cilj uporabi v nalogi, pojasni izbi</w:t>
            </w:r>
            <w:r w:rsidRPr="00D75C67">
              <w:rPr>
                <w:sz w:val="15"/>
                <w:lang w:val="sl-SI"/>
              </w:rPr>
              <w:t>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268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nastopanju. Poudarek: pravil sodelovanja v skupini ter vrednoti svoj prispevek in prispevek drugih pri …. Učenec cilj prenese v nov</w:t>
            </w:r>
            <w:r w:rsidRPr="00D75C67">
              <w:rPr>
                <w:sz w:val="15"/>
                <w:lang w:val="sl-SI"/>
              </w:rPr>
              <w:t>o situacijo, utemelji ravnanje in predlaga izboljšavo.</w:t>
            </w:r>
          </w:p>
        </w:tc>
      </w:tr>
      <w:tr w:rsidR="00234674" w:rsidRPr="00D75C67" w14:paraId="7BD45A6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C0E9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38C42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likovnem ustvarjanju, predstavljanju izdelkov in skrbi za material. Poudarek: pravil sodelovanja v skupini ter vrednoti svoj prispevek in pri</w:t>
            </w:r>
            <w:r w:rsidRPr="00D75C67">
              <w:rPr>
                <w:sz w:val="15"/>
                <w:lang w:val="sl-SI"/>
              </w:rPr>
              <w:t>spevek drugih pri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A95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skrbi za material. Poudarek: pravil sodelovanja v skupini ter vrednoti svoj prispevek in prispevek dr</w:t>
            </w:r>
            <w:r w:rsidRPr="00D75C67">
              <w:rPr>
                <w:sz w:val="15"/>
                <w:lang w:val="sl-SI"/>
              </w:rPr>
              <w:t>ugih pri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D5BD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 Poudarek: pravil sodelovanja v skupini ter vrednoti s</w:t>
            </w:r>
            <w:r w:rsidRPr="00D75C67">
              <w:rPr>
                <w:sz w:val="15"/>
                <w:lang w:val="sl-SI"/>
              </w:rPr>
              <w:t>voj prispevek in prispevek drugih pri …. Učenec cilj prenese v novo situacijo, utemelji ravnanje in predlaga izboljšavo.</w:t>
            </w:r>
          </w:p>
        </w:tc>
      </w:tr>
      <w:tr w:rsidR="00234674" w:rsidRPr="00D75C67" w14:paraId="227B43F6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9C04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662E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igrah sodelovanja, vadbi v paru, spoštovanju pravil in varnem gibanju. Poudarek: pravil </w:t>
            </w:r>
            <w:r w:rsidRPr="00D75C67">
              <w:rPr>
                <w:sz w:val="15"/>
                <w:lang w:val="sl-SI"/>
              </w:rPr>
              <w:t>sodelovanja v skupini ter vrednoti svoj prispevek in prispevek drugih pri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19337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igrah sodelovanja, vadbi v paru, spoštovanju pravil in varnem gibanju. Poudarek: pravil sodelovanja v </w:t>
            </w:r>
            <w:r w:rsidRPr="00D75C67">
              <w:rPr>
                <w:sz w:val="15"/>
                <w:lang w:val="sl-SI"/>
              </w:rPr>
              <w:t>skupini ter vrednoti svoj prispevek in prispevek drugih pri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8DB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 spoštovanju pravil in varnem gibanju. Poudare</w:t>
            </w:r>
            <w:r w:rsidRPr="00D75C67">
              <w:rPr>
                <w:sz w:val="15"/>
                <w:lang w:val="sl-SI"/>
              </w:rPr>
              <w:t>k: pravil sodelovanja v skupini ter vrednoti svoj prispevek in prispevek drugih pri …. Učenec cilj prenese v novo situacijo, utemelji ravnanje in predlaga izboljšavo.</w:t>
            </w:r>
          </w:p>
        </w:tc>
      </w:tr>
      <w:tr w:rsidR="00234674" w:rsidRPr="00D75C67" w14:paraId="705B72C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EAF4C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E64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pesmih, ig</w:t>
            </w:r>
            <w:r w:rsidRPr="00D75C67">
              <w:rPr>
                <w:sz w:val="15"/>
                <w:lang w:val="sl-SI"/>
              </w:rPr>
              <w:t>rah vlog in spoznavanju drugih kultur. Poudarek: pravil sodelovanja v skupini ter vrednoti svoj prispevek in prispevek drugih pri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2C9CA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igrah vlog</w:t>
            </w:r>
            <w:r w:rsidRPr="00D75C67">
              <w:rPr>
                <w:sz w:val="15"/>
                <w:lang w:val="sl-SI"/>
              </w:rPr>
              <w:t xml:space="preserve"> in spoznavanju drugih kultur. Poudarek: pravil sodelovanja v skupini ter vrednoti svoj prispevek in prispevek drugih pri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8195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pozdravih, kratki</w:t>
            </w:r>
            <w:r w:rsidRPr="00D75C67">
              <w:rPr>
                <w:sz w:val="15"/>
                <w:lang w:val="sl-SI"/>
              </w:rPr>
              <w:t>h dialogih, pesmih, igrah vlog in spoznavanju drugih kultur. Poudarek: pravil sodelovanja v skupini ter vrednoti svoj prispevek in prispevek drugih pri …. Učenec cilj prenese v novo situacijo, utemelji ravnanje in predlaga izboljšavo.</w:t>
            </w:r>
          </w:p>
        </w:tc>
      </w:tr>
      <w:tr w:rsidR="00234674" w:rsidRPr="00D75C67" w14:paraId="428E35C7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4EBF1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04BE6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skupini. Poudarek: pravil sodelovanja v skupini ter vrednoti svoj prispevek in prispevek drugih pri …. Učenec pokaže cilj z ravnanjem</w:t>
            </w:r>
            <w:r w:rsidRPr="00D75C67">
              <w:rPr>
                <w:color w:val="673E82"/>
                <w:sz w:val="15"/>
                <w:lang w:val="sl-SI"/>
              </w:rPr>
              <w:t xml:space="preserve">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0842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kosilu, sprostitvenih dejavnostih, samostojnem učenju, ustvarjalni igri in sodelovanju v skupini. Poudarek: pravil sodelovanja v skupini ter vrednoti svoj prispevek in prispevek drugih pri …. Učenec cilj </w:t>
            </w:r>
            <w:r w:rsidRPr="00D75C67">
              <w:rPr>
                <w:color w:val="673E82"/>
                <w:sz w:val="15"/>
                <w:lang w:val="sl-SI"/>
              </w:rPr>
              <w:t>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EE786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 dejavnostih, samostojnem učenju, ustvarjalni igri in sodelovanju v skupini. Poudarek: pravil sodelovanja v skupini ter vrednoti svo</w:t>
            </w:r>
            <w:r w:rsidRPr="00D75C67">
              <w:rPr>
                <w:color w:val="673E82"/>
                <w:sz w:val="15"/>
                <w:lang w:val="sl-SI"/>
              </w:rPr>
              <w:t>j prispevek in prispevek drugih pri …. Učenec cilj prenese v novo situacijo, utemelji ravnanje in predlaga izboljšavo.</w:t>
            </w:r>
          </w:p>
        </w:tc>
      </w:tr>
    </w:tbl>
    <w:p w14:paraId="64B1E0C4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1708B85D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9BFBBCF" w14:textId="0DE90D87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9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Sodel</w:t>
      </w:r>
      <w:r w:rsidRPr="00D75C67">
        <w:rPr>
          <w:color w:val="234E52"/>
          <w:sz w:val="21"/>
          <w:lang w:val="sl-SI"/>
        </w:rPr>
        <w:t>uje v dejavnostih medgeneracijskega povezovanja.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3CF77A2A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94C59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6C55E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8F71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BAAE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78059DD6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1683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CC75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skupnem branju. Poudarek: v dejavnostih medgeneracijskega povezovanja. </w:t>
            </w:r>
            <w:r w:rsidRPr="00D75C67">
              <w:rPr>
                <w:sz w:val="15"/>
                <w:lang w:val="sl-SI"/>
              </w:rPr>
              <w:t>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CED5E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v dejavnostih medgeneracijskega povezovanja. Učenec cilj uporabi v nalogi, pojasni izbiro in upošteva p</w:t>
            </w:r>
            <w:r w:rsidRPr="00D75C67">
              <w:rPr>
                <w:sz w:val="15"/>
                <w:lang w:val="sl-SI"/>
              </w:rPr>
              <w:t>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F1598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Poudarek: v dejavnostih medgeneracijskega povezovanja. Učenec cilj prenese v novo situacijo, utemelji ravnanje in predlaga izboljšavo</w:t>
            </w:r>
            <w:r w:rsidRPr="00D75C67">
              <w:rPr>
                <w:sz w:val="15"/>
                <w:lang w:val="sl-SI"/>
              </w:rPr>
              <w:t>.</w:t>
            </w:r>
          </w:p>
        </w:tc>
      </w:tr>
      <w:tr w:rsidR="00234674" w:rsidRPr="00D75C67" w14:paraId="6A961CC6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8501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8D93F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reševanju problemov v paru in razlagi postopkov. Poudarek: v dejavnostih medgeneracijskega povezovanja.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717E6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</w:t>
            </w:r>
            <w:r w:rsidRPr="00D75C67">
              <w:rPr>
                <w:sz w:val="15"/>
                <w:lang w:val="sl-SI"/>
              </w:rPr>
              <w:t>i pri delu z matematičnimi pripomočki, reševanju problemov v paru in razlagi postopkov. Poudarek: v dejavnostih medgeneracijskega povezovanja.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0A5C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</w:t>
            </w:r>
            <w:r w:rsidRPr="00D75C67">
              <w:rPr>
                <w:sz w:val="15"/>
                <w:lang w:val="sl-SI"/>
              </w:rPr>
              <w:t>i delu z matematičnimi pripomočki, reševanju problemov v paru in razlagi postopkov. Poudarek: v dejavnostih medgeneracijskega povezovanja. Učenec cilj prenese v novo situacijo, utemelji ravnanje in predlaga izboljšavo.</w:t>
            </w:r>
          </w:p>
        </w:tc>
      </w:tr>
      <w:tr w:rsidR="00234674" w:rsidRPr="00D75C67" w14:paraId="55E978C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DADA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EA3EC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</w:t>
            </w:r>
            <w:r w:rsidRPr="00D75C67">
              <w:rPr>
                <w:sz w:val="15"/>
                <w:lang w:val="sl-SI"/>
              </w:rPr>
              <w:t>slikovni podpori pri raziskovanju šole, skupnosti, odnosov, varnosti in odgovornega ravnanja z okoljem. Poudarek: v dejavnostih medgeneracijskega povezovanja.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77B0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raziskovanju šole, s</w:t>
            </w:r>
            <w:r w:rsidRPr="00D75C67">
              <w:rPr>
                <w:sz w:val="15"/>
                <w:lang w:val="sl-SI"/>
              </w:rPr>
              <w:t>kupnosti, odnosov, varnosti in odgovornega ravnanja z okoljem. Poudarek: v dejavnostih medgeneracijskega povezovanja.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C7D9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raziskovanju šole, </w:t>
            </w:r>
            <w:r w:rsidRPr="00D75C67">
              <w:rPr>
                <w:sz w:val="15"/>
                <w:lang w:val="sl-SI"/>
              </w:rPr>
              <w:t>skupnosti, odnosov, varnosti in odgovornega ravnanja z okoljem. Poudarek: v dejavnostih medgeneracijskega povezovanja. Učenec cilj prenese v novo situacijo, utemelji ravnanje in predlaga izboljšavo.</w:t>
            </w:r>
          </w:p>
        </w:tc>
      </w:tr>
      <w:tr w:rsidR="00234674" w:rsidRPr="00D75C67" w14:paraId="6467B1F5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CA6D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C4F15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</w:t>
            </w:r>
            <w:r w:rsidRPr="00D75C67">
              <w:rPr>
                <w:sz w:val="15"/>
                <w:lang w:val="sl-SI"/>
              </w:rPr>
              <w:t>nem petju, ritmičnem ustvarjanju, poslušanju in nastopanju. Poudarek: v dejavnostih medgeneracijskega povezovanja.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6A99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skupnem petju, ritmičnem ustvarjanju, poslušanju in nastopanju. </w:t>
            </w:r>
            <w:r w:rsidRPr="00D75C67">
              <w:rPr>
                <w:sz w:val="15"/>
                <w:lang w:val="sl-SI"/>
              </w:rPr>
              <w:t>Poudarek: v dejavnostih medgeneracijskega povezovanja.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189F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nastopanju. Poudarek: v dejavnosti</w:t>
            </w:r>
            <w:r w:rsidRPr="00D75C67">
              <w:rPr>
                <w:sz w:val="15"/>
                <w:lang w:val="sl-SI"/>
              </w:rPr>
              <w:t>h medgeneracijskega povezovanja. Učenec cilj prenese v novo situacijo, utemelji ravnanje in predlaga izboljšavo.</w:t>
            </w:r>
          </w:p>
        </w:tc>
      </w:tr>
      <w:tr w:rsidR="00234674" w:rsidRPr="00D75C67" w14:paraId="061CB757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22F8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9C2B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skupnem likovnem ustvarjanju, predstavljanju izdelkov in skrbi za material. Poudarek: v </w:t>
            </w:r>
            <w:r w:rsidRPr="00D75C67">
              <w:rPr>
                <w:sz w:val="15"/>
                <w:lang w:val="sl-SI"/>
              </w:rPr>
              <w:t>dejavnostih medgeneracijskega povezovanja.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3D36F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skrbi za material. Poudarek: v dejavnostih medgeneracijskega povezovanja. Učene</w:t>
            </w:r>
            <w:r w:rsidRPr="00D75C67">
              <w:rPr>
                <w:sz w:val="15"/>
                <w:lang w:val="sl-SI"/>
              </w:rPr>
              <w:t>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71C8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 Poudarek: v dejavnostih medgeneracijskega povezovanja. Učenec cilj pre</w:t>
            </w:r>
            <w:r w:rsidRPr="00D75C67">
              <w:rPr>
                <w:sz w:val="15"/>
                <w:lang w:val="sl-SI"/>
              </w:rPr>
              <w:t>nese v novo situacijo, utemelji ravnanje in predlaga izboljšavo.</w:t>
            </w:r>
          </w:p>
        </w:tc>
      </w:tr>
      <w:tr w:rsidR="00234674" w:rsidRPr="00D75C67" w14:paraId="5EB6E51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B247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7FB3E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 paru, spoštovanju pravil in varnem gibanju. Poudarek: v dejavnostih medgeneracijskega povezovanja. Učenec pokaže cilj z rav</w:t>
            </w:r>
            <w:r w:rsidRPr="00D75C67">
              <w:rPr>
                <w:sz w:val="15"/>
                <w:lang w:val="sl-SI"/>
              </w:rPr>
              <w:t>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24C7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gibanju. Poudarek: v dejavnostih medgeneracijskega povezovanja. Učenec cilj uporabi v nalogi, pojasni izbiro in upošteva povratno informacijo</w:t>
            </w:r>
            <w:r w:rsidRPr="00D75C67">
              <w:rPr>
                <w:sz w:val="15"/>
                <w:lang w:val="sl-SI"/>
              </w:rPr>
              <w:t>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FA26F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 spoštovanju pravil in varnem gibanju. Poudarek: v dejavnostih medgeneracijskega povezovanja. Učenec cilj prenese v novo situacijo, utemelji ravnanje in predlaga izboljšavo.</w:t>
            </w:r>
          </w:p>
        </w:tc>
      </w:tr>
      <w:tr w:rsidR="00234674" w:rsidRPr="00D75C67" w14:paraId="72C03AF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7EB4B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</w:t>
            </w:r>
            <w:r w:rsidRPr="00D75C67">
              <w:rPr>
                <w:b/>
                <w:color w:val="234E52"/>
                <w:sz w:val="15"/>
                <w:lang w:val="sl-SI"/>
              </w:rPr>
              <w:t>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E692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pesmih, igrah vlog in spoznavanju drugih kultur. Poudarek: v dejavnostih medgeneracijskega povezovanja.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9EDF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</w:t>
            </w:r>
            <w:r w:rsidRPr="00D75C67">
              <w:rPr>
                <w:sz w:val="15"/>
                <w:lang w:val="sl-SI"/>
              </w:rPr>
              <w:t>, kratkih dialogih, pesmih, igrah vlog in spoznavanju drugih kultur. Poudarek: v dejavnostih medgeneracijskega povezovanja.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F95F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pozdravih, kratkih</w:t>
            </w:r>
            <w:r w:rsidRPr="00D75C67">
              <w:rPr>
                <w:sz w:val="15"/>
                <w:lang w:val="sl-SI"/>
              </w:rPr>
              <w:t xml:space="preserve"> dialogih, pesmih, igrah vlog in spoznavanju drugih kultur. Poudarek: v dejavnostih medgeneracijskega povezovanja. Učenec cilj prenese v novo situacijo, utemelji ravnanje in predlaga izboljšavo.</w:t>
            </w:r>
          </w:p>
        </w:tc>
      </w:tr>
      <w:tr w:rsidR="00234674" w:rsidRPr="00D75C67" w14:paraId="3525CE40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A29C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5C95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</w:t>
            </w:r>
            <w:r w:rsidRPr="00D75C67">
              <w:rPr>
                <w:color w:val="673E82"/>
                <w:sz w:val="15"/>
                <w:lang w:val="sl-SI"/>
              </w:rPr>
              <w:t xml:space="preserve"> sprostitvenih dejavnostih, samostojnem učenju, ustvarjalni igri in sodelovanju v skupini. Poudarek: v dejavnostih medgeneracijskega povezovanja.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D001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dejavnostih</w:t>
            </w:r>
            <w:r w:rsidRPr="00D75C67">
              <w:rPr>
                <w:color w:val="673E82"/>
                <w:sz w:val="15"/>
                <w:lang w:val="sl-SI"/>
              </w:rPr>
              <w:t>, samostojnem učenju, ustvarjalni igri in sodelovanju v skupini. Poudarek: v dejavnostih medgeneracijskega povezovanja.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D742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</w:t>
            </w:r>
            <w:r w:rsidRPr="00D75C67">
              <w:rPr>
                <w:color w:val="673E82"/>
                <w:sz w:val="15"/>
                <w:lang w:val="sl-SI"/>
              </w:rPr>
              <w:t xml:space="preserve"> dejavnostih, samostojnem učenju, ustvarjalni igri in sodelovanju v skupini. Poudarek: v dejavnostih medgeneracijskega povezovanja. Učenec cilj prenese v novo situacijo, utemelji ravnanje in predlaga izboljšavo.</w:t>
            </w:r>
          </w:p>
        </w:tc>
      </w:tr>
    </w:tbl>
    <w:p w14:paraId="06663A3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 xml:space="preserve">opazovanje procesa, učenčeva </w:t>
      </w:r>
      <w:r w:rsidRPr="00D75C67">
        <w:rPr>
          <w:sz w:val="16"/>
          <w:lang w:val="sl-SI"/>
        </w:rPr>
        <w:t>razlaga, izdelek ali izvedba, samovrednotenje in kratka povratna informacija.</w:t>
      </w:r>
    </w:p>
    <w:p w14:paraId="1AD3A546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5265B42C" w14:textId="7F883BEE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10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Orientira se na sebi, v prostoru in na ravnini.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61ED7CA9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BDE60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2DB56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948EE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BEC8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14D0F549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D4512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397B3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</w:t>
            </w:r>
            <w:r w:rsidRPr="00D75C67">
              <w:rPr>
                <w:sz w:val="15"/>
                <w:lang w:val="sl-SI"/>
              </w:rPr>
              <w:t>pripovedovanju, igri vlog in skupnem branju. Poudarek: na sebi, v prostoru in na ravnini.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38BC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pogovoru, poslušanju, pripovedovanju, igri vlog in skupnem branju. Poudarek: na sebi, v pr</w:t>
            </w:r>
            <w:r w:rsidRPr="00D75C67">
              <w:rPr>
                <w:sz w:val="15"/>
                <w:lang w:val="sl-SI"/>
              </w:rPr>
              <w:t>ostoru in na ravnini.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980A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pogovoru, poslušanju, pripovedovanju, igri vlog in skupnem branju. Poudarek: na sebi, v prostoru in na ravnini. Učenec c</w:t>
            </w:r>
            <w:r w:rsidRPr="00D75C67">
              <w:rPr>
                <w:sz w:val="15"/>
                <w:lang w:val="sl-SI"/>
              </w:rPr>
              <w:t>ilj prenese v novo situacijo, utemelji ravnanje in predlaga izboljšavo.</w:t>
            </w:r>
          </w:p>
        </w:tc>
      </w:tr>
      <w:tr w:rsidR="00234674" w:rsidRPr="00D75C67" w14:paraId="06415FA1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5EB0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B5A7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matematičnimi pripomočki, reševanju problemov v paru in razlagi postopkov. Poudarek: na sebi, v prostoru in na ravnini. Učenec </w:t>
            </w:r>
            <w:r w:rsidRPr="00D75C67">
              <w:rPr>
                <w:sz w:val="15"/>
                <w:lang w:val="sl-SI"/>
              </w:rPr>
              <w:t>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120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 v paru in razlagi postopkov. Poudarek: na sebi, v prostoru in na ravnini. Učenec cilj uporabi v nalogi, pojasni izbiro in upošteva po</w:t>
            </w:r>
            <w:r w:rsidRPr="00D75C67">
              <w:rPr>
                <w:sz w:val="15"/>
                <w:lang w:val="sl-SI"/>
              </w:rPr>
              <w:t>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807C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matematičnimi pripomočki, reševanju problemov v paru in razlagi postopkov. Poudarek: na sebi, v prostoru in na ravnini. Učenec cilj prenese v novo situacijo, utemelji ravnanje in predlaga izbol</w:t>
            </w:r>
            <w:r w:rsidRPr="00D75C67">
              <w:rPr>
                <w:sz w:val="15"/>
                <w:lang w:val="sl-SI"/>
              </w:rPr>
              <w:t>jšavo.</w:t>
            </w:r>
          </w:p>
        </w:tc>
      </w:tr>
      <w:tr w:rsidR="00234674" w:rsidRPr="00D75C67" w14:paraId="2C6B8FB0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E671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C517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raziskovanju šole, skupnosti, odnosov, varnosti in odgovornega ravnanja z okoljem. Poudarek: na sebi, v prostoru in na ravnini.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271E4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</w:t>
            </w:r>
            <w:r w:rsidRPr="00D75C67">
              <w:rPr>
                <w:sz w:val="15"/>
                <w:lang w:val="sl-SI"/>
              </w:rPr>
              <w:t>upini pri raziskovanju šole, skupnosti, odnosov, varnosti in odgovornega ravnanja z okoljem. Poudarek: na sebi, v prostoru in na ravnini.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C242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</w:t>
            </w:r>
            <w:r w:rsidRPr="00D75C67">
              <w:rPr>
                <w:sz w:val="15"/>
                <w:lang w:val="sl-SI"/>
              </w:rPr>
              <w:t>iskovanju šole, skupnosti, odnosov, varnosti in odgovornega ravnanja z okoljem. Poudarek: na sebi, v prostoru in na ravnini. Učenec cilj prenese v novo situacijo, utemelji ravnanje in predlaga izboljšavo.</w:t>
            </w:r>
          </w:p>
        </w:tc>
      </w:tr>
      <w:tr w:rsidR="00234674" w:rsidRPr="00D75C67" w14:paraId="11A8DC3D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740C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18575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</w:t>
            </w:r>
            <w:r w:rsidRPr="00D75C67">
              <w:rPr>
                <w:sz w:val="15"/>
                <w:lang w:val="sl-SI"/>
              </w:rPr>
              <w:t>i skupnem petju, ritmičnem ustvarjanju, poslušanju in nastopanju. Poudarek: na sebi, v prostoru in na ravnini.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DA96E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skupnem petju, ritmičnem ustvarjanju, poslušanju in nastopanju. </w:t>
            </w:r>
            <w:r w:rsidRPr="00D75C67">
              <w:rPr>
                <w:sz w:val="15"/>
                <w:lang w:val="sl-SI"/>
              </w:rPr>
              <w:t>Poudarek: na sebi, v prostoru in na ravnini.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DC7CB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petju, ritmičnem ustvarjanju, poslušanju in nastopanju. Poudarek: na sebi, v prostoru in</w:t>
            </w:r>
            <w:r w:rsidRPr="00D75C67">
              <w:rPr>
                <w:sz w:val="15"/>
                <w:lang w:val="sl-SI"/>
              </w:rPr>
              <w:t xml:space="preserve"> na ravnini. Učenec cilj prenese v novo situacijo, utemelji ravnanje in predlaga izboljšavo.</w:t>
            </w:r>
          </w:p>
        </w:tc>
      </w:tr>
      <w:tr w:rsidR="00234674" w:rsidRPr="00D75C67" w14:paraId="15E235D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15BC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F6A1C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likovnem ustvarjanju, predstavljanju izdelkov in skrbi za material. Poudarek: na sebi, v prostoru in na</w:t>
            </w:r>
            <w:r w:rsidRPr="00D75C67">
              <w:rPr>
                <w:sz w:val="15"/>
                <w:lang w:val="sl-SI"/>
              </w:rPr>
              <w:t xml:space="preserve"> ravnini.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A970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skupnem likovnem ustvarjanju, predstavljanju izdelkov in skrbi za material. Poudarek: na sebi, v prostoru in na ravnini. Učenec cilj uporabi v nalogi, pojasni izbiro in </w:t>
            </w:r>
            <w:r w:rsidRPr="00D75C67">
              <w:rPr>
                <w:sz w:val="15"/>
                <w:lang w:val="sl-SI"/>
              </w:rPr>
              <w:t>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5D932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skupnem likovnem ustvarjanju, predstavljanju izdelkov in skrbi za material. Poudarek: na sebi, v prostoru in na ravnini. Učenec cilj prenese v novo situacijo, utemelji ravnanje in predlaga </w:t>
            </w:r>
            <w:r w:rsidRPr="00D75C67">
              <w:rPr>
                <w:sz w:val="15"/>
                <w:lang w:val="sl-SI"/>
              </w:rPr>
              <w:t>izboljšavo.</w:t>
            </w:r>
          </w:p>
        </w:tc>
      </w:tr>
      <w:tr w:rsidR="00234674" w:rsidRPr="00D75C67" w14:paraId="73CBFEE5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7BB9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2464D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igrah sodelovanja, vadbi v paru, spoštovanju pravil in varnem gibanju. Poudarek: na sebi, v prostoru in na ravnini.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3CCB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</w:t>
            </w:r>
            <w:r w:rsidRPr="00D75C67">
              <w:rPr>
                <w:sz w:val="15"/>
                <w:lang w:val="sl-SI"/>
              </w:rPr>
              <w:t>lovanja, vadbi v paru, spoštovanju pravil in varnem gibanju. Poudarek: na sebi, v prostoru in na ravnini.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6110B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igrah sodelovanja, vadbi v paru, sp</w:t>
            </w:r>
            <w:r w:rsidRPr="00D75C67">
              <w:rPr>
                <w:sz w:val="15"/>
                <w:lang w:val="sl-SI"/>
              </w:rPr>
              <w:t>oštovanju pravil in varnem gibanju. Poudarek: na sebi, v prostoru in na ravnini. Učenec cilj prenese v novo situacijo, utemelji ravnanje in predlaga izboljšavo.</w:t>
            </w:r>
          </w:p>
        </w:tc>
      </w:tr>
      <w:tr w:rsidR="00234674" w:rsidRPr="00D75C67" w14:paraId="7F4A1EF4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FE880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B58A0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pozdravih, kratkih dialogih, pesmih, igrah </w:t>
            </w:r>
            <w:r w:rsidRPr="00D75C67">
              <w:rPr>
                <w:sz w:val="15"/>
                <w:lang w:val="sl-SI"/>
              </w:rPr>
              <w:t>vlog in spoznavanju drugih kultur. Poudarek: na sebi, v prostoru in na ravnini.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7CF06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igrah vlog in spoznavanju drugih kultur. Poudarek: na sebi, v p</w:t>
            </w:r>
            <w:r w:rsidRPr="00D75C67">
              <w:rPr>
                <w:sz w:val="15"/>
                <w:lang w:val="sl-SI"/>
              </w:rPr>
              <w:t>rostoru in na ravnini.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1F92A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pozdravih, kratkih dialogih, pesmih, igrah vlog in spoznavanju drugih kultur. Poudarek: na sebi, v prostoru in na ravni</w:t>
            </w:r>
            <w:r w:rsidRPr="00D75C67">
              <w:rPr>
                <w:sz w:val="15"/>
                <w:lang w:val="sl-SI"/>
              </w:rPr>
              <w:t>ni. Učenec cilj prenese v novo situacijo, utemelji ravnanje in predlaga izboljšavo.</w:t>
            </w:r>
          </w:p>
        </w:tc>
      </w:tr>
      <w:tr w:rsidR="00234674" w:rsidRPr="00D75C67" w14:paraId="61951A5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92745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8732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kosilu, sprostitvenih dejavnostih, samostojnem učenju, ustvarjalni igri in sodelovanju v skupini. Poudarek: na sebi, v</w:t>
            </w:r>
            <w:r w:rsidRPr="00D75C67">
              <w:rPr>
                <w:color w:val="673E82"/>
                <w:sz w:val="15"/>
                <w:lang w:val="sl-SI"/>
              </w:rPr>
              <w:t xml:space="preserve"> prostoru in na ravnini.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AB6D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dejavnostih, samostojnem učenju, ustvarjalni igri in sodelovanju v skupini. Poudarek: na sebi, v prostoru in na ravnini. Učenec cilj</w:t>
            </w:r>
            <w:r w:rsidRPr="00D75C67">
              <w:rPr>
                <w:color w:val="673E82"/>
                <w:sz w:val="15"/>
                <w:lang w:val="sl-SI"/>
              </w:rPr>
              <w:t xml:space="preserve">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A0CA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kosilu, sprostitvenih dejavnostih, samostojnem učenju, ustvarjalni igri in sodelovanju v skupini. Poudarek: na sebi, v prostoru in na ravnini. Učenec ci</w:t>
            </w:r>
            <w:r w:rsidRPr="00D75C67">
              <w:rPr>
                <w:color w:val="673E82"/>
                <w:sz w:val="15"/>
                <w:lang w:val="sl-SI"/>
              </w:rPr>
              <w:t>lj prenese v novo situacijo, utemelji ravnanje in predlaga izboljšavo.</w:t>
            </w:r>
          </w:p>
        </w:tc>
      </w:tr>
    </w:tbl>
    <w:p w14:paraId="302089AC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6B4E4DF2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94C544E" w14:textId="2167596E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11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 xml:space="preserve">Ozavešča slušno zaznavanje v prostoru in s svojim </w:t>
      </w:r>
      <w:r w:rsidRPr="00D75C67">
        <w:rPr>
          <w:color w:val="234E52"/>
          <w:sz w:val="21"/>
          <w:lang w:val="sl-SI"/>
        </w:rPr>
        <w:t>ravnanjem prispeva k zmanjševanju hrupa v okolju.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62D4E005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4B0EB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7FC51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B9CC7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E4DBE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3C2D655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A30C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10B4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pogovoru, poslušanju, pripovedovanju, igri vlog in skupnem branju. Poudarek: slušno zaznavanje v prostoru in s svojim </w:t>
            </w:r>
            <w:r w:rsidRPr="00D75C67">
              <w:rPr>
                <w:sz w:val="15"/>
                <w:lang w:val="sl-SI"/>
              </w:rPr>
              <w:t>ravnanjem prispeva k zmanjševanju hrupa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D6F0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pogovoru, poslušanju, pripovedovanju, igri vlog in skupnem branju. Poudarek: slušno zaznavanje v prostoru in s svojim ravnanjem prispeva </w:t>
            </w:r>
            <w:r w:rsidRPr="00D75C67">
              <w:rPr>
                <w:sz w:val="15"/>
                <w:lang w:val="sl-SI"/>
              </w:rPr>
              <w:t>k zmanjševanju hrupa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E81D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pogovoru, poslušanju, pripovedovanju, igri vlog in skupnem branju. Poudarek: slušno zaznavanje v prostoru in s svojim </w:t>
            </w:r>
            <w:r w:rsidRPr="00D75C67">
              <w:rPr>
                <w:sz w:val="15"/>
                <w:lang w:val="sl-SI"/>
              </w:rPr>
              <w:t>ravnanjem prispeva k zmanjševanju hrupa …. Učenec cilj prenese v novo situacijo, utemelji ravnanje in predlaga izboljšavo.</w:t>
            </w:r>
          </w:p>
        </w:tc>
      </w:tr>
      <w:tr w:rsidR="00234674" w:rsidRPr="00D75C67" w14:paraId="6382DE1D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A55D7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044D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matematičnimi pripomočki, reševanju problemov v paru in razlagi postopkov. Pouda</w:t>
            </w:r>
            <w:r w:rsidRPr="00D75C67">
              <w:rPr>
                <w:sz w:val="15"/>
                <w:lang w:val="sl-SI"/>
              </w:rPr>
              <w:t>rek: slušno zaznavanje v prostoru in s svojim ravnanjem prispeva k zmanjševanju hrupa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5E1A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matematičnimi pripomočki, reševanju problemov v paru in razlagi postopkov. Poudarek</w:t>
            </w:r>
            <w:r w:rsidRPr="00D75C67">
              <w:rPr>
                <w:sz w:val="15"/>
                <w:lang w:val="sl-SI"/>
              </w:rPr>
              <w:t>: slušno zaznavanje v prostoru in s svojim ravnanjem prispeva k zmanjševanju hrupa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3594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delu z matematičnimi pripomočki, reševanju problemov v </w:t>
            </w:r>
            <w:r w:rsidRPr="00D75C67">
              <w:rPr>
                <w:sz w:val="15"/>
                <w:lang w:val="sl-SI"/>
              </w:rPr>
              <w:t>paru in razlagi postopkov. Poudarek: slušno zaznavanje v prostoru in s svojim ravnanjem prispeva k zmanjševanju hrupa …. Učenec cilj prenese v novo situacijo, utemelji ravnanje in predlaga izboljšavo.</w:t>
            </w:r>
          </w:p>
        </w:tc>
      </w:tr>
      <w:tr w:rsidR="00234674" w:rsidRPr="00D75C67" w14:paraId="6EA9440E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8FDD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2784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</w:t>
            </w:r>
            <w:r w:rsidRPr="00D75C67">
              <w:rPr>
                <w:sz w:val="15"/>
                <w:lang w:val="sl-SI"/>
              </w:rPr>
              <w:t>aziskovanju šole, skupnosti, odnosov, varnosti in odgovornega ravnanja z okoljem. Poudarek: slušno zaznavanje v prostoru in s svojim ravnanjem prispeva k zmanjševanju hrupa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0533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</w:t>
            </w:r>
            <w:r w:rsidRPr="00D75C67">
              <w:rPr>
                <w:sz w:val="15"/>
                <w:lang w:val="sl-SI"/>
              </w:rPr>
              <w:t>raziskovanju šole, skupnosti, odnosov, varnosti in odgovornega ravnanja z okoljem. Poudarek: slušno zaznavanje v prostoru in s svojim ravnanjem prispeva k zmanjševanju hrupa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87D2A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raziskovanju šole, skupnosti, odnosov, varnosti in odgovornega ravnanja z okoljem. Poudarek: slušno zaznavanje v prostoru in s svojim ravnanjem prispeva k zmanjševanju hrupa …. Učenec cilj prenese v novo situacijo, uteme</w:t>
            </w:r>
            <w:r w:rsidRPr="00D75C67">
              <w:rPr>
                <w:sz w:val="15"/>
                <w:lang w:val="sl-SI"/>
              </w:rPr>
              <w:t>lji ravnanje in predlaga izboljšavo.</w:t>
            </w:r>
          </w:p>
        </w:tc>
      </w:tr>
      <w:tr w:rsidR="00234674" w:rsidRPr="00D75C67" w14:paraId="5355A08C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A4C2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D1F3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petju, ritmičnem ustvarjanju, poslušanju in nastopanju. Poudarek: slušno zaznavanje v prostoru in s svojim ravnanjem prispeva k zmanjševanju hrupa …. Učenec p</w:t>
            </w:r>
            <w:r w:rsidRPr="00D75C67">
              <w:rPr>
                <w:sz w:val="15"/>
                <w:lang w:val="sl-SI"/>
              </w:rPr>
              <w:t>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8055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petju, ritmičnem ustvarjanju, poslušanju in nastopanju. Poudarek: slušno zaznavanje v prostoru in s svojim ravnanjem prispeva k zmanjševanju hrupa …. Učenec cilj uporabi v nalogi,</w:t>
            </w:r>
            <w:r w:rsidRPr="00D75C67">
              <w:rPr>
                <w:sz w:val="15"/>
                <w:lang w:val="sl-SI"/>
              </w:rPr>
              <w:t xml:space="preserve">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527B6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skupnem petju, ritmičnem ustvarjanju, poslušanju in nastopanju. Poudarek: slušno zaznavanje v prostoru in s svojim ravnanjem prispeva k zmanjševanju hrupa …. Učenec cilj </w:t>
            </w:r>
            <w:r w:rsidRPr="00D75C67">
              <w:rPr>
                <w:sz w:val="15"/>
                <w:lang w:val="sl-SI"/>
              </w:rPr>
              <w:t>prenese v novo situacijo, utemelji ravnanje in predlaga izboljšavo.</w:t>
            </w:r>
          </w:p>
        </w:tc>
      </w:tr>
      <w:tr w:rsidR="00234674" w:rsidRPr="00D75C67" w14:paraId="196701CB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FCEB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D739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skupnem likovnem ustvarjanju, predstavljanju izdelkov in skrbi za material. Poudarek: slušno zaznavanje v prostoru in s svojim ravnanjem</w:t>
            </w:r>
            <w:r w:rsidRPr="00D75C67">
              <w:rPr>
                <w:sz w:val="15"/>
                <w:lang w:val="sl-SI"/>
              </w:rPr>
              <w:t xml:space="preserve"> prispeva k zmanjševanju hrupa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B74C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skupnem likovnem ustvarjanju, predstavljanju izdelkov in skrbi za material. Poudarek: slušno zaznavanje v prostoru in s svojim ravnanjem prispeva</w:t>
            </w:r>
            <w:r w:rsidRPr="00D75C67">
              <w:rPr>
                <w:sz w:val="15"/>
                <w:lang w:val="sl-SI"/>
              </w:rPr>
              <w:t xml:space="preserve"> k zmanjševanju hrupa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F711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skupnem likovnem ustvarjanju, predstavljanju izdelkov in skrbi za material. Poudarek: slušno zaznavanje v prostoru i</w:t>
            </w:r>
            <w:r w:rsidRPr="00D75C67">
              <w:rPr>
                <w:sz w:val="15"/>
                <w:lang w:val="sl-SI"/>
              </w:rPr>
              <w:t>n s svojim ravnanjem prispeva k zmanjševanju hrupa …. Učenec cilj prenese v novo situacijo, utemelji ravnanje in predlaga izboljšavo.</w:t>
            </w:r>
          </w:p>
        </w:tc>
      </w:tr>
      <w:tr w:rsidR="00234674" w:rsidRPr="00D75C67" w14:paraId="72626AEA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BC75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EB146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igrah sodelovanja, vadbi v paru, spoštovanju pravil in varnem gibanju. Poudarek: </w:t>
            </w:r>
            <w:r w:rsidRPr="00D75C67">
              <w:rPr>
                <w:sz w:val="15"/>
                <w:lang w:val="sl-SI"/>
              </w:rPr>
              <w:t>slušno zaznavanje v prostoru in s svojim ravnanjem prispeva k zmanjševanju hrupa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7AB2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igrah sodelovanja, vadbi v paru, spoštovanju pravil in varnem gibanju. Poudarek: slušno zaznava</w:t>
            </w:r>
            <w:r w:rsidRPr="00D75C67">
              <w:rPr>
                <w:sz w:val="15"/>
                <w:lang w:val="sl-SI"/>
              </w:rPr>
              <w:t>nje v prostoru in s svojim ravnanjem prispeva k zmanjševanju hrupa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2A0DD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igrah sodelovanja, vadbi v paru, spoštovanju pravil in varnem gibanju. </w:t>
            </w:r>
            <w:r w:rsidRPr="00D75C67">
              <w:rPr>
                <w:sz w:val="15"/>
                <w:lang w:val="sl-SI"/>
              </w:rPr>
              <w:t>Poudarek: slušno zaznavanje v prostoru in s svojim ravnanjem prispeva k zmanjševanju hrupa …. Učenec cilj prenese v novo situacijo, utemelji ravnanje in predlaga izboljšavo.</w:t>
            </w:r>
          </w:p>
        </w:tc>
      </w:tr>
      <w:tr w:rsidR="00234674" w:rsidRPr="00D75C67" w14:paraId="458EDC7F" w14:textId="77777777">
        <w:trPr>
          <w:jc w:val="center"/>
        </w:trPr>
        <w:tc>
          <w:tcPr>
            <w:tcW w:w="1944" w:type="dxa"/>
            <w:shd w:val="clear" w:color="auto" w:fill="DCED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AC837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3CAB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pozdravih, kratkih dialogih, pes</w:t>
            </w:r>
            <w:r w:rsidRPr="00D75C67">
              <w:rPr>
                <w:sz w:val="15"/>
                <w:lang w:val="sl-SI"/>
              </w:rPr>
              <w:t>mih, igrah vlog in spoznavanju drugih kultur. Poudarek: slušno zaznavanje v prostoru in s svojim ravnanjem prispeva k zmanjševanju hrupa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8D03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pozdravih, kratkih dialogih, pesmih, igr</w:t>
            </w:r>
            <w:r w:rsidRPr="00D75C67">
              <w:rPr>
                <w:sz w:val="15"/>
                <w:lang w:val="sl-SI"/>
              </w:rPr>
              <w:t>ah vlog in spoznavanju drugih kultur. Poudarek: slušno zaznavanje v prostoru in s svojim ravnanjem prispeva k zmanjševanju hrupa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BCEA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pozdravih,</w:t>
            </w:r>
            <w:r w:rsidRPr="00D75C67">
              <w:rPr>
                <w:sz w:val="15"/>
                <w:lang w:val="sl-SI"/>
              </w:rPr>
              <w:t xml:space="preserve"> kratkih dialogih, pesmih, igrah vlog in spoznavanju drugih kultur. Poudarek: slušno zaznavanje v prostoru in s svojim ravnanjem prispeva k zmanjševanju hrupa …. Učenec cilj prenese v novo situacijo, utemelji ravnanje in predlaga izboljšavo.</w:t>
            </w:r>
          </w:p>
        </w:tc>
      </w:tr>
      <w:tr w:rsidR="00234674" w:rsidRPr="00D75C67" w14:paraId="1DAE4FE1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ADDB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</w:t>
            </w:r>
            <w:r w:rsidRPr="00D75C67">
              <w:rPr>
                <w:b/>
                <w:color w:val="673E82"/>
                <w:sz w:val="15"/>
                <w:lang w:val="sl-SI"/>
              </w:rPr>
              <w:t>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B7EA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pri kosilu, sprostitvenih dejavnostih, samostojnem učenju, ustvarjalni igri in sodelovanju v skupini. Poudarek: slušno zaznavanje v prostoru in s svojim ravnanjem prispeva k zmanjševanju hrupa …. Učenec pokaže cilj z </w:t>
            </w:r>
            <w:r w:rsidRPr="00D75C67">
              <w:rPr>
                <w:color w:val="673E82"/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BED12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kosilu, sprostitvenih dejavnostih, samostojnem učenju, ustvarjalni igri in sodelovanju v skupini. Poudarek: slušno zaznavanje v prostoru in s svojim ravnanjem prispeva k zmanjševanju hrupa …. Učenec c</w:t>
            </w:r>
            <w:r w:rsidRPr="00D75C67">
              <w:rPr>
                <w:color w:val="673E82"/>
                <w:sz w:val="15"/>
                <w:lang w:val="sl-SI"/>
              </w:rPr>
              <w:t>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6A14D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pri kosilu, sprostitvenih dejavnostih, samostojnem učenju, ustvarjalni igri in sodelovanju v skupini. Poudarek: slušno zaznavanje v prostoru in s svojim </w:t>
            </w:r>
            <w:r w:rsidRPr="00D75C67">
              <w:rPr>
                <w:color w:val="673E82"/>
                <w:sz w:val="15"/>
                <w:lang w:val="sl-SI"/>
              </w:rPr>
              <w:t>ravnanjem prispeva k zmanjševanju hrupa …. Učenec cilj prenese v novo situacijo, utemelji ravnanje in predlaga izboljšavo.</w:t>
            </w:r>
          </w:p>
        </w:tc>
      </w:tr>
    </w:tbl>
    <w:p w14:paraId="433B2110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4E7030BD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10A98E7" w14:textId="6E1DB454" w:rsidR="00234674" w:rsidRPr="00D75C67" w:rsidRDefault="00080C8D">
      <w:pPr>
        <w:pStyle w:val="Naslov1"/>
        <w:rPr>
          <w:sz w:val="24"/>
          <w:szCs w:val="24"/>
          <w:lang w:val="sl-SI"/>
        </w:rPr>
      </w:pPr>
      <w:r w:rsidRPr="00D75C67">
        <w:rPr>
          <w:sz w:val="24"/>
          <w:szCs w:val="24"/>
          <w:lang w:val="sl-SI"/>
        </w:rPr>
        <w:t>Učenje uč</w:t>
      </w:r>
      <w:r w:rsidRPr="00D75C67">
        <w:rPr>
          <w:sz w:val="24"/>
          <w:szCs w:val="24"/>
          <w:lang w:val="sl-SI"/>
        </w:rPr>
        <w:t>enja</w:t>
      </w:r>
      <w:r w:rsidR="009F4046" w:rsidRPr="00D75C67">
        <w:rPr>
          <w:sz w:val="24"/>
          <w:szCs w:val="24"/>
          <w:lang w:val="sl-SI"/>
        </w:rPr>
        <w:t xml:space="preserve"> (10 povezovalnih ciljev)</w:t>
      </w:r>
    </w:p>
    <w:p w14:paraId="44D7405E" w14:textId="210590D6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12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zmožnost razumevanja enostavnih in kompleksnejših navodil.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0D81AA1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CD317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F04BF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A0495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2A179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697F4C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8268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A4B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nastopu in </w:t>
            </w:r>
            <w:r w:rsidRPr="00D75C67">
              <w:rPr>
                <w:sz w:val="15"/>
                <w:lang w:val="sl-SI"/>
              </w:rPr>
              <w:t>jezikovnih nalogah. Poudarek: zmožnost razumevanja enostavnih in kompleksnejših navodil.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4DB2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zm</w:t>
            </w:r>
            <w:r w:rsidRPr="00D75C67">
              <w:rPr>
                <w:sz w:val="15"/>
                <w:lang w:val="sl-SI"/>
              </w:rPr>
              <w:t>ožnost razumevanja enostavnih in kompleksnejših navodil.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CA5E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</w:t>
            </w:r>
            <w:r w:rsidRPr="00D75C67">
              <w:rPr>
                <w:sz w:val="15"/>
                <w:lang w:val="sl-SI"/>
              </w:rPr>
              <w:t>ek: zmožnost razumevanja enostavnih in kompleksnejših navodil. Učenec cilj prenese v novo situacijo, utemelji ravnanje in predlaga izboljšavo.</w:t>
            </w:r>
          </w:p>
        </w:tc>
      </w:tr>
      <w:tr w:rsidR="00234674" w:rsidRPr="00D75C67" w14:paraId="6BE6714A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96F49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327E2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reševanju problemov, izbiri strategije, uporabi prikazov in razlagi</w:t>
            </w:r>
            <w:r w:rsidRPr="00D75C67">
              <w:rPr>
                <w:sz w:val="15"/>
                <w:lang w:val="sl-SI"/>
              </w:rPr>
              <w:t xml:space="preserve"> rešitev. Poudarek: zmožnost razumevanja enostavnih in kompleksnejših navodil.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1E7FA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 rešitev. Poudarek: zmožnost razu</w:t>
            </w:r>
            <w:r w:rsidRPr="00D75C67">
              <w:rPr>
                <w:sz w:val="15"/>
                <w:lang w:val="sl-SI"/>
              </w:rPr>
              <w:t>mevanja enostavnih in kompleksnejših navodil.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13E9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zmožnost</w:t>
            </w:r>
            <w:r w:rsidRPr="00D75C67">
              <w:rPr>
                <w:sz w:val="15"/>
                <w:lang w:val="sl-SI"/>
              </w:rPr>
              <w:t xml:space="preserve"> razumevanja enostavnih in kompleksnejših navodil. Učenec cilj prenese v novo situacijo, utemelji ravnanje in predlaga izboljšavo.</w:t>
            </w:r>
          </w:p>
        </w:tc>
      </w:tr>
      <w:tr w:rsidR="00234674" w:rsidRPr="00D75C67" w14:paraId="54C2A26E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9518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D2E6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zbiranju podatkov in predstavitvi </w:t>
            </w:r>
            <w:r w:rsidRPr="00D75C67">
              <w:rPr>
                <w:sz w:val="15"/>
                <w:lang w:val="sl-SI"/>
              </w:rPr>
              <w:t>ugotovitev. Poudarek: zmožnost razumevanja enostavnih in kompleksnejših navodil.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D2EF0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 predstavitvi ugotovitev. Poudarek: zmožno</w:t>
            </w:r>
            <w:r w:rsidRPr="00D75C67">
              <w:rPr>
                <w:sz w:val="15"/>
                <w:lang w:val="sl-SI"/>
              </w:rPr>
              <w:t>st razumevanja enostavnih in kompleksnejših navodil.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9DA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opazovanju, raziskovanju, poskusih, zbiranju podatkov in predstavitvi ugotovitev. Poudar</w:t>
            </w:r>
            <w:r w:rsidRPr="00D75C67">
              <w:rPr>
                <w:sz w:val="15"/>
                <w:lang w:val="sl-SI"/>
              </w:rPr>
              <w:t>ek: zmožnost razumevanja enostavnih in kompleksnejših navodil. Učenec cilj prenese v novo situacijo, utemelji ravnanje in predlaga izboljšavo.</w:t>
            </w:r>
          </w:p>
        </w:tc>
      </w:tr>
      <w:tr w:rsidR="00234674" w:rsidRPr="00D75C67" w14:paraId="4E9FD7C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DE28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BA4A3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</w:t>
            </w:r>
            <w:r w:rsidRPr="00D75C67">
              <w:rPr>
                <w:sz w:val="15"/>
                <w:lang w:val="sl-SI"/>
              </w:rPr>
              <w:t>lasbe. Poudarek: zmožnost razumevanja enostavnih in kompleksnejših navodil.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BDA6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ritmičnih vzorcev, poslušanju in ustvarjanju glasbe. Poudarek: zmožnost razumevanja enost</w:t>
            </w:r>
            <w:r w:rsidRPr="00D75C67">
              <w:rPr>
                <w:sz w:val="15"/>
                <w:lang w:val="sl-SI"/>
              </w:rPr>
              <w:t>avnih in kompleksnejših navodil.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B7AE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ustvarjanju glasbe. Poudarek: zmožnost razumevanja enostavnih</w:t>
            </w:r>
            <w:r w:rsidRPr="00D75C67">
              <w:rPr>
                <w:sz w:val="15"/>
                <w:lang w:val="sl-SI"/>
              </w:rPr>
              <w:t xml:space="preserve"> in kompleksnejših navodil. Učenec cilj prenese v novo situacijo, utemelji ravnanje in predlaga izboljšavo.</w:t>
            </w:r>
          </w:p>
        </w:tc>
      </w:tr>
      <w:tr w:rsidR="00234674" w:rsidRPr="00D75C67" w14:paraId="12D4B7C3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265C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AD73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načrtovanju motiva, izbiri tehnike, ustvarjanju in vrednotenju izdelka. Poudarek: zmožnost </w:t>
            </w:r>
            <w:r w:rsidRPr="00D75C67">
              <w:rPr>
                <w:sz w:val="15"/>
                <w:lang w:val="sl-SI"/>
              </w:rPr>
              <w:t>razumevanja enostavnih in kompleksnejših navodil.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B22F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zmožnost razumevanja enostavnih in kompleksnejš</w:t>
            </w:r>
            <w:r w:rsidRPr="00D75C67">
              <w:rPr>
                <w:sz w:val="15"/>
                <w:lang w:val="sl-SI"/>
              </w:rPr>
              <w:t>ih navodil.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BA22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načrtovanju motiva, izbiri tehnike, ustvarjanju in vrednotenju izdelka. Poudarek: zmožnost razumevanja enostavnih in kompleksnejš</w:t>
            </w:r>
            <w:r w:rsidRPr="00D75C67">
              <w:rPr>
                <w:sz w:val="15"/>
                <w:lang w:val="sl-SI"/>
              </w:rPr>
              <w:t>ih navodil. Učenec cilj prenese v novo situacijo, utemelji ravnanje in predlaga izboljšavo.</w:t>
            </w:r>
          </w:p>
        </w:tc>
      </w:tr>
      <w:tr w:rsidR="00234674" w:rsidRPr="00D75C67" w14:paraId="385A3A5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9A5F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46CD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učenju gibalnih nalog, spremljanju napredka in samoocenjevanju izvedbe. Poudarek: zmožnost razumevanja enostavnih in </w:t>
            </w:r>
            <w:r w:rsidRPr="00D75C67">
              <w:rPr>
                <w:sz w:val="15"/>
                <w:lang w:val="sl-SI"/>
              </w:rPr>
              <w:t>kompleksnejših navodil.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57362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zmožnost razumevanja enostavnih in kompleksnejših navodil. Učenec cilj up</w:t>
            </w:r>
            <w:r w:rsidRPr="00D75C67">
              <w:rPr>
                <w:sz w:val="15"/>
                <w:lang w:val="sl-SI"/>
              </w:rPr>
              <w:t>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602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 nalog, spremljanju napredka in samoocenjevanju izvedbe. Poudarek: zmožnost razumevanja enostavnih in kompleksnejših navodil. Učenec cilj pr</w:t>
            </w:r>
            <w:r w:rsidRPr="00D75C67">
              <w:rPr>
                <w:sz w:val="15"/>
                <w:lang w:val="sl-SI"/>
              </w:rPr>
              <w:t>enese v novo situacijo, utemelji ravnanje in predlaga izboljšavo.</w:t>
            </w:r>
          </w:p>
        </w:tc>
      </w:tr>
      <w:tr w:rsidR="00234674" w:rsidRPr="00D75C67" w14:paraId="6DC71C0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7D200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419E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usvajanju besedišča, razumevanju navodil ter poslušanju in govornem odzivanju. Poudarek: zmožnost razumevanja enostavnih in kompleksnejših </w:t>
            </w:r>
            <w:r w:rsidRPr="00D75C67">
              <w:rPr>
                <w:sz w:val="15"/>
                <w:lang w:val="sl-SI"/>
              </w:rPr>
              <w:t>navodil.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F5F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usvajanju besedišča, razumevanju navodil ter poslušanju in govornem odzivanju. Poudarek: zmožnost razumevanja enostavnih in kompleksnejših navodil. Učenec cilj uporabi v </w:t>
            </w:r>
            <w:r w:rsidRPr="00D75C67">
              <w:rPr>
                <w:sz w:val="15"/>
                <w:lang w:val="sl-SI"/>
              </w:rPr>
              <w:t>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CC9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usvajanju besedišča, razumevanju navodil ter poslušanju in govornem odzivanju. Poudarek: zmožnost razumevanja enostavnih in kompleksnejših navodil. Učenec cilj </w:t>
            </w:r>
            <w:r w:rsidRPr="00D75C67">
              <w:rPr>
                <w:sz w:val="15"/>
                <w:lang w:val="sl-SI"/>
              </w:rPr>
              <w:t>prenese v novo situacijo, utemelji ravnanje in predlaga izboljšavo.</w:t>
            </w:r>
          </w:p>
        </w:tc>
      </w:tr>
      <w:tr w:rsidR="00234674" w:rsidRPr="00D75C67" w14:paraId="5C71F593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8A64B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45F7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načrtovanju samostojnega učenja, domačih nalogah, interesnih dejavnostih, refleksiji in medvrstniški pomoči. Poudarek: zmožnost razume</w:t>
            </w:r>
            <w:r w:rsidRPr="00D75C67">
              <w:rPr>
                <w:color w:val="673E82"/>
                <w:sz w:val="15"/>
                <w:lang w:val="sl-SI"/>
              </w:rPr>
              <w:t>vanja enostavnih in kompleksnejših navodil.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2667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dejavnostih, refleksiji in medvrstniški pomoči. Poudarek: zmožnost razumev</w:t>
            </w:r>
            <w:r w:rsidRPr="00D75C67">
              <w:rPr>
                <w:color w:val="673E82"/>
                <w:sz w:val="15"/>
                <w:lang w:val="sl-SI"/>
              </w:rPr>
              <w:t>anja enostavnih in kompleksnejših navodil.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4F5B6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nalogah, interesnih dejavnostih, refleksiji in medvrstniš</w:t>
            </w:r>
            <w:r w:rsidRPr="00D75C67">
              <w:rPr>
                <w:color w:val="673E82"/>
                <w:sz w:val="15"/>
                <w:lang w:val="sl-SI"/>
              </w:rPr>
              <w:t>ki pomoči. Poudarek: zmožnost razumevanja enostavnih in kompleksnejših navodil. Učenec cilj prenese v novo situacijo, utemelji ravnanje in predlaga izboljšavo.</w:t>
            </w:r>
          </w:p>
        </w:tc>
      </w:tr>
    </w:tbl>
    <w:p w14:paraId="1AE6F7F9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</w:t>
      </w:r>
      <w:r w:rsidRPr="00D75C67">
        <w:rPr>
          <w:sz w:val="16"/>
          <w:lang w:val="sl-SI"/>
        </w:rPr>
        <w:t>tka povratna informacija.</w:t>
      </w:r>
    </w:p>
    <w:p w14:paraId="29C3DC28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3123AE3" w14:textId="5D13358E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13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Zbira in beleži informacije.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474C0806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69DD5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5D72B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729C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DA99D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A69953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DC96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74B8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nastopu in jezikovnih nalogah. Poudarek: informacije. </w:t>
            </w:r>
            <w:r w:rsidRPr="00D75C67">
              <w:rPr>
                <w:sz w:val="15"/>
                <w:lang w:val="sl-SI"/>
              </w:rPr>
              <w:t>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D7E4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informacije.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543B0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Poudarek: informacije. Učenec cilj prenese v novo situacijo, utemelji ravnanje in predlaga izboljšavo.</w:t>
            </w:r>
          </w:p>
        </w:tc>
      </w:tr>
      <w:tr w:rsidR="00234674" w:rsidRPr="00D75C67" w14:paraId="7A86A504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8E74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085BA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</w:t>
            </w:r>
            <w:r w:rsidRPr="00D75C67">
              <w:rPr>
                <w:sz w:val="15"/>
                <w:lang w:val="sl-SI"/>
              </w:rPr>
              <w:t>podpori pri reševanju problemov, izbiri strategije, uporabi prikazov in razlagi rešitev. Poudarek: informacije.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B163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</w:t>
            </w:r>
            <w:r w:rsidRPr="00D75C67">
              <w:rPr>
                <w:sz w:val="15"/>
                <w:lang w:val="sl-SI"/>
              </w:rPr>
              <w:t xml:space="preserve"> rešitev. Poudarek: informacije.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3A381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informacije. Učenec c</w:t>
            </w:r>
            <w:r w:rsidRPr="00D75C67">
              <w:rPr>
                <w:sz w:val="15"/>
                <w:lang w:val="sl-SI"/>
              </w:rPr>
              <w:t>ilj prenese v novo situacijo, utemelji ravnanje in predlaga izboljšavo.</w:t>
            </w:r>
          </w:p>
        </w:tc>
      </w:tr>
      <w:tr w:rsidR="00234674" w:rsidRPr="00D75C67" w14:paraId="1843DF7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7582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18EF0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opazovanju, raziskovanju, poskusih, zbiranju podatkov in predstavitvi ugotovitev. Poudarek: informacije. Učenec pokaže cilj z ravn</w:t>
            </w:r>
            <w:r w:rsidRPr="00D75C67">
              <w:rPr>
                <w:sz w:val="15"/>
                <w:lang w:val="sl-SI"/>
              </w:rPr>
              <w:t>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5D2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 predstavitvi ugotovitev. Poudarek: informacije.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C0247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</w:t>
            </w:r>
            <w:r w:rsidRPr="00D75C67">
              <w:rPr>
                <w:sz w:val="15"/>
                <w:lang w:val="sl-SI"/>
              </w:rPr>
              <w:t>e dejavnost pri opazovanju, raziskovanju, poskusih, zbiranju podatkov in predstavitvi ugotovitev. Poudarek: informacije. Učenec cilj prenese v novo situacijo, utemelji ravnanje in predlaga izboljšavo.</w:t>
            </w:r>
          </w:p>
        </w:tc>
      </w:tr>
      <w:tr w:rsidR="00234674" w:rsidRPr="00D75C67" w14:paraId="6EF9D235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E0CA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B9C49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</w:t>
            </w:r>
            <w:r w:rsidRPr="00D75C67">
              <w:rPr>
                <w:sz w:val="15"/>
                <w:lang w:val="sl-SI"/>
              </w:rPr>
              <w:t>enju pesmi, ritmičnih vzorcev, poslušanju in ustvarjanju glasbe. Poudarek: informacije.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B6D7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učenju pesmi, ritmičnih vzorcev, poslušanju in ustvarjanju glasbe. Poudarek: informacije. </w:t>
            </w:r>
            <w:r w:rsidRPr="00D75C67">
              <w:rPr>
                <w:sz w:val="15"/>
                <w:lang w:val="sl-SI"/>
              </w:rPr>
              <w:t>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81A7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ustvarjanju glasbe. Poudarek: informacije. Učenec cilj prenese v novo situacijo, utemelji ravn</w:t>
            </w:r>
            <w:r w:rsidRPr="00D75C67">
              <w:rPr>
                <w:sz w:val="15"/>
                <w:lang w:val="sl-SI"/>
              </w:rPr>
              <w:t>anje in predlaga izboljšavo.</w:t>
            </w:r>
          </w:p>
        </w:tc>
      </w:tr>
      <w:tr w:rsidR="00234674" w:rsidRPr="00D75C67" w14:paraId="5E04F4E9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022F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E6BDB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načrtovanju motiva, izbiri tehnike, ustvarjanju in vrednotenju izdelka. Poudarek: informacije.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09D8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</w:t>
            </w:r>
            <w:r w:rsidRPr="00D75C67">
              <w:rPr>
                <w:sz w:val="15"/>
                <w:lang w:val="sl-SI"/>
              </w:rPr>
              <w:t>rtovanju motiva, izbiri tehnike, ustvarjanju in vrednotenju izdelka. Poudarek: informacije.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B5081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načrtovanju motiva, izbiri tehnike, ustvarjanju i</w:t>
            </w:r>
            <w:r w:rsidRPr="00D75C67">
              <w:rPr>
                <w:sz w:val="15"/>
                <w:lang w:val="sl-SI"/>
              </w:rPr>
              <w:t>n vrednotenju izdelka. Poudarek: informacije. Učenec cilj prenese v novo situacijo, utemelji ravnanje in predlaga izboljšavo.</w:t>
            </w:r>
          </w:p>
        </w:tc>
      </w:tr>
      <w:tr w:rsidR="00234674" w:rsidRPr="00D75C67" w14:paraId="7B3F9C8C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3467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6850E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spremljanju napredka in samoocenjevanju izvedbe. Poudarek: informa</w:t>
            </w:r>
            <w:r w:rsidRPr="00D75C67">
              <w:rPr>
                <w:sz w:val="15"/>
                <w:lang w:val="sl-SI"/>
              </w:rPr>
              <w:t>cije.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F51A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informacije.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9B2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 nalog, spremljanju napredka in samoocenjevanju izvedbe. Poudarek: informacije. Učenec cilj prenese v novo situacijo, utemelji ravnanje in predlaga izboljšavo.</w:t>
            </w:r>
          </w:p>
        </w:tc>
      </w:tr>
      <w:tr w:rsidR="00234674" w:rsidRPr="00D75C67" w14:paraId="527739A3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659E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84F1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</w:t>
            </w:r>
            <w:r w:rsidRPr="00D75C67">
              <w:rPr>
                <w:sz w:val="15"/>
                <w:lang w:val="sl-SI"/>
              </w:rPr>
              <w:t>podpori pri usvajanju besedišča, razumevanju navodil ter poslušanju in govornem odzivanju. Poudarek: informacije.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20148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 navodil ter poslušanju in govorn</w:t>
            </w:r>
            <w:r w:rsidRPr="00D75C67">
              <w:rPr>
                <w:sz w:val="15"/>
                <w:lang w:val="sl-SI"/>
              </w:rPr>
              <w:t>em odzivanju. Poudarek: informacije.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C1521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usvajanju besedišča, razumevanju navodil ter poslušanju in govornem odzivanju. Poudarek: informacije. Uč</w:t>
            </w:r>
            <w:r w:rsidRPr="00D75C67">
              <w:rPr>
                <w:sz w:val="15"/>
                <w:lang w:val="sl-SI"/>
              </w:rPr>
              <w:t>enec cilj prenese v novo situacijo, utemelji ravnanje in predlaga izboljšavo.</w:t>
            </w:r>
          </w:p>
        </w:tc>
      </w:tr>
      <w:tr w:rsidR="00234674" w:rsidRPr="00D75C67" w14:paraId="36D5D80B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EAF0A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F8A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načrtovanju samostojnega učenja, domačih nalogah, interesnih dejavnostih, refleksiji in medvrstniški pomoči. Poudarek: infor</w:t>
            </w:r>
            <w:r w:rsidRPr="00D75C67">
              <w:rPr>
                <w:color w:val="673E82"/>
                <w:sz w:val="15"/>
                <w:lang w:val="sl-SI"/>
              </w:rPr>
              <w:t>macije.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0DEA7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dejavnostih, refleksiji in medvrstniški pomoči. Poudarek: informacije. Učenec cilj uporabi v nalogi, pojasni i</w:t>
            </w:r>
            <w:r w:rsidRPr="00D75C67">
              <w:rPr>
                <w:color w:val="673E82"/>
                <w:sz w:val="15"/>
                <w:lang w:val="sl-SI"/>
              </w:rPr>
              <w:t>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E979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nalogah, interesnih dejavnostih, refleksiji in medvrstniški pomoči. Poudarek: informacije. Učenec cilj prenese v novo situacijo, utemelji r</w:t>
            </w:r>
            <w:r w:rsidRPr="00D75C67">
              <w:rPr>
                <w:color w:val="673E82"/>
                <w:sz w:val="15"/>
                <w:lang w:val="sl-SI"/>
              </w:rPr>
              <w:t>avnanje in predlaga izboljšavo.</w:t>
            </w:r>
          </w:p>
        </w:tc>
      </w:tr>
    </w:tbl>
    <w:p w14:paraId="44CDDC30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2884EE23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434A7F6" w14:textId="617065E1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14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enostavnih strategij pomnjenja.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22EF69C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1C4F4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191DA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3232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B84B5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1D63FC7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B7AC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AC86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besedili, bralnih strategijah, govornem nastopu in jezikovnih nalogah. Poudarek: enostavnih strategij pomnjenja.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9791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delu z besedili, bralnih </w:t>
            </w:r>
            <w:r w:rsidRPr="00D75C67">
              <w:rPr>
                <w:sz w:val="15"/>
                <w:lang w:val="sl-SI"/>
              </w:rPr>
              <w:t>strategijah, govornem nastopu in jezikovnih nalogah. Poudarek: enostavnih strategij pomnjenja.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58E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</w:t>
            </w:r>
            <w:r w:rsidRPr="00D75C67">
              <w:rPr>
                <w:sz w:val="15"/>
                <w:lang w:val="sl-SI"/>
              </w:rPr>
              <w:t xml:space="preserve"> nastopu in jezikovnih nalogah. Poudarek: enostavnih strategij pomnjenja. Učenec cilj prenese v novo situacijo, utemelji ravnanje in predlaga izboljšavo.</w:t>
            </w:r>
          </w:p>
        </w:tc>
      </w:tr>
      <w:tr w:rsidR="00234674" w:rsidRPr="00D75C67" w14:paraId="6561309F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9C26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0349A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reševanju problemov, izbiri strategije, uporabi prikazov</w:t>
            </w:r>
            <w:r w:rsidRPr="00D75C67">
              <w:rPr>
                <w:sz w:val="15"/>
                <w:lang w:val="sl-SI"/>
              </w:rPr>
              <w:t xml:space="preserve"> in razlagi rešitev. Poudarek: enostavnih strategij pomnjenja.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2D3E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 rešitev. Poudarek: enostavnih strategij pomnjenj</w:t>
            </w:r>
            <w:r w:rsidRPr="00D75C67">
              <w:rPr>
                <w:sz w:val="15"/>
                <w:lang w:val="sl-SI"/>
              </w:rPr>
              <w:t>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5412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enostavnih strategij pomnjenja. Učenec cilj prenese</w:t>
            </w:r>
            <w:r w:rsidRPr="00D75C67">
              <w:rPr>
                <w:sz w:val="15"/>
                <w:lang w:val="sl-SI"/>
              </w:rPr>
              <w:t xml:space="preserve"> v novo situacijo, utemelji ravnanje in predlaga izboljšavo.</w:t>
            </w:r>
          </w:p>
        </w:tc>
      </w:tr>
      <w:tr w:rsidR="00234674" w:rsidRPr="00D75C67" w14:paraId="392902F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335E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86C4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opazovanju, raziskovanju, poskusih, zbiranju podatkov in predstavitvi ugotovitev. Poudarek: enostavnih strategij pomnjenja. Učenec pokaže cil</w:t>
            </w:r>
            <w:r w:rsidRPr="00D75C67">
              <w:rPr>
                <w:sz w:val="15"/>
                <w:lang w:val="sl-SI"/>
              </w:rPr>
              <w:t>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35815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opazovanju, raziskovanju, poskusih, zbiranju podatkov in predstavitvi ugotovitev. Poudarek: enostavnih strategij pomnjenja. Učenec cilj uporabi v nalogi, pojasni izbiro in upošteva povratno </w:t>
            </w:r>
            <w:r w:rsidRPr="00D75C67">
              <w:rPr>
                <w:sz w:val="15"/>
                <w:lang w:val="sl-SI"/>
              </w:rPr>
              <w:t>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B0A1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opazovanju, raziskovanju, poskusih, zbiranju podatkov in predstavitvi ugotovitev. Poudarek: enostavnih strategij pomnjenja. Učenec cilj prenese v novo situacijo, utemelji ravnanje in predlaga izboljšavo.</w:t>
            </w:r>
          </w:p>
        </w:tc>
      </w:tr>
      <w:tr w:rsidR="00234674" w:rsidRPr="00D75C67" w14:paraId="4F1A6CC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6422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</w:t>
            </w:r>
            <w:r w:rsidRPr="00D75C67">
              <w:rPr>
                <w:b/>
                <w:color w:val="234E52"/>
                <w:sz w:val="15"/>
                <w:lang w:val="sl-SI"/>
              </w:rPr>
              <w:t>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833E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glasbe. Poudarek: enostavnih strategij pomnjenja.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FAFC3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</w:t>
            </w:r>
            <w:r w:rsidRPr="00D75C67">
              <w:rPr>
                <w:sz w:val="15"/>
                <w:lang w:val="sl-SI"/>
              </w:rPr>
              <w:t>nih vzorcev, poslušanju in ustvarjanju glasbe. Poudarek: enostavnih strategij pomnjenja.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AA08A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</w:t>
            </w:r>
            <w:r w:rsidRPr="00D75C67">
              <w:rPr>
                <w:sz w:val="15"/>
                <w:lang w:val="sl-SI"/>
              </w:rPr>
              <w:t>rjanju glasbe. Poudarek: enostavnih strategij pomnjenja. Učenec cilj prenese v novo situacijo, utemelji ravnanje in predlaga izboljšavo.</w:t>
            </w:r>
          </w:p>
        </w:tc>
      </w:tr>
      <w:tr w:rsidR="00234674" w:rsidRPr="00D75C67" w14:paraId="65D327DF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CC93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37AA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načrtovanju motiva, izbiri tehnike, ustvarjanju in vrednotenju izde</w:t>
            </w:r>
            <w:r w:rsidRPr="00D75C67">
              <w:rPr>
                <w:sz w:val="15"/>
                <w:lang w:val="sl-SI"/>
              </w:rPr>
              <w:t>lka. Poudarek: enostavnih strategij pomnjenja.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9F3DF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enostavnih strategij pomnjenja. Učenec cilj uporab</w:t>
            </w:r>
            <w:r w:rsidRPr="00D75C67">
              <w:rPr>
                <w:sz w:val="15"/>
                <w:lang w:val="sl-SI"/>
              </w:rPr>
              <w:t>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1893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načrtovanju motiva, izbiri tehnike, ustvarjanju in vrednotenju izdelka. Poudarek: enostavnih strategij pomnjenja. Učenec cilj prenese v novo situacijo, utemelj</w:t>
            </w:r>
            <w:r w:rsidRPr="00D75C67">
              <w:rPr>
                <w:sz w:val="15"/>
                <w:lang w:val="sl-SI"/>
              </w:rPr>
              <w:t>i ravnanje in predlaga izboljšavo.</w:t>
            </w:r>
          </w:p>
        </w:tc>
      </w:tr>
      <w:tr w:rsidR="00234674" w:rsidRPr="00D75C67" w14:paraId="48A15EA4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AD7FE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0FF4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spremljanju napredka in samoocenjevanju izvedbe. Poudarek: enostavnih strategij pomnjenja.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17D5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</w:t>
            </w:r>
            <w:r w:rsidRPr="00D75C67">
              <w:rPr>
                <w:sz w:val="15"/>
                <w:lang w:val="sl-SI"/>
              </w:rPr>
              <w:t>skupini pri učenju gibalnih nalog, spremljanju napredka in samoocenjevanju izvedbe. Poudarek: enostavnih strategij pomnjenja.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6BC6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</w:t>
            </w:r>
            <w:r w:rsidRPr="00D75C67">
              <w:rPr>
                <w:sz w:val="15"/>
                <w:lang w:val="sl-SI"/>
              </w:rPr>
              <w:t xml:space="preserve"> nalog, spremljanju napredka in samoocenjevanju izvedbe. Poudarek: enostavnih strategij pomnjenja. Učenec cilj prenese v novo situacijo, utemelji ravnanje in predlaga izboljšavo.</w:t>
            </w:r>
          </w:p>
        </w:tc>
      </w:tr>
      <w:tr w:rsidR="00234674" w:rsidRPr="00D75C67" w14:paraId="5118B9C0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B887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3EB5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usvajanju besedišča, razum</w:t>
            </w:r>
            <w:r w:rsidRPr="00D75C67">
              <w:rPr>
                <w:sz w:val="15"/>
                <w:lang w:val="sl-SI"/>
              </w:rPr>
              <w:t>evanju navodil ter poslušanju in govornem odzivanju. Poudarek: enostavnih strategij pomnjenja.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C92D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 navodil ter poslušanju in govornem odzivanju. Pouda</w:t>
            </w:r>
            <w:r w:rsidRPr="00D75C67">
              <w:rPr>
                <w:sz w:val="15"/>
                <w:lang w:val="sl-SI"/>
              </w:rPr>
              <w:t>rek: enostavnih strategij pomnjenja.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F3052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usvajanju besedišča, razumevanju navodil ter poslušanju in govornem odzivanju. Poudarek: enostavnih stra</w:t>
            </w:r>
            <w:r w:rsidRPr="00D75C67">
              <w:rPr>
                <w:sz w:val="15"/>
                <w:lang w:val="sl-SI"/>
              </w:rPr>
              <w:t>tegij pomnjenja. Učenec cilj prenese v novo situacijo, utemelji ravnanje in predlaga izboljšavo.</w:t>
            </w:r>
          </w:p>
        </w:tc>
      </w:tr>
      <w:tr w:rsidR="00234674" w:rsidRPr="00D75C67" w14:paraId="1A99B72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AD0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47DD2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pri načrtovanju samostojnega učenja, domačih nalogah, interesnih dejavnostih, refleksiji in medvrstniški </w:t>
            </w:r>
            <w:r w:rsidRPr="00D75C67">
              <w:rPr>
                <w:color w:val="673E82"/>
                <w:sz w:val="15"/>
                <w:lang w:val="sl-SI"/>
              </w:rPr>
              <w:t>pomoči. Poudarek: enostavnih strategij pomnjenja.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FADA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dejavnostih, refleksiji in medvrstniški pomoči. Poudarek: enostavnih</w:t>
            </w:r>
            <w:r w:rsidRPr="00D75C67">
              <w:rPr>
                <w:color w:val="673E82"/>
                <w:sz w:val="15"/>
                <w:lang w:val="sl-SI"/>
              </w:rPr>
              <w:t xml:space="preserve"> strategij pomnjenja.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8A603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pri načrtovanju samostojnega učenja, domačih nalogah, interesnih dejavnostih, refleksiji in medvrstniški pomoči. Poudarek: </w:t>
            </w:r>
            <w:r w:rsidRPr="00D75C67">
              <w:rPr>
                <w:color w:val="673E82"/>
                <w:sz w:val="15"/>
                <w:lang w:val="sl-SI"/>
              </w:rPr>
              <w:t>enostavnih strategij pomnjenja. Učenec cilj prenese v novo situacijo, utemelji ravnanje in predlaga izboljšavo.</w:t>
            </w:r>
          </w:p>
        </w:tc>
      </w:tr>
    </w:tbl>
    <w:p w14:paraId="16145492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24FD331E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5C717B4" w14:textId="18E67425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15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 svojimi b</w:t>
      </w:r>
      <w:r w:rsidRPr="00D75C67">
        <w:rPr>
          <w:color w:val="234E52"/>
          <w:sz w:val="21"/>
          <w:lang w:val="sl-SI"/>
        </w:rPr>
        <w:t>esedami pove, kaj se uči in kaj mora znati, da bi nalogo uspešno rešil.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A00B7EF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E50E2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5D167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335EF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D023F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D60B46A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9D39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BA3A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nastopu in jezikovnih nalogah. Poudarek: kaj se uči </w:t>
            </w:r>
            <w:r w:rsidRPr="00D75C67">
              <w:rPr>
                <w:sz w:val="15"/>
                <w:lang w:val="sl-SI"/>
              </w:rPr>
              <w:t>in kaj mora znati, da bi nalogo uspešno rešil.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51D1E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kaj se uči in kaj mora znati, da bi nalogo u</w:t>
            </w:r>
            <w:r w:rsidRPr="00D75C67">
              <w:rPr>
                <w:sz w:val="15"/>
                <w:lang w:val="sl-SI"/>
              </w:rPr>
              <w:t>spešno rešil.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EE41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Poudarek: kaj se uči in kaj mora znati, da bi nal</w:t>
            </w:r>
            <w:r w:rsidRPr="00D75C67">
              <w:rPr>
                <w:sz w:val="15"/>
                <w:lang w:val="sl-SI"/>
              </w:rPr>
              <w:t>ogo uspešno rešil. Učenec cilj prenese v novo situacijo, utemelji ravnanje in predlaga izboljšavo.</w:t>
            </w:r>
          </w:p>
        </w:tc>
      </w:tr>
      <w:tr w:rsidR="00234674" w:rsidRPr="00D75C67" w14:paraId="7FFCB736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622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88C4E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reševanju problemov, izbiri strategije, uporabi prikazov in razlagi rešitev. Poudarek: kaj se uči in kaj mora </w:t>
            </w:r>
            <w:r w:rsidRPr="00D75C67">
              <w:rPr>
                <w:sz w:val="15"/>
                <w:lang w:val="sl-SI"/>
              </w:rPr>
              <w:t>znati, da bi nalogo uspešno rešil.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F695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 rešitev. Poudarek: kaj se uči in kaj mora znati, da bi nalogo uspešno rešil.</w:t>
            </w:r>
            <w:r w:rsidRPr="00D75C67">
              <w:rPr>
                <w:sz w:val="15"/>
                <w:lang w:val="sl-SI"/>
              </w:rPr>
              <w:t xml:space="preserve">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C3EA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kaj se uči in kaj mora znati, da bi nalogo uspešno re</w:t>
            </w:r>
            <w:r w:rsidRPr="00D75C67">
              <w:rPr>
                <w:sz w:val="15"/>
                <w:lang w:val="sl-SI"/>
              </w:rPr>
              <w:t>šil. Učenec cilj prenese v novo situacijo, utemelji ravnanje in predlaga izboljšavo.</w:t>
            </w:r>
          </w:p>
        </w:tc>
      </w:tr>
      <w:tr w:rsidR="00234674" w:rsidRPr="00D75C67" w14:paraId="7147C3F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0D892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5384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zbiranju podatkov in predstavitvi ugotovitev. Poudarek: kaj se uči in kaj mora </w:t>
            </w:r>
            <w:r w:rsidRPr="00D75C67">
              <w:rPr>
                <w:sz w:val="15"/>
                <w:lang w:val="sl-SI"/>
              </w:rPr>
              <w:t>znati, da bi nalogo uspešno rešil.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1A419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 predstavitvi ugotovitev. Poudarek: kaj se uči in kaj mora znati, da bi nalogo uspešno r</w:t>
            </w:r>
            <w:r w:rsidRPr="00D75C67">
              <w:rPr>
                <w:sz w:val="15"/>
                <w:lang w:val="sl-SI"/>
              </w:rPr>
              <w:t>ešil.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53935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opazovanju, raziskovanju, poskusih, zbiranju podatkov in predstavitvi ugotovitev. Poudarek: kaj se uči in kaj mora znati, da bi nalogo </w:t>
            </w:r>
            <w:r w:rsidRPr="00D75C67">
              <w:rPr>
                <w:sz w:val="15"/>
                <w:lang w:val="sl-SI"/>
              </w:rPr>
              <w:t>uspešno rešil. Učenec cilj prenese v novo situacijo, utemelji ravnanje in predlaga izboljšavo.</w:t>
            </w:r>
          </w:p>
        </w:tc>
      </w:tr>
      <w:tr w:rsidR="00234674" w:rsidRPr="00D75C67" w14:paraId="3DB5C7B0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35113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E2B0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glasbe. Poudarek: kaj se uči in kaj mora znati, d</w:t>
            </w:r>
            <w:r w:rsidRPr="00D75C67">
              <w:rPr>
                <w:sz w:val="15"/>
                <w:lang w:val="sl-SI"/>
              </w:rPr>
              <w:t>a bi nalogo uspešno rešil.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243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ritmičnih vzorcev, poslušanju in ustvarjanju glasbe. Poudarek: kaj se uči in kaj mora znati, da bi nalogo uspešno rešil. Učenec cilj upora</w:t>
            </w:r>
            <w:r w:rsidRPr="00D75C67">
              <w:rPr>
                <w:sz w:val="15"/>
                <w:lang w:val="sl-SI"/>
              </w:rPr>
              <w:t>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0D424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ustvarjanju glasbe. Poudarek: kaj se uči in kaj mora znati, da bi nalogo uspešno rešil. Učenec cilj prenese v n</w:t>
            </w:r>
            <w:r w:rsidRPr="00D75C67">
              <w:rPr>
                <w:sz w:val="15"/>
                <w:lang w:val="sl-SI"/>
              </w:rPr>
              <w:t>ovo situacijo, utemelji ravnanje in predlaga izboljšavo.</w:t>
            </w:r>
          </w:p>
        </w:tc>
      </w:tr>
      <w:tr w:rsidR="00234674" w:rsidRPr="00D75C67" w14:paraId="626A51AA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BA6F8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543CB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načrtovanju motiva, izbiri tehnike, ustvarjanju in vrednotenju izdelka. Poudarek: kaj se uči in kaj mora znati, da bi nalogo uspešno rešil. Učenec </w:t>
            </w:r>
            <w:r w:rsidRPr="00D75C67">
              <w:rPr>
                <w:sz w:val="15"/>
                <w:lang w:val="sl-SI"/>
              </w:rPr>
              <w:t>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A93F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kaj se uči in kaj mora znati, da bi nalogo uspešno rešil. Učenec cilj uporabi v nalogi, pojasni izbiro i</w:t>
            </w:r>
            <w:r w:rsidRPr="00D75C67">
              <w:rPr>
                <w:sz w:val="15"/>
                <w:lang w:val="sl-SI"/>
              </w:rPr>
              <w:t>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E968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načrtovanju motiva, izbiri tehnike, ustvarjanju in vrednotenju izdelka. Poudarek: kaj se uči in kaj mora znati, da bi nalogo uspešno rešil. Učenec cilj prenese v novo situacijo, utemelji </w:t>
            </w:r>
            <w:r w:rsidRPr="00D75C67">
              <w:rPr>
                <w:sz w:val="15"/>
                <w:lang w:val="sl-SI"/>
              </w:rPr>
              <w:t>ravnanje in predlaga izboljšavo.</w:t>
            </w:r>
          </w:p>
        </w:tc>
      </w:tr>
      <w:tr w:rsidR="00234674" w:rsidRPr="00D75C67" w14:paraId="22C2308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BDF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02A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spremljanju napredka in samoocenjevanju izvedbe. Poudarek: kaj se uči in kaj mora znati, da bi nalogo uspešno rešil. Učenec pokaže cilj z ravnanjem ali kratkim</w:t>
            </w:r>
            <w:r w:rsidRPr="00D75C67">
              <w:rPr>
                <w:sz w:val="15"/>
                <w:lang w:val="sl-SI"/>
              </w:rPr>
              <w:t xml:space="preserve">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A5E7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kaj se uči in kaj mora znati, da bi nalogo uspešno rešil.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A6A9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</w:t>
            </w:r>
            <w:r w:rsidRPr="00D75C67">
              <w:rPr>
                <w:sz w:val="15"/>
                <w:lang w:val="sl-SI"/>
              </w:rPr>
              <w:t>mostojneje načrtuje dejavnost pri učenju gibalnih nalog, spremljanju napredka in samoocenjevanju izvedbe. Poudarek: kaj se uči in kaj mora znati, da bi nalogo uspešno rešil. Učenec cilj prenese v novo situacijo, utemelji ravnanje in predlaga izboljšavo.</w:t>
            </w:r>
          </w:p>
        </w:tc>
      </w:tr>
      <w:tr w:rsidR="00234674" w:rsidRPr="00D75C67" w14:paraId="3772E5D4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C836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</w:t>
            </w:r>
            <w:r w:rsidRPr="00D75C67">
              <w:rPr>
                <w:b/>
                <w:color w:val="234E52"/>
                <w:sz w:val="15"/>
                <w:lang w:val="sl-SI"/>
              </w:rPr>
              <w:t>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D926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usvajanju besedišča, razumevanju navodil ter poslušanju in govornem odzivanju. Poudarek: kaj se uči in kaj mora znati, da bi nalogo uspešno rešil.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A176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</w:t>
            </w:r>
            <w:r w:rsidRPr="00D75C67">
              <w:rPr>
                <w:sz w:val="15"/>
                <w:lang w:val="sl-SI"/>
              </w:rPr>
              <w:t xml:space="preserve"> ali skupini pri usvajanju besedišča, razumevanju navodil ter poslušanju in govornem odzivanju. Poudarek: kaj se uči in kaj mora znati, da bi nalogo uspešno rešil.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4C1FF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>načrtuje dejavnost pri usvajanju besedišča, razumevanju navodil ter poslušanju in govornem odzivanju. Poudarek: kaj se uči in kaj mora znati, da bi nalogo uspešno rešil. Učenec cilj prenese v novo situacijo, utemelji ravnanje in predlaga izboljšavo.</w:t>
            </w:r>
          </w:p>
        </w:tc>
      </w:tr>
      <w:tr w:rsidR="00234674" w:rsidRPr="00D75C67" w14:paraId="3AEB6D9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E7B8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</w:t>
            </w:r>
            <w:r w:rsidRPr="00D75C67">
              <w:rPr>
                <w:b/>
                <w:color w:val="673E82"/>
                <w:sz w:val="15"/>
                <w:lang w:val="sl-SI"/>
              </w:rPr>
              <w:t>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8E9F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pri načrtovanju samostojnega učenja, domačih nalogah, interesnih dejavnostih, refleksiji in medvrstniški pomoči. Poudarek: kaj se uči in kaj mora znati, da bi nalogo uspešno rešil. Učenec pokaže cilj z ravnanjem </w:t>
            </w:r>
            <w:r w:rsidRPr="00D75C67">
              <w:rPr>
                <w:color w:val="673E82"/>
                <w:sz w:val="15"/>
                <w:lang w:val="sl-SI"/>
              </w:rPr>
              <w:t>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7F4F7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dejavnostih, refleksiji in medvrstniški pomoči. Poudarek: kaj se uči in kaj mora znati, da bi nalogo uspešno rešil. Učenec cilj uporabi v nalogi, poj</w:t>
            </w:r>
            <w:r w:rsidRPr="00D75C67">
              <w:rPr>
                <w:color w:val="673E82"/>
                <w:sz w:val="15"/>
                <w:lang w:val="sl-SI"/>
              </w:rPr>
              <w:t>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19129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nalogah, interesnih dejavnostih, refleksiji in medvrstniški pomoči. Poudarek: kaj se uči in kaj mora znati, da bi nalogo uspešno reši</w:t>
            </w:r>
            <w:r w:rsidRPr="00D75C67">
              <w:rPr>
                <w:color w:val="673E82"/>
                <w:sz w:val="15"/>
                <w:lang w:val="sl-SI"/>
              </w:rPr>
              <w:t>l. Učenec cilj prenese v novo situacijo, utemelji ravnanje in predlaga izboljšavo.</w:t>
            </w:r>
          </w:p>
        </w:tc>
      </w:tr>
    </w:tbl>
    <w:p w14:paraId="74D83D5A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26B69D6F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B429E8F" w14:textId="57F56AAA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16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Načrtuje svojo pot učenja, ravna skladno</w:t>
      </w:r>
      <w:r w:rsidRPr="00D75C67">
        <w:rPr>
          <w:color w:val="234E52"/>
          <w:sz w:val="21"/>
          <w:lang w:val="sl-SI"/>
        </w:rPr>
        <w:t xml:space="preserve"> z načrtom in spremlja, kaj je že naredil ter kaj še mora narediti.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15BEF47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C995F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AD92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BA993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95D01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57036A66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F714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E46FD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nastopu in jezikovnih nalogah. Poudarek: svojo pot </w:t>
            </w:r>
            <w:r w:rsidRPr="00D75C67">
              <w:rPr>
                <w:sz w:val="15"/>
                <w:lang w:val="sl-SI"/>
              </w:rPr>
              <w:t>učenja, ravna skladno z načrtom in spremlja, kaj je že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A402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svojo pot učenja, ravna skladno z</w:t>
            </w:r>
            <w:r w:rsidRPr="00D75C67">
              <w:rPr>
                <w:sz w:val="15"/>
                <w:lang w:val="sl-SI"/>
              </w:rPr>
              <w:t xml:space="preserve"> načrtom in spremlja, kaj je že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0FD8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delu z besedili, bralnih strategijah, govornem nastopu in jezikovnih nalogah. Poudarek: svojo pot učenja, </w:t>
            </w:r>
            <w:r w:rsidRPr="00D75C67">
              <w:rPr>
                <w:sz w:val="15"/>
                <w:lang w:val="sl-SI"/>
              </w:rPr>
              <w:t>ravna skladno z načrtom in spremlja, kaj je že …. Učenec cilj prenese v novo situacijo, utemelji ravnanje in predlaga izboljšavo.</w:t>
            </w:r>
          </w:p>
        </w:tc>
      </w:tr>
      <w:tr w:rsidR="00234674" w:rsidRPr="00D75C67" w14:paraId="705D083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15BB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BDC0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reševanju problemov, izbiri strategije, uporabi prikazov in razlagi rešitev. </w:t>
            </w:r>
            <w:r w:rsidRPr="00D75C67">
              <w:rPr>
                <w:sz w:val="15"/>
                <w:lang w:val="sl-SI"/>
              </w:rPr>
              <w:t>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841E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 rešitev. Poudarek: svojo pot učen</w:t>
            </w:r>
            <w:r w:rsidRPr="00D75C67">
              <w:rPr>
                <w:sz w:val="15"/>
                <w:lang w:val="sl-SI"/>
              </w:rPr>
              <w:t>ja, ravna skladno z načrtom in spremlja, kaj je že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83ABA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reševanju problemov, izbiri strategije, uporabi prikazov in razlagi rešitev. Poudarek: </w:t>
            </w:r>
            <w:r w:rsidRPr="00D75C67">
              <w:rPr>
                <w:sz w:val="15"/>
                <w:lang w:val="sl-SI"/>
              </w:rPr>
              <w:t>svojo pot učenja, ravna skladno z načrtom in spremlja, kaj je že …. Učenec cilj prenese v novo situacijo, utemelji ravnanje in predlaga izboljšavo.</w:t>
            </w:r>
          </w:p>
        </w:tc>
      </w:tr>
      <w:tr w:rsidR="00234674" w:rsidRPr="00D75C67" w14:paraId="3062E9E9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1060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21F6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zbiranju podatkov </w:t>
            </w:r>
            <w:r w:rsidRPr="00D75C67">
              <w:rPr>
                <w:sz w:val="15"/>
                <w:lang w:val="sl-SI"/>
              </w:rPr>
              <w:t>in predstavitvi ugotovitev. 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5BE0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 predstavitvi ugo</w:t>
            </w:r>
            <w:r w:rsidRPr="00D75C67">
              <w:rPr>
                <w:sz w:val="15"/>
                <w:lang w:val="sl-SI"/>
              </w:rPr>
              <w:t>tovitev. Poudarek: svojo pot učenja, ravna skladno z načrtom in spremlja, kaj je že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BCA06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opazovanju, raziskovanju, poskusih, zbiranju podatkov </w:t>
            </w:r>
            <w:r w:rsidRPr="00D75C67">
              <w:rPr>
                <w:sz w:val="15"/>
                <w:lang w:val="sl-SI"/>
              </w:rPr>
              <w:t>in predstavitvi ugotovitev. Poudarek: svojo pot učenja, ravna skladno z načrtom in spremlja, kaj je že …. Učenec cilj prenese v novo situacijo, utemelji ravnanje in predlaga izboljšavo.</w:t>
            </w:r>
          </w:p>
        </w:tc>
      </w:tr>
      <w:tr w:rsidR="00234674" w:rsidRPr="00D75C67" w14:paraId="50817D56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B45C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5121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</w:t>
            </w:r>
            <w:r w:rsidRPr="00D75C67">
              <w:rPr>
                <w:sz w:val="15"/>
                <w:lang w:val="sl-SI"/>
              </w:rPr>
              <w:t>mičnih vzorcev, poslušanju in ustvarjanju glasbe. 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90C6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učenju pesmi, ritmičnih vzorcev, poslušanju in </w:t>
            </w:r>
            <w:r w:rsidRPr="00D75C67">
              <w:rPr>
                <w:sz w:val="15"/>
                <w:lang w:val="sl-SI"/>
              </w:rPr>
              <w:t>ustvarjanju glasbe. Poudarek: svojo pot učenja, ravna skladno z načrtom in spremlja, kaj je že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0A483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</w:t>
            </w:r>
            <w:r w:rsidRPr="00D75C67">
              <w:rPr>
                <w:sz w:val="15"/>
                <w:lang w:val="sl-SI"/>
              </w:rPr>
              <w:t xml:space="preserve"> in ustvarjanju glasbe. Poudarek: svojo pot učenja, ravna skladno z načrtom in spremlja, kaj je že …. Učenec cilj prenese v novo situacijo, utemelji ravnanje in predlaga izboljšavo.</w:t>
            </w:r>
          </w:p>
        </w:tc>
      </w:tr>
      <w:tr w:rsidR="00234674" w:rsidRPr="00D75C67" w14:paraId="3292D49C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B222C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ED4A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načrtovanju motiva, iz</w:t>
            </w:r>
            <w:r w:rsidRPr="00D75C67">
              <w:rPr>
                <w:sz w:val="15"/>
                <w:lang w:val="sl-SI"/>
              </w:rPr>
              <w:t>biri tehnike, ustvarjanju in vrednotenju izdelka. 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62C12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načrtovanju motiva, izbiri tehnike, ustvarjanju in </w:t>
            </w:r>
            <w:r w:rsidRPr="00D75C67">
              <w:rPr>
                <w:sz w:val="15"/>
                <w:lang w:val="sl-SI"/>
              </w:rPr>
              <w:t>vrednotenju izdelka. Poudarek: svojo pot učenja, ravna skladno z načrtom in spremlja, kaj je že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99991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načrtovanju motiva, izbiri tehnike, ustvar</w:t>
            </w:r>
            <w:r w:rsidRPr="00D75C67">
              <w:rPr>
                <w:sz w:val="15"/>
                <w:lang w:val="sl-SI"/>
              </w:rPr>
              <w:t>janju in vrednotenju izdelka. Poudarek: svojo pot učenja, ravna skladno z načrtom in spremlja, kaj je že …. Učenec cilj prenese v novo situacijo, utemelji ravnanje in predlaga izboljšavo.</w:t>
            </w:r>
          </w:p>
        </w:tc>
      </w:tr>
      <w:tr w:rsidR="00234674" w:rsidRPr="00D75C67" w14:paraId="4B974003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F322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81C9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</w:t>
            </w:r>
            <w:r w:rsidRPr="00D75C67">
              <w:rPr>
                <w:sz w:val="15"/>
                <w:lang w:val="sl-SI"/>
              </w:rPr>
              <w:t>mljanju napredka in samoocenjevanju izvedbe. 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1C0F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</w:t>
            </w:r>
            <w:r w:rsidRPr="00D75C67">
              <w:rPr>
                <w:sz w:val="15"/>
                <w:lang w:val="sl-SI"/>
              </w:rPr>
              <w:t>evanju izvedbe. Poudarek: svojo pot učenja, ravna skladno z načrtom in spremlja, kaj je že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8BF0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učenju gibalnih nalog, spremljanju napredka in </w:t>
            </w:r>
            <w:r w:rsidRPr="00D75C67">
              <w:rPr>
                <w:sz w:val="15"/>
                <w:lang w:val="sl-SI"/>
              </w:rPr>
              <w:t>samoocenjevanju izvedbe. Poudarek: svojo pot učenja, ravna skladno z načrtom in spremlja, kaj je že …. Učenec cilj prenese v novo situacijo, utemelji ravnanje in predlaga izboljšavo.</w:t>
            </w:r>
          </w:p>
        </w:tc>
      </w:tr>
      <w:tr w:rsidR="00234674" w:rsidRPr="00D75C67" w14:paraId="40A1B550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F8C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3199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usvajanju besedišča, </w:t>
            </w:r>
            <w:r w:rsidRPr="00D75C67">
              <w:rPr>
                <w:sz w:val="15"/>
                <w:lang w:val="sl-SI"/>
              </w:rPr>
              <w:t>razumevanju navodil ter poslušanju in govornem odzivanju. 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D7C6D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 navodil te</w:t>
            </w:r>
            <w:r w:rsidRPr="00D75C67">
              <w:rPr>
                <w:sz w:val="15"/>
                <w:lang w:val="sl-SI"/>
              </w:rPr>
              <w:t>r poslušanju in govornem odzivanju. Poudarek: svojo pot učenja, ravna skladno z načrtom in spremlja, kaj je že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F3CA3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usvajanju besedišča, razume</w:t>
            </w:r>
            <w:r w:rsidRPr="00D75C67">
              <w:rPr>
                <w:sz w:val="15"/>
                <w:lang w:val="sl-SI"/>
              </w:rPr>
              <w:t>vanju navodil ter poslušanju in govornem odzivanju. Poudarek: svojo pot učenja, ravna skladno z načrtom in spremlja, kaj je že …. Učenec cilj prenese v novo situacijo, utemelji ravnanje in predlaga izboljšavo.</w:t>
            </w:r>
          </w:p>
        </w:tc>
      </w:tr>
      <w:tr w:rsidR="00234674" w:rsidRPr="00D75C67" w14:paraId="74377821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B5984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9FA9F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</w:t>
            </w:r>
            <w:r w:rsidRPr="00D75C67">
              <w:rPr>
                <w:color w:val="673E82"/>
                <w:sz w:val="15"/>
                <w:lang w:val="sl-SI"/>
              </w:rPr>
              <w:t>ori pri načrtovanju samostojnega učenja, domačih nalogah, interesnih dejavnostih, refleksiji in medvrstniški pomoči. Poudarek: svojo pot učenja, ravna skladno z načrtom in spremlja, kaj je že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476D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</w:t>
            </w:r>
            <w:r w:rsidRPr="00D75C67">
              <w:rPr>
                <w:color w:val="673E82"/>
                <w:sz w:val="15"/>
                <w:lang w:val="sl-SI"/>
              </w:rPr>
              <w:t>ali skupini pri načrtovanju samostojnega učenja, domačih nalogah, interesnih dejavnostih, refleksiji in medvrstniški pomoči. Poudarek: svojo pot učenja, ravna skladno z načrtom in spremlja, kaj je že …. Učenec cilj uporabi v nalogi, pojasni izbiro in upošt</w:t>
            </w:r>
            <w:r w:rsidRPr="00D75C67">
              <w:rPr>
                <w:color w:val="673E82"/>
                <w:sz w:val="15"/>
                <w:lang w:val="sl-SI"/>
              </w:rPr>
              <w:t>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483C2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pri načrtovanju samostojnega učenja, domačih nalogah, interesnih dejavnostih, refleksiji in medvrstniški pomoči. Poudarek: svojo pot učenja, ravna skladno z načrtom in spremlja, kaj je že …. Učenec </w:t>
            </w:r>
            <w:r w:rsidRPr="00D75C67">
              <w:rPr>
                <w:color w:val="673E82"/>
                <w:sz w:val="15"/>
                <w:lang w:val="sl-SI"/>
              </w:rPr>
              <w:t>cilj prenese v novo situacijo, utemelji ravnanje in predlaga izboljšavo.</w:t>
            </w:r>
          </w:p>
        </w:tc>
      </w:tr>
    </w:tbl>
    <w:p w14:paraId="0F08886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55654EA6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1ED01B95" w14:textId="44C04749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17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 xml:space="preserve">Prepoznava napake, jih sprejema kot priložnost za </w:t>
      </w:r>
      <w:r w:rsidRPr="00D75C67">
        <w:rPr>
          <w:color w:val="234E52"/>
          <w:sz w:val="21"/>
          <w:lang w:val="sl-SI"/>
        </w:rPr>
        <w:t>učenje in jih popravlja.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13662705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BEF70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1871F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D9963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652C6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1670037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F3A0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73F0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nastopu in jezikovnih nalogah. Poudarek: napake, jih sprejema kot priložnost za učenje in jih </w:t>
            </w:r>
            <w:r w:rsidRPr="00D75C67">
              <w:rPr>
                <w:sz w:val="15"/>
                <w:lang w:val="sl-SI"/>
              </w:rPr>
              <w:t>popravlja.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D518D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napake, jih sprejema kot priložnost za učenje in jih popravlja. Učenec cilj upor</w:t>
            </w:r>
            <w:r w:rsidRPr="00D75C67">
              <w:rPr>
                <w:sz w:val="15"/>
                <w:lang w:val="sl-SI"/>
              </w:rPr>
              <w:t>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26325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Poudarek: napake, jih sprejema kot priložnost za učenje in jih popravlja. Učene</w:t>
            </w:r>
            <w:r w:rsidRPr="00D75C67">
              <w:rPr>
                <w:sz w:val="15"/>
                <w:lang w:val="sl-SI"/>
              </w:rPr>
              <w:t>c cilj prenese v novo situacijo, utemelji ravnanje in predlaga izboljšavo.</w:t>
            </w:r>
          </w:p>
        </w:tc>
      </w:tr>
      <w:tr w:rsidR="00234674" w:rsidRPr="00D75C67" w14:paraId="1E70E86A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FFD1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1C73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reševanju problemov, izbiri strategije, uporabi prikazov in razlagi rešitev. Poudarek: napake, jih sprejema kot priložnost za učenje in</w:t>
            </w:r>
            <w:r w:rsidRPr="00D75C67">
              <w:rPr>
                <w:sz w:val="15"/>
                <w:lang w:val="sl-SI"/>
              </w:rPr>
              <w:t xml:space="preserve"> jih popravlja.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799FC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reševanju problemov, izbiri strategije, uporabi prikazov in razlagi rešitev. Poudarek: napake, jih sprejema kot priložnost za učenje in jih popravlja. Učenec cilj </w:t>
            </w:r>
            <w:r w:rsidRPr="00D75C67">
              <w:rPr>
                <w:sz w:val="15"/>
                <w:lang w:val="sl-SI"/>
              </w:rPr>
              <w:t>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3EA5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reševanju problemov, izbiri strategije, uporabi prikazov in razlagi rešitev. Poudarek: napake, jih sprejema kot priložnost za učenje in jih popravlja. </w:t>
            </w:r>
            <w:r w:rsidRPr="00D75C67">
              <w:rPr>
                <w:sz w:val="15"/>
                <w:lang w:val="sl-SI"/>
              </w:rPr>
              <w:t>Učenec cilj prenese v novo situacijo, utemelji ravnanje in predlaga izboljšavo.</w:t>
            </w:r>
          </w:p>
        </w:tc>
      </w:tr>
      <w:tr w:rsidR="00234674" w:rsidRPr="00D75C67" w14:paraId="739F0303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90EC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FC4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opazovanju, raziskovanju, poskusih, zbiranju podatkov in predstavitvi ugotovitev. Poudarek: napake, jih sprejema kot prilo</w:t>
            </w:r>
            <w:r w:rsidRPr="00D75C67">
              <w:rPr>
                <w:sz w:val="15"/>
                <w:lang w:val="sl-SI"/>
              </w:rPr>
              <w:t>žnost za učenje in jih popravlja.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7C9E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opazovanju, raziskovanju, poskusih, zbiranju podatkov in predstavitvi ugotovitev. Poudarek: napake, jih sprejema kot priložnost za učenje in jih </w:t>
            </w:r>
            <w:r w:rsidRPr="00D75C67">
              <w:rPr>
                <w:sz w:val="15"/>
                <w:lang w:val="sl-SI"/>
              </w:rPr>
              <w:t>popravlja.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6D9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opazovanju, raziskovanju, poskusih, zbiranju podatkov in predstavitvi ugotovitev. Poudarek: napake, jih sprejema kot priložnost za</w:t>
            </w:r>
            <w:r w:rsidRPr="00D75C67">
              <w:rPr>
                <w:sz w:val="15"/>
                <w:lang w:val="sl-SI"/>
              </w:rPr>
              <w:t xml:space="preserve"> učenje in jih popravlja. Učenec cilj prenese v novo situacijo, utemelji ravnanje in predlaga izboljšavo.</w:t>
            </w:r>
          </w:p>
        </w:tc>
      </w:tr>
      <w:tr w:rsidR="00234674" w:rsidRPr="00D75C67" w14:paraId="7B40994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436D1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BC23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glasbe. Poudarek: napake, jih sprejema</w:t>
            </w:r>
            <w:r w:rsidRPr="00D75C67">
              <w:rPr>
                <w:sz w:val="15"/>
                <w:lang w:val="sl-SI"/>
              </w:rPr>
              <w:t xml:space="preserve"> kot priložnost za učenje in jih popravlja.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80F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ritmičnih vzorcev, poslušanju in ustvarjanju glasbe. Poudarek: napake, jih sprejema kot priložnost za učenje in jih popra</w:t>
            </w:r>
            <w:r w:rsidRPr="00D75C67">
              <w:rPr>
                <w:sz w:val="15"/>
                <w:lang w:val="sl-SI"/>
              </w:rPr>
              <w:t>vlja.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5EC1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ustvarjanju glasbe. Poudarek: napake, jih sprejema kot priložnost za učenje in jih popra</w:t>
            </w:r>
            <w:r w:rsidRPr="00D75C67">
              <w:rPr>
                <w:sz w:val="15"/>
                <w:lang w:val="sl-SI"/>
              </w:rPr>
              <w:t>vlja. Učenec cilj prenese v novo situacijo, utemelji ravnanje in predlaga izboljšavo.</w:t>
            </w:r>
          </w:p>
        </w:tc>
      </w:tr>
      <w:tr w:rsidR="00234674" w:rsidRPr="00D75C67" w14:paraId="58771509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45DA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CF6A4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načrtovanju motiva, izbiri tehnike, ustvarjanju in vrednotenju izdelka. Poudarek: napake, jih sprejema kot priložnost </w:t>
            </w:r>
            <w:r w:rsidRPr="00D75C67">
              <w:rPr>
                <w:sz w:val="15"/>
                <w:lang w:val="sl-SI"/>
              </w:rPr>
              <w:t>za učenje in jih popravlja.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2D0A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napake, jih sprejema kot priložnost za učenje in jih popravlja. Učene</w:t>
            </w:r>
            <w:r w:rsidRPr="00D75C67">
              <w:rPr>
                <w:sz w:val="15"/>
                <w:lang w:val="sl-SI"/>
              </w:rPr>
              <w:t>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01286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načrtovanju motiva, izbiri tehnike, ustvarjanju in vrednotenju izdelka. Poudarek: napake, jih sprejema kot priložnost za učenje in jih popravlja. </w:t>
            </w:r>
            <w:r w:rsidRPr="00D75C67">
              <w:rPr>
                <w:sz w:val="15"/>
                <w:lang w:val="sl-SI"/>
              </w:rPr>
              <w:t>Učenec cilj prenese v novo situacijo, utemelji ravnanje in predlaga izboljšavo.</w:t>
            </w:r>
          </w:p>
        </w:tc>
      </w:tr>
      <w:tr w:rsidR="00234674" w:rsidRPr="00D75C67" w14:paraId="41A70C05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EE7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B4865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učenju gibalnih nalog, spremljanju napredka in samoocenjevanju izvedbe. Poudarek: napake, jih sprejema kot priložnost za učenje in jih </w:t>
            </w:r>
            <w:r w:rsidRPr="00D75C67">
              <w:rPr>
                <w:sz w:val="15"/>
                <w:lang w:val="sl-SI"/>
              </w:rPr>
              <w:t>popravlja.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92E49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učenju gibalnih nalog, spremljanju napredka in samoocenjevanju izvedbe. Poudarek: napake, jih sprejema kot priložnost za učenje in jih popravlja. Učenec cilj uporabi v </w:t>
            </w:r>
            <w:r w:rsidRPr="00D75C67">
              <w:rPr>
                <w:sz w:val="15"/>
                <w:lang w:val="sl-SI"/>
              </w:rPr>
              <w:t>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5944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 nalog, spremljanju napredka in samoocenjevanju izvedbe. Poudarek: napake, jih sprejema kot priložnost za učenje in jih popravlja. Učenec cilj prene</w:t>
            </w:r>
            <w:r w:rsidRPr="00D75C67">
              <w:rPr>
                <w:sz w:val="15"/>
                <w:lang w:val="sl-SI"/>
              </w:rPr>
              <w:t>se v novo situacijo, utemelji ravnanje in predlaga izboljšavo.</w:t>
            </w:r>
          </w:p>
        </w:tc>
      </w:tr>
      <w:tr w:rsidR="00234674" w:rsidRPr="00D75C67" w14:paraId="7870E9C5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84E3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2A9E3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usvajanju besedišča, razumevanju navodil ter poslušanju in govornem odzivanju. Poudarek: napake, jih sprejema kot priložnost za učenje in jih </w:t>
            </w:r>
            <w:r w:rsidRPr="00D75C67">
              <w:rPr>
                <w:sz w:val="15"/>
                <w:lang w:val="sl-SI"/>
              </w:rPr>
              <w:t>popravlja.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04D7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 navodil ter poslušanju in govornem odzivanju. Poudarek: napake, jih sprejema kot priložnost za učenje in jih popravlja. Učenec cilj upo</w:t>
            </w:r>
            <w:r w:rsidRPr="00D75C67">
              <w:rPr>
                <w:sz w:val="15"/>
                <w:lang w:val="sl-SI"/>
              </w:rPr>
              <w:t>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CF580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usvajanju besedišča, razumevanju navodil ter poslušanju in govornem odzivanju. Poudarek: napake, jih sprejema kot priložnost za učenje in jih popravlja. Uče</w:t>
            </w:r>
            <w:r w:rsidRPr="00D75C67">
              <w:rPr>
                <w:sz w:val="15"/>
                <w:lang w:val="sl-SI"/>
              </w:rPr>
              <w:t>nec cilj prenese v novo situacijo, utemelji ravnanje in predlaga izboljšavo.</w:t>
            </w:r>
          </w:p>
        </w:tc>
      </w:tr>
      <w:tr w:rsidR="00234674" w:rsidRPr="00D75C67" w14:paraId="4D1627EA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C5139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8E615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pri načrtovanju samostojnega učenja, domačih nalogah, interesnih dejavnostih, refleksiji in medvrstniški pomoči. Poudarek: </w:t>
            </w:r>
            <w:r w:rsidRPr="00D75C67">
              <w:rPr>
                <w:color w:val="673E82"/>
                <w:sz w:val="15"/>
                <w:lang w:val="sl-SI"/>
              </w:rPr>
              <w:t>napake, jih sprejema kot priložnost za učenje in jih popravlja.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39821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dejavnostih, refleksiji in medvrstniški pomoči. Poudar</w:t>
            </w:r>
            <w:r w:rsidRPr="00D75C67">
              <w:rPr>
                <w:color w:val="673E82"/>
                <w:sz w:val="15"/>
                <w:lang w:val="sl-SI"/>
              </w:rPr>
              <w:t>ek: napake, jih sprejema kot priložnost za učenje in jih popravlja.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3FFE9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nalogah, interesnih dejavnostih,</w:t>
            </w:r>
            <w:r w:rsidRPr="00D75C67">
              <w:rPr>
                <w:color w:val="673E82"/>
                <w:sz w:val="15"/>
                <w:lang w:val="sl-SI"/>
              </w:rPr>
              <w:t xml:space="preserve"> refleksiji in medvrstniški pomoči. Poudarek: napake, jih sprejema kot priložnost za učenje in jih popravlja. Učenec cilj prenese v novo situacijo, utemelji ravnanje in predlaga izboljšavo.</w:t>
            </w:r>
          </w:p>
        </w:tc>
      </w:tr>
    </w:tbl>
    <w:p w14:paraId="66062608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</w:t>
      </w:r>
      <w:r w:rsidRPr="00D75C67">
        <w:rPr>
          <w:sz w:val="16"/>
          <w:lang w:val="sl-SI"/>
        </w:rPr>
        <w:t>zvedba, samovrednotenje in kratka povratna informacija.</w:t>
      </w:r>
    </w:p>
    <w:p w14:paraId="14EDDB93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B9BDCA4" w14:textId="6B2C5C5B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18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Krepi in ohranja radovednost ter razvija ustvarjalnost.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4AD5203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6C2B8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FFEB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6A9BF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ED965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70A10CD0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FFEB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4C03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</w:t>
            </w:r>
            <w:r w:rsidRPr="00D75C67">
              <w:rPr>
                <w:sz w:val="15"/>
                <w:lang w:val="sl-SI"/>
              </w:rPr>
              <w:t>nastopu in jezikovnih nalogah. Poudarek: radovednost ter razvija ustvarjalnost.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3EA9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radovednost</w:t>
            </w:r>
            <w:r w:rsidRPr="00D75C67">
              <w:rPr>
                <w:sz w:val="15"/>
                <w:lang w:val="sl-SI"/>
              </w:rPr>
              <w:t xml:space="preserve"> ter razvija ustvarjalnost.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E86C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Poudarek: radovednost ter razvija u</w:t>
            </w:r>
            <w:r w:rsidRPr="00D75C67">
              <w:rPr>
                <w:sz w:val="15"/>
                <w:lang w:val="sl-SI"/>
              </w:rPr>
              <w:t>stvarjalnost. Učenec cilj prenese v novo situacijo, utemelji ravnanje in predlaga izboljšavo.</w:t>
            </w:r>
          </w:p>
        </w:tc>
      </w:tr>
      <w:tr w:rsidR="00234674" w:rsidRPr="00D75C67" w14:paraId="1B30936D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758C8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9E33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reševanju problemov, izbiri strategije, uporabi prikazov in razlagi rešitev. Poudarek: radovednost ter razvija ustva</w:t>
            </w:r>
            <w:r w:rsidRPr="00D75C67">
              <w:rPr>
                <w:sz w:val="15"/>
                <w:lang w:val="sl-SI"/>
              </w:rPr>
              <w:t>rjalnost.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132B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 rešitev. Poudarek: radovednost ter razvija ustvarjalnost. Učenec cilj uporabi v nalogi, pojasni izbir</w:t>
            </w:r>
            <w:r w:rsidRPr="00D75C67">
              <w:rPr>
                <w:sz w:val="15"/>
                <w:lang w:val="sl-SI"/>
              </w:rPr>
              <w:t>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73592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radovednost ter razvija ustvarjalnost. Učenec cilj prenese v novo situacijo, utemelji ravnanje in</w:t>
            </w:r>
            <w:r w:rsidRPr="00D75C67">
              <w:rPr>
                <w:sz w:val="15"/>
                <w:lang w:val="sl-SI"/>
              </w:rPr>
              <w:t xml:space="preserve"> predlaga izboljšavo.</w:t>
            </w:r>
          </w:p>
        </w:tc>
      </w:tr>
      <w:tr w:rsidR="00234674" w:rsidRPr="00D75C67" w14:paraId="0FE9B08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9477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A7AE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zbiranju podatkov in predstavitvi ugotovitev. Poudarek: radovednost ter razvija ustvarjalnost. Učenec pokaže cilj z ravnanjem ali kratkim </w:t>
            </w:r>
            <w:r w:rsidRPr="00D75C67">
              <w:rPr>
                <w:sz w:val="15"/>
                <w:lang w:val="sl-SI"/>
              </w:rPr>
              <w:t>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E00A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 predstavitvi ugotovitev. Poudarek: radovednost ter razvija ustvarjalnost.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0466D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</w:t>
            </w:r>
            <w:r w:rsidRPr="00D75C67">
              <w:rPr>
                <w:sz w:val="15"/>
                <w:lang w:val="sl-SI"/>
              </w:rPr>
              <w:t xml:space="preserve"> načrtuje dejavnost pri opazovanju, raziskovanju, poskusih, zbiranju podatkov in predstavitvi ugotovitev. Poudarek: radovednost ter razvija ustvarjalnost. Učenec cilj prenese v novo situacijo, utemelji ravnanje in predlaga izboljšavo.</w:t>
            </w:r>
          </w:p>
        </w:tc>
      </w:tr>
      <w:tr w:rsidR="00234674" w:rsidRPr="00D75C67" w14:paraId="270E9E2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5F8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CA387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</w:t>
            </w:r>
            <w:r w:rsidRPr="00D75C67">
              <w:rPr>
                <w:sz w:val="15"/>
                <w:lang w:val="sl-SI"/>
              </w:rPr>
              <w:t>deno in ob slikovni podpori pri učenju pesmi, ritmičnih vzorcev, poslušanju in ustvarjanju glasbe. Poudarek: radovednost ter razvija ustvarjalnost.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E50DD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ritmičnih vzorcev</w:t>
            </w:r>
            <w:r w:rsidRPr="00D75C67">
              <w:rPr>
                <w:sz w:val="15"/>
                <w:lang w:val="sl-SI"/>
              </w:rPr>
              <w:t>, poslušanju in ustvarjanju glasbe. Poudarek: radovednost ter razvija ustvarjalnost.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4FC39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</w:t>
            </w:r>
            <w:r w:rsidRPr="00D75C67">
              <w:rPr>
                <w:sz w:val="15"/>
                <w:lang w:val="sl-SI"/>
              </w:rPr>
              <w:t>ju glasbe. Poudarek: radovednost ter razvija ustvarjalnost. Učenec cilj prenese v novo situacijo, utemelji ravnanje in predlaga izboljšavo.</w:t>
            </w:r>
          </w:p>
        </w:tc>
      </w:tr>
      <w:tr w:rsidR="00234674" w:rsidRPr="00D75C67" w14:paraId="4598C61D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D6A1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F5E97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načrtovanju motiva, izbiri tehnike, ustvarjanju in vrednotenju </w:t>
            </w:r>
            <w:r w:rsidRPr="00D75C67">
              <w:rPr>
                <w:sz w:val="15"/>
                <w:lang w:val="sl-SI"/>
              </w:rPr>
              <w:t>izdelka. Poudarek: radovednost ter razvija ustvarjalnost.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0AA8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načrtovanju motiva, izbiri tehnike, ustvarjanju in vrednotenju izdelka. Poudarek: radovednost ter razvija ustvarjalnost. </w:t>
            </w:r>
            <w:r w:rsidRPr="00D75C67">
              <w:rPr>
                <w:sz w:val="15"/>
                <w:lang w:val="sl-SI"/>
              </w:rPr>
              <w:t>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E6F6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načrtovanju motiva, izbiri tehnike, ustvarjanju in vrednotenju izdelka. Poudarek: radovednost ter razvija ustvarjalnost. Učenec cilj prenese </w:t>
            </w:r>
            <w:r w:rsidRPr="00D75C67">
              <w:rPr>
                <w:sz w:val="15"/>
                <w:lang w:val="sl-SI"/>
              </w:rPr>
              <w:t>v novo situacijo, utemelji ravnanje in predlaga izboljšavo.</w:t>
            </w:r>
          </w:p>
        </w:tc>
      </w:tr>
      <w:tr w:rsidR="00234674" w:rsidRPr="00D75C67" w14:paraId="018DDE74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513D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07CA2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spremljanju napredka in samoocenjevanju izvedbe. Poudarek: radovednost ter razvija ustvarjalnost. Učenec pokaže cilj z ravnanjem ali</w:t>
            </w:r>
            <w:r w:rsidRPr="00D75C67">
              <w:rPr>
                <w:sz w:val="15"/>
                <w:lang w:val="sl-SI"/>
              </w:rPr>
              <w:t xml:space="preserve">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E2C4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radovednost ter razvija ustvarjalnost.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998B9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>načrtuje dejavnost pri učenju gibalnih nalog, spremljanju napredka in samoocenjevanju izvedbe. Poudarek: radovednost ter razvija ustvarjalnost. Učenec cilj prenese v novo situacijo, utemelji ravnanje in predlaga izboljšavo.</w:t>
            </w:r>
          </w:p>
        </w:tc>
      </w:tr>
      <w:tr w:rsidR="00234674" w:rsidRPr="00D75C67" w14:paraId="10DB098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9BC8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7D7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</w:t>
            </w:r>
            <w:r w:rsidRPr="00D75C67">
              <w:rPr>
                <w:sz w:val="15"/>
                <w:lang w:val="sl-SI"/>
              </w:rPr>
              <w:t>ikovni podpori pri usvajanju besedišča, razumevanju navodil ter poslušanju in govornem odzivanju. Poudarek: radovednost ter razvija ustvarjalnost.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CFB29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</w:t>
            </w:r>
            <w:r w:rsidRPr="00D75C67">
              <w:rPr>
                <w:sz w:val="15"/>
                <w:lang w:val="sl-SI"/>
              </w:rPr>
              <w:t xml:space="preserve"> navodil ter poslušanju in govornem odzivanju. Poudarek: radovednost ter razvija ustvarjalnost.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0304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usvajanju besedišča, razumevanju navodil ter </w:t>
            </w:r>
            <w:r w:rsidRPr="00D75C67">
              <w:rPr>
                <w:sz w:val="15"/>
                <w:lang w:val="sl-SI"/>
              </w:rPr>
              <w:t>poslušanju in govornem odzivanju. Poudarek: radovednost ter razvija ustvarjalnost. Učenec cilj prenese v novo situacijo, utemelji ravnanje in predlaga izboljšavo.</w:t>
            </w:r>
          </w:p>
        </w:tc>
      </w:tr>
      <w:tr w:rsidR="00234674" w:rsidRPr="00D75C67" w14:paraId="744ABEBC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0871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E6F6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načrtovanju samostojnega učenja, domači</w:t>
            </w:r>
            <w:r w:rsidRPr="00D75C67">
              <w:rPr>
                <w:color w:val="673E82"/>
                <w:sz w:val="15"/>
                <w:lang w:val="sl-SI"/>
              </w:rPr>
              <w:t>h nalogah, interesnih dejavnostih, refleksiji in medvrstniški pomoči. Poudarek: radovednost ter razvija ustvarjalnost.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8ECF0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</w:t>
            </w:r>
            <w:r w:rsidRPr="00D75C67">
              <w:rPr>
                <w:color w:val="673E82"/>
                <w:sz w:val="15"/>
                <w:lang w:val="sl-SI"/>
              </w:rPr>
              <w:t xml:space="preserve"> dejavnostih, refleksiji in medvrstniški pomoči. Poudarek: radovednost ter razvija ustvarjalnost.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A9270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</w:t>
            </w:r>
            <w:r w:rsidRPr="00D75C67">
              <w:rPr>
                <w:color w:val="673E82"/>
                <w:sz w:val="15"/>
                <w:lang w:val="sl-SI"/>
              </w:rPr>
              <w:t>logah, interesnih dejavnostih, refleksiji in medvrstniški pomoči. Poudarek: radovednost ter razvija ustvarjalnost. Učenec cilj prenese v novo situacijo, utemelji ravnanje in predlaga izboljšavo.</w:t>
            </w:r>
          </w:p>
        </w:tc>
      </w:tr>
    </w:tbl>
    <w:p w14:paraId="72841CEB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 xml:space="preserve">opazovanje procesa, učenčeva razlaga, izdelek </w:t>
      </w:r>
      <w:r w:rsidRPr="00D75C67">
        <w:rPr>
          <w:sz w:val="16"/>
          <w:lang w:val="sl-SI"/>
        </w:rPr>
        <w:t>ali izvedba, samovrednotenje in kratka povratna informacija.</w:t>
      </w:r>
    </w:p>
    <w:p w14:paraId="51565B08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880FAA1" w14:textId="2B60F9AE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19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Ob raziskovanju zbira podatke, jih prikazuje s prikazi in interpretira.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115A7463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1BB83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826D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77242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1E2E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884F5C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2FC3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79130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</w:t>
            </w:r>
            <w:r w:rsidRPr="00D75C67">
              <w:rPr>
                <w:sz w:val="15"/>
                <w:lang w:val="sl-SI"/>
              </w:rPr>
              <w:t>strategijah, govornem nastopu in jezikovnih nalogah. Poudarek: ob raziskovanju zbira podatke, jih prikazuje s prikazi in interpretira.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DCD4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</w:t>
            </w:r>
            <w:r w:rsidRPr="00D75C67">
              <w:rPr>
                <w:sz w:val="15"/>
                <w:lang w:val="sl-SI"/>
              </w:rPr>
              <w:t>em nastopu in jezikovnih nalogah. Poudarek: ob raziskovanju zbira podatke, jih prikazuje s prikazi in interpretira.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E0936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delu z besedili, bralnih </w:t>
            </w:r>
            <w:r w:rsidRPr="00D75C67">
              <w:rPr>
                <w:sz w:val="15"/>
                <w:lang w:val="sl-SI"/>
              </w:rPr>
              <w:t>strategijah, govornem nastopu in jezikovnih nalogah. Poudarek: ob raziskovanju zbira podatke, jih prikazuje s prikazi in interpretira. Učenec cilj prenese v novo situacijo, utemelji ravnanje in predlaga izboljšavo.</w:t>
            </w:r>
          </w:p>
        </w:tc>
      </w:tr>
      <w:tr w:rsidR="00234674" w:rsidRPr="00D75C67" w14:paraId="0BB4A175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D5E3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8F44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</w:t>
            </w:r>
            <w:r w:rsidRPr="00D75C67">
              <w:rPr>
                <w:sz w:val="15"/>
                <w:lang w:val="sl-SI"/>
              </w:rPr>
              <w:t xml:space="preserve"> pri reševanju problemov, izbiri strategije, uporabi prikazov in razlagi rešitev. Poudarek: ob raziskovanju zbira podatke, jih prikazuje s prikazi in interpretira.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4D20D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</w:t>
            </w:r>
            <w:r w:rsidRPr="00D75C67">
              <w:rPr>
                <w:sz w:val="15"/>
                <w:lang w:val="sl-SI"/>
              </w:rPr>
              <w:t>emov, izbiri strategije, uporabi prikazov in razlagi rešitev. Poudarek: ob raziskovanju zbira podatke, jih prikazuje s prikazi in interpretira.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F291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</w:t>
            </w:r>
            <w:r w:rsidRPr="00D75C67">
              <w:rPr>
                <w:sz w:val="15"/>
                <w:lang w:val="sl-SI"/>
              </w:rPr>
              <w:t>ri reševanju problemov, izbiri strategije, uporabi prikazov in razlagi rešitev. Poudarek: ob raziskovanju zbira podatke, jih prikazuje s prikazi in interpretira. Učenec cilj prenese v novo situacijo, utemelji ravnanje in predlaga izboljšavo.</w:t>
            </w:r>
          </w:p>
        </w:tc>
      </w:tr>
      <w:tr w:rsidR="00234674" w:rsidRPr="00D75C67" w14:paraId="011F54DB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A2BC4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</w:t>
            </w:r>
            <w:r w:rsidRPr="00D75C67">
              <w:rPr>
                <w:b/>
                <w:color w:val="234E52"/>
                <w:sz w:val="15"/>
                <w:lang w:val="sl-SI"/>
              </w:rPr>
              <w:t>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1DC12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zbiranju podatkov in predstavitvi ugotovitev. Poudarek: ob raziskovanju zbira podatke, jih prikazuje s prikazi in interpretira. Učenec pokaže cilj z ravnanjem ali kratkim </w:t>
            </w:r>
            <w:r w:rsidRPr="00D75C67">
              <w:rPr>
                <w:sz w:val="15"/>
                <w:lang w:val="sl-SI"/>
              </w:rPr>
              <w:t>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884C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 predstavitvi ugotovitev. Poudarek: ob raziskovanju zbira podatke, jih prikazuje s prikazi in interpretira. Učenec cilj uporabi v nalogi, pojasni izbiro in upošteva p</w:t>
            </w:r>
            <w:r w:rsidRPr="00D75C67">
              <w:rPr>
                <w:sz w:val="15"/>
                <w:lang w:val="sl-SI"/>
              </w:rPr>
              <w:t>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DDB9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opazovanju, raziskovanju, poskusih, zbiranju podatkov in predstavitvi ugotovitev. Poudarek: ob raziskovanju zbira podatke, jih prikazuje s prikazi in interpretira. Učenec cilj prenese v novo situacij</w:t>
            </w:r>
            <w:r w:rsidRPr="00D75C67">
              <w:rPr>
                <w:sz w:val="15"/>
                <w:lang w:val="sl-SI"/>
              </w:rPr>
              <w:t>o, utemelji ravnanje in predlaga izboljšavo.</w:t>
            </w:r>
          </w:p>
        </w:tc>
      </w:tr>
      <w:tr w:rsidR="00234674" w:rsidRPr="00D75C67" w14:paraId="7571C24D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0709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FB0F8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glasbe. Poudarek: ob raziskovanju zbira podatke, jih prikazuje s prikazi in interpretira. Učenec po</w:t>
            </w:r>
            <w:r w:rsidRPr="00D75C67">
              <w:rPr>
                <w:sz w:val="15"/>
                <w:lang w:val="sl-SI"/>
              </w:rPr>
              <w:t>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0931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učenju pesmi, ritmičnih vzorcev, poslušanju in ustvarjanju glasbe. Poudarek: ob raziskovanju zbira podatke, jih prikazuje s prikazi in interpretira. Učenec cilj uporabi v nalogi, pojasni </w:t>
            </w:r>
            <w:r w:rsidRPr="00D75C67">
              <w:rPr>
                <w:sz w:val="15"/>
                <w:lang w:val="sl-SI"/>
              </w:rPr>
              <w:t>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689D9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ustvarjanju glasbe. Poudarek: ob raziskovanju zbira podatke, jih prikazuje s prikazi in interpretira. Učenec cilj prenese v novo sit</w:t>
            </w:r>
            <w:r w:rsidRPr="00D75C67">
              <w:rPr>
                <w:sz w:val="15"/>
                <w:lang w:val="sl-SI"/>
              </w:rPr>
              <w:t>uacijo, utemelji ravnanje in predlaga izboljšavo.</w:t>
            </w:r>
          </w:p>
        </w:tc>
      </w:tr>
      <w:tr w:rsidR="00234674" w:rsidRPr="00D75C67" w14:paraId="7A5E5B7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803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DCC5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načrtovanju motiva, izbiri tehnike, ustvarjanju in vrednotenju izdelka. Poudarek: ob raziskovanju zbira podatke, jih prikazuje s prikazi in interpretira. </w:t>
            </w:r>
            <w:r w:rsidRPr="00D75C67">
              <w:rPr>
                <w:sz w:val="15"/>
                <w:lang w:val="sl-SI"/>
              </w:rPr>
              <w:t>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A1229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ob raziskovanju zbira podatke, jih prikazuje s prikazi in interpretira. Učenec cilj uporabi v nal</w:t>
            </w:r>
            <w:r w:rsidRPr="00D75C67">
              <w:rPr>
                <w:sz w:val="15"/>
                <w:lang w:val="sl-SI"/>
              </w:rPr>
              <w:t>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B97F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načrtovanju motiva, izbiri tehnike, ustvarjanju in vrednotenju izdelka. Poudarek: ob raziskovanju zbira podatke, jih prikazuje s prikazi in interpretira. Učenec cilj </w:t>
            </w:r>
            <w:r w:rsidRPr="00D75C67">
              <w:rPr>
                <w:sz w:val="15"/>
                <w:lang w:val="sl-SI"/>
              </w:rPr>
              <w:t>prenese v novo situacijo, utemelji ravnanje in predlaga izboljšavo.</w:t>
            </w:r>
          </w:p>
        </w:tc>
      </w:tr>
      <w:tr w:rsidR="00234674" w:rsidRPr="00D75C67" w14:paraId="0E461DFF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E80D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54C1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spremljanju napredka in samoocenjevanju izvedbe. Poudarek: ob raziskovanju zbira podatke, jih prikazuje s prikazi in interpr</w:t>
            </w:r>
            <w:r w:rsidRPr="00D75C67">
              <w:rPr>
                <w:sz w:val="15"/>
                <w:lang w:val="sl-SI"/>
              </w:rPr>
              <w:t>etira.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8E933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ob raziskovanju zbira podatke, jih prikazuje s prikazi in interpretira. Učenec cilj uporab</w:t>
            </w:r>
            <w:r w:rsidRPr="00D75C67">
              <w:rPr>
                <w:sz w:val="15"/>
                <w:lang w:val="sl-SI"/>
              </w:rPr>
              <w:t>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B1E25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 nalog, spremljanju napredka in samoocenjevanju izvedbe. Poudarek: ob raziskovanju zbira podatke, jih prikazuje s prikazi in interpretira. Učene</w:t>
            </w:r>
            <w:r w:rsidRPr="00D75C67">
              <w:rPr>
                <w:sz w:val="15"/>
                <w:lang w:val="sl-SI"/>
              </w:rPr>
              <w:t>c cilj prenese v novo situacijo, utemelji ravnanje in predlaga izboljšavo.</w:t>
            </w:r>
          </w:p>
        </w:tc>
      </w:tr>
      <w:tr w:rsidR="00234674" w:rsidRPr="00D75C67" w14:paraId="0D26C840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F97E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659E5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usvajanju besedišča, razumevanju navodil ter poslušanju in govornem odzivanju. Poudarek: ob raziskovanju zbira podatke, jih </w:t>
            </w:r>
            <w:r w:rsidRPr="00D75C67">
              <w:rPr>
                <w:sz w:val="15"/>
                <w:lang w:val="sl-SI"/>
              </w:rPr>
              <w:t>prikazuje s prikazi in interpretira.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7BB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 navodil ter poslušanju in govornem odzivanju. Poudarek: ob raziskovanju zbira podatke, jih prikazuje s prikaz</w:t>
            </w:r>
            <w:r w:rsidRPr="00D75C67">
              <w:rPr>
                <w:sz w:val="15"/>
                <w:lang w:val="sl-SI"/>
              </w:rPr>
              <w:t>i in interpretira.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67E0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usvajanju besedišča, razumevanju navodil ter poslušanju in govornem odzivanju. Poudarek: ob raziskovanju zbira podatke, ji</w:t>
            </w:r>
            <w:r w:rsidRPr="00D75C67">
              <w:rPr>
                <w:sz w:val="15"/>
                <w:lang w:val="sl-SI"/>
              </w:rPr>
              <w:t>h prikazuje s prikazi in interpretira. Učenec cilj prenese v novo situacijo, utemelji ravnanje in predlaga izboljšavo.</w:t>
            </w:r>
          </w:p>
        </w:tc>
      </w:tr>
      <w:tr w:rsidR="00234674" w:rsidRPr="00D75C67" w14:paraId="5EA41EFC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DCFB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9D6C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načrtovanju samostojnega učenja, domačih nalogah, interesnih dejavnostih, refleksij</w:t>
            </w:r>
            <w:r w:rsidRPr="00D75C67">
              <w:rPr>
                <w:color w:val="673E82"/>
                <w:sz w:val="15"/>
                <w:lang w:val="sl-SI"/>
              </w:rPr>
              <w:t>i in medvrstniški pomoči. Poudarek: ob raziskovanju zbira podatke, jih prikazuje s prikazi in interpretira.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5D30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</w:t>
            </w:r>
            <w:r w:rsidRPr="00D75C67">
              <w:rPr>
                <w:color w:val="673E82"/>
                <w:sz w:val="15"/>
                <w:lang w:val="sl-SI"/>
              </w:rPr>
              <w:t>h, refleksiji in medvrstniški pomoči. Poudarek: ob raziskovanju zbira podatke, jih prikazuje s prikazi in interpretira.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1CB04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</w:t>
            </w:r>
            <w:r w:rsidRPr="00D75C67">
              <w:rPr>
                <w:color w:val="673E82"/>
                <w:sz w:val="15"/>
                <w:lang w:val="sl-SI"/>
              </w:rPr>
              <w:t>ega učenja, domačih nalogah, interesnih dejavnostih, refleksiji in medvrstniški pomoči. Poudarek: ob raziskovanju zbira podatke, jih prikazuje s prikazi in interpretira. Učenec cilj prenese v novo situacijo, utemelji ravnanje in predlaga izboljšavo.</w:t>
            </w:r>
          </w:p>
        </w:tc>
      </w:tr>
    </w:tbl>
    <w:p w14:paraId="59459F68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5F014E44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344505F" w14:textId="742083D4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20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spretnosti opazovanja, primerjanja, urejanja, razvrščanja, prirejanja in napovedovanja.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BC0A612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C0B8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E30AA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1D06A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9622C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C90A36D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AFFD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A92F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delu z besedili, bralnih strategijah, govornem nastopu in jezikovnih nalogah. Poudarek: spretnosti opazovanja, primerjanja, urejanja, razvrščanja, prirejanja in napovedovanja.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99465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delu z besedili, bralnih strategijah, govornem nastopu in jezikovnih nalogah. Poudarek: spretnosti opazovanja, primerjanja, urejanja, razvrščanja, prirejanja in napovedovanja. Učenec cilj uporabi v na</w:t>
            </w:r>
            <w:r w:rsidRPr="00D75C67">
              <w:rPr>
                <w:sz w:val="15"/>
                <w:lang w:val="sl-SI"/>
              </w:rPr>
              <w:t>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2B77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Poudarek: spretnosti opazovanja, primerjanja, urejanja, razvrščanja, prirejanja in napo</w:t>
            </w:r>
            <w:r w:rsidRPr="00D75C67">
              <w:rPr>
                <w:sz w:val="15"/>
                <w:lang w:val="sl-SI"/>
              </w:rPr>
              <w:t>vedovanja. Učenec cilj prenese v novo situacijo, utemelji ravnanje in predlaga izboljšavo.</w:t>
            </w:r>
          </w:p>
        </w:tc>
      </w:tr>
      <w:tr w:rsidR="00234674" w:rsidRPr="00D75C67" w14:paraId="53EDF755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DA73D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9B31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reševanju problemov, izbiri strategije, uporabi prikazov in razlagi rešitev. Poudarek: spretnosti opazovanja, primerjan</w:t>
            </w:r>
            <w:r w:rsidRPr="00D75C67">
              <w:rPr>
                <w:sz w:val="15"/>
                <w:lang w:val="sl-SI"/>
              </w:rPr>
              <w:t>ja, urejanja, razvrščanja, prirejanja in napovedovanja.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C174F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reševanju problemov, izbiri strategije, uporabi prikazov in razlagi rešitev. Poudarek: spretnosti opazovanja, primerjanja, </w:t>
            </w:r>
            <w:r w:rsidRPr="00D75C67">
              <w:rPr>
                <w:sz w:val="15"/>
                <w:lang w:val="sl-SI"/>
              </w:rPr>
              <w:t>urejanja, razvrščanja, prirejanja in napovedovanja.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B1A40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sp</w:t>
            </w:r>
            <w:r w:rsidRPr="00D75C67">
              <w:rPr>
                <w:sz w:val="15"/>
                <w:lang w:val="sl-SI"/>
              </w:rPr>
              <w:t>retnosti opazovanja, primerjanja, urejanja, razvrščanja, prirejanja in napovedovanja. Učenec cilj prenese v novo situacijo, utemelji ravnanje in predlaga izboljšavo.</w:t>
            </w:r>
          </w:p>
        </w:tc>
      </w:tr>
      <w:tr w:rsidR="00234674" w:rsidRPr="00D75C67" w14:paraId="20F81E5E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3655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798B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</w:t>
            </w:r>
            <w:r w:rsidRPr="00D75C67">
              <w:rPr>
                <w:sz w:val="15"/>
                <w:lang w:val="sl-SI"/>
              </w:rPr>
              <w:t>zbiranju podatkov in predstavitvi ugotovitev. Poudarek: spretnosti opazovanja, primerjanja, urejanja, razvrščanja, prirejanja in napovedovanja.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D83CE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</w:t>
            </w:r>
            <w:r w:rsidRPr="00D75C67">
              <w:rPr>
                <w:sz w:val="15"/>
                <w:lang w:val="sl-SI"/>
              </w:rPr>
              <w:t xml:space="preserve"> zbiranju podatkov in predstavitvi ugotovitev. Poudarek: spretnosti opazovanja, primerjanja, urejanja, razvrščanja, prirejanja in napovedovanja.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A43E5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</w:t>
            </w:r>
            <w:r w:rsidRPr="00D75C67">
              <w:rPr>
                <w:sz w:val="15"/>
                <w:lang w:val="sl-SI"/>
              </w:rPr>
              <w:t>pri opazovanju, raziskovanju, poskusih, zbiranju podatkov in predstavitvi ugotovitev. Poudarek: spretnosti opazovanja, primerjanja, urejanja, razvrščanja, prirejanja in napovedovanja. Učenec cilj prenese v novo situacijo, utemelji ravnanje in predlaga izbo</w:t>
            </w:r>
            <w:r w:rsidRPr="00D75C67">
              <w:rPr>
                <w:sz w:val="15"/>
                <w:lang w:val="sl-SI"/>
              </w:rPr>
              <w:t>ljšavo.</w:t>
            </w:r>
          </w:p>
        </w:tc>
      </w:tr>
      <w:tr w:rsidR="00234674" w:rsidRPr="00D75C67" w14:paraId="14A042A9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1CD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2EEAC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glasbe. Poudarek: spretnosti opazovanja, primerjanja, urejanja, razvrščanja, prirejanja in napovedovanja. Učenec pokaže cilj z ravnanjem</w:t>
            </w:r>
            <w:r w:rsidRPr="00D75C67">
              <w:rPr>
                <w:sz w:val="15"/>
                <w:lang w:val="sl-SI"/>
              </w:rPr>
              <w:t xml:space="preserve">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F2D98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ritmičnih vzorcev, poslušanju in ustvarjanju glasbe. Poudarek: spretnosti opazovanja, primerjanja, urejanja, razvrščanja, prirejanja in napovedovanja. Učenec cilj uporabi v nalogi, pojasni izbiro</w:t>
            </w:r>
            <w:r w:rsidRPr="00D75C67">
              <w:rPr>
                <w:sz w:val="15"/>
                <w:lang w:val="sl-SI"/>
              </w:rPr>
              <w:t xml:space="preserve">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09B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učenju pesmi, ritmičnih vzorcev, poslušanju in ustvarjanju glasbe. Poudarek: spretnosti opazovanja, primerjanja, urejanja, razvrščanja, prirejanja in napovedovanja. Učenec cilj prenese </w:t>
            </w:r>
            <w:r w:rsidRPr="00D75C67">
              <w:rPr>
                <w:sz w:val="15"/>
                <w:lang w:val="sl-SI"/>
              </w:rPr>
              <w:t>v novo situacijo, utemelji ravnanje in predlaga izboljšavo.</w:t>
            </w:r>
          </w:p>
        </w:tc>
      </w:tr>
      <w:tr w:rsidR="00234674" w:rsidRPr="00D75C67" w14:paraId="7D2F2CEA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2A1C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94EC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načrtovanju motiva, izbiri tehnike, ustvarjanju in vrednotenju izdelka. Poudarek: spretnosti opazovanja, primerjanja, urejanja, razvrščanja, pri</w:t>
            </w:r>
            <w:r w:rsidRPr="00D75C67">
              <w:rPr>
                <w:sz w:val="15"/>
                <w:lang w:val="sl-SI"/>
              </w:rPr>
              <w:t>rejanja in napovedovanja.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5380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spretnosti opazovanja, primerjanja, urejanja, razvrščanja, prirejanja i</w:t>
            </w:r>
            <w:r w:rsidRPr="00D75C67">
              <w:rPr>
                <w:sz w:val="15"/>
                <w:lang w:val="sl-SI"/>
              </w:rPr>
              <w:t>n napovedovanja.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7A12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načrtovanju motiva, izbiri tehnike, ustvarjanju in vrednotenju izdelka. Poudarek: spretnosti opazovanja, primerjanja, urejan</w:t>
            </w:r>
            <w:r w:rsidRPr="00D75C67">
              <w:rPr>
                <w:sz w:val="15"/>
                <w:lang w:val="sl-SI"/>
              </w:rPr>
              <w:t>ja, razvrščanja, prirejanja in napovedovanja. Učenec cilj prenese v novo situacijo, utemelji ravnanje in predlaga izboljšavo.</w:t>
            </w:r>
          </w:p>
        </w:tc>
      </w:tr>
      <w:tr w:rsidR="00234674" w:rsidRPr="00D75C67" w14:paraId="1518353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DAF7E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6647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učenju gibalnih nalog, spremljanju napredka in samoocenjevanju izvedbe. Poudarek: </w:t>
            </w:r>
            <w:r w:rsidRPr="00D75C67">
              <w:rPr>
                <w:sz w:val="15"/>
                <w:lang w:val="sl-SI"/>
              </w:rPr>
              <w:t>spretnosti opazovanja, primerjanja, urejanja, razvrščanja, prirejanja in napovedovanja.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C231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spretnost</w:t>
            </w:r>
            <w:r w:rsidRPr="00D75C67">
              <w:rPr>
                <w:sz w:val="15"/>
                <w:lang w:val="sl-SI"/>
              </w:rPr>
              <w:t>i opazovanja, primerjanja, urejanja, razvrščanja, prirejanja in napovedovanja.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E61D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 nalog, spremljanju napredka in samoocenjevanju</w:t>
            </w:r>
            <w:r w:rsidRPr="00D75C67">
              <w:rPr>
                <w:sz w:val="15"/>
                <w:lang w:val="sl-SI"/>
              </w:rPr>
              <w:t xml:space="preserve"> izvedbe. Poudarek: spretnosti opazovanja, primerjanja, urejanja, razvrščanja, prirejanja in napovedovanja. Učenec cilj prenese v novo situacijo, utemelji ravnanje in predlaga izboljšavo.</w:t>
            </w:r>
          </w:p>
        </w:tc>
      </w:tr>
      <w:tr w:rsidR="00234674" w:rsidRPr="00D75C67" w14:paraId="3A46C6B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BD75E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2498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usvajanju besediš</w:t>
            </w:r>
            <w:r w:rsidRPr="00D75C67">
              <w:rPr>
                <w:sz w:val="15"/>
                <w:lang w:val="sl-SI"/>
              </w:rPr>
              <w:t>ča, razumevanju navodil ter poslušanju in govornem odzivanju. Poudarek: spretnosti opazovanja, primerjanja, urejanja, razvrščanja, prirejanja in napovedovanja.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ACD6D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</w:t>
            </w:r>
            <w:r w:rsidRPr="00D75C67">
              <w:rPr>
                <w:sz w:val="15"/>
                <w:lang w:val="sl-SI"/>
              </w:rPr>
              <w:t>, razumevanju navodil ter poslušanju in govornem odzivanju. Poudarek: spretnosti opazovanja, primerjanja, urejanja, razvrščanja, prirejanja in napovedovanja.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BA61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</w:t>
            </w:r>
            <w:r w:rsidRPr="00D75C67">
              <w:rPr>
                <w:sz w:val="15"/>
                <w:lang w:val="sl-SI"/>
              </w:rPr>
              <w:t>je dejavnost pri usvajanju besedišča, razumevanju navodil ter poslušanju in govornem odzivanju. Poudarek: spretnosti opazovanja, primerjanja, urejanja, razvrščanja, prirejanja in napovedovanja. Učenec cilj prenese v novo situacijo, utemelji ravnanje in pre</w:t>
            </w:r>
            <w:r w:rsidRPr="00D75C67">
              <w:rPr>
                <w:sz w:val="15"/>
                <w:lang w:val="sl-SI"/>
              </w:rPr>
              <w:t>dlaga izboljšavo.</w:t>
            </w:r>
          </w:p>
        </w:tc>
      </w:tr>
      <w:tr w:rsidR="00234674" w:rsidRPr="00D75C67" w14:paraId="039893D5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41709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9D1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pri načrtovanju samostojnega učenja, domačih nalogah, interesnih dejavnostih, refleksiji in medvrstniški pomoči. Poudarek: spretnosti opazovanja, primerjanja, urejanja, razvrščanja, </w:t>
            </w:r>
            <w:r w:rsidRPr="00D75C67">
              <w:rPr>
                <w:color w:val="673E82"/>
                <w:sz w:val="15"/>
                <w:lang w:val="sl-SI"/>
              </w:rPr>
              <w:t>prirejanja in napovedovanja.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2DC0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načrtovanju samostojnega učenja, domačih nalogah, interesnih dejavnostih, refleksiji in medvrstniški pomoči. Poudarek: spretnosti opazovanja, primerja</w:t>
            </w:r>
            <w:r w:rsidRPr="00D75C67">
              <w:rPr>
                <w:color w:val="673E82"/>
                <w:sz w:val="15"/>
                <w:lang w:val="sl-SI"/>
              </w:rPr>
              <w:t>nja, urejanja, razvrščanja, prirejanja in napovedovanja.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4BFF9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nalogah, interesnih dejavnostih, refleksiji</w:t>
            </w:r>
            <w:r w:rsidRPr="00D75C67">
              <w:rPr>
                <w:color w:val="673E82"/>
                <w:sz w:val="15"/>
                <w:lang w:val="sl-SI"/>
              </w:rPr>
              <w:t xml:space="preserve"> in medvrstniški pomoči. Poudarek: spretnosti opazovanja, primerjanja, urejanja, razvrščanja, prirejanja in napovedovanja. Učenec cilj prenese v novo situacijo, utemelji ravnanje in predlaga izboljšavo.</w:t>
            </w:r>
          </w:p>
        </w:tc>
      </w:tr>
    </w:tbl>
    <w:p w14:paraId="0F6BF54C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 xml:space="preserve">opazovanje procesa, učenčeva razlaga, </w:t>
      </w:r>
      <w:r w:rsidRPr="00D75C67">
        <w:rPr>
          <w:sz w:val="16"/>
          <w:lang w:val="sl-SI"/>
        </w:rPr>
        <w:t>izdelek ali izvedba, samovrednotenje in kratka povratna informacija.</w:t>
      </w:r>
    </w:p>
    <w:p w14:paraId="3BAE30D0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67C3411" w14:textId="5FB51889" w:rsidR="00234674" w:rsidRPr="00D75C67" w:rsidRDefault="00080C8D" w:rsidP="009F4046">
      <w:pPr>
        <w:pStyle w:val="Naslov2"/>
        <w:rPr>
          <w:lang w:val="sl-SI"/>
        </w:rPr>
      </w:pPr>
      <w:r w:rsidRPr="00D75C67">
        <w:rPr>
          <w:lang w:val="sl-SI"/>
        </w:rPr>
        <w:t>Cilj 21</w:t>
      </w:r>
      <w:r w:rsidR="009F4046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Rešuje izzive s finančno vsebino, presoja finančne zmožnosti in odločitve ter razvija odnos do denarja in potrošniških navad.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4BDBD9D6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E646F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3C726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FEA87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92F55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27B1923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40B38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34BC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delu z besedili, bralnih strategijah, govornem nastopu in jezikovnih nalogah. Poudarek: izzive s finančno vsebino, presoja finančne zmožnosti in odločitve ter razvija odnos …. Učenec pokaže cilj z ravnanjem ali kratkim od</w:t>
            </w:r>
            <w:r w:rsidRPr="00D75C67">
              <w:rPr>
                <w:sz w:val="15"/>
                <w:lang w:val="sl-SI"/>
              </w:rPr>
              <w:t>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28C9E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delu z besedili, bralnih strategijah, govornem nastopu in jezikovnih nalogah. Poudarek: izzive s finančno vsebino, presoja finančne zmožnosti in odločitve ter razvija odnos …. Učenec cilj uporabi v nalogi, pojasni izbiro in </w:t>
            </w:r>
            <w:r w:rsidRPr="00D75C67">
              <w:rPr>
                <w:sz w:val="15"/>
                <w:lang w:val="sl-SI"/>
              </w:rPr>
              <w:t>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D5E3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delu z besedili, bralnih strategijah, govornem nastopu in jezikovnih nalogah. Poudarek: izzive s finančno vsebino, presoja finančne zmožnosti in odločitve ter razvija odnos …. Učenec cilj p</w:t>
            </w:r>
            <w:r w:rsidRPr="00D75C67">
              <w:rPr>
                <w:sz w:val="15"/>
                <w:lang w:val="sl-SI"/>
              </w:rPr>
              <w:t>renese v novo situacijo, utemelji ravnanje in predlaga izboljšavo.</w:t>
            </w:r>
          </w:p>
        </w:tc>
      </w:tr>
      <w:tr w:rsidR="00234674" w:rsidRPr="00D75C67" w14:paraId="5FD6DAB5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8031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ED4BE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reševanju problemov, izbiri strategije, uporabi prikazov in razlagi rešitev. Poudarek: izzive s finančno vsebino, presoja finančne zmožnosti in</w:t>
            </w:r>
            <w:r w:rsidRPr="00D75C67">
              <w:rPr>
                <w:sz w:val="15"/>
                <w:lang w:val="sl-SI"/>
              </w:rPr>
              <w:t xml:space="preserve"> odločitve ter razvija odnos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866C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reševanju problemov, izbiri strategije, uporabi prikazov in razlagi rešitev. Poudarek: izzive s finančno vsebino, presoja finančne zmožnosti in odl</w:t>
            </w:r>
            <w:r w:rsidRPr="00D75C67">
              <w:rPr>
                <w:sz w:val="15"/>
                <w:lang w:val="sl-SI"/>
              </w:rPr>
              <w:t>očitve ter razvija odnos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EA69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reševanju problemov, izbiri strategije, uporabi prikazov in razlagi rešitev. Poudarek: izzive s finančno vsebino,</w:t>
            </w:r>
            <w:r w:rsidRPr="00D75C67">
              <w:rPr>
                <w:sz w:val="15"/>
                <w:lang w:val="sl-SI"/>
              </w:rPr>
              <w:t xml:space="preserve"> presoja finančne zmožnosti in odločitve ter razvija odnos …. Učenec cilj prenese v novo situacijo, utemelji ravnanje in predlaga izboljšavo.</w:t>
            </w:r>
          </w:p>
        </w:tc>
      </w:tr>
      <w:tr w:rsidR="00234674" w:rsidRPr="00D75C67" w14:paraId="0D6FE62E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9137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19A2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opazovanju, raziskovanju, poskusih, zbiranju podatkov in </w:t>
            </w:r>
            <w:r w:rsidRPr="00D75C67">
              <w:rPr>
                <w:sz w:val="15"/>
                <w:lang w:val="sl-SI"/>
              </w:rPr>
              <w:t>predstavitvi ugotovitev. Poudarek: izzive s finančno vsebino, presoja finančne zmožnosti in odločitve ter razvija odnos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82D5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opazovanju, raziskovanju, poskusih, zbiranju podatkov in</w:t>
            </w:r>
            <w:r w:rsidRPr="00D75C67">
              <w:rPr>
                <w:sz w:val="15"/>
                <w:lang w:val="sl-SI"/>
              </w:rPr>
              <w:t xml:space="preserve"> predstavitvi ugotovitev. Poudarek: izzive s finančno vsebino, presoja finančne zmožnosti in odločitve ter razvija odnos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3D36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opazovanju, </w:t>
            </w:r>
            <w:r w:rsidRPr="00D75C67">
              <w:rPr>
                <w:sz w:val="15"/>
                <w:lang w:val="sl-SI"/>
              </w:rPr>
              <w:t>raziskovanju, poskusih, zbiranju podatkov in predstavitvi ugotovitev. Poudarek: izzive s finančno vsebino, presoja finančne zmožnosti in odločitve ter razvija odnos …. Učenec cilj prenese v novo situacijo, utemelji ravnanje in predlaga izboljšavo.</w:t>
            </w:r>
          </w:p>
        </w:tc>
      </w:tr>
      <w:tr w:rsidR="00234674" w:rsidRPr="00D75C67" w14:paraId="144E9C06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DE37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</w:t>
            </w:r>
            <w:r w:rsidRPr="00D75C67">
              <w:rPr>
                <w:b/>
                <w:color w:val="234E52"/>
                <w:sz w:val="15"/>
                <w:lang w:val="sl-SI"/>
              </w:rPr>
              <w:t>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FB33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pesmi, ritmičnih vzorcev, poslušanju in ustvarjanju glasbe. Poudarek: izzive s finančno vsebino, presoja finančne zmožnosti in odločitve ter razvija odnos …. Učenec pokaže cilj z ravnanjem ali kratkim odg</w:t>
            </w:r>
            <w:r w:rsidRPr="00D75C67">
              <w:rPr>
                <w:sz w:val="15"/>
                <w:lang w:val="sl-SI"/>
              </w:rPr>
              <w:t>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F847A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pesmi, ritmičnih vzorcev, poslušanju in ustvarjanju glasbe. Poudarek: izzive s finančno vsebino, presoja finančne zmožnosti in odločitve ter razvija odnos …. Učenec cilj uporabi v nalogi, pojasni izbiro in upošteva pov</w:t>
            </w:r>
            <w:r w:rsidRPr="00D75C67">
              <w:rPr>
                <w:sz w:val="15"/>
                <w:lang w:val="sl-SI"/>
              </w:rPr>
              <w:t>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E0E8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pesmi, ritmičnih vzorcev, poslušanju in ustvarjanju glasbe. Poudarek: izzive s finančno vsebino, presoja finančne zmožnosti in odločitve ter razvija odnos …. Učenec cilj prenese v novo situacijo</w:t>
            </w:r>
            <w:r w:rsidRPr="00D75C67">
              <w:rPr>
                <w:sz w:val="15"/>
                <w:lang w:val="sl-SI"/>
              </w:rPr>
              <w:t>, utemelji ravnanje in predlaga izboljšavo.</w:t>
            </w:r>
          </w:p>
        </w:tc>
      </w:tr>
      <w:tr w:rsidR="00234674" w:rsidRPr="00D75C67" w14:paraId="038BDBF6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C43D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6902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načrtovanju motiva, izbiri tehnike, ustvarjanju in vrednotenju izdelka. Poudarek: izzive s finančno vsebino, presoja finančne zmožnosti in odločitve ter razvija</w:t>
            </w:r>
            <w:r w:rsidRPr="00D75C67">
              <w:rPr>
                <w:sz w:val="15"/>
                <w:lang w:val="sl-SI"/>
              </w:rPr>
              <w:t xml:space="preserve"> odnos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0ACF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načrtovanju motiva, izbiri tehnike, ustvarjanju in vrednotenju izdelka. Poudarek: izzive s finančno vsebino, presoja finančne zmožnosti in odločitve ter razvija odnos ….</w:t>
            </w:r>
            <w:r w:rsidRPr="00D75C67">
              <w:rPr>
                <w:sz w:val="15"/>
                <w:lang w:val="sl-SI"/>
              </w:rPr>
              <w:t xml:space="preserve">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4963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načrtovanju motiva, izbiri tehnike, ustvarjanju in vrednotenju izdelka. Poudarek: izzive s finančno vsebino, presoja finančne zmožnosti in o</w:t>
            </w:r>
            <w:r w:rsidRPr="00D75C67">
              <w:rPr>
                <w:sz w:val="15"/>
                <w:lang w:val="sl-SI"/>
              </w:rPr>
              <w:t>dločitve ter razvija odnos …. Učenec cilj prenese v novo situacijo, utemelji ravnanje in predlaga izboljšavo.</w:t>
            </w:r>
          </w:p>
        </w:tc>
      </w:tr>
      <w:tr w:rsidR="00234674" w:rsidRPr="00D75C67" w14:paraId="494DA3F8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8223E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7AC2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učenju gibalnih nalog, spremljanju napredka in samoocenjevanju izvedbe. Poudarek: izzive s finančno vsebi</w:t>
            </w:r>
            <w:r w:rsidRPr="00D75C67">
              <w:rPr>
                <w:sz w:val="15"/>
                <w:lang w:val="sl-SI"/>
              </w:rPr>
              <w:t>no, presoja finančne zmožnosti in odločitve ter razvija odnos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45B9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učenju gibalnih nalog, spremljanju napredka in samoocenjevanju izvedbe. Poudarek: izzive s finančno vsebino, preso</w:t>
            </w:r>
            <w:r w:rsidRPr="00D75C67">
              <w:rPr>
                <w:sz w:val="15"/>
                <w:lang w:val="sl-SI"/>
              </w:rPr>
              <w:t>ja finančne zmožnosti in odločitve ter razvija odnos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B985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učenju gibalnih nalog, spremljanju napredka in samoocenjevanju izvedbe. Poudarek: izz</w:t>
            </w:r>
            <w:r w:rsidRPr="00D75C67">
              <w:rPr>
                <w:sz w:val="15"/>
                <w:lang w:val="sl-SI"/>
              </w:rPr>
              <w:t>ive s finančno vsebino, presoja finančne zmožnosti in odločitve ter razvija odnos …. Učenec cilj prenese v novo situacijo, utemelji ravnanje in predlaga izboljšavo.</w:t>
            </w:r>
          </w:p>
        </w:tc>
      </w:tr>
      <w:tr w:rsidR="00234674" w:rsidRPr="00D75C67" w14:paraId="243542D2" w14:textId="77777777">
        <w:trPr>
          <w:jc w:val="center"/>
        </w:trPr>
        <w:tc>
          <w:tcPr>
            <w:tcW w:w="1944" w:type="dxa"/>
            <w:shd w:val="clear" w:color="auto" w:fill="FFF1D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82CE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002C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usvajanju besedišča, razumevanju navodil</w:t>
            </w:r>
            <w:r w:rsidRPr="00D75C67">
              <w:rPr>
                <w:sz w:val="15"/>
                <w:lang w:val="sl-SI"/>
              </w:rPr>
              <w:t xml:space="preserve"> ter poslušanju in govornem odzivanju. Poudarek: izzive s finančno vsebino, presoja finančne zmožnosti in odločitve ter razvija odnos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BEEBF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usvajanju besedišča, razumevanju navodil t</w:t>
            </w:r>
            <w:r w:rsidRPr="00D75C67">
              <w:rPr>
                <w:sz w:val="15"/>
                <w:lang w:val="sl-SI"/>
              </w:rPr>
              <w:t>er poslušanju in govornem odzivanju. Poudarek: izzive s finančno vsebino, presoja finančne zmožnosti in odločitve ter razvija odnos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6F84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</w:t>
            </w:r>
            <w:r w:rsidRPr="00D75C67">
              <w:rPr>
                <w:sz w:val="15"/>
                <w:lang w:val="sl-SI"/>
              </w:rPr>
              <w:t>usvajanju besedišča, razumevanju navodil ter poslušanju in govornem odzivanju. Poudarek: izzive s finančno vsebino, presoja finančne zmožnosti in odločitve ter razvija odnos …. Učenec cilj prenese v novo situacijo, utemelji ravnanje in predlaga izboljšavo.</w:t>
            </w:r>
          </w:p>
        </w:tc>
      </w:tr>
      <w:tr w:rsidR="00234674" w:rsidRPr="00D75C67" w14:paraId="5667A67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5128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959C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načrtovanju samostojnega učenja, domačih nalogah, interesnih dejavnostih, refleksiji in medvrstniški pomoči. Poudarek: izzive s finančno vsebino, presoja finančne zmožnosti in odločitve ter razvija odn</w:t>
            </w:r>
            <w:r w:rsidRPr="00D75C67">
              <w:rPr>
                <w:color w:val="673E82"/>
                <w:sz w:val="15"/>
                <w:lang w:val="sl-SI"/>
              </w:rPr>
              <w:t>os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A9736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načrtovanju samostojnega učenja, domačih nalogah, interesnih dejavnostih, refleksiji in medvrstniški pomoči. Poudarek: izzive s finančno vsebino, presoja finančne zmožnosti </w:t>
            </w:r>
            <w:r w:rsidRPr="00D75C67">
              <w:rPr>
                <w:color w:val="673E82"/>
                <w:sz w:val="15"/>
                <w:lang w:val="sl-SI"/>
              </w:rPr>
              <w:t>in odločitve ter razvija odnos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BCA08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načrtovanju samostojnega učenja, domačih nalogah, interesnih dejavnostih, refleksiji in medvrstniški pomoči</w:t>
            </w:r>
            <w:r w:rsidRPr="00D75C67">
              <w:rPr>
                <w:color w:val="673E82"/>
                <w:sz w:val="15"/>
                <w:lang w:val="sl-SI"/>
              </w:rPr>
              <w:t>. Poudarek: izzive s finančno vsebino, presoja finančne zmožnosti in odločitve ter razvija odnos …. Učenec cilj prenese v novo situacijo, utemelji ravnanje in predlaga izboljšavo.</w:t>
            </w:r>
          </w:p>
        </w:tc>
      </w:tr>
    </w:tbl>
    <w:p w14:paraId="616A4FB7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</w:t>
      </w:r>
      <w:r w:rsidRPr="00D75C67">
        <w:rPr>
          <w:sz w:val="16"/>
          <w:lang w:val="sl-SI"/>
        </w:rPr>
        <w:t>movrednotenje in kratka povratna informacija.</w:t>
      </w:r>
    </w:p>
    <w:p w14:paraId="4680FE90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5DB2C768" w14:textId="35270AF6" w:rsidR="00234674" w:rsidRPr="00D75C67" w:rsidRDefault="00D75C67">
      <w:pPr>
        <w:pStyle w:val="Naslov1"/>
        <w:rPr>
          <w:sz w:val="24"/>
          <w:szCs w:val="24"/>
          <w:lang w:val="sl-SI"/>
        </w:rPr>
      </w:pPr>
      <w:r w:rsidRPr="00D75C67">
        <w:rPr>
          <w:sz w:val="24"/>
          <w:szCs w:val="24"/>
          <w:lang w:val="sl-SI"/>
        </w:rPr>
        <w:t>Rutine</w:t>
      </w:r>
      <w:r w:rsidR="009F4046" w:rsidRPr="00D75C67">
        <w:rPr>
          <w:sz w:val="24"/>
          <w:szCs w:val="24"/>
          <w:lang w:val="sl-SI"/>
        </w:rPr>
        <w:t xml:space="preserve"> (8 povezovalnih ciljev)</w:t>
      </w:r>
    </w:p>
    <w:p w14:paraId="672ABC79" w14:textId="18774BC0" w:rsidR="00234674" w:rsidRPr="00D75C67" w:rsidRDefault="00265815" w:rsidP="009F4046">
      <w:pPr>
        <w:pStyle w:val="Naslov2"/>
        <w:rPr>
          <w:lang w:val="sl-SI"/>
        </w:rPr>
      </w:pPr>
      <w:r w:rsidRPr="00D75C67">
        <w:rPr>
          <w:noProof/>
          <w:sz w:val="24"/>
          <w:szCs w:val="24"/>
          <w:lang w:val="sl-SI"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A1BC93" wp14:editId="5780F425">
                <wp:simplePos x="0" y="0"/>
                <wp:positionH relativeFrom="column">
                  <wp:posOffset>-108585</wp:posOffset>
                </wp:positionH>
                <wp:positionV relativeFrom="paragraph">
                  <wp:posOffset>6856730</wp:posOffset>
                </wp:positionV>
                <wp:extent cx="4476750" cy="385763"/>
                <wp:effectExtent l="0" t="0" r="19050" b="14605"/>
                <wp:wrapNone/>
                <wp:docPr id="4" name="Polje z besedilo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3857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A869620" w14:textId="77777777" w:rsidR="00265815" w:rsidRDefault="00265815" w:rsidP="00265815">
                            <w:pPr>
                              <w:spacing w:before="60" w:after="0"/>
                            </w:pPr>
                            <w:r>
                              <w:rPr>
                                <w:b/>
                                <w:color w:val="B56A45"/>
                                <w:sz w:val="16"/>
                              </w:rPr>
                              <w:t xml:space="preserve">Možni dokazi: </w:t>
                            </w:r>
                            <w:r>
                              <w:rPr>
                                <w:sz w:val="16"/>
                              </w:rPr>
                              <w:t>opazovanje procesa, učenčeva razlaga, izdelek ali izvedba, samovrednotenje in kratka povratna informacija.</w:t>
                            </w:r>
                          </w:p>
                          <w:p w14:paraId="283A1694" w14:textId="77777777" w:rsidR="00265815" w:rsidRDefault="00265815" w:rsidP="00265815">
                            <w:r>
                              <w:br w:type="page"/>
                            </w:r>
                          </w:p>
                          <w:p w14:paraId="7F5B507D" w14:textId="77777777" w:rsidR="00265815" w:rsidRDefault="002658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1BC93" id="Polje z besedilom 4" o:spid="_x0000_s1028" type="#_x0000_t202" style="position:absolute;margin-left:-8.55pt;margin-top:539.9pt;width:352.5pt;height:30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" fillcolor="white [3201]" strokecolor="white [3212]" strokeweight=".5pt">
                <v:textbox>
                  <w:txbxContent>
                    <w:p w14:paraId="4A869620" w14:textId="77777777" w:rsidR="00265815" w:rsidRDefault="00265815" w:rsidP="00265815">
                      <w:pPr>
                        <w:spacing w:before="60" w:after="0"/>
                      </w:pPr>
                      <w:r>
                        <w:rPr>
                          <w:b/>
                          <w:color w:val="B56A45"/>
                          <w:sz w:val="16"/>
                        </w:rPr>
                        <w:t xml:space="preserve">Možni dokazi: </w:t>
                      </w:r>
                      <w:r>
                        <w:rPr>
                          <w:sz w:val="16"/>
                        </w:rPr>
                        <w:t>opazovanje procesa, učenčeva razlaga, izdelek ali izvedba, samovrednotenje in kratka povratna informacija.</w:t>
                      </w:r>
                    </w:p>
                    <w:p w14:paraId="283A1694" w14:textId="77777777" w:rsidR="00265815" w:rsidRDefault="00265815" w:rsidP="00265815">
                      <w:r>
                        <w:br w:type="page"/>
                      </w:r>
                    </w:p>
                    <w:p w14:paraId="7F5B507D" w14:textId="77777777" w:rsidR="00265815" w:rsidRDefault="00265815"/>
                  </w:txbxContent>
                </v:textbox>
              </v:shape>
            </w:pict>
          </mc:Fallback>
        </mc:AlternateContent>
      </w:r>
      <w:r w:rsidRPr="00D75C67">
        <w:rPr>
          <w:sz w:val="24"/>
          <w:szCs w:val="24"/>
          <w:lang w:val="sl-SI"/>
        </w:rPr>
        <w:t>Cilj 22</w:t>
      </w:r>
      <w:r w:rsidR="009F4046" w:rsidRPr="00D75C67">
        <w:rPr>
          <w:sz w:val="24"/>
          <w:szCs w:val="24"/>
          <w:lang w:val="sl-SI"/>
        </w:rPr>
        <w:t>:</w:t>
      </w:r>
      <w:r w:rsidR="009F4046" w:rsidRPr="00D75C67">
        <w:rPr>
          <w:lang w:val="sl-SI"/>
        </w:rPr>
        <w:t xml:space="preserve"> </w:t>
      </w:r>
      <w:r w:rsidRPr="00D75C67">
        <w:rPr>
          <w:color w:val="234E52"/>
          <w:sz w:val="21"/>
          <w:lang w:val="sl-SI"/>
        </w:rPr>
        <w:t>Upošteva navodila in sodeluje v dejavnostih dnevnih rutin v šolskem okolju.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618714E2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8D495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448C1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BE37D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7076B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596F645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390A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4565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ustaljenim potekom branja, pisanja, pogovora ter priprave zvezka in pripomočkov. Poudarek: upošteva navodila in sodeluje v dejavn</w:t>
            </w:r>
            <w:r w:rsidRPr="00D75C67">
              <w:rPr>
                <w:sz w:val="15"/>
                <w:lang w:val="sl-SI"/>
              </w:rPr>
              <w:t>ostih dnevnih rutin v šolskem okolju.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E77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ustaljenim potekom branja, pisanja, pogovora ter priprave zvezka in pripomočkov. Poudarek: upošteva navodila in sodeluje v dejavnostih dnevnih </w:t>
            </w:r>
            <w:r w:rsidRPr="00D75C67">
              <w:rPr>
                <w:sz w:val="15"/>
                <w:lang w:val="sl-SI"/>
              </w:rPr>
              <w:t>rutin v šolskem okolju.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18A5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ustaljenim potekom branja, pisanja, pogovora ter priprave zvezka in pripomočkov. Poudarek: upošteva navodila in sodeluj</w:t>
            </w:r>
            <w:r w:rsidRPr="00D75C67">
              <w:rPr>
                <w:sz w:val="15"/>
                <w:lang w:val="sl-SI"/>
              </w:rPr>
              <w:t>e v dejavnostih dnevnih rutin v šolskem okolju. Učenec cilj prenese v novo situacijo, utemelji ravnanje in predlaga izboljšavo.</w:t>
            </w:r>
          </w:p>
        </w:tc>
      </w:tr>
      <w:tr w:rsidR="00234674" w:rsidRPr="00D75C67" w14:paraId="104FAA1D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2744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4B9D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pripravo pripomočkov, urejenim zapisom, pregledovanjem postopka in pospravljanjem. </w:t>
            </w:r>
            <w:r w:rsidRPr="00D75C67">
              <w:rPr>
                <w:sz w:val="15"/>
                <w:lang w:val="sl-SI"/>
              </w:rPr>
              <w:t>Poudarek: upošteva navodila in sodeluje v dejavnostih dnevnih rutin v šolskem okolju.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BB31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pripomočkov, urejenim zapisom, pregledovanjem postopka in pospravljanjem. Poudarek: up</w:t>
            </w:r>
            <w:r w:rsidRPr="00D75C67">
              <w:rPr>
                <w:sz w:val="15"/>
                <w:lang w:val="sl-SI"/>
              </w:rPr>
              <w:t>ošteva navodila in sodeluje v dejavnostih dnevnih rutin v šolskem okolju.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740E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pripravo pripomočkov, urejenim zapisom, pregledovanjem postopka in </w:t>
            </w:r>
            <w:r w:rsidRPr="00D75C67">
              <w:rPr>
                <w:sz w:val="15"/>
                <w:lang w:val="sl-SI"/>
              </w:rPr>
              <w:t>pospravljanjem. Poudarek: upošteva navodila in sodeluje v dejavnostih dnevnih rutin v šolskem okolju. Učenec cilj prenese v novo situacijo, utemelji ravnanje in predlaga izboljšavo.</w:t>
            </w:r>
          </w:p>
        </w:tc>
      </w:tr>
      <w:tr w:rsidR="00234674" w:rsidRPr="00D75C67" w14:paraId="2A162F0F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DDA0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E1061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dnevnim koledarjem, op</w:t>
            </w:r>
            <w:r w:rsidRPr="00D75C67">
              <w:rPr>
                <w:sz w:val="15"/>
                <w:lang w:val="sl-SI"/>
              </w:rPr>
              <w:t>azovalnimi rutinami, higieno ter skrbjo za prostor in naravo. Poudarek: upošteva navodila in sodeluje v dejavnostih dnevnih rutin v šolskem okolju.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B2B2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dnevnim koledarjem, opazovalnimi </w:t>
            </w:r>
            <w:r w:rsidRPr="00D75C67">
              <w:rPr>
                <w:sz w:val="15"/>
                <w:lang w:val="sl-SI"/>
              </w:rPr>
              <w:t>rutinami, higieno ter skrbjo za prostor in naravo. Poudarek: upošteva navodila in sodeluje v dejavnostih dnevnih rutin v šolskem okolju.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7FBA2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dnevni</w:t>
            </w:r>
            <w:r w:rsidRPr="00D75C67">
              <w:rPr>
                <w:sz w:val="15"/>
                <w:lang w:val="sl-SI"/>
              </w:rPr>
              <w:t>m koledarjem, opazovalnimi rutinami, higieno ter skrbjo za prostor in naravo. Poudarek: upošteva navodila in sodeluje v dejavnostih dnevnih rutin v šolskem okolju. Učenec cilj prenese v novo situacijo, utemelji ravnanje in predlaga izboljšavo.</w:t>
            </w:r>
          </w:p>
        </w:tc>
      </w:tr>
      <w:tr w:rsidR="00234674" w:rsidRPr="00D75C67" w14:paraId="5973405C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181CB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</w:t>
            </w:r>
            <w:r w:rsidRPr="00D75C67">
              <w:rPr>
                <w:b/>
                <w:color w:val="234E52"/>
                <w:sz w:val="15"/>
                <w:lang w:val="sl-SI"/>
              </w:rPr>
              <w:t>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11FF7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pripravo glasu, glasbil, poslušalskim bontonom in urejenim zaključkom dejavnosti. Poudarek: upošteva navodila in sodeluje v dejavnostih dnevnih rutin v šolskem okolju. Učenec pokaže cilj z ravnanjem ali kratkim </w:t>
            </w:r>
            <w:r w:rsidRPr="00D75C67">
              <w:rPr>
                <w:sz w:val="15"/>
                <w:lang w:val="sl-SI"/>
              </w:rPr>
              <w:t>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81EBB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glasu, glasbil, poslušalskim bontonom in urejenim zaključkom dejavnosti. Poudarek: upošteva navodila in sodeluje v dejavnostih dnevnih rutin v šolskem okolju. Učenec cilj uporabi v nalogi, pojasni izbiro in upošteva</w:t>
            </w:r>
            <w:r w:rsidRPr="00D75C67">
              <w:rPr>
                <w:sz w:val="15"/>
                <w:lang w:val="sl-SI"/>
              </w:rPr>
              <w:t xml:space="preserve">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3CBED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in urejenim zaključkom dejavnosti. Poudarek: upošteva navodila in sodeluje v dejavnostih dnevnih rutin v šolskem okolju. Učenec cilj prenese v novo situ</w:t>
            </w:r>
            <w:r w:rsidRPr="00D75C67">
              <w:rPr>
                <w:sz w:val="15"/>
                <w:lang w:val="sl-SI"/>
              </w:rPr>
              <w:t>acijo, utemelji ravnanje in predlaga izboljšavo.</w:t>
            </w:r>
          </w:p>
        </w:tc>
      </w:tr>
      <w:tr w:rsidR="00234674" w:rsidRPr="00D75C67" w14:paraId="00F3792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78F1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C43B3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materiala, zaščito prostora, čiščenjem in razvrščanjem odpadkov. Poudarek: upošteva navodila in sodeluje v dejavnostih dnevnih ruti</w:t>
            </w:r>
            <w:r w:rsidRPr="00D75C67">
              <w:rPr>
                <w:sz w:val="15"/>
                <w:lang w:val="sl-SI"/>
              </w:rPr>
              <w:t>n v šolskem okolju.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208F5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s pripravo in varno uporabo materiala, zaščito prostora, čiščenjem in razvrščanjem odpadkov. Poudarek: upošteva navodila in sodeluje v dejavnostih dnevnih rutin v </w:t>
            </w:r>
            <w:r w:rsidRPr="00D75C67">
              <w:rPr>
                <w:sz w:val="15"/>
                <w:lang w:val="sl-SI"/>
              </w:rPr>
              <w:t>šolskem okolju.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28A94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in varno uporabo materiala, zaščito prostora, čiščenjem in razvrščanjem odpadkov. Poudarek: upošteva navodila in sodel</w:t>
            </w:r>
            <w:r w:rsidRPr="00D75C67">
              <w:rPr>
                <w:sz w:val="15"/>
                <w:lang w:val="sl-SI"/>
              </w:rPr>
              <w:t>uje v dejavnostih dnevnih rutin v šolskem okolju. Učenec cilj prenese v novo situacijo, utemelji ravnanje in predlaga izboljšavo.</w:t>
            </w:r>
          </w:p>
        </w:tc>
      </w:tr>
      <w:tr w:rsidR="00234674" w:rsidRPr="00D75C67" w14:paraId="127E4A34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7C0EB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4D16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preoblačenjem, ogrevanjem, varno pripravo pripomočkov, pitjem vode in umirjanjem. Pouda</w:t>
            </w:r>
            <w:r w:rsidRPr="00D75C67">
              <w:rPr>
                <w:sz w:val="15"/>
                <w:lang w:val="sl-SI"/>
              </w:rPr>
              <w:t>rek: upošteva navodila in sodeluje v dejavnostih dnevnih rutin v šolskem okolju.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1AB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Poudarek: upošteva</w:t>
            </w:r>
            <w:r w:rsidRPr="00D75C67">
              <w:rPr>
                <w:sz w:val="15"/>
                <w:lang w:val="sl-SI"/>
              </w:rPr>
              <w:t xml:space="preserve"> navodila in sodeluje v dejavnostih dnevnih rutin v šolskem okolju.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01E3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preoblačenjem, ogrevanjem, varno pripravo pripomočkov, pitjem vode in </w:t>
            </w:r>
            <w:r w:rsidRPr="00D75C67">
              <w:rPr>
                <w:sz w:val="15"/>
                <w:lang w:val="sl-SI"/>
              </w:rPr>
              <w:t>umirjanjem. Poudarek: upošteva navodila in sodeluje v dejavnostih dnevnih rutin v šolskem okolju. Učenec cilj prenese v novo situacijo, utemelji ravnanje in predlaga izboljšavo.</w:t>
            </w:r>
          </w:p>
        </w:tc>
      </w:tr>
      <w:tr w:rsidR="00234674" w:rsidRPr="00D75C67" w14:paraId="6B3D70B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167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1EBB6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uvodnim pozdravom, jezikovnim</w:t>
            </w:r>
            <w:r w:rsidRPr="00D75C67">
              <w:rPr>
                <w:sz w:val="15"/>
                <w:lang w:val="sl-SI"/>
              </w:rPr>
              <w:t xml:space="preserve"> ritualom, pripravo gradiv in sklepnim preverjanjem. Poudarek: upošteva navodila in sodeluje v dejavnostih dnevnih rutin v šolskem okolju.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0852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pr</w:t>
            </w:r>
            <w:r w:rsidRPr="00D75C67">
              <w:rPr>
                <w:sz w:val="15"/>
                <w:lang w:val="sl-SI"/>
              </w:rPr>
              <w:t>ipravo gradiv in sklepnim preverjanjem. Poudarek: upošteva navodila in sodeluje v dejavnostih dnevnih rutin v šolskem okolju.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45A0F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uvodnim pozdravom</w:t>
            </w:r>
            <w:r w:rsidRPr="00D75C67">
              <w:rPr>
                <w:sz w:val="15"/>
                <w:lang w:val="sl-SI"/>
              </w:rPr>
              <w:t>, jezikovnim ritualom, pripravo gradiv in sklepnim preverjanjem. Poudarek: upošteva navodila in sodeluje v dejavnostih dnevnih rutin v šolskem okolju. Učenec cilj prenese v novo situacijo, utemelji ravnanje in predlaga izboljšavo.</w:t>
            </w:r>
          </w:p>
        </w:tc>
      </w:tr>
      <w:tr w:rsidR="00234674" w:rsidRPr="00D75C67" w14:paraId="0B89F093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AB4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9C30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</w:t>
            </w:r>
            <w:r w:rsidRPr="00D75C67">
              <w:rPr>
                <w:color w:val="673E82"/>
                <w:sz w:val="15"/>
                <w:lang w:val="sl-SI"/>
              </w:rPr>
              <w:t>o in ob slikovni podpori z urejenim prehodom med poukom, kosilom, počitkom, učenjem, igro, gibanjem in odhodom domov. Poudarek: upošteva navodila in sodeluje v dejavnostih dnevnih rutin v šolskem okolju. Učenec pokaže cilj z ravnanjem ali kratkim odgovorom</w:t>
            </w:r>
            <w:r w:rsidRPr="00D75C67">
              <w:rPr>
                <w:color w:val="673E82"/>
                <w:sz w:val="15"/>
                <w:lang w:val="sl-SI"/>
              </w:rPr>
              <w:t>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FEA6FA" w14:textId="6F557A6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z urejenim prehodom med poukom, kosilom, počitkom, učenjem, igro, gibanjem in odhodom domov. Poudarek: upošteva navodila in sodeluje v dejavnostih dnevnih rutin v šolskem okolju. Učenec cilj uporabi v nalogi, pojasni izbiro in upošteva</w:t>
            </w:r>
            <w:r w:rsidRPr="00D75C67">
              <w:rPr>
                <w:color w:val="673E82"/>
                <w:sz w:val="15"/>
                <w:lang w:val="sl-SI"/>
              </w:rPr>
              <w:t xml:space="preserve"> povratno infor</w:t>
            </w:r>
            <w:r w:rsidR="00265815" w:rsidRPr="00D75C67">
              <w:rPr>
                <w:color w:val="673E82"/>
                <w:sz w:val="15"/>
                <w:lang w:val="sl-SI"/>
              </w:rPr>
              <w:t>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5888EF" w14:textId="0D5C7EC8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z urejenim prehodom med poukom, kosilom, počitkom, učenjem, igro, gibanjem in odhodom domov. Poudarek: upošteva navodila in sodeluje v dejavnostih dnevnih rutin v šolskem okolju. Učenec cilj prenese v novo s</w:t>
            </w:r>
            <w:r w:rsidRPr="00D75C67">
              <w:rPr>
                <w:color w:val="673E82"/>
                <w:sz w:val="15"/>
                <w:lang w:val="sl-SI"/>
              </w:rPr>
              <w:t>ituacijo, utemelji ravnanje in predlaga izbo</w:t>
            </w:r>
            <w:r w:rsidR="00265815" w:rsidRPr="00D75C67">
              <w:rPr>
                <w:color w:val="673E82"/>
                <w:sz w:val="15"/>
                <w:lang w:val="sl-SI"/>
              </w:rPr>
              <w:t>l.</w:t>
            </w:r>
          </w:p>
        </w:tc>
      </w:tr>
    </w:tbl>
    <w:p w14:paraId="6BF12897" w14:textId="3A5F7062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23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Pripravi delovni oziroma učni prostor in skrbi za njegovo urejenost.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3A104593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AF29F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E974A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2CB33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E3ED3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5995C480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49F6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747F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ustaljenim potekom branja, pisanja, pogovora </w:t>
            </w:r>
            <w:r w:rsidRPr="00D75C67">
              <w:rPr>
                <w:sz w:val="15"/>
                <w:lang w:val="sl-SI"/>
              </w:rPr>
              <w:t>ter priprave zvezka in pripomočkov. Poudarek: pripravi delovni oziroma učni prostor in skrbi za njegovo urejenost.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4B07D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ustaljenim potekom branja, pisanja, pogovora ter priprave zvezka i</w:t>
            </w:r>
            <w:r w:rsidRPr="00D75C67">
              <w:rPr>
                <w:sz w:val="15"/>
                <w:lang w:val="sl-SI"/>
              </w:rPr>
              <w:t>n pripomočkov. Poudarek: pripravi delovni oziroma učni prostor in skrbi za njegovo urejenost.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79B15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ustaljenim potekom branja, pisanja, pogovora ter </w:t>
            </w:r>
            <w:r w:rsidRPr="00D75C67">
              <w:rPr>
                <w:sz w:val="15"/>
                <w:lang w:val="sl-SI"/>
              </w:rPr>
              <w:t>priprave zvezka in pripomočkov. Poudarek: pripravi delovni oziroma učni prostor in skrbi za njegovo urejenost. Učenec cilj prenese v novo situacijo, utemelji ravnanje in predlaga izboljšavo.</w:t>
            </w:r>
          </w:p>
        </w:tc>
      </w:tr>
      <w:tr w:rsidR="00234674" w:rsidRPr="00D75C67" w14:paraId="10DDF5AC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A0578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B18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pripomočkov,</w:t>
            </w:r>
            <w:r w:rsidRPr="00D75C67">
              <w:rPr>
                <w:sz w:val="15"/>
                <w:lang w:val="sl-SI"/>
              </w:rPr>
              <w:t xml:space="preserve"> urejenim zapisom, pregledovanjem postopka in pospravljanjem. Poudarek: pripravi delovni oziroma učni prostor in skrbi za njegovo urejenost.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F14E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s pripravo pripomočkov, urejenim zapisom, </w:t>
            </w:r>
            <w:r w:rsidRPr="00D75C67">
              <w:rPr>
                <w:sz w:val="15"/>
                <w:lang w:val="sl-SI"/>
              </w:rPr>
              <w:t>pregledovanjem postopka in pospravljanjem. Poudarek: pripravi delovni oziroma učni prostor in skrbi za njegovo urejenost.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5D1AE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pripomočkov,</w:t>
            </w:r>
            <w:r w:rsidRPr="00D75C67">
              <w:rPr>
                <w:sz w:val="15"/>
                <w:lang w:val="sl-SI"/>
              </w:rPr>
              <w:t xml:space="preserve"> urejenim zapisom, pregledovanjem postopka in pospravljanjem. Poudarek: pripravi delovni oziroma učni prostor in skrbi za njegovo urejenost. Učenec cilj prenese v novo situacijo, utemelji ravnanje in predlaga izboljšavo.</w:t>
            </w:r>
          </w:p>
        </w:tc>
      </w:tr>
      <w:tr w:rsidR="00234674" w:rsidRPr="00D75C67" w14:paraId="0DD763BC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2694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1F14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</w:t>
            </w:r>
            <w:r w:rsidRPr="00D75C67">
              <w:rPr>
                <w:sz w:val="15"/>
                <w:lang w:val="sl-SI"/>
              </w:rPr>
              <w:t>ikovni podpori z dnevnim koledarjem, opazovalnimi rutinami, higieno ter skrbjo za prostor in naravo. Poudarek: pripravi delovni oziroma učni prostor in skrbi za njegovo urejenost.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6E2CA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d</w:t>
            </w:r>
            <w:r w:rsidRPr="00D75C67">
              <w:rPr>
                <w:sz w:val="15"/>
                <w:lang w:val="sl-SI"/>
              </w:rPr>
              <w:t>nevnim koledarjem, opazovalnimi rutinami, higieno ter skrbjo za prostor in naravo. Poudarek: pripravi delovni oziroma učni prostor in skrbi za njegovo urejenost.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B2F7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>načrtuje dejavnost z dnevnim koledarjem, opazovalnimi rutinami, higieno ter skrbjo za prostor in naravo. Poudarek: pripravi delovni oziroma učni prostor in skrbi za njegovo urejenost. Učenec cilj prenese v novo situacijo, utemelji ravnanje in predlaga izbo</w:t>
            </w:r>
            <w:r w:rsidRPr="00D75C67">
              <w:rPr>
                <w:sz w:val="15"/>
                <w:lang w:val="sl-SI"/>
              </w:rPr>
              <w:t>ljšavo.</w:t>
            </w:r>
          </w:p>
        </w:tc>
      </w:tr>
      <w:tr w:rsidR="00234674" w:rsidRPr="00D75C67" w14:paraId="3E9F9962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9D4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039F1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glasu, glasbil, poslušalskim bontonom in urejenim zaključkom dejavnosti. Poudarek: pripravi delovni oziroma učni prostor in skrbi za njegovo urejenost. Učenec pokaže cilj z ravnanjem ali k</w:t>
            </w:r>
            <w:r w:rsidRPr="00D75C67">
              <w:rPr>
                <w:sz w:val="15"/>
                <w:lang w:val="sl-SI"/>
              </w:rPr>
              <w:t>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FB31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glasu, glasbil, poslušalskim bontonom in urejenim zaključkom dejavnosti. Poudarek: pripravi delovni oziroma učni prostor in skrbi za njegovo urejenost. Učenec cilj uporabi v nalogi, pojasni izbiro in upošteva</w:t>
            </w:r>
            <w:r w:rsidRPr="00D75C67">
              <w:rPr>
                <w:sz w:val="15"/>
                <w:lang w:val="sl-SI"/>
              </w:rPr>
              <w:t xml:space="preserve">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9EA7F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pripravo glasu, glasbil, poslušalskim bontonom in urejenim zaključkom dejavnosti. Poudarek: pripravi delovni oziroma učni prostor in skrbi za njegovo urejenost. Učenec cilj prenese v novo situacijo, </w:t>
            </w:r>
            <w:r w:rsidRPr="00D75C67">
              <w:rPr>
                <w:sz w:val="15"/>
                <w:lang w:val="sl-SI"/>
              </w:rPr>
              <w:t>utemelji ravnanje in predlaga izboljšavo.</w:t>
            </w:r>
          </w:p>
        </w:tc>
      </w:tr>
      <w:tr w:rsidR="00234674" w:rsidRPr="00D75C67" w14:paraId="56B1218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CC23D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87A8E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materiala, zaščito prostora, čiščenjem in razvrščanjem odpadkov. Poudarek: pripravi delovni oziroma učni prostor in skrbi za njegovo ureje</w:t>
            </w:r>
            <w:r w:rsidRPr="00D75C67">
              <w:rPr>
                <w:sz w:val="15"/>
                <w:lang w:val="sl-SI"/>
              </w:rPr>
              <w:t>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6674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in varno uporabo materiala, zaščito prostora, čiščenjem in razvrščanjem odpadkov. Poudarek: pripravi delovni oziroma učni prostor in skrbi za njegovo urejenost. Učene</w:t>
            </w:r>
            <w:r w:rsidRPr="00D75C67">
              <w:rPr>
                <w:sz w:val="15"/>
                <w:lang w:val="sl-SI"/>
              </w:rPr>
              <w:t>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A0F3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pripravo in varno uporabo materiala, zaščito prostora, čiščenjem in razvrščanjem odpadkov. Poudarek: pripravi delovni oziroma učni prostor in skrbi </w:t>
            </w:r>
            <w:r w:rsidRPr="00D75C67">
              <w:rPr>
                <w:sz w:val="15"/>
                <w:lang w:val="sl-SI"/>
              </w:rPr>
              <w:t>za njegovo urejenost. Učenec cilj prenese v novo situacijo, utemelji ravnanje in predlaga izboljšavo.</w:t>
            </w:r>
          </w:p>
        </w:tc>
      </w:tr>
      <w:tr w:rsidR="00234674" w:rsidRPr="00D75C67" w14:paraId="14D10306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60A85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6D9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preoblačenjem, ogrevanjem, varno pripravo pripomočkov, pitjem vode in umirjanjem. Poudarek: pripravi delovni </w:t>
            </w:r>
            <w:r w:rsidRPr="00D75C67">
              <w:rPr>
                <w:sz w:val="15"/>
                <w:lang w:val="sl-SI"/>
              </w:rPr>
              <w:t>oziroma učni prostor in skrbi za njegovo urejenost.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6305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Poudarek: pripravi delovni oziroma učni prostor</w:t>
            </w:r>
            <w:r w:rsidRPr="00D75C67">
              <w:rPr>
                <w:sz w:val="15"/>
                <w:lang w:val="sl-SI"/>
              </w:rPr>
              <w:t xml:space="preserve"> in skrbi za njegovo urejenost.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E13C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preoblačenjem, ogrevanjem, varno pripravo pripomočkov, pitjem vode in umirjanjem. Poudarek: pripravi delovni oz</w:t>
            </w:r>
            <w:r w:rsidRPr="00D75C67">
              <w:rPr>
                <w:sz w:val="15"/>
                <w:lang w:val="sl-SI"/>
              </w:rPr>
              <w:t>iroma učni prostor in skrbi za njegovo urejenost. Učenec cilj prenese v novo situacijo, utemelji ravnanje in predlaga izboljšavo.</w:t>
            </w:r>
          </w:p>
        </w:tc>
      </w:tr>
      <w:tr w:rsidR="00234674" w:rsidRPr="00D75C67" w14:paraId="7AFBDACE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6DB1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35ED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uvodnim pozdravom, jezikovnim ritualom, pripravo gradiv in sklepnim preverjan</w:t>
            </w:r>
            <w:r w:rsidRPr="00D75C67">
              <w:rPr>
                <w:sz w:val="15"/>
                <w:lang w:val="sl-SI"/>
              </w:rPr>
              <w:t>jem. Poudarek: pripravi delovni oziroma učni prostor in skrbi za njegovo urejenost.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EB97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pripravo gradiv in sklepnim preverjanjem. Poudarek: pripr</w:t>
            </w:r>
            <w:r w:rsidRPr="00D75C67">
              <w:rPr>
                <w:sz w:val="15"/>
                <w:lang w:val="sl-SI"/>
              </w:rPr>
              <w:t>avi delovni oziroma učni prostor in skrbi za njegovo urejenost.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2F70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uvodnim pozdravom, jezikovnim ritualom, pripravo gradiv in sklepnim preverjanje</w:t>
            </w:r>
            <w:r w:rsidRPr="00D75C67">
              <w:rPr>
                <w:sz w:val="15"/>
                <w:lang w:val="sl-SI"/>
              </w:rPr>
              <w:t>m. Poudarek: pripravi delovni oziroma učni prostor in skrbi za njegovo urejenost. Učenec cilj prenese v novo situacijo, utemelji ravnanje in predlaga izboljšavo.</w:t>
            </w:r>
          </w:p>
        </w:tc>
      </w:tr>
      <w:tr w:rsidR="00234674" w:rsidRPr="00D75C67" w14:paraId="14405AEB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05F7C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FFCA0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z urejenim prehodom med poukom, kosilom, </w:t>
            </w:r>
            <w:r w:rsidRPr="00D75C67">
              <w:rPr>
                <w:color w:val="673E82"/>
                <w:sz w:val="15"/>
                <w:lang w:val="sl-SI"/>
              </w:rPr>
              <w:t>počitkom, učenjem, igro, gibanjem in odhodom domov. Poudarek: pripravi delovni oziroma učni prostor in skrbi za njegovo urejenost.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F6AA5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z urejenim prehodom med poukom, kosilom, počitkom, </w:t>
            </w:r>
            <w:r w:rsidRPr="00D75C67">
              <w:rPr>
                <w:color w:val="673E82"/>
                <w:sz w:val="15"/>
                <w:lang w:val="sl-SI"/>
              </w:rPr>
              <w:t>učenjem, igro, gibanjem in odhodom domov. Poudarek: pripravi delovni oziroma učni prostor in skrbi za njegovo urejenost.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F0A03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z urejenim prehodom med </w:t>
            </w:r>
            <w:r w:rsidRPr="00D75C67">
              <w:rPr>
                <w:color w:val="673E82"/>
                <w:sz w:val="15"/>
                <w:lang w:val="sl-SI"/>
              </w:rPr>
              <w:t>poukom, kosilom, počitkom, učenjem, igro, gibanjem in odhodom domov. Poudarek: pripravi delovni oziroma učni prostor in skrbi za njegovo urejenost. Učenec cilj prenese v novo situacijo, utemelji ravnanje in predlaga izboljšavo.</w:t>
            </w:r>
          </w:p>
        </w:tc>
      </w:tr>
    </w:tbl>
    <w:p w14:paraId="03ECAE89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</w:t>
      </w:r>
      <w:r w:rsidRPr="00D75C67">
        <w:rPr>
          <w:sz w:val="16"/>
          <w:lang w:val="sl-SI"/>
        </w:rPr>
        <w:t>ocesa, učenčeva razlaga, izdelek ali izvedba, samovrednotenje in kratka povratna informacija.</w:t>
      </w:r>
    </w:p>
    <w:p w14:paraId="29F063FC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18AC3B1" w14:textId="739EA077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24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razumevanje trajanja dejavnosti ob uporabi urnikov in koledarja.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4E45592F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8235F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5C33D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3CCDE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B36C1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353FD9B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7B42D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BFA8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</w:t>
            </w:r>
            <w:r w:rsidRPr="00D75C67">
              <w:rPr>
                <w:sz w:val="15"/>
                <w:lang w:val="sl-SI"/>
              </w:rPr>
              <w:t>podpori z ustaljenim potekom branja, pisanja, pogovora ter priprave zvezka in pripomočkov. Poudarek: razumevanje trajanja dejavnosti ob uporabi urnikov in koledarja.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A800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ustaljenim pote</w:t>
            </w:r>
            <w:r w:rsidRPr="00D75C67">
              <w:rPr>
                <w:sz w:val="15"/>
                <w:lang w:val="sl-SI"/>
              </w:rPr>
              <w:t>kom branja, pisanja, pogovora ter priprave zvezka in pripomočkov. Poudarek: razumevanje trajanja dejavnosti ob uporabi urnikov in koledarja.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2B75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</w:t>
            </w:r>
            <w:r w:rsidRPr="00D75C67">
              <w:rPr>
                <w:sz w:val="15"/>
                <w:lang w:val="sl-SI"/>
              </w:rPr>
              <w:t>taljenim potekom branja, pisanja, pogovora ter priprave zvezka in pripomočkov. Poudarek: razumevanje trajanja dejavnosti ob uporabi urnikov in koledarja. Učenec cilj prenese v novo situacijo, utemelji ravnanje in predlaga izboljšavo.</w:t>
            </w:r>
          </w:p>
        </w:tc>
      </w:tr>
      <w:tr w:rsidR="00234674" w:rsidRPr="00D75C67" w14:paraId="045109A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90646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7A3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</w:t>
            </w:r>
            <w:r w:rsidRPr="00D75C67">
              <w:rPr>
                <w:sz w:val="15"/>
                <w:lang w:val="sl-SI"/>
              </w:rPr>
              <w:t>ob slikovni podpori s pripravo pripomočkov, urejenim zapisom, pregledovanjem postopka in pospravljanjem. Poudarek: razumevanje trajanja dejavnosti ob uporabi urnikov in koledarja.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F34D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</w:t>
            </w:r>
            <w:r w:rsidRPr="00D75C67">
              <w:rPr>
                <w:sz w:val="15"/>
                <w:lang w:val="sl-SI"/>
              </w:rPr>
              <w:t>ripravo pripomočkov, urejenim zapisom, pregledovanjem postopka in pospravljanjem. Poudarek: razumevanje trajanja dejavnosti ob uporabi urnikov in koledarja.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0246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</w:t>
            </w:r>
            <w:r w:rsidRPr="00D75C67">
              <w:rPr>
                <w:sz w:val="15"/>
                <w:lang w:val="sl-SI"/>
              </w:rPr>
              <w:t>e dejavnost s pripravo pripomočkov, urejenim zapisom, pregledovanjem postopka in pospravljanjem. Poudarek: razumevanje trajanja dejavnosti ob uporabi urnikov in koledarja. Učenec cilj prenese v novo situacijo, utemelji ravnanje in predlaga izboljšavo.</w:t>
            </w:r>
          </w:p>
        </w:tc>
      </w:tr>
      <w:tr w:rsidR="00234674" w:rsidRPr="00D75C67" w14:paraId="7341B32C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EC8FF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5C66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dnevnim koledarjem, opazovalnimi rutinami, higieno ter skrbjo za prostor in naravo. Poudarek: razumevanje trajanja dejavnosti ob uporabi urnikov in koledarja. Učenec pokaže cilj z ravnanjem ali kratkim odg</w:t>
            </w:r>
            <w:r w:rsidRPr="00D75C67">
              <w:rPr>
                <w:sz w:val="15"/>
                <w:lang w:val="sl-SI"/>
              </w:rPr>
              <w:t>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C6C09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dnevnim koledarjem, opazovalnimi rutinami, higieno ter skrbjo za prostor in naravo. Poudarek: razumevanje trajanja dejavnosti ob uporabi urnikov in koledarja. Učenec cilj uporabi v nalogi, pojasni izbiro in upošteva povratno in</w:t>
            </w:r>
            <w:r w:rsidRPr="00D75C67">
              <w:rPr>
                <w:sz w:val="15"/>
                <w:lang w:val="sl-SI"/>
              </w:rPr>
              <w:t>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6B7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dnevnim koledarjem, opazovalnimi rutinami, higieno ter skrbjo za prostor in naravo. Poudarek: razumevanje trajanja dejavnosti ob uporabi urnikov in koledarja. Učenec cilj prenese v novo situacijo, utemelji </w:t>
            </w:r>
            <w:r w:rsidRPr="00D75C67">
              <w:rPr>
                <w:sz w:val="15"/>
                <w:lang w:val="sl-SI"/>
              </w:rPr>
              <w:t>ravnanje in predlaga izboljšavo.</w:t>
            </w:r>
          </w:p>
        </w:tc>
      </w:tr>
      <w:tr w:rsidR="00234674" w:rsidRPr="00D75C67" w14:paraId="7D2224E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83886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14ED7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glasu, glasbil, poslušalskim bontonom in urejenim zaključkom dejavnosti. Poudarek: razumevanje trajanja dejavnosti ob uporabi urnikov in koledarja. Učenec pokaže c</w:t>
            </w:r>
            <w:r w:rsidRPr="00D75C67">
              <w:rPr>
                <w:sz w:val="15"/>
                <w:lang w:val="sl-SI"/>
              </w:rPr>
              <w:t>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81A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glasu, glasbil, poslušalskim bontonom in urejenim zaključkom dejavnosti. Poudarek: razumevanje trajanja dejavnosti ob uporabi urnikov in koledarja. Učenec cilj uporabi v nalogi, pojasni i</w:t>
            </w:r>
            <w:r w:rsidRPr="00D75C67">
              <w:rPr>
                <w:sz w:val="15"/>
                <w:lang w:val="sl-SI"/>
              </w:rPr>
              <w:t>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5403C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in urejenim zaključkom dejavnosti. Poudarek: razumevanje trajanja dejavnosti ob uporabi urnikov in koledarja. Učenec cilj prenese v nov</w:t>
            </w:r>
            <w:r w:rsidRPr="00D75C67">
              <w:rPr>
                <w:sz w:val="15"/>
                <w:lang w:val="sl-SI"/>
              </w:rPr>
              <w:t>o situacijo, utemelji ravnanje in predlaga izboljšavo.</w:t>
            </w:r>
          </w:p>
        </w:tc>
      </w:tr>
      <w:tr w:rsidR="00234674" w:rsidRPr="00D75C67" w14:paraId="589DF497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EEF8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B6A7F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materiala, zaščito prostora, čiščenjem in razvrščanjem odpadkov. Poudarek: razumevanje trajanja dejavnosti ob uporabi urnikov</w:t>
            </w:r>
            <w:r w:rsidRPr="00D75C67">
              <w:rPr>
                <w:sz w:val="15"/>
                <w:lang w:val="sl-SI"/>
              </w:rPr>
              <w:t xml:space="preserve"> in koledarja.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5653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s pripravo in varno uporabo materiala, zaščito prostora, čiščenjem in razvrščanjem odpadkov. Poudarek: razumevanje trajanja dejavnosti ob uporabi urnikov in koledarja. </w:t>
            </w:r>
            <w:r w:rsidRPr="00D75C67">
              <w:rPr>
                <w:sz w:val="15"/>
                <w:lang w:val="sl-SI"/>
              </w:rPr>
              <w:t>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795E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in varno uporabo materiala, zaščito prostora, čiščenjem in razvrščanjem odpadkov. Poudarek: razumevanje trajanja dejavnosti ob uporabi</w:t>
            </w:r>
            <w:r w:rsidRPr="00D75C67">
              <w:rPr>
                <w:sz w:val="15"/>
                <w:lang w:val="sl-SI"/>
              </w:rPr>
              <w:t xml:space="preserve"> urnikov in koledarja. Učenec cilj prenese v novo situacijo, utemelji ravnanje in predlaga izboljšavo.</w:t>
            </w:r>
          </w:p>
        </w:tc>
      </w:tr>
      <w:tr w:rsidR="00234674" w:rsidRPr="00D75C67" w14:paraId="53061877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BD178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3B70C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preoblačenjem, ogrevanjem, varno pripravo pripomočkov, pitjem vode in umirjanjem. Poudarek: razumevanje trajanja d</w:t>
            </w:r>
            <w:r w:rsidRPr="00D75C67">
              <w:rPr>
                <w:sz w:val="15"/>
                <w:lang w:val="sl-SI"/>
              </w:rPr>
              <w:t>ejavnosti ob uporabi urnikov in koledarja.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615B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Poudarek: razumevanje trajanja dejavnosti ob uporabi urn</w:t>
            </w:r>
            <w:r w:rsidRPr="00D75C67">
              <w:rPr>
                <w:sz w:val="15"/>
                <w:lang w:val="sl-SI"/>
              </w:rPr>
              <w:t>ikov in koledarja.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F1D1B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preoblačenjem, ogrevanjem, varno pripravo pripomočkov, pitjem vode in umirjanjem. Poudarek: razumevanje trajanja dejavnosti </w:t>
            </w:r>
            <w:r w:rsidRPr="00D75C67">
              <w:rPr>
                <w:sz w:val="15"/>
                <w:lang w:val="sl-SI"/>
              </w:rPr>
              <w:t>ob uporabi urnikov in koledarja. Učenec cilj prenese v novo situacijo, utemelji ravnanje in predlaga izboljšavo.</w:t>
            </w:r>
          </w:p>
        </w:tc>
      </w:tr>
      <w:tr w:rsidR="00234674" w:rsidRPr="00D75C67" w14:paraId="1C7E141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E56A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39E90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uvodnim pozdravom, jezikovnim ritualom, pripravo gradiv in sklepnim preverjanjem. Poudarek: ra</w:t>
            </w:r>
            <w:r w:rsidRPr="00D75C67">
              <w:rPr>
                <w:sz w:val="15"/>
                <w:lang w:val="sl-SI"/>
              </w:rPr>
              <w:t>zumevanje trajanja dejavnosti ob uporabi urnikov in koledarja.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AC9E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pripravo gradiv in sklepnim preverjanjem. Poudarek: razumevanje trajanja dejav</w:t>
            </w:r>
            <w:r w:rsidRPr="00D75C67">
              <w:rPr>
                <w:sz w:val="15"/>
                <w:lang w:val="sl-SI"/>
              </w:rPr>
              <w:t>nosti ob uporabi urnikov in koledarja.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5358A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uvodnim pozdravom, jezikovnim ritualom, pripravo gradiv in sklepnim preverjanjem. Poudarek: razumevanje </w:t>
            </w:r>
            <w:r w:rsidRPr="00D75C67">
              <w:rPr>
                <w:sz w:val="15"/>
                <w:lang w:val="sl-SI"/>
              </w:rPr>
              <w:t>trajanja dejavnosti ob uporabi urnikov in koledarja. Učenec cilj prenese v novo situacijo, utemelji ravnanje in predlaga izboljšavo.</w:t>
            </w:r>
          </w:p>
        </w:tc>
      </w:tr>
      <w:tr w:rsidR="00234674" w:rsidRPr="00D75C67" w14:paraId="48D0AF4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D624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36C06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z urejenim prehodom med poukom, kosilom, počitkom, učenjem, igro, gibanje</w:t>
            </w:r>
            <w:r w:rsidRPr="00D75C67">
              <w:rPr>
                <w:color w:val="673E82"/>
                <w:sz w:val="15"/>
                <w:lang w:val="sl-SI"/>
              </w:rPr>
              <w:t>m in odhodom domov. Poudarek: razumevanje trajanja dejavnosti ob uporabi urnikov in koledarja.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809C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z urejenim prehodom med poukom, kosilom, počitkom, učenjem, igro, gibanjem in odhodom do</w:t>
            </w:r>
            <w:r w:rsidRPr="00D75C67">
              <w:rPr>
                <w:color w:val="673E82"/>
                <w:sz w:val="15"/>
                <w:lang w:val="sl-SI"/>
              </w:rPr>
              <w:t>mov. Poudarek: razumevanje trajanja dejavnosti ob uporabi urnikov in koledarja.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F4DD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z urejenim prehodom med poukom, kosilom, počitkom, učenjem, igro,</w:t>
            </w:r>
            <w:r w:rsidRPr="00D75C67">
              <w:rPr>
                <w:color w:val="673E82"/>
                <w:sz w:val="15"/>
                <w:lang w:val="sl-SI"/>
              </w:rPr>
              <w:t xml:space="preserve"> gibanjem in odhodom domov. Poudarek: razumevanje trajanja dejavnosti ob uporabi urnikov in koledarja. Učenec cilj prenese v novo situacijo, utemelji ravnanje in predlaga izboljšavo.</w:t>
            </w:r>
          </w:p>
        </w:tc>
      </w:tr>
    </w:tbl>
    <w:p w14:paraId="08E1578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</w:t>
      </w:r>
      <w:r w:rsidRPr="00D75C67">
        <w:rPr>
          <w:sz w:val="16"/>
          <w:lang w:val="sl-SI"/>
        </w:rPr>
        <w:t xml:space="preserve"> samovrednotenje in kratka povratna informacija.</w:t>
      </w:r>
    </w:p>
    <w:p w14:paraId="47E72E2E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55177E95" w14:textId="589A4ECA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25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skrb za zdravo telesno držo in ustrezno držo pripomočkov.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58F1E357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5FEC0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EE907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295A2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5956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7F4624E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AB66A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8E24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ustaljenim potekom branja, pisanja, pogovora </w:t>
            </w:r>
            <w:r w:rsidRPr="00D75C67">
              <w:rPr>
                <w:sz w:val="15"/>
                <w:lang w:val="sl-SI"/>
              </w:rPr>
              <w:t>ter priprave zvezka in pripomočkov.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0826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ustaljenim potekom branja, pisanja, pogovora ter priprave zvezka in pripomočk</w:t>
            </w:r>
            <w:r w:rsidRPr="00D75C67">
              <w:rPr>
                <w:sz w:val="15"/>
                <w:lang w:val="sl-SI"/>
              </w:rPr>
              <w:t>ov.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BC20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ustaljenim potekom branja, pisanja, pogovora ter priprave zvezka in pri</w:t>
            </w:r>
            <w:r w:rsidRPr="00D75C67">
              <w:rPr>
                <w:sz w:val="15"/>
                <w:lang w:val="sl-SI"/>
              </w:rPr>
              <w:t>pomočkov.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3C22B00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03024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BD6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pripomočkov, urejenim zapisom, pregledovanjem</w:t>
            </w:r>
            <w:r w:rsidRPr="00D75C67">
              <w:rPr>
                <w:sz w:val="15"/>
                <w:lang w:val="sl-SI"/>
              </w:rPr>
              <w:t xml:space="preserve"> postopka in pospravljanjem.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E5C11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pripomočkov, urejenim zapisom, pregledovanjem postopka in pospravljanjem. P</w:t>
            </w:r>
            <w:r w:rsidRPr="00D75C67">
              <w:rPr>
                <w:sz w:val="15"/>
                <w:lang w:val="sl-SI"/>
              </w:rPr>
              <w:t>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2D910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pripomočkov, urejenim zapisom, pregledovanjem postopka in pospravlj</w:t>
            </w:r>
            <w:r w:rsidRPr="00D75C67">
              <w:rPr>
                <w:sz w:val="15"/>
                <w:lang w:val="sl-SI"/>
              </w:rPr>
              <w:t>anjem.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24D4404D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C81C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0C05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dnevnim koledarjem, opazovalnimi rutinami, higien</w:t>
            </w:r>
            <w:r w:rsidRPr="00D75C67">
              <w:rPr>
                <w:sz w:val="15"/>
                <w:lang w:val="sl-SI"/>
              </w:rPr>
              <w:t>o ter skrbjo za prostor in naravo.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39DED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dnevnim koledarjem, opazovalnimi rutinami, higieno ter skrbjo za prostor in na</w:t>
            </w:r>
            <w:r w:rsidRPr="00D75C67">
              <w:rPr>
                <w:sz w:val="15"/>
                <w:lang w:val="sl-SI"/>
              </w:rPr>
              <w:t>ravo.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261A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dnevnim koledarjem, opazovalnimi rutinami, higieno ter skrbjo za pros</w:t>
            </w:r>
            <w:r w:rsidRPr="00D75C67">
              <w:rPr>
                <w:sz w:val="15"/>
                <w:lang w:val="sl-SI"/>
              </w:rPr>
              <w:t>tor in naravo.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1EC5E421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B397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CBA95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glasu, glasbil, poslušalskim bont</w:t>
            </w:r>
            <w:r w:rsidRPr="00D75C67">
              <w:rPr>
                <w:sz w:val="15"/>
                <w:lang w:val="sl-SI"/>
              </w:rPr>
              <w:t>onom in urejenim zaključkom dejavnosti.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2B4F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s pripravo glasu, glasbil, poslušalskim bontonom in urejenim zaključkom </w:t>
            </w:r>
            <w:r w:rsidRPr="00D75C67">
              <w:rPr>
                <w:sz w:val="15"/>
                <w:lang w:val="sl-SI"/>
              </w:rPr>
              <w:t>dejavnosti.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85BD8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in urejenim zakl</w:t>
            </w:r>
            <w:r w:rsidRPr="00D75C67">
              <w:rPr>
                <w:sz w:val="15"/>
                <w:lang w:val="sl-SI"/>
              </w:rPr>
              <w:t>jučkom dejavnosti.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5F3CECB1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CD7C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DD5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materiala, za</w:t>
            </w:r>
            <w:r w:rsidRPr="00D75C67">
              <w:rPr>
                <w:sz w:val="15"/>
                <w:lang w:val="sl-SI"/>
              </w:rPr>
              <w:t>ščito prostora, čiščenjem in razvrščanjem odpadkov.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45CD4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in varno uporabo materiala, zaščito prostora, čiščen</w:t>
            </w:r>
            <w:r w:rsidRPr="00D75C67">
              <w:rPr>
                <w:sz w:val="15"/>
                <w:lang w:val="sl-SI"/>
              </w:rPr>
              <w:t>jem in razvrščanjem odpadkov.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E0FC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pripravo in varno uporabo materiala, zaščito </w:t>
            </w:r>
            <w:r w:rsidRPr="00D75C67">
              <w:rPr>
                <w:sz w:val="15"/>
                <w:lang w:val="sl-SI"/>
              </w:rPr>
              <w:t>prostora, čiščenjem in razvrščanjem odpadkov.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64C3788A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513B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742BE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preoblačenjem, ogrevanj</w:t>
            </w:r>
            <w:r w:rsidRPr="00D75C67">
              <w:rPr>
                <w:sz w:val="15"/>
                <w:lang w:val="sl-SI"/>
              </w:rPr>
              <w:t>em, varno pripravo pripomočkov, pitjem vode in umirjanjem.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C59A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</w:t>
            </w:r>
            <w:r w:rsidRPr="00D75C67">
              <w:rPr>
                <w:sz w:val="15"/>
                <w:lang w:val="sl-SI"/>
              </w:rPr>
              <w:t xml:space="preserve"> pitjem vode in umirjanjem.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CFBE4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preoblačenjem, ogrevanjem, varno pripravo pripo</w:t>
            </w:r>
            <w:r w:rsidRPr="00D75C67">
              <w:rPr>
                <w:sz w:val="15"/>
                <w:lang w:val="sl-SI"/>
              </w:rPr>
              <w:t>močkov, pitjem vode in umirjanjem.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7A051BD3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442A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AE49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uvodnim pozdravom, </w:t>
            </w:r>
            <w:r w:rsidRPr="00D75C67">
              <w:rPr>
                <w:sz w:val="15"/>
                <w:lang w:val="sl-SI"/>
              </w:rPr>
              <w:t>jezikovnim ritualom, pripravo gradiv in sklepnim preverjanjem.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3CFF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pripravo g</w:t>
            </w:r>
            <w:r w:rsidRPr="00D75C67">
              <w:rPr>
                <w:sz w:val="15"/>
                <w:lang w:val="sl-SI"/>
              </w:rPr>
              <w:t>radiv in sklepnim preverjanjem.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2C715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uvodnim pozdravom, jezikovnim ritualom, pri</w:t>
            </w:r>
            <w:r w:rsidRPr="00D75C67">
              <w:rPr>
                <w:sz w:val="15"/>
                <w:lang w:val="sl-SI"/>
              </w:rPr>
              <w:t>pravo gradiv in sklepnim preverjanjem. Poudarek: skrb za zdravo telesno držo in ustrezno držo pripomočkov. Učenec cilj prenese v novo situacijo, utemelji ravnanje in predlaga izboljšavo.</w:t>
            </w:r>
          </w:p>
        </w:tc>
      </w:tr>
      <w:tr w:rsidR="00234674" w:rsidRPr="00D75C67" w14:paraId="1693E994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096C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88FF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z urejenim prehodom</w:t>
            </w:r>
            <w:r w:rsidRPr="00D75C67">
              <w:rPr>
                <w:color w:val="673E82"/>
                <w:sz w:val="15"/>
                <w:lang w:val="sl-SI"/>
              </w:rPr>
              <w:t xml:space="preserve"> med poukom, kosilom, počitkom, učenjem, igro, gibanjem in odhodom domov. Poudarek: skrb za zdravo telesno držo in ustrezno držo pripomočkov.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143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z urejenim prehodom med poukom, kosilom, </w:t>
            </w:r>
            <w:r w:rsidRPr="00D75C67">
              <w:rPr>
                <w:color w:val="673E82"/>
                <w:sz w:val="15"/>
                <w:lang w:val="sl-SI"/>
              </w:rPr>
              <w:t>počitkom, učenjem, igro, gibanjem in odhodom domov. Poudarek: skrb za zdravo telesno držo in ustrezno držo pripomočkov.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67FE4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z urejenim prehodom med p</w:t>
            </w:r>
            <w:r w:rsidRPr="00D75C67">
              <w:rPr>
                <w:color w:val="673E82"/>
                <w:sz w:val="15"/>
                <w:lang w:val="sl-SI"/>
              </w:rPr>
              <w:t>oukom, kosilom, počitkom, učenjem, igro, gibanjem in odhodom domov. Poudarek: skrb za zdravo telesno držo in ustrezno držo pripomočkov. Učenec cilj prenese v novo situacijo, utemelji ravnanje in predlaga izboljšavo.</w:t>
            </w:r>
          </w:p>
        </w:tc>
      </w:tr>
    </w:tbl>
    <w:p w14:paraId="4374942E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 xml:space="preserve">opazovanje procesa, </w:t>
      </w:r>
      <w:r w:rsidRPr="00D75C67">
        <w:rPr>
          <w:sz w:val="16"/>
          <w:lang w:val="sl-SI"/>
        </w:rPr>
        <w:t>učenčeva razlaga, izdelek ali izvedba, samovrednotenje in kratka povratna informacija.</w:t>
      </w:r>
    </w:p>
    <w:p w14:paraId="6A657223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2E09087" w14:textId="2FC8DC6C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26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samostojnost in vztrajnost pri opravljanju nalog.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CA757B0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1553F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4260F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90210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4FF64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363A2164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DBC2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BB87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ustaljenim </w:t>
            </w:r>
            <w:r w:rsidRPr="00D75C67">
              <w:rPr>
                <w:sz w:val="15"/>
                <w:lang w:val="sl-SI"/>
              </w:rPr>
              <w:t>potekom branja, pisanja, pogovora ter priprave zvezka in pripomočkov. Poudarek: samostojnost in vztrajnost pri opravljanju nalog.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54C7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ustaljenim potekom branja, pisanja, pogovora ter pr</w:t>
            </w:r>
            <w:r w:rsidRPr="00D75C67">
              <w:rPr>
                <w:sz w:val="15"/>
                <w:lang w:val="sl-SI"/>
              </w:rPr>
              <w:t>iprave zvezka in pripomočkov. Poudarek: samostojnost in vztrajnost pri opravljanju nalog.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63C99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ustaljenim potekom branja, pisanja, pogovora ter prip</w:t>
            </w:r>
            <w:r w:rsidRPr="00D75C67">
              <w:rPr>
                <w:sz w:val="15"/>
                <w:lang w:val="sl-SI"/>
              </w:rPr>
              <w:t>rave zvezka in pripomočkov. Poudarek: samostojnost in vztrajnost pri opravljanju nalog. Učenec cilj prenese v novo situacijo, utemelji ravnanje in predlaga izboljšavo.</w:t>
            </w:r>
          </w:p>
        </w:tc>
      </w:tr>
      <w:tr w:rsidR="00234674" w:rsidRPr="00D75C67" w14:paraId="03A84ECA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1FCA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9ED9A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pripomočkov, urejenim zapisom, preg</w:t>
            </w:r>
            <w:r w:rsidRPr="00D75C67">
              <w:rPr>
                <w:sz w:val="15"/>
                <w:lang w:val="sl-SI"/>
              </w:rPr>
              <w:t>ledovanjem postopka in pospravljanjem. Poudarek: samostojnost in vztrajnost pri opravljanju nalog.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11DFB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pripomočkov, urejenim zapisom, pregledovanjem postopka in pospravljanjem.</w:t>
            </w:r>
            <w:r w:rsidRPr="00D75C67">
              <w:rPr>
                <w:sz w:val="15"/>
                <w:lang w:val="sl-SI"/>
              </w:rPr>
              <w:t xml:space="preserve"> Poudarek: samostojnost in vztrajnost pri opravljanju nalog.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C08B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pripomočkov, urejenim zapisom, pregledovanjem postopka in pospravljanjem.</w:t>
            </w:r>
            <w:r w:rsidRPr="00D75C67">
              <w:rPr>
                <w:sz w:val="15"/>
                <w:lang w:val="sl-SI"/>
              </w:rPr>
              <w:t xml:space="preserve"> Poudarek: samostojnost in vztrajnost pri opravljanju nalog. Učenec cilj prenese v novo situacijo, utemelji ravnanje in predlaga izboljšavo.</w:t>
            </w:r>
          </w:p>
        </w:tc>
      </w:tr>
      <w:tr w:rsidR="00234674" w:rsidRPr="00D75C67" w14:paraId="6A4D02E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E33E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D41C6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dnevnim koledarjem, opazovalnimi rutinami, higieno ter skrbjo z</w:t>
            </w:r>
            <w:r w:rsidRPr="00D75C67">
              <w:rPr>
                <w:sz w:val="15"/>
                <w:lang w:val="sl-SI"/>
              </w:rPr>
              <w:t>a prostor in naravo. Poudarek: samostojnost in vztrajnost pri opravljanju nalog.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53A61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dnevnim koledarjem, opazovalnimi rutinami, higieno ter skrbjo za prostor in naravo. Poudarek: </w:t>
            </w:r>
            <w:r w:rsidRPr="00D75C67">
              <w:rPr>
                <w:sz w:val="15"/>
                <w:lang w:val="sl-SI"/>
              </w:rPr>
              <w:t>samostojnost in vztrajnost pri opravljanju nalog.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16A8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dnevnim koledarjem, opazovalnimi rutinami, higieno ter skrbjo za prostor in naravo. Poudarek:</w:t>
            </w:r>
            <w:r w:rsidRPr="00D75C67">
              <w:rPr>
                <w:sz w:val="15"/>
                <w:lang w:val="sl-SI"/>
              </w:rPr>
              <w:t xml:space="preserve"> samostojnost in vztrajnost pri opravljanju nalog. Učenec cilj prenese v novo situacijo, utemelji ravnanje in predlaga izboljšavo.</w:t>
            </w:r>
          </w:p>
        </w:tc>
      </w:tr>
      <w:tr w:rsidR="00234674" w:rsidRPr="00D75C67" w14:paraId="6F9BDC5F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758E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F4D0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glasu, glasbil, poslušalskim bontonom in urejenim zaključkom deja</w:t>
            </w:r>
            <w:r w:rsidRPr="00D75C67">
              <w:rPr>
                <w:sz w:val="15"/>
                <w:lang w:val="sl-SI"/>
              </w:rPr>
              <w:t>vnosti. Poudarek: samostojnost in vztrajnost pri opravljanju nalog.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F094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glasu, glasbil, poslušalskim bontonom in urejenim zaključkom dejavnosti. Poudarek: samostojnost in vztra</w:t>
            </w:r>
            <w:r w:rsidRPr="00D75C67">
              <w:rPr>
                <w:sz w:val="15"/>
                <w:lang w:val="sl-SI"/>
              </w:rPr>
              <w:t>jnost pri opravljanju nalog.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79E0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in urejenim zaključkom dejavnosti. Poudarek: samostojnost in vztraj</w:t>
            </w:r>
            <w:r w:rsidRPr="00D75C67">
              <w:rPr>
                <w:sz w:val="15"/>
                <w:lang w:val="sl-SI"/>
              </w:rPr>
              <w:t>nost pri opravljanju nalog. Učenec cilj prenese v novo situacijo, utemelji ravnanje in predlaga izboljšavo.</w:t>
            </w:r>
          </w:p>
        </w:tc>
      </w:tr>
      <w:tr w:rsidR="00234674" w:rsidRPr="00D75C67" w14:paraId="2716D6DD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6217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28C40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materiala, zaščito prostora, čiščenjem in razvrščanjem odpadkov. Poudare</w:t>
            </w:r>
            <w:r w:rsidRPr="00D75C67">
              <w:rPr>
                <w:sz w:val="15"/>
                <w:lang w:val="sl-SI"/>
              </w:rPr>
              <w:t>k: samostojnost in vztrajnost pri opravljanju nalog.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F512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s pripravo in varno uporabo materiala, zaščito prostora, čiščenjem in razvrščanjem odpadkov. Poudarek: samostojnost in vztrajnost </w:t>
            </w:r>
            <w:r w:rsidRPr="00D75C67">
              <w:rPr>
                <w:sz w:val="15"/>
                <w:lang w:val="sl-SI"/>
              </w:rPr>
              <w:t>pri opravljanju nalog.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DFA05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in varno uporabo materiala, zaščito prostora, čiščenjem in razvrščanjem odpadkov. Poudarek: samostojnost in vzt</w:t>
            </w:r>
            <w:r w:rsidRPr="00D75C67">
              <w:rPr>
                <w:sz w:val="15"/>
                <w:lang w:val="sl-SI"/>
              </w:rPr>
              <w:t>rajnost pri opravljanju nalog. Učenec cilj prenese v novo situacijo, utemelji ravnanje in predlaga izboljšavo.</w:t>
            </w:r>
          </w:p>
        </w:tc>
      </w:tr>
      <w:tr w:rsidR="00234674" w:rsidRPr="00D75C67" w14:paraId="78007336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3DAB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D74E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preoblačenjem, ogrevanjem, varno pripravo pripomočkov, pitjem vode in umirjanjem. Poudarek: samostojnost </w:t>
            </w:r>
            <w:r w:rsidRPr="00D75C67">
              <w:rPr>
                <w:sz w:val="15"/>
                <w:lang w:val="sl-SI"/>
              </w:rPr>
              <w:t>in vztrajnost pri opravljanju nalog.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E8F4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Poudarek: samostojnost in vztrajnost pri opravljanju nalog. Uč</w:t>
            </w:r>
            <w:r w:rsidRPr="00D75C67">
              <w:rPr>
                <w:sz w:val="15"/>
                <w:lang w:val="sl-SI"/>
              </w:rPr>
              <w:t>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EC6C3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preoblačenjem, ogrevanjem, varno pripravo pripomočkov, pitjem vode in umirjanjem. Poudarek: samostojnost in vztrajnost pri opravljanju nalog. Uče</w:t>
            </w:r>
            <w:r w:rsidRPr="00D75C67">
              <w:rPr>
                <w:sz w:val="15"/>
                <w:lang w:val="sl-SI"/>
              </w:rPr>
              <w:t>nec cilj prenese v novo situacijo, utemelji ravnanje in predlaga izboljšavo.</w:t>
            </w:r>
          </w:p>
        </w:tc>
      </w:tr>
      <w:tr w:rsidR="00234674" w:rsidRPr="00D75C67" w14:paraId="009F986D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0DA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E5B7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uvodnim pozdravom, jezikovnim ritualom, pripravo gradiv in sklepnim preverjanjem. Poudarek: samostojnost in vztrajnost pri opravlj</w:t>
            </w:r>
            <w:r w:rsidRPr="00D75C67">
              <w:rPr>
                <w:sz w:val="15"/>
                <w:lang w:val="sl-SI"/>
              </w:rPr>
              <w:t>anju nalog.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AB13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pripravo gradiv in sklepnim preverjanjem. Poudarek: samostojnost in vztrajnost pri opravljanju nalog. Učenec cilj uporabi v nalog</w:t>
            </w:r>
            <w:r w:rsidRPr="00D75C67">
              <w:rPr>
                <w:sz w:val="15"/>
                <w:lang w:val="sl-SI"/>
              </w:rPr>
              <w:t>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1924A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uvodnim pozdravom, jezikovnim ritualom, pripravo gradiv in sklepnim preverjanjem. Poudarek: samostojnost in vztrajnost pri opravljanju nalog. Učenec cilj prenese v novo s</w:t>
            </w:r>
            <w:r w:rsidRPr="00D75C67">
              <w:rPr>
                <w:sz w:val="15"/>
                <w:lang w:val="sl-SI"/>
              </w:rPr>
              <w:t>ituacijo, utemelji ravnanje in predlaga izboljšavo.</w:t>
            </w:r>
          </w:p>
        </w:tc>
      </w:tr>
      <w:tr w:rsidR="00234674" w:rsidRPr="00D75C67" w14:paraId="20C572C6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A72F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E3255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z urejenim prehodom med poukom, kosilom, počitkom, učenjem, igro, gibanjem in odhodom domov. Poudarek: samostojnost in vztrajnost pri opravljanju nalog. </w:t>
            </w:r>
            <w:r w:rsidRPr="00D75C67">
              <w:rPr>
                <w:color w:val="673E82"/>
                <w:sz w:val="15"/>
                <w:lang w:val="sl-SI"/>
              </w:rPr>
              <w:t>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1B947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z urejenim prehodom med poukom, kosilom, počitkom, učenjem, igro, gibanjem in odhodom domov. Poudarek: samostojnost in vztrajnost pri opravljanju nalog. Učenec cilj uporabi v nalogi, </w:t>
            </w:r>
            <w:r w:rsidRPr="00D75C67">
              <w:rPr>
                <w:color w:val="673E82"/>
                <w:sz w:val="15"/>
                <w:lang w:val="sl-SI"/>
              </w:rPr>
              <w:t>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A589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z urejenim prehodom med poukom, kosilom, počitkom, učenjem, igro, gibanjem in odhodom domov. Poudarek: samostojnost in vztrajnost pri opravljanju nalog. Učenec cilj prenese v </w:t>
            </w:r>
            <w:r w:rsidRPr="00D75C67">
              <w:rPr>
                <w:color w:val="673E82"/>
                <w:sz w:val="15"/>
                <w:lang w:val="sl-SI"/>
              </w:rPr>
              <w:t>novo situacijo, utemelji ravnanje in predlaga izboljšavo.</w:t>
            </w:r>
          </w:p>
        </w:tc>
      </w:tr>
    </w:tbl>
    <w:p w14:paraId="51D0C83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519D6E86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88D6763" w14:textId="7E057EA5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27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Ozavešča pomen počitka in odmora.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3A2D211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41EB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DA9BC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730E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3CFC2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 xml:space="preserve">3. </w:t>
            </w:r>
            <w:r w:rsidRPr="00D75C67">
              <w:rPr>
                <w:b/>
                <w:color w:val="FFFFFF"/>
                <w:sz w:val="17"/>
                <w:lang w:val="sl-SI"/>
              </w:rPr>
              <w:t>razred</w:t>
            </w:r>
          </w:p>
        </w:tc>
      </w:tr>
      <w:tr w:rsidR="00234674" w:rsidRPr="00D75C67" w14:paraId="7CC9440E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61A4D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E0E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ustaljenim potekom branja, pisanja, pogovora ter priprave zvezka in pripomočkov. Poudarek: pomen počitka in odmora.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7B12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ustaljenim </w:t>
            </w:r>
            <w:r w:rsidRPr="00D75C67">
              <w:rPr>
                <w:sz w:val="15"/>
                <w:lang w:val="sl-SI"/>
              </w:rPr>
              <w:t>potekom branja, pisanja, pogovora ter priprave zvezka in pripomočkov. Poudarek: pomen počitka in odmora.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7A1D7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ustaljenim potekom branja, pisanja, po</w:t>
            </w:r>
            <w:r w:rsidRPr="00D75C67">
              <w:rPr>
                <w:sz w:val="15"/>
                <w:lang w:val="sl-SI"/>
              </w:rPr>
              <w:t>govora ter priprave zvezka in pripomočkov. Poudarek: pomen počitka in odmora. Učenec cilj prenese v novo situacijo, utemelji ravnanje in predlaga izboljšavo.</w:t>
            </w:r>
          </w:p>
        </w:tc>
      </w:tr>
      <w:tr w:rsidR="00234674" w:rsidRPr="00D75C67" w14:paraId="1D9646D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44C7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A70BA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pripomočkov, urejenim zapisom, pregledovanjem</w:t>
            </w:r>
            <w:r w:rsidRPr="00D75C67">
              <w:rPr>
                <w:sz w:val="15"/>
                <w:lang w:val="sl-SI"/>
              </w:rPr>
              <w:t xml:space="preserve"> postopka in pospravljanjem. Poudarek: pomen počitka in odmora.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77442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pripomočkov, urejenim zapisom, pregledovanjem postopka in pospravljanjem. Poudarek: pomen počitka in odmora.</w:t>
            </w:r>
            <w:r w:rsidRPr="00D75C67">
              <w:rPr>
                <w:sz w:val="15"/>
                <w:lang w:val="sl-SI"/>
              </w:rPr>
              <w:t xml:space="preserve">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DC25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pripomočkov, urejenim zapisom, pregledovanjem postopka in pospravljanjem. Poudarek: pomen počitka in odmora. Učenec cilj prenese v no</w:t>
            </w:r>
            <w:r w:rsidRPr="00D75C67">
              <w:rPr>
                <w:sz w:val="15"/>
                <w:lang w:val="sl-SI"/>
              </w:rPr>
              <w:t>vo situacijo, utemelji ravnanje in predlaga izboljšavo.</w:t>
            </w:r>
          </w:p>
        </w:tc>
      </w:tr>
      <w:tr w:rsidR="00234674" w:rsidRPr="00D75C67" w14:paraId="5B0F4D1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28BD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F08E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dnevnim koledarjem, opazovalnimi rutinami, higieno ter skrbjo za prostor in naravo. Poudarek: pomen počitka in odmora.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A306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dnevnim koledarjem, opazovalnimi rutinami, higieno ter skrbjo za prostor in naravo. Poudarek: pomen počitka in odmora.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B11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</w:t>
            </w:r>
            <w:r w:rsidRPr="00D75C67">
              <w:rPr>
                <w:sz w:val="15"/>
                <w:lang w:val="sl-SI"/>
              </w:rPr>
              <w:t>stojneje načrtuje dejavnost z dnevnim koledarjem, opazovalnimi rutinami, higieno ter skrbjo za prostor in naravo. Poudarek: pomen počitka in odmora. Učenec cilj prenese v novo situacijo, utemelji ravnanje in predlaga izboljšavo.</w:t>
            </w:r>
          </w:p>
        </w:tc>
      </w:tr>
      <w:tr w:rsidR="00234674" w:rsidRPr="00D75C67" w14:paraId="2C5C449E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DE9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C425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</w:t>
            </w:r>
            <w:r w:rsidRPr="00D75C67">
              <w:rPr>
                <w:sz w:val="15"/>
                <w:lang w:val="sl-SI"/>
              </w:rPr>
              <w:t>n ob slikovni podpori s pripravo glasu, glasbil, poslušalskim bontonom in urejenim zaključkom dejavnosti. Poudarek: pomen počitka in odmora.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D4E5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glasu, glasbil, poslušalskim bo</w:t>
            </w:r>
            <w:r w:rsidRPr="00D75C67">
              <w:rPr>
                <w:sz w:val="15"/>
                <w:lang w:val="sl-SI"/>
              </w:rPr>
              <w:t>ntonom in urejenim zaključkom dejavnosti. Poudarek: pomen počitka in odmora.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72921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in urejenim zaključ</w:t>
            </w:r>
            <w:r w:rsidRPr="00D75C67">
              <w:rPr>
                <w:sz w:val="15"/>
                <w:lang w:val="sl-SI"/>
              </w:rPr>
              <w:t>kom dejavnosti. Poudarek: pomen počitka in odmora. Učenec cilj prenese v novo situacijo, utemelji ravnanje in predlaga izboljšavo.</w:t>
            </w:r>
          </w:p>
        </w:tc>
      </w:tr>
      <w:tr w:rsidR="00234674" w:rsidRPr="00D75C67" w14:paraId="304719AA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C1325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B454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pripravo in varno uporabo materiala, zaščito prostora, čiščenjem in </w:t>
            </w:r>
            <w:r w:rsidRPr="00D75C67">
              <w:rPr>
                <w:sz w:val="15"/>
                <w:lang w:val="sl-SI"/>
              </w:rPr>
              <w:t>razvrščanjem odpadkov. Poudarek: pomen počitka in odmora.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0FDFC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in varno uporabo materiala, zaščito prostora, čiščenjem in razvrščanjem odpadkov. Poudarek: pomen počitka in odmor</w:t>
            </w:r>
            <w:r w:rsidRPr="00D75C67">
              <w:rPr>
                <w:sz w:val="15"/>
                <w:lang w:val="sl-SI"/>
              </w:rPr>
              <w:t>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8C3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in varno uporabo materiala, zaščito prostora, čiščenjem in razvrščanjem odpadkov. Poudarek: pomen počitka in odmora. Učenec cilj pr</w:t>
            </w:r>
            <w:r w:rsidRPr="00D75C67">
              <w:rPr>
                <w:sz w:val="15"/>
                <w:lang w:val="sl-SI"/>
              </w:rPr>
              <w:t>enese v novo situacijo, utemelji ravnanje in predlaga izboljšavo.</w:t>
            </w:r>
          </w:p>
        </w:tc>
      </w:tr>
      <w:tr w:rsidR="00234674" w:rsidRPr="00D75C67" w14:paraId="353DAFC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B05E7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2578B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preoblačenjem, ogrevanjem, varno pripravo pripomočkov, pitjem vode in umirjanjem. Poudarek: pomen počitka in odmora. Učenec pokaže cilj z ravnanjem ali</w:t>
            </w:r>
            <w:r w:rsidRPr="00D75C67">
              <w:rPr>
                <w:sz w:val="15"/>
                <w:lang w:val="sl-SI"/>
              </w:rPr>
              <w:t xml:space="preserve">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94CA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Poudarek: pomen počitka in odmora.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33833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</w:t>
            </w:r>
            <w:r w:rsidRPr="00D75C67">
              <w:rPr>
                <w:sz w:val="15"/>
                <w:lang w:val="sl-SI"/>
              </w:rPr>
              <w:t>je dejavnost s preoblačenjem, ogrevanjem, varno pripravo pripomočkov, pitjem vode in umirjanjem. Poudarek: pomen počitka in odmora. Učenec cilj prenese v novo situacijo, utemelji ravnanje in predlaga izboljšavo.</w:t>
            </w:r>
          </w:p>
        </w:tc>
      </w:tr>
      <w:tr w:rsidR="00234674" w:rsidRPr="00D75C67" w14:paraId="45C66B34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DDE4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953A5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</w:t>
            </w:r>
            <w:r w:rsidRPr="00D75C67">
              <w:rPr>
                <w:sz w:val="15"/>
                <w:lang w:val="sl-SI"/>
              </w:rPr>
              <w:t>ri z uvodnim pozdravom, jezikovnim ritualom, pripravo gradiv in sklepnim preverjanjem. Poudarek: pomen počitka in odmora.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EBC8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uvodnim pozdravom, jezikovnim ritualom, pripravo gradiv in </w:t>
            </w:r>
            <w:r w:rsidRPr="00D75C67">
              <w:rPr>
                <w:sz w:val="15"/>
                <w:lang w:val="sl-SI"/>
              </w:rPr>
              <w:t>sklepnim preverjanjem. Poudarek: pomen počitka in odmora.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175F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uvodnim pozdravom, jezikovnim ritualom, pripravo gradiv in sklepnim preverjanjem. </w:t>
            </w:r>
            <w:r w:rsidRPr="00D75C67">
              <w:rPr>
                <w:sz w:val="15"/>
                <w:lang w:val="sl-SI"/>
              </w:rPr>
              <w:t>Poudarek: pomen počitka in odmora. Učenec cilj prenese v novo situacijo, utemelji ravnanje in predlaga izboljšavo.</w:t>
            </w:r>
          </w:p>
        </w:tc>
      </w:tr>
      <w:tr w:rsidR="00234674" w:rsidRPr="00D75C67" w14:paraId="282CDA0D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0B7CC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BE1AA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z urejenim prehodom med poukom, kosilom, počitkom, učenjem, igro, gibanjem in odhodom </w:t>
            </w:r>
            <w:r w:rsidRPr="00D75C67">
              <w:rPr>
                <w:color w:val="673E82"/>
                <w:sz w:val="15"/>
                <w:lang w:val="sl-SI"/>
              </w:rPr>
              <w:t>domov. Poudarek: pomen počitka in odmora.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1091D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z urejenim prehodom med poukom, kosilom, počitkom, učenjem, igro, gibanjem in odhodom domov. Poudarek: pomen počitka in odmora. Učenec cilj u</w:t>
            </w:r>
            <w:r w:rsidRPr="00D75C67">
              <w:rPr>
                <w:color w:val="673E82"/>
                <w:sz w:val="15"/>
                <w:lang w:val="sl-SI"/>
              </w:rPr>
              <w:t>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B8C3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z urejenim prehodom med poukom, kosilom, počitkom, učenjem, igro, gibanjem in odhodom domov. Poudarek: pomen počitka in odmora. Učenec cilj prenese v novo sit</w:t>
            </w:r>
            <w:r w:rsidRPr="00D75C67">
              <w:rPr>
                <w:color w:val="673E82"/>
                <w:sz w:val="15"/>
                <w:lang w:val="sl-SI"/>
              </w:rPr>
              <w:t>uacijo, utemelji ravnanje in predlaga izboljšavo.</w:t>
            </w:r>
          </w:p>
        </w:tc>
      </w:tr>
    </w:tbl>
    <w:p w14:paraId="5BB5EED4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6D981E25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6A22E66A" w14:textId="08D6800C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28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Skrbi za osebno higieno ter razvija ustrezen odnos do prehranjevanja in p</w:t>
      </w:r>
      <w:r w:rsidRPr="00D75C67">
        <w:rPr>
          <w:color w:val="234E52"/>
          <w:sz w:val="21"/>
          <w:lang w:val="sl-SI"/>
        </w:rPr>
        <w:t>itja vode.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396177E4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EE54D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3977E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B98A7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0113C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5305E0A0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41263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300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ustaljenim potekom branja, pisanja, pogovora ter priprave zvezka in pripomočkov. Poudarek: za osebno higieno ter razvija ustrezen odnos do prehranjevanja in pitja</w:t>
            </w:r>
            <w:r w:rsidRPr="00D75C67">
              <w:rPr>
                <w:sz w:val="15"/>
                <w:lang w:val="sl-SI"/>
              </w:rPr>
              <w:t xml:space="preserve"> vode.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2126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ustaljenim potekom branja, pisanja, pogovora ter priprave zvezka in pripomočkov. Poudarek: za osebno higieno ter razvija ustrezen odnos do prehranjevanja in pitja vode. Učene</w:t>
            </w:r>
            <w:r w:rsidRPr="00D75C67">
              <w:rPr>
                <w:sz w:val="15"/>
                <w:lang w:val="sl-SI"/>
              </w:rPr>
              <w:t>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D4C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ustaljenim potekom branja, pisanja, pogovora ter priprave zvezka in pripomočkov. Poudarek: za osebno higieno ter razvija ustrezen odnos do prehranje</w:t>
            </w:r>
            <w:r w:rsidRPr="00D75C67">
              <w:rPr>
                <w:sz w:val="15"/>
                <w:lang w:val="sl-SI"/>
              </w:rPr>
              <w:t>vanja in pitja vode. Učenec cilj prenese v novo situacijo, utemelji ravnanje in predlaga izboljšavo.</w:t>
            </w:r>
          </w:p>
        </w:tc>
      </w:tr>
      <w:tr w:rsidR="00234674" w:rsidRPr="00D75C67" w14:paraId="5094BB61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73E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76AA2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pripravo pripomočkov, urejenim zapisom, pregledovanjem postopka in pospravljanjem. Poudarek: za osebno higieno </w:t>
            </w:r>
            <w:r w:rsidRPr="00D75C67">
              <w:rPr>
                <w:sz w:val="15"/>
                <w:lang w:val="sl-SI"/>
              </w:rPr>
              <w:t>ter razvija ustrezen odnos do prehranjevanja in pitja vode.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B076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pripomočkov, urejenim zapisom, pregledovanjem postopka in pospravljanjem. Poudarek: za osebno higieno ter razvij</w:t>
            </w:r>
            <w:r w:rsidRPr="00D75C67">
              <w:rPr>
                <w:sz w:val="15"/>
                <w:lang w:val="sl-SI"/>
              </w:rPr>
              <w:t>a ustrezen odnos do prehranjevanja in pitja vode.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07640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s pripravo pripomočkov, urejenim zapisom, pregledovanjem postopka in pospravljanjem. Poudarek: </w:t>
            </w:r>
            <w:r w:rsidRPr="00D75C67">
              <w:rPr>
                <w:sz w:val="15"/>
                <w:lang w:val="sl-SI"/>
              </w:rPr>
              <w:t>za osebno higieno ter razvija ustrezen odnos do prehranjevanja in pitja vode. Učenec cilj prenese v novo situacijo, utemelji ravnanje in predlaga izboljšavo.</w:t>
            </w:r>
          </w:p>
        </w:tc>
      </w:tr>
      <w:tr w:rsidR="00234674" w:rsidRPr="00D75C67" w14:paraId="1E76CF1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E54E7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00A1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dnevnim koledarjem, opazovalnimi rutinami, hig</w:t>
            </w:r>
            <w:r w:rsidRPr="00D75C67">
              <w:rPr>
                <w:sz w:val="15"/>
                <w:lang w:val="sl-SI"/>
              </w:rPr>
              <w:t>ieno ter skrbjo za prostor in naravo. Poudarek: za osebno higieno ter razvija ustrezen odnos do prehranjevanja in pitja vode.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32E7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dnevnim koledarjem, opazovalnimi rutinami, higieno ter </w:t>
            </w:r>
            <w:r w:rsidRPr="00D75C67">
              <w:rPr>
                <w:sz w:val="15"/>
                <w:lang w:val="sl-SI"/>
              </w:rPr>
              <w:t>skrbjo za prostor in naravo. Poudarek: za osebno higieno ter razvija ustrezen odnos do prehranjevanja in pitja vode.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FA2C0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dnevnim koledarjem, </w:t>
            </w:r>
            <w:r w:rsidRPr="00D75C67">
              <w:rPr>
                <w:sz w:val="15"/>
                <w:lang w:val="sl-SI"/>
              </w:rPr>
              <w:t>opazovalnimi rutinami, higieno ter skrbjo za prostor in naravo. Poudarek: za osebno higieno ter razvija ustrezen odnos do prehranjevanja in pitja vode. Učenec cilj prenese v novo situacijo, utemelji ravnanje in predlaga izboljšavo.</w:t>
            </w:r>
          </w:p>
        </w:tc>
      </w:tr>
      <w:tr w:rsidR="00234674" w:rsidRPr="00D75C67" w14:paraId="519E0B49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F3B66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A9F3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</w:t>
            </w:r>
            <w:r w:rsidRPr="00D75C67">
              <w:rPr>
                <w:sz w:val="15"/>
                <w:lang w:val="sl-SI"/>
              </w:rPr>
              <w:t>o in ob slikovni podpori s pripravo glasu, glasbil, poslušalskim bontonom in urejenim zaključkom dejavnosti. Poudarek: za osebno higieno ter razvija ustrezen odnos do prehranjevanja in pitja vode.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F02E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</w:t>
            </w:r>
            <w:r w:rsidRPr="00D75C67">
              <w:rPr>
                <w:sz w:val="15"/>
                <w:lang w:val="sl-SI"/>
              </w:rPr>
              <w:t>paru ali skupini s pripravo glasu, glasbil, poslušalskim bontonom in urejenim zaključkom dejavnosti. Poudarek: za osebno higieno ter razvija ustrezen odnos do prehranjevanja in pitja vode. Učenec cilj uporabi v nalogi, pojasni izbiro in upošteva povratno i</w:t>
            </w:r>
            <w:r w:rsidRPr="00D75C67">
              <w:rPr>
                <w:sz w:val="15"/>
                <w:lang w:val="sl-SI"/>
              </w:rPr>
              <w:t>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36AD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in urejenim zaključkom dejavnosti. Poudarek: za osebno higieno ter razvija ustrezen odnos do prehranjevanja in pitja vode. Učenec cilj prenese v novo situacijo, ut</w:t>
            </w:r>
            <w:r w:rsidRPr="00D75C67">
              <w:rPr>
                <w:sz w:val="15"/>
                <w:lang w:val="sl-SI"/>
              </w:rPr>
              <w:t>emelji ravnanje in predlaga izboljšavo.</w:t>
            </w:r>
          </w:p>
        </w:tc>
      </w:tr>
      <w:tr w:rsidR="00234674" w:rsidRPr="00D75C67" w14:paraId="47868DAF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23BFF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8950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materiala, zaščito prostora, čiščenjem in razvrščanjem odpadkov. Poudarek: za osebno higieno ter razvija ustrezen odnos do prehranjevanja in</w:t>
            </w:r>
            <w:r w:rsidRPr="00D75C67">
              <w:rPr>
                <w:sz w:val="15"/>
                <w:lang w:val="sl-SI"/>
              </w:rPr>
              <w:t xml:space="preserve"> pitja vode.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8DDC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in varno uporabo materiala, zaščito prostora, čiščenjem in razvrščanjem odpadkov. Poudarek: za osebno higieno ter razvija ustrezen odnos do prehranjevanja in p</w:t>
            </w:r>
            <w:r w:rsidRPr="00D75C67">
              <w:rPr>
                <w:sz w:val="15"/>
                <w:lang w:val="sl-SI"/>
              </w:rPr>
              <w:t>itja vode.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C0E1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in varno uporabo materiala, zaščito prostora, čiščenjem in razvrščanjem odpadkov. Poudarek: za osebno higieno ter razvija u</w:t>
            </w:r>
            <w:r w:rsidRPr="00D75C67">
              <w:rPr>
                <w:sz w:val="15"/>
                <w:lang w:val="sl-SI"/>
              </w:rPr>
              <w:t>strezen odnos do prehranjevanja in pitja vode. Učenec cilj prenese v novo situacijo, utemelji ravnanje in predlaga izboljšavo.</w:t>
            </w:r>
          </w:p>
        </w:tc>
      </w:tr>
      <w:tr w:rsidR="00234674" w:rsidRPr="00D75C67" w14:paraId="7FCA4F0A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F643E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969EE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preoblačenjem, ogrevanjem, varno pripravo pripomočkov, pitjem vode in umirjanjem. Poudarek</w:t>
            </w:r>
            <w:r w:rsidRPr="00D75C67">
              <w:rPr>
                <w:sz w:val="15"/>
                <w:lang w:val="sl-SI"/>
              </w:rPr>
              <w:t>: za osebno higieno ter razvija ustrezen odnos do prehranjevanja in pitja vode.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5BA69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Poudarek: za osebno</w:t>
            </w:r>
            <w:r w:rsidRPr="00D75C67">
              <w:rPr>
                <w:sz w:val="15"/>
                <w:lang w:val="sl-SI"/>
              </w:rPr>
              <w:t xml:space="preserve"> higieno ter razvija ustrezen odnos do prehranjevanja in pitja vode.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11D2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preoblačenjem, ogrevanjem, varno pripravo pripomočkov, pitjem vode in umir</w:t>
            </w:r>
            <w:r w:rsidRPr="00D75C67">
              <w:rPr>
                <w:sz w:val="15"/>
                <w:lang w:val="sl-SI"/>
              </w:rPr>
              <w:t>janjem. Poudarek: za osebno higieno ter razvija ustrezen odnos do prehranjevanja in pitja vode. Učenec cilj prenese v novo situacijo, utemelji ravnanje in predlaga izboljšavo.</w:t>
            </w:r>
          </w:p>
        </w:tc>
      </w:tr>
      <w:tr w:rsidR="00234674" w:rsidRPr="00D75C67" w14:paraId="6F4E96AB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4729B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175D4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uvodnim pozdravom, jezikovnim </w:t>
            </w:r>
            <w:r w:rsidRPr="00D75C67">
              <w:rPr>
                <w:sz w:val="15"/>
                <w:lang w:val="sl-SI"/>
              </w:rPr>
              <w:t>ritualom, pripravo gradiv in sklepnim preverjanjem. Poudarek: za osebno higieno ter razvija ustrezen odnos do prehranjevanja in pitja vode.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61DE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</w:t>
            </w:r>
            <w:r w:rsidRPr="00D75C67">
              <w:rPr>
                <w:sz w:val="15"/>
                <w:lang w:val="sl-SI"/>
              </w:rPr>
              <w:t>ripravo gradiv in sklepnim preverjanjem. Poudarek: za osebno higieno ter razvija ustrezen odnos do prehranjevanja in pitja vode.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929A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uvodnim pozdra</w:t>
            </w:r>
            <w:r w:rsidRPr="00D75C67">
              <w:rPr>
                <w:sz w:val="15"/>
                <w:lang w:val="sl-SI"/>
              </w:rPr>
              <w:t>vom, jezikovnim ritualom, pripravo gradiv in sklepnim preverjanjem. Poudarek: za osebno higieno ter razvija ustrezen odnos do prehranjevanja in pitja vode. Učenec cilj prenese v novo situacijo, utemelji ravnanje in predlaga izboljšavo.</w:t>
            </w:r>
          </w:p>
        </w:tc>
      </w:tr>
      <w:tr w:rsidR="00234674" w:rsidRPr="00D75C67" w14:paraId="305FA54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F701C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0BF9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z urejenim prehodom med poukom, kosilom, počitkom, učenjem, igro, gibanjem in odhodom domov. Poudarek: za osebno higieno ter razvija ustrezen odnos do prehranjevanja in pitja vode. Učenec pokaže cilj z ravnanjem ali kratkim od</w:t>
            </w:r>
            <w:r w:rsidRPr="00D75C67">
              <w:rPr>
                <w:color w:val="673E82"/>
                <w:sz w:val="15"/>
                <w:lang w:val="sl-SI"/>
              </w:rPr>
              <w:t>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5CA7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z urejenim prehodom med poukom, kosilom, počitkom, učenjem, igro, gibanjem in odhodom domov. Poudarek: za osebno higieno ter razvija ustrezen odnos do prehranjevanja in pitja vode. Učenec cilj uporabi v nalogi, pojasni izbiro in</w:t>
            </w:r>
            <w:r w:rsidRPr="00D75C67">
              <w:rPr>
                <w:color w:val="673E82"/>
                <w:sz w:val="15"/>
                <w:lang w:val="sl-SI"/>
              </w:rPr>
              <w:t xml:space="preserve">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1421C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z urejenim prehodom med poukom, kosilom, počitkom, učenjem, igro, gibanjem in odhodom domov. Poudarek: za osebno higieno ter razvija ustrezen odnos do prehranjevanja in pitja vode. Učenec cilj</w:t>
            </w:r>
            <w:r w:rsidRPr="00D75C67">
              <w:rPr>
                <w:color w:val="673E82"/>
                <w:sz w:val="15"/>
                <w:lang w:val="sl-SI"/>
              </w:rPr>
              <w:t xml:space="preserve"> prenese v novo situacijo, utemelji ravnanje in predlaga izboljšavo.</w:t>
            </w:r>
          </w:p>
        </w:tc>
      </w:tr>
    </w:tbl>
    <w:p w14:paraId="60548F86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2712F5C0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1DA57DC8" w14:textId="4C800F1E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29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Ločuje odpadke in zmanjšuje njihovo nastajanje.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A638373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D721F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3E14E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B4F9F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E5A7C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0E871880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67EB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26EA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ustaljenim potekom branja, pisanja, pogovora ter priprave zvezka in pripomočkov. Poudarek: ločuje odpadke in zmanjšuje njihovo nastajanje. Učenec pokaže cilj z ravnanjem ali</w:t>
            </w:r>
            <w:r w:rsidRPr="00D75C67">
              <w:rPr>
                <w:sz w:val="15"/>
                <w:lang w:val="sl-SI"/>
              </w:rPr>
              <w:t xml:space="preserve">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F92B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ustaljenim potekom branja, pisanja, pogovora ter priprave zvezka in pripomočkov. Poudarek: ločuje odpadke in zmanjšuje njihovo nastajanje. Učenec cilj uporabi v nalogi, pojasni izbiro in upošteva povratno informacij</w:t>
            </w:r>
            <w:r w:rsidRPr="00D75C67">
              <w:rPr>
                <w:sz w:val="15"/>
                <w:lang w:val="sl-SI"/>
              </w:rPr>
              <w:t>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17FE6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ustaljenim potekom branja, pisanja, pogovora ter priprave zvezka in pripomočkov. Poudarek: ločuje odpadke in zmanjšuje njihovo nastajanje. Učenec cilj prenese v novo situacijo, utemelji ravnanje in predlaga izboljšavo.</w:t>
            </w:r>
          </w:p>
        </w:tc>
      </w:tr>
      <w:tr w:rsidR="00234674" w:rsidRPr="00D75C67" w14:paraId="3DC7CE66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C395A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5024F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pripomočkov, urejenim zapisom, pregledovanjem postopka in pospravljanjem. Poudarek: ločuje odpadke in zmanjšuje njihovo nastajanje.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806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</w:t>
            </w:r>
            <w:r w:rsidRPr="00D75C67">
              <w:rPr>
                <w:sz w:val="15"/>
                <w:lang w:val="sl-SI"/>
              </w:rPr>
              <w:t>i s pripravo pripomočkov, urejenim zapisom, pregledovanjem postopka in pospravljanjem. Poudarek: ločuje odpadke in zmanjšuje njihovo nastajanje.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0E61B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</w:t>
            </w:r>
            <w:r w:rsidRPr="00D75C67">
              <w:rPr>
                <w:sz w:val="15"/>
                <w:lang w:val="sl-SI"/>
              </w:rPr>
              <w:t>s pripravo pripomočkov, urejenim zapisom, pregledovanjem postopka in pospravljanjem. Poudarek: ločuje odpadke in zmanjšuje njihovo nastajanje. Učenec cilj prenese v novo situacijo, utemelji ravnanje in predlaga izboljšavo.</w:t>
            </w:r>
          </w:p>
        </w:tc>
      </w:tr>
      <w:tr w:rsidR="00234674" w:rsidRPr="00D75C67" w14:paraId="077EA02D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45F0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36A8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</w:t>
            </w:r>
            <w:r w:rsidRPr="00D75C67">
              <w:rPr>
                <w:sz w:val="15"/>
                <w:lang w:val="sl-SI"/>
              </w:rPr>
              <w:t>slikovni podpori z dnevnim koledarjem, opazovalnimi rutinami, higieno ter skrbjo za prostor in naravo. Poudarek: ločuje odpadke in zmanjšuje njihovo nastajanje.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F2C7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dnevnim koledarjem, </w:t>
            </w:r>
            <w:r w:rsidRPr="00D75C67">
              <w:rPr>
                <w:sz w:val="15"/>
                <w:lang w:val="sl-SI"/>
              </w:rPr>
              <w:t>opazovalnimi rutinami, higieno ter skrbjo za prostor in naravo. Poudarek: ločuje odpadke in zmanjšuje njihovo nastajanje.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D77A6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dnevnim koledarjem, o</w:t>
            </w:r>
            <w:r w:rsidRPr="00D75C67">
              <w:rPr>
                <w:sz w:val="15"/>
                <w:lang w:val="sl-SI"/>
              </w:rPr>
              <w:t>pazovalnimi rutinami, higieno ter skrbjo za prostor in naravo. Poudarek: ločuje odpadke in zmanjšuje njihovo nastajanje. Učenec cilj prenese v novo situacijo, utemelji ravnanje in predlaga izboljšavo.</w:t>
            </w:r>
          </w:p>
        </w:tc>
      </w:tr>
      <w:tr w:rsidR="00234674" w:rsidRPr="00D75C67" w14:paraId="1AC95DA0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3960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F16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</w:t>
            </w:r>
            <w:r w:rsidRPr="00D75C67">
              <w:rPr>
                <w:sz w:val="15"/>
                <w:lang w:val="sl-SI"/>
              </w:rPr>
              <w:t>ravo glasu, glasbil, poslušalskim bontonom in urejenim zaključkom dejavnosti. Poudarek: ločuje odpadke in zmanjšuje njihovo nastajanje.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6EFC6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glasu, glasbil, poslušalskim bontono</w:t>
            </w:r>
            <w:r w:rsidRPr="00D75C67">
              <w:rPr>
                <w:sz w:val="15"/>
                <w:lang w:val="sl-SI"/>
              </w:rPr>
              <w:t>m in urejenim zaključkom dejavnosti. Poudarek: ločuje odpadke in zmanjšuje njihovo nastajanje.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D6781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glasu, glasbil, poslušalskim bontonom i</w:t>
            </w:r>
            <w:r w:rsidRPr="00D75C67">
              <w:rPr>
                <w:sz w:val="15"/>
                <w:lang w:val="sl-SI"/>
              </w:rPr>
              <w:t>n urejenim zaključkom dejavnosti. Poudarek: ločuje odpadke in zmanjšuje njihovo nastajanje. Učenec cilj prenese v novo situacijo, utemelji ravnanje in predlaga izboljšavo.</w:t>
            </w:r>
          </w:p>
        </w:tc>
      </w:tr>
      <w:tr w:rsidR="00234674" w:rsidRPr="00D75C67" w14:paraId="4C6796CA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198C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20BE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s pripravo in varno uporabo material</w:t>
            </w:r>
            <w:r w:rsidRPr="00D75C67">
              <w:rPr>
                <w:sz w:val="15"/>
                <w:lang w:val="sl-SI"/>
              </w:rPr>
              <w:t>a, zaščito prostora, čiščenjem in razvrščanjem odpadkov. Poudarek: ločuje odpadke in zmanjšuje njihovo nastajanje.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914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pripravo in varno uporabo materiala, zaščito prostora, čiščenjem i</w:t>
            </w:r>
            <w:r w:rsidRPr="00D75C67">
              <w:rPr>
                <w:sz w:val="15"/>
                <w:lang w:val="sl-SI"/>
              </w:rPr>
              <w:t>n razvrščanjem odpadkov. Poudarek: ločuje odpadke in zmanjšuje njihovo nastajanje.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D0C6C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pripravo in varno uporabo materiala, zaščito prostora, čišče</w:t>
            </w:r>
            <w:r w:rsidRPr="00D75C67">
              <w:rPr>
                <w:sz w:val="15"/>
                <w:lang w:val="sl-SI"/>
              </w:rPr>
              <w:t>njem in razvrščanjem odpadkov. Poudarek: ločuje odpadke in zmanjšuje njihovo nastajanje. Učenec cilj prenese v novo situacijo, utemelji ravnanje in predlaga izboljšavo.</w:t>
            </w:r>
          </w:p>
        </w:tc>
      </w:tr>
      <w:tr w:rsidR="00234674" w:rsidRPr="00D75C67" w14:paraId="799EE6FF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10A7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0772E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s preoblačenjem, ogrevanjem, varno pripravo </w:t>
            </w:r>
            <w:r w:rsidRPr="00D75C67">
              <w:rPr>
                <w:sz w:val="15"/>
                <w:lang w:val="sl-SI"/>
              </w:rPr>
              <w:t>pripomočkov, pitjem vode in umirjanjem. Poudarek: ločuje odpadke in zmanjšuje njihovo nastajanje.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CF39F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s preoblačenjem, ogrevanjem, varno pripravo pripomočkov, pitjem vode in umirjanjem. P</w:t>
            </w:r>
            <w:r w:rsidRPr="00D75C67">
              <w:rPr>
                <w:sz w:val="15"/>
                <w:lang w:val="sl-SI"/>
              </w:rPr>
              <w:t>oudarek: ločuje odpadke in zmanjšuje njihovo nastajanje.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F0A2B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s preoblačenjem, ogrevanjem, varno pripravo pripomočkov, pitjem vode in umirjanjem. Poud</w:t>
            </w:r>
            <w:r w:rsidRPr="00D75C67">
              <w:rPr>
                <w:sz w:val="15"/>
                <w:lang w:val="sl-SI"/>
              </w:rPr>
              <w:t>arek: ločuje odpadke in zmanjšuje njihovo nastajanje. Učenec cilj prenese v novo situacijo, utemelji ravnanje in predlaga izboljšavo.</w:t>
            </w:r>
          </w:p>
        </w:tc>
      </w:tr>
      <w:tr w:rsidR="00234674" w:rsidRPr="00D75C67" w14:paraId="44DB79B2" w14:textId="77777777">
        <w:trPr>
          <w:jc w:val="center"/>
        </w:trPr>
        <w:tc>
          <w:tcPr>
            <w:tcW w:w="1944" w:type="dxa"/>
            <w:shd w:val="clear" w:color="auto" w:fill="FBE2D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10BE6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508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uvodnim pozdravom, jezikovnim ritualom, pripravo gradiv in sklepnim preve</w:t>
            </w:r>
            <w:r w:rsidRPr="00D75C67">
              <w:rPr>
                <w:sz w:val="15"/>
                <w:lang w:val="sl-SI"/>
              </w:rPr>
              <w:t>rjanjem. Poudarek: ločuje odpadke in zmanjšuje njihovo nastajanje.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1621F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uvodnim pozdravom, jezikovnim ritualom, pripravo gradiv in sklepnim preverjanjem. Poudarek: ločuje odpadke in zman</w:t>
            </w:r>
            <w:r w:rsidRPr="00D75C67">
              <w:rPr>
                <w:sz w:val="15"/>
                <w:lang w:val="sl-SI"/>
              </w:rPr>
              <w:t>jšuje njihovo nastajanje.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184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uvodnim pozdravom, jezikovnim ritualom, pripravo gradiv in sklepnim preverjanjem. Poudarek: ločuje odpadke in zmanjšu</w:t>
            </w:r>
            <w:r w:rsidRPr="00D75C67">
              <w:rPr>
                <w:sz w:val="15"/>
                <w:lang w:val="sl-SI"/>
              </w:rPr>
              <w:t>je njihovo nastajanje. Učenec cilj prenese v novo situacijo, utemelji ravnanje in predlaga izboljšavo.</w:t>
            </w:r>
          </w:p>
        </w:tc>
      </w:tr>
      <w:tr w:rsidR="00234674" w:rsidRPr="00D75C67" w14:paraId="1A72FD4F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D8719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8B669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z urejenim prehodom med poukom, kosilom, počitkom, učenjem, igro, gibanjem in odhodom domov. Poudarek: </w:t>
            </w:r>
            <w:r w:rsidRPr="00D75C67">
              <w:rPr>
                <w:color w:val="673E82"/>
                <w:sz w:val="15"/>
                <w:lang w:val="sl-SI"/>
              </w:rPr>
              <w:t>ločuje odpadke in zmanjšuje njihovo nastajanje.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EC289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z urejenim prehodom med poukom, kosilom, počitkom, učenjem, igro, gibanjem in odhodom domov. Poudarek: ločuje odpadke in zmanjšuje njih</w:t>
            </w:r>
            <w:r w:rsidRPr="00D75C67">
              <w:rPr>
                <w:color w:val="673E82"/>
                <w:sz w:val="15"/>
                <w:lang w:val="sl-SI"/>
              </w:rPr>
              <w:t>ovo nastajanje.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DE12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z urejenim prehodom med poukom, kosilom, počitkom, učenjem, igro, gibanjem in odhodom domov. Poudarek: ločuje odpadke in zmanjšuj</w:t>
            </w:r>
            <w:r w:rsidRPr="00D75C67">
              <w:rPr>
                <w:color w:val="673E82"/>
                <w:sz w:val="15"/>
                <w:lang w:val="sl-SI"/>
              </w:rPr>
              <w:t>e njihovo nastajanje. Učenec cilj prenese v novo situacijo, utemelji ravnanje in predlaga izboljšavo.</w:t>
            </w:r>
          </w:p>
        </w:tc>
      </w:tr>
    </w:tbl>
    <w:p w14:paraId="486C87C8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06A1D375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939F424" w14:textId="1878DB94" w:rsidR="00234674" w:rsidRPr="00D75C67" w:rsidRDefault="00080C8D">
      <w:pPr>
        <w:pStyle w:val="Naslov1"/>
        <w:rPr>
          <w:sz w:val="24"/>
          <w:szCs w:val="24"/>
          <w:lang w:val="sl-SI"/>
        </w:rPr>
      </w:pPr>
      <w:r w:rsidRPr="00D75C67">
        <w:rPr>
          <w:sz w:val="24"/>
          <w:szCs w:val="24"/>
          <w:lang w:val="sl-SI"/>
        </w:rPr>
        <w:t>Igra in gibanje</w:t>
      </w:r>
      <w:r w:rsidR="00265815" w:rsidRPr="00D75C67">
        <w:rPr>
          <w:sz w:val="24"/>
          <w:szCs w:val="24"/>
          <w:lang w:val="sl-SI"/>
        </w:rPr>
        <w:t xml:space="preserve"> (5 povezovalnih ciljev)</w:t>
      </w:r>
    </w:p>
    <w:p w14:paraId="09C780F1" w14:textId="1D1F057E" w:rsidR="00234674" w:rsidRPr="00D75C67" w:rsidRDefault="00265815" w:rsidP="00265815">
      <w:pPr>
        <w:pStyle w:val="Naslov2"/>
        <w:rPr>
          <w:lang w:val="sl-SI"/>
        </w:rPr>
      </w:pPr>
      <w:r w:rsidRPr="00D75C67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227DED" wp14:editId="125D9054">
                <wp:simplePos x="0" y="0"/>
                <wp:positionH relativeFrom="column">
                  <wp:posOffset>-84772</wp:posOffset>
                </wp:positionH>
                <wp:positionV relativeFrom="paragraph">
                  <wp:posOffset>6866255</wp:posOffset>
                </wp:positionV>
                <wp:extent cx="4467225" cy="381000"/>
                <wp:effectExtent l="0" t="0" r="28575" b="19050"/>
                <wp:wrapNone/>
                <wp:docPr id="5" name="Polje z besedilo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9BC282A" w14:textId="77777777" w:rsidR="00265815" w:rsidRDefault="00265815" w:rsidP="00265815">
                            <w:pPr>
                              <w:spacing w:before="60" w:after="0"/>
                            </w:pPr>
                            <w:r>
                              <w:rPr>
                                <w:b/>
                                <w:color w:val="B56A45"/>
                                <w:sz w:val="16"/>
                              </w:rPr>
                              <w:t xml:space="preserve">Možni dokazi: </w:t>
                            </w:r>
                            <w:r>
                              <w:rPr>
                                <w:sz w:val="16"/>
                              </w:rPr>
                              <w:t>opazovanje procesa, učenčeva razlaga, izdelek ali izvedba, samovrednotenje in kratka povratna informacija.</w:t>
                            </w:r>
                          </w:p>
                          <w:p w14:paraId="01AE3AEE" w14:textId="77777777" w:rsidR="00265815" w:rsidRDefault="002658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27DED" id="Polje z besedilom 5" o:spid="_x0000_s1029" type="#_x0000_t202" style="position:absolute;margin-left:-6.65pt;margin-top:540.65pt;width:351.75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" fillcolor="white [3201]" strokecolor="white [3212]" strokeweight=".5pt">
                <v:textbox>
                  <w:txbxContent>
                    <w:p w14:paraId="09BC282A" w14:textId="77777777" w:rsidR="00265815" w:rsidRDefault="00265815" w:rsidP="00265815">
                      <w:pPr>
                        <w:spacing w:before="60" w:after="0"/>
                      </w:pPr>
                      <w:r>
                        <w:rPr>
                          <w:b/>
                          <w:color w:val="B56A45"/>
                          <w:sz w:val="16"/>
                        </w:rPr>
                        <w:t xml:space="preserve">Možni dokazi: </w:t>
                      </w:r>
                      <w:r>
                        <w:rPr>
                          <w:sz w:val="16"/>
                        </w:rPr>
                        <w:t>opazovanje procesa, učenčeva razlaga, izdelek ali izvedba, samovrednotenje in kratka povratna informacija.</w:t>
                      </w:r>
                    </w:p>
                    <w:p w14:paraId="01AE3AEE" w14:textId="77777777" w:rsidR="00265815" w:rsidRDefault="00265815"/>
                  </w:txbxContent>
                </v:textbox>
              </v:shape>
            </w:pict>
          </mc:Fallback>
        </mc:AlternateContent>
      </w:r>
      <w:r w:rsidRPr="00D75C67">
        <w:rPr>
          <w:lang w:val="sl-SI"/>
        </w:rPr>
        <w:t xml:space="preserve">Cilj 30: </w:t>
      </w:r>
      <w:r w:rsidRPr="00D75C67">
        <w:rPr>
          <w:color w:val="234E52"/>
          <w:sz w:val="21"/>
          <w:lang w:val="sl-SI"/>
        </w:rPr>
        <w:t>Prosto se igra, razvija socialne interakcije z vrstniki in prevzema odgovornost za svoje ravnanje.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C52DBFC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AA421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B744F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 xml:space="preserve">1. </w:t>
            </w:r>
            <w:r w:rsidRPr="00D75C67">
              <w:rPr>
                <w:b/>
                <w:color w:val="FFFFFF"/>
                <w:sz w:val="17"/>
                <w:lang w:val="sl-SI"/>
              </w:rPr>
              <w:t>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DD062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40F06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58792C9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CE1A1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CC43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gibalnimi zgodbami, dramatizacijo, glasovnimi igrami in postajami branja oziroma pisanja. Poudarek: razvija socialne interakcije z vrstniki in prevzema odgovornost za svoje ravnanje. </w:t>
            </w:r>
            <w:r w:rsidRPr="00D75C67">
              <w:rPr>
                <w:sz w:val="15"/>
                <w:lang w:val="sl-SI"/>
              </w:rPr>
              <w:t>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3A904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gibalnimi zgodbami, dramatizacijo, glasovnimi igrami in postajami branja oziroma pisanja. Poudarek: razvija socialne interakcije z vrstniki in prevzema odgovornost za svoje ravnanje</w:t>
            </w:r>
            <w:r w:rsidRPr="00D75C67">
              <w:rPr>
                <w:sz w:val="15"/>
                <w:lang w:val="sl-SI"/>
              </w:rPr>
              <w:t>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BE171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gibalnimi zgodbami, dramatizacijo, glasovnimi igrami in postajami branja oziroma pisanja. Poudarek: razvija socialne interakcije z vrstniki i</w:t>
            </w:r>
            <w:r w:rsidRPr="00D75C67">
              <w:rPr>
                <w:sz w:val="15"/>
                <w:lang w:val="sl-SI"/>
              </w:rPr>
              <w:t>n prevzema odgovornost za svoje ravnanje. Učenec cilj prenese v novo situacijo, utemelji ravnanje in predlaga izboljšavo.</w:t>
            </w:r>
          </w:p>
        </w:tc>
      </w:tr>
      <w:tr w:rsidR="00234674" w:rsidRPr="00D75C67" w14:paraId="240C344E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16F7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31D6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matematičnimi poligoni, talnimi števili, razvrščanjem predmetov in gibalnim reševanjem nal</w:t>
            </w:r>
            <w:r w:rsidRPr="00D75C67">
              <w:rPr>
                <w:sz w:val="15"/>
                <w:lang w:val="sl-SI"/>
              </w:rPr>
              <w:t>og. Poudarek: razvija socialne interakcije z vrstniki in prevzema odgovornost za svoje ravnanje.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FDD39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matematičnimi poligoni, talnimi števili, razvrščanjem predmetov in gibalnim </w:t>
            </w:r>
            <w:r w:rsidRPr="00D75C67">
              <w:rPr>
                <w:sz w:val="15"/>
                <w:lang w:val="sl-SI"/>
              </w:rPr>
              <w:t>reševanjem nalog. Poudarek: razvija socialne interakcije z vrstniki in prevzema odgovornost za svoje ravnanje.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AA6C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matematičnimi poligoni, talnimi </w:t>
            </w:r>
            <w:r w:rsidRPr="00D75C67">
              <w:rPr>
                <w:sz w:val="15"/>
                <w:lang w:val="sl-SI"/>
              </w:rPr>
              <w:t>števili, razvrščanjem predmetov in gibalnim reševanjem nalog. Poudarek: razvija socialne interakcije z vrstniki in prevzema odgovornost za svoje ravnanje. Učenec cilj prenese v novo situacijo, utemelji ravnanje in predlaga izboljšavo.</w:t>
            </w:r>
          </w:p>
        </w:tc>
      </w:tr>
      <w:tr w:rsidR="00234674" w:rsidRPr="00D75C67" w14:paraId="37ADF524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3F6C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27C96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</w:t>
            </w:r>
            <w:r w:rsidRPr="00D75C67">
              <w:rPr>
                <w:sz w:val="15"/>
                <w:lang w:val="sl-SI"/>
              </w:rPr>
              <w:t>odeno in ob slikovni podpori z raziskovalnimi sprehodi, orientacijskimi nalogami, igro vlog in učenjem na prostem. Poudarek: razvija socialne interakcije z vrstniki in prevzema odgovornost za svoje ravnanje. Učenec pokaže cilj z ravnanjem ali kratkim odgov</w:t>
            </w:r>
            <w:r w:rsidRPr="00D75C67">
              <w:rPr>
                <w:sz w:val="15"/>
                <w:lang w:val="sl-SI"/>
              </w:rPr>
              <w:t>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6586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raziskovalnimi sprehodi, orientacijskimi nalogami, igro vlog in učenjem na prostem. Poudarek: razvija socialne interakcije z vrstniki in prevzema odgovornost za svoje ravnanje. Učenec cilj uporabi v nalogi, pojasni izbiro in upoš</w:t>
            </w:r>
            <w:r w:rsidRPr="00D75C67">
              <w:rPr>
                <w:sz w:val="15"/>
                <w:lang w:val="sl-SI"/>
              </w:rPr>
              <w:t>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D47C3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raziskovalnimi sprehodi, orientacijskimi nalogami, igro vlog in učenjem na prostem. Poudarek: razvija socialne interakcije z vrstniki in prevzema odgovornost za svoje ravnanje. Učenec cilj prenes</w:t>
            </w:r>
            <w:r w:rsidRPr="00D75C67">
              <w:rPr>
                <w:sz w:val="15"/>
                <w:lang w:val="sl-SI"/>
              </w:rPr>
              <w:t>e v novo situacijo, utemelji ravnanje in predlaga izboljšavo.</w:t>
            </w:r>
          </w:p>
        </w:tc>
      </w:tr>
      <w:tr w:rsidR="00234674" w:rsidRPr="00D75C67" w14:paraId="45C083B5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A231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5304E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rajalnimi igrami, plesom, ritmičnim gibanjem in gibalnim odzivom na glasbo. Poudarek: razvija socialne interakcije z vrstniki in prevzema odgov</w:t>
            </w:r>
            <w:r w:rsidRPr="00D75C67">
              <w:rPr>
                <w:sz w:val="15"/>
                <w:lang w:val="sl-SI"/>
              </w:rPr>
              <w:t>ornost za svoje ravnanje.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EED06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rajalnimi igrami, plesom, ritmičnim gibanjem in gibalnim odzivom na glasbo. Poudarek: razvija socialne interakcije z vrstniki in prevzema odgovornost za sv</w:t>
            </w:r>
            <w:r w:rsidRPr="00D75C67">
              <w:rPr>
                <w:sz w:val="15"/>
                <w:lang w:val="sl-SI"/>
              </w:rPr>
              <w:t>oje ravnanje.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BCEC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rajalnimi igrami, plesom, ritmičnim gibanjem in gibalnim odzivom na glasbo. Poudarek: razvija socialne interakcije z vrstniki in </w:t>
            </w:r>
            <w:r w:rsidRPr="00D75C67">
              <w:rPr>
                <w:sz w:val="15"/>
                <w:lang w:val="sl-SI"/>
              </w:rPr>
              <w:t>prevzema odgovornost za svoje ravnanje. Učenec cilj prenese v novo situacijo, utemelji ravnanje in predlaga izboljšavo.</w:t>
            </w:r>
          </w:p>
        </w:tc>
      </w:tr>
      <w:tr w:rsidR="00234674" w:rsidRPr="00D75C67" w14:paraId="7BCAB737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8987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1188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risanjem velikih potez, ustvarjanjem v naravi, telesnimi kompozicijami in prostorskimi</w:t>
            </w:r>
            <w:r w:rsidRPr="00D75C67">
              <w:rPr>
                <w:sz w:val="15"/>
                <w:lang w:val="sl-SI"/>
              </w:rPr>
              <w:t xml:space="preserve"> postavitvami. Poudarek: razvija socialne interakcije z vrstniki in prevzema odgovornost za svoje ravnanje.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B73F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risanjem velikih potez, ustvarjanjem v naravi, telesnimi kompozicijami in</w:t>
            </w:r>
            <w:r w:rsidRPr="00D75C67">
              <w:rPr>
                <w:sz w:val="15"/>
                <w:lang w:val="sl-SI"/>
              </w:rPr>
              <w:t xml:space="preserve"> prostorskimi postavitvami. Poudarek: razvija socialne interakcije z vrstniki in prevzema odgovornost za svoje ravnanje.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09E60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risanjem velikih potez</w:t>
            </w:r>
            <w:r w:rsidRPr="00D75C67">
              <w:rPr>
                <w:sz w:val="15"/>
                <w:lang w:val="sl-SI"/>
              </w:rPr>
              <w:t>, ustvarjanjem v naravi, telesnimi kompozicijami in prostorskimi postavitvami. Poudarek: razvija socialne interakcije z vrstniki in prevzema odgovornost za svoje ravnanje. Učenec cilj prenese v novo situacijo, utemelji ravnanje in predlaga izboljšavo.</w:t>
            </w:r>
          </w:p>
        </w:tc>
      </w:tr>
      <w:tr w:rsidR="00234674" w:rsidRPr="00D75C67" w14:paraId="6CCD2C7F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E3B1E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</w:t>
            </w:r>
            <w:r w:rsidRPr="00D75C67">
              <w:rPr>
                <w:b/>
                <w:color w:val="234E52"/>
                <w:sz w:val="15"/>
                <w:lang w:val="sl-SI"/>
              </w:rPr>
              <w:t>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2D3E7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naravnimi oblikami gibanja, elementarnimi igrami, poligoni in dejavnostmi prve pomoči. Poudarek: razvija socialne interakcije z vrstniki in prevzema odgovornost za svoje ravnanje. Učenec pokaže cilj z ravnanjem ali kratki</w:t>
            </w:r>
            <w:r w:rsidRPr="00D75C67">
              <w:rPr>
                <w:sz w:val="15"/>
                <w:lang w:val="sl-SI"/>
              </w:rPr>
              <w:t>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C146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naravnimi oblikami gibanja, elementarnimi igrami, poligoni in dejavnostmi prve pomoči. Poudarek: razvija socialne interakcije z vrstniki in prevzema odgovornost za svoje ravnanje. Učenec cilj uporabi v nalogi, pojasni izbi</w:t>
            </w:r>
            <w:r w:rsidRPr="00D75C67">
              <w:rPr>
                <w:sz w:val="15"/>
                <w:lang w:val="sl-SI"/>
              </w:rPr>
              <w:t>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AC01C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naravnimi oblikami gibanja, elementarnimi igrami, poligoni in dejavnostmi prve pomoči. Poudarek: razvija socialne interakcije z vrstniki in prevzema odgovornost za svoje ravnanje. Učene</w:t>
            </w:r>
            <w:r w:rsidRPr="00D75C67">
              <w:rPr>
                <w:sz w:val="15"/>
                <w:lang w:val="sl-SI"/>
              </w:rPr>
              <w:t>c cilj prenese v novo situacijo, utemelji ravnanje in predlaga izboljšavo.</w:t>
            </w:r>
          </w:p>
        </w:tc>
      </w:tr>
      <w:tr w:rsidR="00234674" w:rsidRPr="00D75C67" w14:paraId="04281D79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30F1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C00F1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akcijskimi pesmimi, metodo popolnega telesnega odziva, gibalnimi navodili in igrami. Poudarek: razvija socialne interakcije z </w:t>
            </w:r>
            <w:r w:rsidRPr="00D75C67">
              <w:rPr>
                <w:sz w:val="15"/>
                <w:lang w:val="sl-SI"/>
              </w:rPr>
              <w:t>vrstniki in prevzema odgovornost za svoje ravnanje.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1098B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akcijskimi pesmimi, metodo popolnega telesnega odziva, gibalnimi navodili in igrami. Poudarek: razvija socialne interakcije z vrs</w:t>
            </w:r>
            <w:r w:rsidRPr="00D75C67">
              <w:rPr>
                <w:sz w:val="15"/>
                <w:lang w:val="sl-SI"/>
              </w:rPr>
              <w:t>tniki in prevzema odgovornost za svoje ravnanje.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BF5B8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akcijskimi pesmimi, metodo popolnega telesnega odziva, gibalnimi navodili in igrami. Poudarek:</w:t>
            </w:r>
            <w:r w:rsidRPr="00D75C67">
              <w:rPr>
                <w:sz w:val="15"/>
                <w:lang w:val="sl-SI"/>
              </w:rPr>
              <w:t xml:space="preserve"> razvija socialne interakcije z vrstniki in prevzema odgovornost za svoje ravnanje. Učenec cilj prenese v novo situacijo, utemelji ravnanje in predlaga izboljšavo.</w:t>
            </w:r>
          </w:p>
        </w:tc>
      </w:tr>
      <w:tr w:rsidR="00234674" w:rsidRPr="00D75C67" w14:paraId="51686553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F58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E524D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s prosto in vodeno igro, gibanjem na prost</w:t>
            </w:r>
            <w:r w:rsidRPr="00D75C67">
              <w:rPr>
                <w:color w:val="673E82"/>
                <w:sz w:val="15"/>
                <w:lang w:val="sl-SI"/>
              </w:rPr>
              <w:t>em, ustvarjalnimi delavnicami, sproščanjem in sodelovalnimi izzivi. Poudarek: razvija socialne interakcije z vrstniki in prevzema odgovornost za svoje ravnanje.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C3E6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s prosto in vodeno </w:t>
            </w:r>
            <w:r w:rsidRPr="00D75C67">
              <w:rPr>
                <w:color w:val="673E82"/>
                <w:sz w:val="15"/>
                <w:lang w:val="sl-SI"/>
              </w:rPr>
              <w:t>igro, gibanjem na prostem, ustvarjalnimi delavnicami, sproščanjem in sodelovalnimi izzivi. Poudarek: razvija socialne interakcije z vrstniki in prevzema odgovornost za svoje ravnanje. Učenec cilj uporabi v nalogi, pojasni izbiro in upošteva povratno inform</w:t>
            </w:r>
            <w:r w:rsidRPr="00D75C67">
              <w:rPr>
                <w:color w:val="673E82"/>
                <w:sz w:val="15"/>
                <w:lang w:val="sl-SI"/>
              </w:rPr>
              <w:t>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637AB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s prosto in vodeno igro, gibanjem na prostem, ustvarjalnimi delavnicami, sproščanjem in sodelovalnimi izzivi. Poudarek: razvija socialne interakcije z vrstniki in prevzema odgovornost za svoje ravnanje. Učenec cilj pr</w:t>
            </w:r>
            <w:r w:rsidRPr="00D75C67">
              <w:rPr>
                <w:color w:val="673E82"/>
                <w:sz w:val="15"/>
                <w:lang w:val="sl-SI"/>
              </w:rPr>
              <w:t>enese v novo situacijo, utemelji ravnanje in predlaga izboljšavo.</w:t>
            </w:r>
          </w:p>
        </w:tc>
      </w:tr>
    </w:tbl>
    <w:p w14:paraId="7E6E6936" w14:textId="07FEE443" w:rsidR="00234674" w:rsidRPr="00D75C67" w:rsidRDefault="00265815" w:rsidP="00265815">
      <w:pPr>
        <w:pStyle w:val="Naslov2"/>
        <w:rPr>
          <w:lang w:val="sl-SI"/>
        </w:rPr>
      </w:pPr>
      <w:r w:rsidRPr="00D75C67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799D5" wp14:editId="4D965529">
                <wp:simplePos x="0" y="0"/>
                <wp:positionH relativeFrom="column">
                  <wp:posOffset>-80010</wp:posOffset>
                </wp:positionH>
                <wp:positionV relativeFrom="paragraph">
                  <wp:posOffset>7087235</wp:posOffset>
                </wp:positionV>
                <wp:extent cx="4424363" cy="409575"/>
                <wp:effectExtent l="0" t="0" r="14605" b="28575"/>
                <wp:wrapNone/>
                <wp:docPr id="6" name="Polje z besedilo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4363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010CAB" w14:textId="77777777" w:rsidR="00265815" w:rsidRDefault="00265815" w:rsidP="00265815">
                            <w:pPr>
                              <w:spacing w:before="60" w:after="0"/>
                            </w:pPr>
                            <w:r>
                              <w:rPr>
                                <w:b/>
                                <w:color w:val="B56A45"/>
                                <w:sz w:val="16"/>
                              </w:rPr>
                              <w:t xml:space="preserve">Možni dokazi: </w:t>
                            </w:r>
                            <w:r>
                              <w:rPr>
                                <w:sz w:val="16"/>
                              </w:rPr>
                              <w:t>opazovanje procesa, učenčeva razlaga, izdelek ali izvedba, samovrednotenje in kratka povratna informacija.</w:t>
                            </w:r>
                          </w:p>
                          <w:p w14:paraId="56E6E261" w14:textId="77777777" w:rsidR="00265815" w:rsidRDefault="002658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799D5" id="Polje z besedilom 6" o:spid="_x0000_s1030" type="#_x0000_t202" style="position:absolute;margin-left:-6.3pt;margin-top:558.05pt;width:348.4pt;height:32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" fillcolor="white [3201]" strokecolor="white [3212]" strokeweight=".5pt">
                <v:textbox>
                  <w:txbxContent>
                    <w:p w14:paraId="10010CAB" w14:textId="77777777" w:rsidR="00265815" w:rsidRDefault="00265815" w:rsidP="00265815">
                      <w:pPr>
                        <w:spacing w:before="60" w:after="0"/>
                      </w:pPr>
                      <w:r>
                        <w:rPr>
                          <w:b/>
                          <w:color w:val="B56A45"/>
                          <w:sz w:val="16"/>
                        </w:rPr>
                        <w:t xml:space="preserve">Možni dokazi: </w:t>
                      </w:r>
                      <w:r>
                        <w:rPr>
                          <w:sz w:val="16"/>
                        </w:rPr>
                        <w:t>opazovanje procesa, učenčeva razlaga, izdelek ali izvedba, samovrednotenje in kratka povratna informacija.</w:t>
                      </w:r>
                    </w:p>
                    <w:p w14:paraId="56E6E261" w14:textId="77777777" w:rsidR="00265815" w:rsidRDefault="00265815"/>
                  </w:txbxContent>
                </v:textbox>
              </v:shape>
            </w:pict>
          </mc:Fallback>
        </mc:AlternateContent>
      </w:r>
      <w:r w:rsidRPr="00D75C67">
        <w:rPr>
          <w:lang w:val="sl-SI"/>
        </w:rPr>
        <w:t xml:space="preserve">Cilj 31: </w:t>
      </w:r>
      <w:r w:rsidRPr="00D75C67">
        <w:rPr>
          <w:color w:val="234E52"/>
          <w:sz w:val="21"/>
          <w:lang w:val="sl-SI"/>
        </w:rPr>
        <w:t>Z gibanjem izraža občutke in razpoloženja, sodeluje v gibalnih dejavnostih ter vključuje gibanje v pridobivanje znanja in spretnosti.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30774B0D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C7410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60EC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42619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650D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E9DF444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8705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EA8F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gibalnimi zgodbami, dramatizacijo, glasovnimi igrami in postajami branja oziroma pisanja. Pou</w:t>
            </w:r>
            <w:r w:rsidRPr="00D75C67">
              <w:rPr>
                <w:sz w:val="15"/>
                <w:lang w:val="sl-SI"/>
              </w:rPr>
              <w:t>darek: izraža občutke in razpoloženja, sodeluje v gibalnih dejavnostih ter vključuje gibanje v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8E6FD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gibalnimi zgodbami, dramatizacijo, glasovnimi igrami in postajami branja oziroma pi</w:t>
            </w:r>
            <w:r w:rsidRPr="00D75C67">
              <w:rPr>
                <w:sz w:val="15"/>
                <w:lang w:val="sl-SI"/>
              </w:rPr>
              <w:t>sanja. Poudarek: izraža občutke in razpoloženja, sodeluje v gibalnih dejavnostih ter vključuje gibanje v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6674D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gibalnimi zgodbami, dramatizacijo, </w:t>
            </w:r>
            <w:r w:rsidRPr="00D75C67">
              <w:rPr>
                <w:sz w:val="15"/>
                <w:lang w:val="sl-SI"/>
              </w:rPr>
              <w:t>glasovnimi igrami in postajami branja oziroma pisanja. Poudarek: izraža občutke in razpoloženja, sodeluje v gibalnih dejavnostih ter vključuje gibanje v …. Učenec cilj prenese v novo situacijo, utemelji ravnanje in predlaga izboljšavo.</w:t>
            </w:r>
          </w:p>
        </w:tc>
      </w:tr>
      <w:tr w:rsidR="00234674" w:rsidRPr="00D75C67" w14:paraId="7E82BAD5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B0A5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BAAC7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</w:t>
            </w:r>
            <w:r w:rsidRPr="00D75C67">
              <w:rPr>
                <w:sz w:val="15"/>
                <w:lang w:val="sl-SI"/>
              </w:rPr>
              <w:t>in ob slikovni podpori z matematičnimi poligoni, talnimi števili, razvrščanjem predmetov in gibalnim reševanjem nalog. Poudarek: izraža občutke in razpoloženja, sodeluje v gibalnih dejavnostih ter vključuje gibanje v …. Učenec pokaže cilj z ravnanjem ali k</w:t>
            </w:r>
            <w:r w:rsidRPr="00D75C67">
              <w:rPr>
                <w:sz w:val="15"/>
                <w:lang w:val="sl-SI"/>
              </w:rPr>
              <w:t>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7718C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matematičnimi poligoni, talnimi števili, razvrščanjem predmetov in gibalnim reševanjem nalog. Poudarek: izraža občutke in razpoloženja, sodeluje v gibalnih dejavnostih ter vključuje gibanje v …. Učenec cilj uporabi v </w:t>
            </w:r>
            <w:r w:rsidRPr="00D75C67">
              <w:rPr>
                <w:sz w:val="15"/>
                <w:lang w:val="sl-SI"/>
              </w:rPr>
              <w:t>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FEC2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matematičnimi poligoni, talnimi števili, razvrščanjem predmetov in gibalnim reševanjem nalog. Poudarek: izraža občutke in razpoloženja, sodeluje v gibalnih dejavnost</w:t>
            </w:r>
            <w:r w:rsidRPr="00D75C67">
              <w:rPr>
                <w:sz w:val="15"/>
                <w:lang w:val="sl-SI"/>
              </w:rPr>
              <w:t>ih ter vključuje gibanje v …. Učenec cilj prenese v novo situacijo, utemelji ravnanje in predlaga izboljšavo.</w:t>
            </w:r>
          </w:p>
        </w:tc>
      </w:tr>
      <w:tr w:rsidR="00234674" w:rsidRPr="00D75C67" w14:paraId="52BC02C1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46713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7244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raziskovalnimi sprehodi, orientacijskimi nalogami, igro vlog in učenjem na prostem. Poudarek: </w:t>
            </w:r>
            <w:r w:rsidRPr="00D75C67">
              <w:rPr>
                <w:sz w:val="15"/>
                <w:lang w:val="sl-SI"/>
              </w:rPr>
              <w:t>izraža občutke in razpoloženja, sodeluje v gibalnih dejavnostih ter vključuje gibanje v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B2A7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raziskovalnimi sprehodi, orientacijskimi nalogami, igro vlog in učenjem na prostem. Poudar</w:t>
            </w:r>
            <w:r w:rsidRPr="00D75C67">
              <w:rPr>
                <w:sz w:val="15"/>
                <w:lang w:val="sl-SI"/>
              </w:rPr>
              <w:t>ek: izraža občutke in razpoloženja, sodeluje v gibalnih dejavnostih ter vključuje gibanje v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D919B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raziskovalnimi sprehodi, orientacijskimi </w:t>
            </w:r>
            <w:r w:rsidRPr="00D75C67">
              <w:rPr>
                <w:sz w:val="15"/>
                <w:lang w:val="sl-SI"/>
              </w:rPr>
              <w:t>nalogami, igro vlog in učenjem na prostem. Poudarek: izraža občutke in razpoloženja, sodeluje v gibalnih dejavnostih ter vključuje gibanje v …. Učenec cilj prenese v novo situacijo, utemelji ravnanje in predlaga izboljšavo.</w:t>
            </w:r>
          </w:p>
        </w:tc>
      </w:tr>
      <w:tr w:rsidR="00234674" w:rsidRPr="00D75C67" w14:paraId="6B0383D1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2836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7BF5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</w:t>
            </w:r>
            <w:r w:rsidRPr="00D75C67">
              <w:rPr>
                <w:sz w:val="15"/>
                <w:lang w:val="sl-SI"/>
              </w:rPr>
              <w:t>slikovni podpori z rajalnimi igrami, plesom, ritmičnim gibanjem in gibalnim odzivom na glasbo. Poudarek: izraža občutke in razpoloženja, sodeluje v gibalnih dejavnostih ter vključuje gibanje v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B52E6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</w:t>
            </w:r>
            <w:r w:rsidRPr="00D75C67">
              <w:rPr>
                <w:sz w:val="15"/>
                <w:lang w:val="sl-SI"/>
              </w:rPr>
              <w:t xml:space="preserve"> ali skupini z rajalnimi igrami, plesom, ritmičnim gibanjem in gibalnim odzivom na glasbo. Poudarek: izraža občutke in razpoloženja, sodeluje v gibalnih dejavnostih ter vključuje gibanje v …. Učenec cilj uporabi v nalogi, pojasni izbiro in upošteva povratn</w:t>
            </w:r>
            <w:r w:rsidRPr="00D75C67">
              <w:rPr>
                <w:sz w:val="15"/>
                <w:lang w:val="sl-SI"/>
              </w:rPr>
              <w:t>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C2C4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rajalnimi igrami, plesom, ritmičnim gibanjem in gibalnim odzivom na glasbo. Poudarek: izraža občutke in razpoloženja, sodeluje v gibalnih dejavnostih ter vključuje gibanje v …. Učenec cilj prenese v novo sit</w:t>
            </w:r>
            <w:r w:rsidRPr="00D75C67">
              <w:rPr>
                <w:sz w:val="15"/>
                <w:lang w:val="sl-SI"/>
              </w:rPr>
              <w:t>uacijo, utemelji ravnanje in predlaga izboljšavo.</w:t>
            </w:r>
          </w:p>
        </w:tc>
      </w:tr>
      <w:tr w:rsidR="00234674" w:rsidRPr="00D75C67" w14:paraId="5DD5DC5D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E4E9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D9086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risanjem velikih potez, ustvarjanjem v naravi, telesnimi kompozicijami in prostorskimi postavitvami. Poudarek: izraža občutke in razpoloženja, sodeluje v gi</w:t>
            </w:r>
            <w:r w:rsidRPr="00D75C67">
              <w:rPr>
                <w:sz w:val="15"/>
                <w:lang w:val="sl-SI"/>
              </w:rPr>
              <w:t>balnih dejavnostih ter vključuje gibanje v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24F2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risanjem velikih potez, ustvarjanjem v naravi, telesnimi kompozicijami in prostorskimi postavitvami. Poudarek: izraža občutke in razpol</w:t>
            </w:r>
            <w:r w:rsidRPr="00D75C67">
              <w:rPr>
                <w:sz w:val="15"/>
                <w:lang w:val="sl-SI"/>
              </w:rPr>
              <w:t>oženja, sodeluje v gibalnih dejavnostih ter vključuje gibanje v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6C61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risanjem velikih potez, ustvarjanjem v naravi, telesnimi kompozicijami in pr</w:t>
            </w:r>
            <w:r w:rsidRPr="00D75C67">
              <w:rPr>
                <w:sz w:val="15"/>
                <w:lang w:val="sl-SI"/>
              </w:rPr>
              <w:t>ostorskimi postavitvami. Poudarek: izraža občutke in razpoloženja, sodeluje v gibalnih dejavnostih ter vključuje gibanje v …. Učenec cilj prenese v novo situacijo, utemelji ravnanje in predlaga izboljšavo.</w:t>
            </w:r>
          </w:p>
        </w:tc>
      </w:tr>
      <w:tr w:rsidR="00234674" w:rsidRPr="00D75C67" w14:paraId="58753455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73C54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6451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naravnimi o</w:t>
            </w:r>
            <w:r w:rsidRPr="00D75C67">
              <w:rPr>
                <w:sz w:val="15"/>
                <w:lang w:val="sl-SI"/>
              </w:rPr>
              <w:t>blikami gibanja, elementarnimi igrami, poligoni in dejavnostmi prve pomoči. Poudarek: izraža občutke in razpoloženja, sodeluje v gibalnih dejavnostih ter vključuje gibanje v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A1BAB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nara</w:t>
            </w:r>
            <w:r w:rsidRPr="00D75C67">
              <w:rPr>
                <w:sz w:val="15"/>
                <w:lang w:val="sl-SI"/>
              </w:rPr>
              <w:t>vnimi oblikami gibanja, elementarnimi igrami, poligoni in dejavnostmi prve pomoči. Poudarek: izraža občutke in razpoloženja, sodeluje v gibalnih dejavnostih ter vključuje gibanje v …. Učenec cilj uporabi v nalogi, pojasni izbiro in upošteva povratno inform</w:t>
            </w:r>
            <w:r w:rsidRPr="00D75C67">
              <w:rPr>
                <w:sz w:val="15"/>
                <w:lang w:val="sl-SI"/>
              </w:rPr>
              <w:t>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8521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naravnimi oblikami gibanja, elementarnimi igrami, poligoni in dejavnostmi prve pomoči. Poudarek: izraža občutke in razpoloženja, sodeluje v gibalnih dejavnostih ter vključuje gibanje v …. Učenec cilj prenese v novo </w:t>
            </w:r>
            <w:r w:rsidRPr="00D75C67">
              <w:rPr>
                <w:sz w:val="15"/>
                <w:lang w:val="sl-SI"/>
              </w:rPr>
              <w:t>situacijo, utemelji ravnanje in predlaga izboljšavo.</w:t>
            </w:r>
          </w:p>
        </w:tc>
      </w:tr>
      <w:tr w:rsidR="00234674" w:rsidRPr="00D75C67" w14:paraId="01D6A017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6589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637C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akcijskimi pesmimi, metodo popolnega telesnega odziva, gibalnimi navodili in igrami. Poudarek: izraža občutke in razpoloženja, sodeluje v gibalnih dejavno</w:t>
            </w:r>
            <w:r w:rsidRPr="00D75C67">
              <w:rPr>
                <w:sz w:val="15"/>
                <w:lang w:val="sl-SI"/>
              </w:rPr>
              <w:t>stih ter vključuje gibanje v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ACE35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akcijskimi pesmimi, metodo popolnega telesnega odziva, gibalnimi navodili in igrami. Poudarek: izraža občutke in razpoloženja, sodeluje v gibalnih de</w:t>
            </w:r>
            <w:r w:rsidRPr="00D75C67">
              <w:rPr>
                <w:sz w:val="15"/>
                <w:lang w:val="sl-SI"/>
              </w:rPr>
              <w:t>javnostih ter vključuje gibanje v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9B59F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akcijskimi pesmimi, metodo popolnega telesnega odziva, gibalnimi navodili in igrami. Poudarek: izraža obču</w:t>
            </w:r>
            <w:r w:rsidRPr="00D75C67">
              <w:rPr>
                <w:sz w:val="15"/>
                <w:lang w:val="sl-SI"/>
              </w:rPr>
              <w:t>tke in razpoloženja, sodeluje v gibalnih dejavnostih ter vključuje gibanje v …. Učenec cilj prenese v novo situacijo, utemelji ravnanje in predlaga izboljšavo.</w:t>
            </w:r>
          </w:p>
        </w:tc>
      </w:tr>
      <w:tr w:rsidR="00234674" w:rsidRPr="00D75C67" w14:paraId="65750882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839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54634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s prosto in vodeno igro, gibanjem na prostem, </w:t>
            </w:r>
            <w:r w:rsidRPr="00D75C67">
              <w:rPr>
                <w:color w:val="673E82"/>
                <w:sz w:val="15"/>
                <w:lang w:val="sl-SI"/>
              </w:rPr>
              <w:t>ustvarjalnimi delavnicami, sproščanjem in sodelovalnimi izzivi. Poudarek: izraža občutke in razpoloženja, sodeluje v gibalnih dejavnostih ter vključuje gibanje v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70E3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s prosto in vodeno</w:t>
            </w:r>
            <w:r w:rsidRPr="00D75C67">
              <w:rPr>
                <w:color w:val="673E82"/>
                <w:sz w:val="15"/>
                <w:lang w:val="sl-SI"/>
              </w:rPr>
              <w:t xml:space="preserve"> igro, gibanjem na prostem, ustvarjalnimi delavnicami, sproščanjem in sodelovalnimi izzivi. Poudarek: izraža občutke in razpoloženja, sodeluje v gibalnih dejavnostih ter vključuje gibanje v …. Učenec cilj uporabi v nalogi, pojasni izbiro in upošteva povrat</w:t>
            </w:r>
            <w:r w:rsidRPr="00D75C67">
              <w:rPr>
                <w:color w:val="673E82"/>
                <w:sz w:val="15"/>
                <w:lang w:val="sl-SI"/>
              </w:rPr>
              <w:t>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C317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s prosto in vodeno igro, gibanjem na prostem, ustvarjalnimi delavnicami, sproščanjem in sodelovalnimi izzivi. Poudarek: izraža občutke in razpoloženja, sodeluje v gibalnih dejavnostih ter vključuje gibanje v </w:t>
            </w:r>
            <w:r w:rsidRPr="00D75C67">
              <w:rPr>
                <w:color w:val="673E82"/>
                <w:sz w:val="15"/>
                <w:lang w:val="sl-SI"/>
              </w:rPr>
              <w:t>…. Učenec cilj prenese v novo situacijo, utemelji ravnanje in predlaga izboljšavo.</w:t>
            </w:r>
          </w:p>
        </w:tc>
      </w:tr>
    </w:tbl>
    <w:p w14:paraId="38569FF5" w14:textId="709291CF" w:rsidR="00234674" w:rsidRPr="00D75C67" w:rsidRDefault="00080C8D" w:rsidP="00265815">
      <w:pPr>
        <w:pStyle w:val="Naslov2"/>
        <w:rPr>
          <w:lang w:val="sl-SI"/>
        </w:rPr>
      </w:pPr>
      <w:r w:rsidRPr="00D75C67">
        <w:rPr>
          <w:lang w:val="sl-SI"/>
        </w:rPr>
        <w:t>Cilj 32</w:t>
      </w:r>
      <w:r w:rsidR="00265815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Sodeluje v dejavnostih učenja na prostem.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C38A54F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43471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0BAD2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FD880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595C5A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318BC53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2AC5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F61E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gibalnimi zgodbami, dramatizacijo, </w:t>
            </w:r>
            <w:r w:rsidRPr="00D75C67">
              <w:rPr>
                <w:sz w:val="15"/>
                <w:lang w:val="sl-SI"/>
              </w:rPr>
              <w:t>glasovnimi igrami in postajami branja oziroma pisanja. Poudarek: v dejavnostih učenja na prostem.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ECE1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gibalnimi zgodbami, dramatizacijo, glasovnimi igrami in postajami branja oziroma pi</w:t>
            </w:r>
            <w:r w:rsidRPr="00D75C67">
              <w:rPr>
                <w:sz w:val="15"/>
                <w:lang w:val="sl-SI"/>
              </w:rPr>
              <w:t>sanja. Poudarek: v dejavnostih učenja na prostem.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8825A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gibalnimi zgodbami, dramatizacijo, glasovnimi igrami in postajami branja oziroma pisanja. Pou</w:t>
            </w:r>
            <w:r w:rsidRPr="00D75C67">
              <w:rPr>
                <w:sz w:val="15"/>
                <w:lang w:val="sl-SI"/>
              </w:rPr>
              <w:t>darek: v dejavnostih učenja na prostem. Učenec cilj prenese v novo situacijo, utemelji ravnanje in predlaga izboljšavo.</w:t>
            </w:r>
          </w:p>
        </w:tc>
      </w:tr>
      <w:tr w:rsidR="00234674" w:rsidRPr="00D75C67" w14:paraId="68B187A1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FD9B6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3EF9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matematičnimi poligoni, talnimi števili, razvrščanjem predmetov in gibalnim reševanjem nalog</w:t>
            </w:r>
            <w:r w:rsidRPr="00D75C67">
              <w:rPr>
                <w:sz w:val="15"/>
                <w:lang w:val="sl-SI"/>
              </w:rPr>
              <w:t>. Poudarek: v dejavnostih učenja na prostem.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FB9F6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matematičnimi poligoni, talnimi števili, razvrščanjem predmetov in gibalnim reševanjem nalog. Poudarek: v dejavnostih učenja na prostem.</w:t>
            </w:r>
            <w:r w:rsidRPr="00D75C67">
              <w:rPr>
                <w:sz w:val="15"/>
                <w:lang w:val="sl-SI"/>
              </w:rPr>
              <w:t xml:space="preserve">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20282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matematičnimi poligoni, talnimi števili, razvrščanjem predmetov in gibalnim reševanjem nalog. Poudarek: v dejavnostih učenja na prostem. Učene</w:t>
            </w:r>
            <w:r w:rsidRPr="00D75C67">
              <w:rPr>
                <w:sz w:val="15"/>
                <w:lang w:val="sl-SI"/>
              </w:rPr>
              <w:t>c cilj prenese v novo situacijo, utemelji ravnanje in predlaga izboljšavo.</w:t>
            </w:r>
          </w:p>
        </w:tc>
      </w:tr>
      <w:tr w:rsidR="00234674" w:rsidRPr="00D75C67" w14:paraId="4B842DB1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AD2A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41192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raziskovalnimi sprehodi, orientacijskimi nalogami, igro vlog in učenjem na prostem. Poudarek: v dejavnostih učenja na prostem. Uč</w:t>
            </w:r>
            <w:r w:rsidRPr="00D75C67">
              <w:rPr>
                <w:sz w:val="15"/>
                <w:lang w:val="sl-SI"/>
              </w:rPr>
              <w:t>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F7F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raziskovalnimi sprehodi, orientacijskimi nalogami, igro vlog in učenjem na prostem. Poudarek: v dejavnostih učenja na prostem. Učenec cilj uporabi v nalogi, pojasni izbiro in upošteva</w:t>
            </w:r>
            <w:r w:rsidRPr="00D75C67">
              <w:rPr>
                <w:sz w:val="15"/>
                <w:lang w:val="sl-SI"/>
              </w:rPr>
              <w:t xml:space="preserve">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85EA8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raziskovalnimi sprehodi, orientacijskimi nalogami, igro vlog in učenjem na prostem. Poudarek: v dejavnostih učenja na prostem. Učenec cilj prenese v novo situacijo, utemelji ravnanje in predlaga </w:t>
            </w:r>
            <w:r w:rsidRPr="00D75C67">
              <w:rPr>
                <w:sz w:val="15"/>
                <w:lang w:val="sl-SI"/>
              </w:rPr>
              <w:t>izboljšavo.</w:t>
            </w:r>
          </w:p>
        </w:tc>
      </w:tr>
      <w:tr w:rsidR="00234674" w:rsidRPr="00D75C67" w14:paraId="50849B19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9AC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BD817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rajalnimi igrami, plesom, ritmičnim gibanjem in gibalnim odzivom na glasbo. Poudarek: v dejavnostih učenja na prostem.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1D00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</w:t>
            </w:r>
            <w:r w:rsidRPr="00D75C67">
              <w:rPr>
                <w:sz w:val="15"/>
                <w:lang w:val="sl-SI"/>
              </w:rPr>
              <w:t xml:space="preserve"> rajalnimi igrami, plesom, ritmičnim gibanjem in gibalnim odzivom na glasbo. Poudarek: v dejavnostih učenja na prostem.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A957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rajalnimi igrami, pleso</w:t>
            </w:r>
            <w:r w:rsidRPr="00D75C67">
              <w:rPr>
                <w:sz w:val="15"/>
                <w:lang w:val="sl-SI"/>
              </w:rPr>
              <w:t>m, ritmičnim gibanjem in gibalnim odzivom na glasbo. Poudarek: v dejavnostih učenja na prostem. Učenec cilj prenese v novo situacijo, utemelji ravnanje in predlaga izboljšavo.</w:t>
            </w:r>
          </w:p>
        </w:tc>
      </w:tr>
      <w:tr w:rsidR="00234674" w:rsidRPr="00D75C67" w14:paraId="31A8EB76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3EE3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9942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risanjem velikih potez, ustvar</w:t>
            </w:r>
            <w:r w:rsidRPr="00D75C67">
              <w:rPr>
                <w:sz w:val="15"/>
                <w:lang w:val="sl-SI"/>
              </w:rPr>
              <w:t>janjem v naravi, telesnimi kompozicijami in prostorskimi postavitvami. Poudarek: v dejavnostih učenja na prostem.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A4FE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risanjem velikih potez, ustvarjanjem v naravi, telesnimi kompozicij</w:t>
            </w:r>
            <w:r w:rsidRPr="00D75C67">
              <w:rPr>
                <w:sz w:val="15"/>
                <w:lang w:val="sl-SI"/>
              </w:rPr>
              <w:t>ami in prostorskimi postavitvami. Poudarek: v dejavnostih učenja na prostem.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BC60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risanjem velikih potez, ustvarjanjem v naravi, telesnimi kompozici</w:t>
            </w:r>
            <w:r w:rsidRPr="00D75C67">
              <w:rPr>
                <w:sz w:val="15"/>
                <w:lang w:val="sl-SI"/>
              </w:rPr>
              <w:t>jami in prostorskimi postavitvami. Poudarek: v dejavnostih učenja na prostem. Učenec cilj prenese v novo situacijo, utemelji ravnanje in predlaga izboljšavo.</w:t>
            </w:r>
          </w:p>
        </w:tc>
      </w:tr>
      <w:tr w:rsidR="00234674" w:rsidRPr="00D75C67" w14:paraId="2A450AEB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5DDD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50E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naravnimi oblikami gibanja, elementarnimi igrami, poligoni </w:t>
            </w:r>
            <w:r w:rsidRPr="00D75C67">
              <w:rPr>
                <w:sz w:val="15"/>
                <w:lang w:val="sl-SI"/>
              </w:rPr>
              <w:t>in dejavnostmi prve pomoči. Poudarek: v dejavnostih učenja na prostem.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FC6FF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naravnimi oblikami gibanja, elementarnimi igrami, poligoni in dejavnostmi prve pomoči. Poudarek: v dejavnostih</w:t>
            </w:r>
            <w:r w:rsidRPr="00D75C67">
              <w:rPr>
                <w:sz w:val="15"/>
                <w:lang w:val="sl-SI"/>
              </w:rPr>
              <w:t xml:space="preserve"> učenja na prostem.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603E5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naravnimi oblikami gibanja, elementarnimi igrami, poligoni in dejavnostmi prve pomoči. Poudarek: v dejavnostih učenja na pr</w:t>
            </w:r>
            <w:r w:rsidRPr="00D75C67">
              <w:rPr>
                <w:sz w:val="15"/>
                <w:lang w:val="sl-SI"/>
              </w:rPr>
              <w:t>ostem. Učenec cilj prenese v novo situacijo, utemelji ravnanje in predlaga izboljšavo.</w:t>
            </w:r>
          </w:p>
        </w:tc>
      </w:tr>
      <w:tr w:rsidR="00234674" w:rsidRPr="00D75C67" w14:paraId="5BB431A9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C0958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35A38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akcijskimi pesmimi, metodo popolnega telesnega odziva, gibalnimi navodili in igrami. Poudarek: v dejavnostih učenja na p</w:t>
            </w:r>
            <w:r w:rsidRPr="00D75C67">
              <w:rPr>
                <w:sz w:val="15"/>
                <w:lang w:val="sl-SI"/>
              </w:rPr>
              <w:t>rostem.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E539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akcijskimi pesmimi, metodo popolnega telesnega odziva, gibalnimi navodili in igrami. Poudarek: v dejavnostih učenja na prostem. Učenec cilj uporabi v nalogi, pojasni izbiro </w:t>
            </w:r>
            <w:r w:rsidRPr="00D75C67">
              <w:rPr>
                <w:sz w:val="15"/>
                <w:lang w:val="sl-SI"/>
              </w:rPr>
              <w:t>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68DB5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akcijskimi pesmimi, metodo popolnega telesnega odziva, gibalnimi navodili in igrami. Poudarek: v dejavnostih učenja na prostem. Učenec cilj prenese v novo situacijo, utemelji ravnanje in p</w:t>
            </w:r>
            <w:r w:rsidRPr="00D75C67">
              <w:rPr>
                <w:sz w:val="15"/>
                <w:lang w:val="sl-SI"/>
              </w:rPr>
              <w:t>redlaga izboljšavo.</w:t>
            </w:r>
          </w:p>
        </w:tc>
      </w:tr>
      <w:tr w:rsidR="00234674" w:rsidRPr="00D75C67" w14:paraId="016F99C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E207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52B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s prosto in vodeno igro, gibanjem na prostem, ustvarjalnimi delavnicami, sproščanjem in sodelovalnimi izzivi. Poudarek: v dejavnostih učenja na prostem. Učenec pokaže cilj z ravnanjem al</w:t>
            </w:r>
            <w:r w:rsidRPr="00D75C67">
              <w:rPr>
                <w:color w:val="673E82"/>
                <w:sz w:val="15"/>
                <w:lang w:val="sl-SI"/>
              </w:rPr>
              <w:t>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CD0D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s prosto in vodeno igro, gibanjem na prostem, ustvarjalnimi delavnicami, sproščanjem in sodelovalnimi izzivi. Poudarek: v dejavnostih učenja na prostem. Učenec cilj uporabi v nalogi, pojasni izbiro in upošteva </w:t>
            </w:r>
            <w:r w:rsidRPr="00D75C67">
              <w:rPr>
                <w:color w:val="673E82"/>
                <w:sz w:val="15"/>
                <w:lang w:val="sl-SI"/>
              </w:rPr>
              <w:t>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8391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s prosto in vodeno igro, gibanjem na prostem, ustvarjalnimi delavnicami, sproščanjem in sodelovalnimi izzivi. Poudarek: v dejavnostih učenja na prostem. Učenec cilj prenese v novo situacijo, utemelji ra</w:t>
            </w:r>
            <w:r w:rsidRPr="00D75C67">
              <w:rPr>
                <w:color w:val="673E82"/>
                <w:sz w:val="15"/>
                <w:lang w:val="sl-SI"/>
              </w:rPr>
              <w:t>vnanje in predlaga izboljšavo.</w:t>
            </w:r>
          </w:p>
        </w:tc>
      </w:tr>
    </w:tbl>
    <w:p w14:paraId="316B5FB4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7F435242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2872042" w14:textId="77741C92" w:rsidR="00234674" w:rsidRPr="00D75C67" w:rsidRDefault="00080C8D" w:rsidP="00F058AF">
      <w:pPr>
        <w:pStyle w:val="Naslov2"/>
        <w:rPr>
          <w:lang w:val="sl-SI"/>
        </w:rPr>
      </w:pPr>
      <w:r w:rsidRPr="00D75C67">
        <w:rPr>
          <w:lang w:val="sl-SI"/>
        </w:rPr>
        <w:t>Cilj 33</w:t>
      </w:r>
      <w:r w:rsidR="00F058AF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varnega ravnanja v šolskih situacijah in upoštevanja pravil iger.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51DE4477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D360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3E914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57DF0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</w:t>
            </w:r>
            <w:r w:rsidRPr="00D75C67">
              <w:rPr>
                <w:b/>
                <w:color w:val="FFFFFF"/>
                <w:sz w:val="17"/>
                <w:lang w:val="sl-SI"/>
              </w:rPr>
              <w:t>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13FD0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AF15E31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F564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0BD9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gibalnimi zgodbami, dramatizacijo, glasovnimi igrami in postajami branja oziroma pisanja. Poudarek: varnega ravnanja v šolskih situacijah in upoštevanja pravil iger.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A500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gibalnimi zgodbami, dramatizacijo, glasovnimi igrami in postajami branja oziroma pisanja. Poudarek: varnega ravnanja v šolskih situacijah in upoštevanja pravil iger. Učenec cilj uporabi v nalogi, pojasn</w:t>
            </w:r>
            <w:r w:rsidRPr="00D75C67">
              <w:rPr>
                <w:sz w:val="15"/>
                <w:lang w:val="sl-SI"/>
              </w:rPr>
              <w:t>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144D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gibalnimi zgodbami, dramatizacijo, glasovnimi igrami in postajami branja oziroma pisanja. Poudarek: varnega ravnanja v šolskih situacijah in upoštevanja pravil iger. Učenec cilj p</w:t>
            </w:r>
            <w:r w:rsidRPr="00D75C67">
              <w:rPr>
                <w:sz w:val="15"/>
                <w:lang w:val="sl-SI"/>
              </w:rPr>
              <w:t>renese v novo situacijo, utemelji ravnanje in predlaga izboljšavo.</w:t>
            </w:r>
          </w:p>
        </w:tc>
      </w:tr>
      <w:tr w:rsidR="00234674" w:rsidRPr="00D75C67" w14:paraId="3A31C6A5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B74A7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B017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matematičnimi poligoni, talnimi števili, razvrščanjem predmetov in gibalnim reševanjem nalog. Poudarek: varnega ravnanja v šolskih situacijah in </w:t>
            </w:r>
            <w:r w:rsidRPr="00D75C67">
              <w:rPr>
                <w:sz w:val="15"/>
                <w:lang w:val="sl-SI"/>
              </w:rPr>
              <w:t>upoštevanja pravil iger.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6FA3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matematičnimi poligoni, talnimi števili, razvrščanjem predmetov in gibalnim reševanjem nalog. Poudarek: varnega ravnanja v šolskih situacijah in upoštevanja</w:t>
            </w:r>
            <w:r w:rsidRPr="00D75C67">
              <w:rPr>
                <w:sz w:val="15"/>
                <w:lang w:val="sl-SI"/>
              </w:rPr>
              <w:t xml:space="preserve"> pravil iger.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EEEE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matematičnimi poligoni, talnimi števili, razvrščanjem predmetov in gibalnim reševanjem nalog. Poudarek: varnega ravnanja v šolski</w:t>
            </w:r>
            <w:r w:rsidRPr="00D75C67">
              <w:rPr>
                <w:sz w:val="15"/>
                <w:lang w:val="sl-SI"/>
              </w:rPr>
              <w:t>h situacijah in upoštevanja pravil iger. Učenec cilj prenese v novo situacijo, utemelji ravnanje in predlaga izboljšavo.</w:t>
            </w:r>
          </w:p>
        </w:tc>
      </w:tr>
      <w:tr w:rsidR="00234674" w:rsidRPr="00D75C67" w14:paraId="479CEC15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9E88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DFBC1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raziskovalnimi sprehodi, orientacijskimi nalogami, igro vlog in učenjem na prostem.</w:t>
            </w:r>
            <w:r w:rsidRPr="00D75C67">
              <w:rPr>
                <w:sz w:val="15"/>
                <w:lang w:val="sl-SI"/>
              </w:rPr>
              <w:t xml:space="preserve"> Poudarek: varnega ravnanja v šolskih situacijah in upoštevanja pravil iger.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3F176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raziskovalnimi sprehodi, orientacijskimi nalogami, igro vlog in učenjem na prostem. Poudarek: varnega ra</w:t>
            </w:r>
            <w:r w:rsidRPr="00D75C67">
              <w:rPr>
                <w:sz w:val="15"/>
                <w:lang w:val="sl-SI"/>
              </w:rPr>
              <w:t>vnanja v šolskih situacijah in upoštevanja pravil iger.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71462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raziskovalnimi sprehodi, orientacijskimi nalogami, igro vlog in učenjem na prostem. Pou</w:t>
            </w:r>
            <w:r w:rsidRPr="00D75C67">
              <w:rPr>
                <w:sz w:val="15"/>
                <w:lang w:val="sl-SI"/>
              </w:rPr>
              <w:t>darek: varnega ravnanja v šolskih situacijah in upoštevanja pravil iger. Učenec cilj prenese v novo situacijo, utemelji ravnanje in predlaga izboljšavo.</w:t>
            </w:r>
          </w:p>
        </w:tc>
      </w:tr>
      <w:tr w:rsidR="00234674" w:rsidRPr="00D75C67" w14:paraId="53DFD090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19B80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B5823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rajalnimi igrami, plesom, ritmičnim gibanjem in giba</w:t>
            </w:r>
            <w:r w:rsidRPr="00D75C67">
              <w:rPr>
                <w:sz w:val="15"/>
                <w:lang w:val="sl-SI"/>
              </w:rPr>
              <w:t>lnim odzivom na glasbo. Poudarek: varnega ravnanja v šolskih situacijah in upoštevanja pravil iger.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514F2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rajalnimi igrami, plesom, ritmičnim gibanjem in gibalnim odzivom na glasbo. </w:t>
            </w:r>
            <w:r w:rsidRPr="00D75C67">
              <w:rPr>
                <w:sz w:val="15"/>
                <w:lang w:val="sl-SI"/>
              </w:rPr>
              <w:t>Poudarek: varnega ravnanja v šolskih situacijah in upoštevanja pravil iger.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553BB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rajalnimi igrami, plesom, ritmičnim gibanjem in gibalnim odzivom na</w:t>
            </w:r>
            <w:r w:rsidRPr="00D75C67">
              <w:rPr>
                <w:sz w:val="15"/>
                <w:lang w:val="sl-SI"/>
              </w:rPr>
              <w:t xml:space="preserve"> glasbo. Poudarek: varnega ravnanja v šolskih situacijah in upoštevanja pravil iger. Učenec cilj prenese v novo situacijo, utemelji ravnanje in predlaga izboljšavo.</w:t>
            </w:r>
          </w:p>
        </w:tc>
      </w:tr>
      <w:tr w:rsidR="00234674" w:rsidRPr="00D75C67" w14:paraId="2DBC20B5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51074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91A01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risanjem velikih potez, ustvarjanjem v </w:t>
            </w:r>
            <w:r w:rsidRPr="00D75C67">
              <w:rPr>
                <w:sz w:val="15"/>
                <w:lang w:val="sl-SI"/>
              </w:rPr>
              <w:t>naravi, telesnimi kompozicijami in prostorskimi postavitvami. Poudarek: varnega ravnanja v šolskih situacijah in upoštevanja pravil iger.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B65B2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risanjem velikih potez, ustvarjanjem v nara</w:t>
            </w:r>
            <w:r w:rsidRPr="00D75C67">
              <w:rPr>
                <w:sz w:val="15"/>
                <w:lang w:val="sl-SI"/>
              </w:rPr>
              <w:t>vi, telesnimi kompozicijami in prostorskimi postavitvami. Poudarek: varnega ravnanja v šolskih situacijah in upoštevanja pravil iger.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D3E3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risanjem </w:t>
            </w:r>
            <w:r w:rsidRPr="00D75C67">
              <w:rPr>
                <w:sz w:val="15"/>
                <w:lang w:val="sl-SI"/>
              </w:rPr>
              <w:t>velikih potez, ustvarjanjem v naravi, telesnimi kompozicijami in prostorskimi postavitvami. Poudarek: varnega ravnanja v šolskih situacijah in upoštevanja pravil iger. Učenec cilj prenese v novo situacijo, utemelji ravnanje in predlaga izboljšavo.</w:t>
            </w:r>
          </w:p>
        </w:tc>
      </w:tr>
      <w:tr w:rsidR="00234674" w:rsidRPr="00D75C67" w14:paraId="6EAB64E6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F85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1D0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</w:t>
            </w:r>
            <w:r w:rsidRPr="00D75C67">
              <w:rPr>
                <w:sz w:val="15"/>
                <w:lang w:val="sl-SI"/>
              </w:rPr>
              <w:t>odeno in ob slikovni podpori z naravnimi oblikami gibanja, elementarnimi igrami, poligoni in dejavnostmi prve pomoči. Poudarek: varnega ravnanja v šolskih situacijah in upoštevanja pravil iger.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A82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</w:t>
            </w:r>
            <w:r w:rsidRPr="00D75C67">
              <w:rPr>
                <w:sz w:val="15"/>
                <w:lang w:val="sl-SI"/>
              </w:rPr>
              <w:t>li skupini z naravnimi oblikami gibanja, elementarnimi igrami, poligoni in dejavnostmi prve pomoči. Poudarek: varnega ravnanja v šolskih situacijah in upoštevanja pravil iger.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E05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</w:t>
            </w:r>
            <w:r w:rsidRPr="00D75C67">
              <w:rPr>
                <w:sz w:val="15"/>
                <w:lang w:val="sl-SI"/>
              </w:rPr>
              <w:t>amostojneje načrtuje dejavnost z naravnimi oblikami gibanja, elementarnimi igrami, poligoni in dejavnostmi prve pomoči. Poudarek: varnega ravnanja v šolskih situacijah in upoštevanja pravil iger. Učenec cilj prenese v novo situacijo, utemelji ravnanje in p</w:t>
            </w:r>
            <w:r w:rsidRPr="00D75C67">
              <w:rPr>
                <w:sz w:val="15"/>
                <w:lang w:val="sl-SI"/>
              </w:rPr>
              <w:t>redlaga izboljšavo.</w:t>
            </w:r>
          </w:p>
        </w:tc>
      </w:tr>
      <w:tr w:rsidR="00234674" w:rsidRPr="00D75C67" w14:paraId="416524E4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4ABB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135E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akcijskimi pesmimi, metodo popolnega telesnega odziva, gibalnimi navodili in igrami. Poudarek: varnega ravnanja v šolskih situacijah in upoštevanja pravil iger. Učenec pokaže cilj z ravna</w:t>
            </w:r>
            <w:r w:rsidRPr="00D75C67">
              <w:rPr>
                <w:sz w:val="15"/>
                <w:lang w:val="sl-SI"/>
              </w:rPr>
              <w:t>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2A67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akcijskimi pesmimi, metodo popolnega telesnega odziva, gibalnimi navodili in igrami. Poudarek: varnega ravnanja v šolskih situacijah in upoštevanja pravil iger. Učenec cilj uporabi v nalogi, pojasni izbiro i</w:t>
            </w:r>
            <w:r w:rsidRPr="00D75C67">
              <w:rPr>
                <w:sz w:val="15"/>
                <w:lang w:val="sl-SI"/>
              </w:rPr>
              <w:t>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C6DE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akcijskimi pesmimi, metodo popolnega telesnega odziva, gibalnimi navodili in igrami. Poudarek: varnega ravnanja v šolskih situacijah in upoštevanja pravil iger. Učenec cilj prenese v novo </w:t>
            </w:r>
            <w:r w:rsidRPr="00D75C67">
              <w:rPr>
                <w:sz w:val="15"/>
                <w:lang w:val="sl-SI"/>
              </w:rPr>
              <w:t>situacijo, utemelji ravnanje in predlaga izboljšavo.</w:t>
            </w:r>
          </w:p>
        </w:tc>
      </w:tr>
      <w:tr w:rsidR="00234674" w:rsidRPr="00D75C67" w14:paraId="1B4DACBD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4513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0133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s prosto in vodeno igro, gibanjem na prostem, ustvarjalnimi delavnicami, sproščanjem in sodelovalnimi izzivi. Poudarek: varnega ravnanja v šolskih situac</w:t>
            </w:r>
            <w:r w:rsidRPr="00D75C67">
              <w:rPr>
                <w:color w:val="673E82"/>
                <w:sz w:val="15"/>
                <w:lang w:val="sl-SI"/>
              </w:rPr>
              <w:t>ijah in upoštevanja pravil iger.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1262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s prosto in vodeno igro, gibanjem na prostem, ustvarjalnimi delavnicami, sproščanjem in sodelovalnimi izzivi. Poudarek: varnega ravnanja v šolskih sit</w:t>
            </w:r>
            <w:r w:rsidRPr="00D75C67">
              <w:rPr>
                <w:color w:val="673E82"/>
                <w:sz w:val="15"/>
                <w:lang w:val="sl-SI"/>
              </w:rPr>
              <w:t>uacijah in upoštevanja pravil iger.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46C05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s prosto in vodeno igro, gibanjem na prostem, ustvarjalnimi delavnicami, sproščanjem in sodelovalnimi izzivi.</w:t>
            </w:r>
            <w:r w:rsidRPr="00D75C67">
              <w:rPr>
                <w:color w:val="673E82"/>
                <w:sz w:val="15"/>
                <w:lang w:val="sl-SI"/>
              </w:rPr>
              <w:t xml:space="preserve"> Poudarek: varnega ravnanja v šolskih situacijah in upoštevanja pravil iger. Učenec cilj prenese v novo situacijo, utemelji ravnanje in predlaga izboljšavo.</w:t>
            </w:r>
          </w:p>
        </w:tc>
      </w:tr>
    </w:tbl>
    <w:p w14:paraId="0DE88E0E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</w:t>
      </w:r>
      <w:r w:rsidRPr="00D75C67">
        <w:rPr>
          <w:sz w:val="16"/>
          <w:lang w:val="sl-SI"/>
        </w:rPr>
        <w:t xml:space="preserve"> povratna informacija.</w:t>
      </w:r>
    </w:p>
    <w:p w14:paraId="2D9E55D3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4A1EE86" w14:textId="4910B6B4" w:rsidR="00234674" w:rsidRPr="00D75C67" w:rsidRDefault="00080C8D" w:rsidP="00F058AF">
      <w:pPr>
        <w:pStyle w:val="Naslov2"/>
        <w:rPr>
          <w:lang w:val="sl-SI"/>
        </w:rPr>
      </w:pPr>
      <w:r w:rsidRPr="00D75C67">
        <w:rPr>
          <w:lang w:val="sl-SI"/>
        </w:rPr>
        <w:t>Cilj 34</w:t>
      </w:r>
      <w:r w:rsidR="00F058AF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Spoznava osnove prve pomoči: prepoznavanje nujnih situacij in osnovne postopke ravnanja.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7EFDE4A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4865F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7BB18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56863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680E0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0339DEDB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2FA7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342C3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gibalnimi zgodbami, dramatizacijo, glasovnimi </w:t>
            </w:r>
            <w:r w:rsidRPr="00D75C67">
              <w:rPr>
                <w:sz w:val="15"/>
                <w:lang w:val="sl-SI"/>
              </w:rPr>
              <w:t>igrami in postajami branja oziroma pisanja. Poudarek: osnove prve pomoči: prepoznavanje nujnih situacij in osnovne postopke ravnanja.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22CB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gibalnimi zgodbami, dramatizacijo, glasovnimi i</w:t>
            </w:r>
            <w:r w:rsidRPr="00D75C67">
              <w:rPr>
                <w:sz w:val="15"/>
                <w:lang w:val="sl-SI"/>
              </w:rPr>
              <w:t>grami in postajami branja oziroma pisanja. Poudarek: osnove prve pomoči: prepoznavanje nujnih situacij in osnovne postopke ravnanja.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CAAC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z gibalnimi </w:t>
            </w:r>
            <w:r w:rsidRPr="00D75C67">
              <w:rPr>
                <w:sz w:val="15"/>
                <w:lang w:val="sl-SI"/>
              </w:rPr>
              <w:t>zgodbami, dramatizacijo, glasovnimi igrami in postajami branja oziroma pisanja. Poudarek: osnove prve pomoči: prepoznavanje nujnih situacij in osnovne postopke ravnanja. Učenec cilj prenese v novo situacijo, utemelji ravnanje in predlaga izboljšavo.</w:t>
            </w:r>
          </w:p>
        </w:tc>
      </w:tr>
      <w:tr w:rsidR="00234674" w:rsidRPr="00D75C67" w14:paraId="53F4F8C8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2736D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70F5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matematičnimi poligoni, talnimi števili, razvrščanjem predmetov in gibalnim reševanjem nalog. Poudarek: osnove prve pomoči: prepoznavanje nujnih situacij in osnovne postopke ravnanja. Učenec pokaže cilj z ravnanje</w:t>
            </w:r>
            <w:r w:rsidRPr="00D75C67">
              <w:rPr>
                <w:sz w:val="15"/>
                <w:lang w:val="sl-SI"/>
              </w:rPr>
              <w:t>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876D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matematičnimi poligoni, talnimi števili, razvrščanjem predmetov in gibalnim reševanjem nalog. Poudarek: osnove prve pomoči: prepoznavanje nujnih situacij in osnovne postopke ravnanja. Učenec cilj uporabi v nalo</w:t>
            </w:r>
            <w:r w:rsidRPr="00D75C67">
              <w:rPr>
                <w:sz w:val="15"/>
                <w:lang w:val="sl-SI"/>
              </w:rPr>
              <w:t>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87131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matematičnimi poligoni, talnimi števili, razvrščanjem predmetov in gibalnim reševanjem nalog. Poudarek: osnove prve pomoči: prepoznavanje nujnih situacij in osnovne post</w:t>
            </w:r>
            <w:r w:rsidRPr="00D75C67">
              <w:rPr>
                <w:sz w:val="15"/>
                <w:lang w:val="sl-SI"/>
              </w:rPr>
              <w:t>opke ravnanja. Učenec cilj prenese v novo situacijo, utemelji ravnanje in predlaga izboljšavo.</w:t>
            </w:r>
          </w:p>
        </w:tc>
      </w:tr>
      <w:tr w:rsidR="00234674" w:rsidRPr="00D75C67" w14:paraId="0BF0165D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F8E1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FB6AD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raziskovalnimi sprehodi, orientacijskimi nalogami, igro vlog in učenjem na prostem. Poudarek: osnove prve pom</w:t>
            </w:r>
            <w:r w:rsidRPr="00D75C67">
              <w:rPr>
                <w:sz w:val="15"/>
                <w:lang w:val="sl-SI"/>
              </w:rPr>
              <w:t>oči: prepoznavanje nujnih situacij in osnovne postopke ravnanja.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D726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raziskovalnimi sprehodi, orientacijskimi nalogami, igro vlog in učenjem na prostem. Poudarek: osnove prve pomoči: pr</w:t>
            </w:r>
            <w:r w:rsidRPr="00D75C67">
              <w:rPr>
                <w:sz w:val="15"/>
                <w:lang w:val="sl-SI"/>
              </w:rPr>
              <w:t>epoznavanje nujnih situacij in osnovne postopke ravnanja.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5B70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raziskovalnimi sprehodi, orientacijskimi nalogami, igro vlog in učenjem na prostem. P</w:t>
            </w:r>
            <w:r w:rsidRPr="00D75C67">
              <w:rPr>
                <w:sz w:val="15"/>
                <w:lang w:val="sl-SI"/>
              </w:rPr>
              <w:t>oudarek: osnove prve pomoči: prepoznavanje nujnih situacij in osnovne postopke ravnanja. Učenec cilj prenese v novo situacijo, utemelji ravnanje in predlaga izboljšavo.</w:t>
            </w:r>
          </w:p>
        </w:tc>
      </w:tr>
      <w:tr w:rsidR="00234674" w:rsidRPr="00D75C67" w14:paraId="1E25AF21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969FD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7EBB7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rajalnimi igrami, plesom, ritmičnim </w:t>
            </w:r>
            <w:r w:rsidRPr="00D75C67">
              <w:rPr>
                <w:sz w:val="15"/>
                <w:lang w:val="sl-SI"/>
              </w:rPr>
              <w:t>gibanjem in gibalnim odzivom na glasbo. Poudarek: osnove prve pomoči: prepoznavanje nujnih situacij in osnovne postopke ravnanja.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EAC58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z rajalnimi igrami, plesom, ritmičnim gibanjem in </w:t>
            </w:r>
            <w:r w:rsidRPr="00D75C67">
              <w:rPr>
                <w:sz w:val="15"/>
                <w:lang w:val="sl-SI"/>
              </w:rPr>
              <w:t>gibalnim odzivom na glasbo. Poudarek: osnove prve pomoči: prepoznavanje nujnih situacij in osnovne postopke ravnanja.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A9C6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rajalnimi igrami, plesom,</w:t>
            </w:r>
            <w:r w:rsidRPr="00D75C67">
              <w:rPr>
                <w:sz w:val="15"/>
                <w:lang w:val="sl-SI"/>
              </w:rPr>
              <w:t xml:space="preserve"> ritmičnim gibanjem in gibalnim odzivom na glasbo. Poudarek: osnove prve pomoči: prepoznavanje nujnih situacij in osnovne postopke ravnanja. Učenec cilj prenese v novo situacijo, utemelji ravnanje in predlaga izboljšavo.</w:t>
            </w:r>
          </w:p>
        </w:tc>
      </w:tr>
      <w:tr w:rsidR="00234674" w:rsidRPr="00D75C67" w14:paraId="43652DAB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C50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6C95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</w:t>
            </w:r>
            <w:r w:rsidRPr="00D75C67">
              <w:rPr>
                <w:sz w:val="15"/>
                <w:lang w:val="sl-SI"/>
              </w:rPr>
              <w:t>ovni podpori z risanjem velikih potez, ustvarjanjem v naravi, telesnimi kompozicijami in prostorskimi postavitvami. Poudarek: osnove prve pomoči: prepoznavanje nujnih situacij in osnovne postopke ravnanja. Učenec pokaže cilj z ravnanjem ali kratkim odgovor</w:t>
            </w:r>
            <w:r w:rsidRPr="00D75C67">
              <w:rPr>
                <w:sz w:val="15"/>
                <w:lang w:val="sl-SI"/>
              </w:rPr>
              <w:t>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A6EE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risanjem velikih potez, ustvarjanjem v naravi, telesnimi kompozicijami in prostorskimi postavitvami. Poudarek: osnove prve pomoči: prepoznavanje nujnih situacij in osnovne postopke ravnanja. Učenec cilj uporabi v nalogi, pojasni iz</w:t>
            </w:r>
            <w:r w:rsidRPr="00D75C67">
              <w:rPr>
                <w:sz w:val="15"/>
                <w:lang w:val="sl-SI"/>
              </w:rPr>
              <w:t>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092F3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risanjem velikih potez, ustvarjanjem v naravi, telesnimi kompozicijami in prostorskimi postavitvami. Poudarek: osnove prve pomoči: prepoznavanje nujnih situacij in osnovne postopke ra</w:t>
            </w:r>
            <w:r w:rsidRPr="00D75C67">
              <w:rPr>
                <w:sz w:val="15"/>
                <w:lang w:val="sl-SI"/>
              </w:rPr>
              <w:t>vnanja. Učenec cilj prenese v novo situacijo, utemelji ravnanje in predlaga izboljšavo.</w:t>
            </w:r>
          </w:p>
        </w:tc>
      </w:tr>
      <w:tr w:rsidR="00234674" w:rsidRPr="00D75C67" w14:paraId="3960BFDD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5C7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01ED9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z naravnimi oblikami gibanja, elementarnimi igrami, poligoni in dejavnostmi prve pomoči. Poudarek: osnove prve pomoči: prepoznavanj</w:t>
            </w:r>
            <w:r w:rsidRPr="00D75C67">
              <w:rPr>
                <w:sz w:val="15"/>
                <w:lang w:val="sl-SI"/>
              </w:rPr>
              <w:t>e nujnih situacij in osnovne postopke ravnanja.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0509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naravnimi oblikami gibanja, elementarnimi igrami, poligoni in dejavnostmi prve pomoči. Poudarek: osnove prve pomoči: prepoznavanje nu</w:t>
            </w:r>
            <w:r w:rsidRPr="00D75C67">
              <w:rPr>
                <w:sz w:val="15"/>
                <w:lang w:val="sl-SI"/>
              </w:rPr>
              <w:t>jnih situacij in osnovne postopke ravnanja.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46BA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naravnimi oblikami gibanja, elementarnimi igrami, poligoni in dejavnostmi prve pomoči. Poudarek: os</w:t>
            </w:r>
            <w:r w:rsidRPr="00D75C67">
              <w:rPr>
                <w:sz w:val="15"/>
                <w:lang w:val="sl-SI"/>
              </w:rPr>
              <w:t>nove prve pomoči: prepoznavanje nujnih situacij in osnovne postopke ravnanja. Učenec cilj prenese v novo situacijo, utemelji ravnanje in predlaga izboljšavo.</w:t>
            </w:r>
          </w:p>
        </w:tc>
      </w:tr>
      <w:tr w:rsidR="00234674" w:rsidRPr="00D75C67" w14:paraId="65166733" w14:textId="77777777">
        <w:trPr>
          <w:jc w:val="center"/>
        </w:trPr>
        <w:tc>
          <w:tcPr>
            <w:tcW w:w="1944" w:type="dxa"/>
            <w:shd w:val="clear" w:color="auto" w:fill="E8E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D5C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C729B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z akcijskimi pesmimi, metodo popolnega telesnega </w:t>
            </w:r>
            <w:r w:rsidRPr="00D75C67">
              <w:rPr>
                <w:sz w:val="15"/>
                <w:lang w:val="sl-SI"/>
              </w:rPr>
              <w:t>odziva, gibalnimi navodili in igrami. Poudarek: osnove prve pomoči: prepoznavanje nujnih situacij in osnovne postopke ravnanja.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7FED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z akcijskimi pesmimi, metodo popolnega telesnega odziva</w:t>
            </w:r>
            <w:r w:rsidRPr="00D75C67">
              <w:rPr>
                <w:sz w:val="15"/>
                <w:lang w:val="sl-SI"/>
              </w:rPr>
              <w:t>, gibalnimi navodili in igrami. Poudarek: osnove prve pomoči: prepoznavanje nujnih situacij in osnovne postopke ravnanja.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17474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z akcijskimi pesmimi, m</w:t>
            </w:r>
            <w:r w:rsidRPr="00D75C67">
              <w:rPr>
                <w:sz w:val="15"/>
                <w:lang w:val="sl-SI"/>
              </w:rPr>
              <w:t>etodo popolnega telesnega odziva, gibalnimi navodili in igrami. Poudarek: osnove prve pomoči: prepoznavanje nujnih situacij in osnovne postopke ravnanja. Učenec cilj prenese v novo situacijo, utemelji ravnanje in predlaga izboljšavo.</w:t>
            </w:r>
          </w:p>
        </w:tc>
      </w:tr>
      <w:tr w:rsidR="00234674" w:rsidRPr="00D75C67" w14:paraId="336ACCE3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820B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09F1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</w:t>
            </w:r>
            <w:r w:rsidRPr="00D75C67">
              <w:rPr>
                <w:color w:val="673E82"/>
                <w:sz w:val="15"/>
                <w:lang w:val="sl-SI"/>
              </w:rPr>
              <w:t>deno in ob slikovni podpori s prosto in vodeno igro, gibanjem na prostem, ustvarjalnimi delavnicami, sproščanjem in sodelovalnimi izzivi. Poudarek: osnove prve pomoči: prepoznavanje nujnih situacij in osnovne postopke ravnanja. Učenec pokaže cilj z ravnanj</w:t>
            </w:r>
            <w:r w:rsidRPr="00D75C67">
              <w:rPr>
                <w:color w:val="673E82"/>
                <w:sz w:val="15"/>
                <w:lang w:val="sl-SI"/>
              </w:rPr>
              <w:t>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8109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s prosto in vodeno igro, gibanjem na prostem, ustvarjalnimi delavnicami, sproščanjem in sodelovalnimi izzivi. Poudarek: osnove prve pomoči: prepoznavanje nujnih situacij in osnovne postopke ravnanja. Učenec cilj</w:t>
            </w:r>
            <w:r w:rsidRPr="00D75C67">
              <w:rPr>
                <w:color w:val="673E82"/>
                <w:sz w:val="15"/>
                <w:lang w:val="sl-SI"/>
              </w:rPr>
              <w:t xml:space="preserve">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607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s prosto in vodeno igro, gibanjem na prostem, ustvarjalnimi delavnicami, sproščanjem in sodelovalnimi izzivi. Poudarek: osnove prve pomoči: prepoznavanje nu</w:t>
            </w:r>
            <w:r w:rsidRPr="00D75C67">
              <w:rPr>
                <w:color w:val="673E82"/>
                <w:sz w:val="15"/>
                <w:lang w:val="sl-SI"/>
              </w:rPr>
              <w:t>jnih situacij in osnovne postopke ravnanja. Učenec cilj prenese v novo situacijo, utemelji ravnanje in predlaga izboljšavo.</w:t>
            </w:r>
          </w:p>
        </w:tc>
      </w:tr>
    </w:tbl>
    <w:p w14:paraId="2342DEF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57702336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403B007" w14:textId="72907ABE" w:rsidR="00234674" w:rsidRPr="00D75C67" w:rsidRDefault="00080C8D">
      <w:pPr>
        <w:pStyle w:val="Naslov1"/>
        <w:rPr>
          <w:sz w:val="24"/>
          <w:szCs w:val="24"/>
          <w:lang w:val="sl-SI"/>
        </w:rPr>
      </w:pPr>
      <w:r w:rsidRPr="00D75C67">
        <w:rPr>
          <w:sz w:val="24"/>
          <w:szCs w:val="24"/>
          <w:lang w:val="sl-SI"/>
        </w:rPr>
        <w:t>Jezik in</w:t>
      </w:r>
      <w:r w:rsidRPr="00D75C67">
        <w:rPr>
          <w:sz w:val="24"/>
          <w:szCs w:val="24"/>
          <w:lang w:val="sl-SI"/>
        </w:rPr>
        <w:t xml:space="preserve"> kultura</w:t>
      </w:r>
      <w:r w:rsidR="00F058AF" w:rsidRPr="00D75C67">
        <w:rPr>
          <w:sz w:val="24"/>
          <w:szCs w:val="24"/>
          <w:lang w:val="sl-SI"/>
        </w:rPr>
        <w:t xml:space="preserve"> (9 povezovalnih ciljev)</w:t>
      </w:r>
    </w:p>
    <w:p w14:paraId="6765925D" w14:textId="12F01475" w:rsidR="00234674" w:rsidRPr="00D75C67" w:rsidRDefault="00080C8D" w:rsidP="00F058AF">
      <w:pPr>
        <w:pStyle w:val="Naslov2"/>
        <w:rPr>
          <w:lang w:val="sl-SI"/>
        </w:rPr>
      </w:pPr>
      <w:r w:rsidRPr="00D75C67">
        <w:rPr>
          <w:lang w:val="sl-SI"/>
        </w:rPr>
        <w:t>Cilj 35</w:t>
      </w:r>
      <w:r w:rsidR="00F058AF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interes za poslušanje in branje raznovrstnih besedil.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62CE1796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ACE17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533AE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65B4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E8533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3FDF6DC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BB9D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C48F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kakovostnih književnih in neumetnostnih besedilih, pogovoru, </w:t>
            </w:r>
            <w:r w:rsidRPr="00D75C67">
              <w:rPr>
                <w:sz w:val="15"/>
                <w:lang w:val="sl-SI"/>
              </w:rPr>
              <w:t>knjižnici in nastopanju. Poudarek: interes za poslušanje in branje raznovrstnih besedil.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BFE04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kakovostnih književnih in neumetnostnih besedilih, pogovoru, knjižnici in nastopanju. Pouda</w:t>
            </w:r>
            <w:r w:rsidRPr="00D75C67">
              <w:rPr>
                <w:sz w:val="15"/>
                <w:lang w:val="sl-SI"/>
              </w:rPr>
              <w:t>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0CECA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kakovostnih književnih in neumetnostnih besedilih, pogovoru, knjižnici in nastopanj</w:t>
            </w:r>
            <w:r w:rsidRPr="00D75C67">
              <w:rPr>
                <w:sz w:val="15"/>
                <w:lang w:val="sl-SI"/>
              </w:rPr>
              <w:t>u.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124A820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82609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C0C57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natančnem branju nalog, matematičnem jeziku, razlagi podatkov in</w:t>
            </w:r>
            <w:r w:rsidRPr="00D75C67">
              <w:rPr>
                <w:sz w:val="15"/>
                <w:lang w:val="sl-SI"/>
              </w:rPr>
              <w:t xml:space="preserve"> utemeljevanju rešitev. Poudarek: interes za poslušanje in branje raznovrstnih besedil.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6458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natančnem branju nalog, matematičnem jeziku, razlagi podatkov in utemeljevanju rešitev. </w:t>
            </w:r>
            <w:r w:rsidRPr="00D75C67">
              <w:rPr>
                <w:sz w:val="15"/>
                <w:lang w:val="sl-SI"/>
              </w:rPr>
              <w:t>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929A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natančnem branju nalog, matematičnem jeziku, razlagi podatkov in utemeljevanju</w:t>
            </w:r>
            <w:r w:rsidRPr="00D75C67">
              <w:rPr>
                <w:sz w:val="15"/>
                <w:lang w:val="sl-SI"/>
              </w:rPr>
              <w:t xml:space="preserve"> rešitev.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1F87244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6ACCD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4111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branju virov, raziskovanju dediščine, skupnosti, </w:t>
            </w:r>
            <w:r w:rsidRPr="00D75C67">
              <w:rPr>
                <w:sz w:val="15"/>
                <w:lang w:val="sl-SI"/>
              </w:rPr>
              <w:t>praznikov in kulturne raznolikosti. Poudarek: interes za poslušanje in branje raznovrstnih besedil.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481F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raziskovanju dediščine, skupnosti, praznikov in kulturne raznoliko</w:t>
            </w:r>
            <w:r w:rsidRPr="00D75C67">
              <w:rPr>
                <w:sz w:val="15"/>
                <w:lang w:val="sl-SI"/>
              </w:rPr>
              <w:t>sti. 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F61B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branju virov, raziskovanju dediščine, skupnosti, praznikov in kulturne ra</w:t>
            </w:r>
            <w:r w:rsidRPr="00D75C67">
              <w:rPr>
                <w:sz w:val="15"/>
                <w:lang w:val="sl-SI"/>
              </w:rPr>
              <w:t>znolikosti.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6209BE7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877F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21E5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</w:t>
            </w:r>
            <w:r w:rsidRPr="00D75C67">
              <w:rPr>
                <w:sz w:val="15"/>
                <w:lang w:val="sl-SI"/>
              </w:rPr>
              <w:t>zličnih okolij ter kulturnem nastopanju. Poudarek: interes za poslušanje in branje raznovrstnih besedil.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71EA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ljudskih in umetnih pesmih, poslušanju glasbe različnih okolij ter kulturne</w:t>
            </w:r>
            <w:r w:rsidRPr="00D75C67">
              <w:rPr>
                <w:sz w:val="15"/>
                <w:lang w:val="sl-SI"/>
              </w:rPr>
              <w:t>m nastopanju. 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1F17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</w:t>
            </w:r>
            <w:r w:rsidRPr="00D75C67">
              <w:rPr>
                <w:sz w:val="15"/>
                <w:lang w:val="sl-SI"/>
              </w:rPr>
              <w:t>er kulturnem nastopanju.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65508AE0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DBEF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73BAC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spoznavanju likovne dediščine, </w:t>
            </w:r>
            <w:r w:rsidRPr="00D75C67">
              <w:rPr>
                <w:sz w:val="15"/>
                <w:lang w:val="sl-SI"/>
              </w:rPr>
              <w:t>vizualnih sporočil in ustvarjalnosti različnih kultur. Poudarek: interes za poslušanje in branje raznovrstnih besedil.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D098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spoznavanju likovne dediščine, vizualnih sporočil in ustvarja</w:t>
            </w:r>
            <w:r w:rsidRPr="00D75C67">
              <w:rPr>
                <w:sz w:val="15"/>
                <w:lang w:val="sl-SI"/>
              </w:rPr>
              <w:t>lnosti različnih kultur. 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16D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spoznavanju likovne dediščine, vizualnih sporočil in </w:t>
            </w:r>
            <w:r w:rsidRPr="00D75C67">
              <w:rPr>
                <w:sz w:val="15"/>
                <w:lang w:val="sl-SI"/>
              </w:rPr>
              <w:t>ustvarjalnosti različnih kultur.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5022FAE8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EC92C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C6FF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športnem izrazju, pravilih, športnem bo</w:t>
            </w:r>
            <w:r w:rsidRPr="00D75C67">
              <w:rPr>
                <w:sz w:val="15"/>
                <w:lang w:val="sl-SI"/>
              </w:rPr>
              <w:t>ntonu ter tradicionalnih igrah različnih okolij. Poudarek: interes za poslušanje in branje raznovrstnih besedil.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34A3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športnem izrazju, pravilih, športnem bontonu ter tradicionalnih igr</w:t>
            </w:r>
            <w:r w:rsidRPr="00D75C67">
              <w:rPr>
                <w:sz w:val="15"/>
                <w:lang w:val="sl-SI"/>
              </w:rPr>
              <w:t>ah različnih okolij. 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8324A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športnem bontonu ter tradicio</w:t>
            </w:r>
            <w:r w:rsidRPr="00D75C67">
              <w:rPr>
                <w:sz w:val="15"/>
                <w:lang w:val="sl-SI"/>
              </w:rPr>
              <w:t>nalnih igrah različnih okolij.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159E0BB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06BF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3C0E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slikanicah, pesmih, izštevankah</w:t>
            </w:r>
            <w:r w:rsidRPr="00D75C67">
              <w:rPr>
                <w:sz w:val="15"/>
                <w:lang w:val="sl-SI"/>
              </w:rPr>
              <w:t>, dialogih in primerjanju jezikov ter kulturnih navad. Poudarek: interes za poslušanje in branje raznovrstnih besedil.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F3B8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jezi</w:t>
            </w:r>
            <w:r w:rsidRPr="00D75C67">
              <w:rPr>
                <w:sz w:val="15"/>
                <w:lang w:val="sl-SI"/>
              </w:rPr>
              <w:t>kov ter kulturnih navad. 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EF69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slikanicah, pesmih, izštevankah, dialogih in </w:t>
            </w:r>
            <w:r w:rsidRPr="00D75C67">
              <w:rPr>
                <w:sz w:val="15"/>
                <w:lang w:val="sl-SI"/>
              </w:rPr>
              <w:t>primerjanju jezikov ter kulturnih navad. Poudarek: interes za poslušanje in branje raznovrstnih besedil. Učenec cilj prenese v novo situacijo, utemelji ravnanje in predlaga izboljšavo.</w:t>
            </w:r>
          </w:p>
        </w:tc>
      </w:tr>
      <w:tr w:rsidR="00234674" w:rsidRPr="00D75C67" w14:paraId="2DD06199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3425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9CE2C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ob branju za užitek, </w:t>
            </w:r>
            <w:r w:rsidRPr="00D75C67">
              <w:rPr>
                <w:color w:val="673E82"/>
                <w:sz w:val="15"/>
                <w:lang w:val="sl-SI"/>
              </w:rPr>
              <w:t>pogovorih, družabnih igrah, prireditvah, kulturnih vsebinah in spoštljivi komunikaciji. Poudarek: interes za poslušanje in branje raznovrstnih besedil.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B4CA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ob branju za užitek, pogovorih,</w:t>
            </w:r>
            <w:r w:rsidRPr="00D75C67">
              <w:rPr>
                <w:color w:val="673E82"/>
                <w:sz w:val="15"/>
                <w:lang w:val="sl-SI"/>
              </w:rPr>
              <w:t xml:space="preserve"> družabnih igrah, prireditvah, kulturnih vsebinah in spoštljivi komunikaciji. Poudarek: interes za poslušanje in branje raznovrstnih besedil.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C2D0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ob </w:t>
            </w:r>
            <w:r w:rsidRPr="00D75C67">
              <w:rPr>
                <w:color w:val="673E82"/>
                <w:sz w:val="15"/>
                <w:lang w:val="sl-SI"/>
              </w:rPr>
              <w:t>branju za užitek, pogovorih, družabnih igrah, prireditvah, kulturnih vsebinah in spoštljivi komunikaciji. Poudarek: interes za poslušanje in branje raznovrstnih besedil. Učenec cilj prenese v novo situacijo, utemelji ravnanje in predlaga izboljšavo.</w:t>
            </w:r>
          </w:p>
        </w:tc>
      </w:tr>
    </w:tbl>
    <w:p w14:paraId="2E3CF55D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>Možni</w:t>
      </w:r>
      <w:r w:rsidRPr="00D75C67">
        <w:rPr>
          <w:b/>
          <w:color w:val="B56A45"/>
          <w:sz w:val="16"/>
          <w:lang w:val="sl-SI"/>
        </w:rPr>
        <w:t xml:space="preserve">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739DAEE6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6EBB8F5" w14:textId="54D824B4" w:rsidR="00234674" w:rsidRPr="00D75C67" w:rsidRDefault="00080C8D" w:rsidP="00F058AF">
      <w:pPr>
        <w:pStyle w:val="Naslov2"/>
        <w:rPr>
          <w:lang w:val="sl-SI"/>
        </w:rPr>
      </w:pPr>
      <w:r w:rsidRPr="00D75C67">
        <w:rPr>
          <w:lang w:val="sl-SI"/>
        </w:rPr>
        <w:t>Cilj 36</w:t>
      </w:r>
      <w:r w:rsidR="00F058AF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Razvija interes za obiskovanje knjižnice in spoznava njeno vlogo.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CA4B08F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2345B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35EBC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A3741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A8A3E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759A7C5C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1617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7EEA9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</w:t>
            </w:r>
            <w:r w:rsidRPr="00D75C67">
              <w:rPr>
                <w:sz w:val="15"/>
                <w:lang w:val="sl-SI"/>
              </w:rPr>
              <w:t xml:space="preserve"> slikovni podpori ob kakovostnih književnih in neumetnostnih besedilih, pogovoru, knjižnici in nastopanju. Poudarek: interes za obiskovanje knjižnice in spoznava njeno vlogo.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F9BA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kakov</w:t>
            </w:r>
            <w:r w:rsidRPr="00D75C67">
              <w:rPr>
                <w:sz w:val="15"/>
                <w:lang w:val="sl-SI"/>
              </w:rPr>
              <w:t>ostnih književnih in neumetnostnih besedilih, pogovoru, knjižnici in nastopanju. Poudarek: interes za obiskovanje knjižnice in spoznava njeno vlogo.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6B39E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</w:t>
            </w:r>
            <w:r w:rsidRPr="00D75C67">
              <w:rPr>
                <w:sz w:val="15"/>
                <w:lang w:val="sl-SI"/>
              </w:rPr>
              <w:t>ost ob kakovostnih književnih in neumetnostnih besedilih, pogovoru, knjižnici in nastopanju. Poudarek: interes za obiskovanje knjižnice in spoznava njeno vlogo. Učenec cilj prenese v novo situacijo, utemelji ravnanje in predlaga izboljšavo.</w:t>
            </w:r>
          </w:p>
        </w:tc>
      </w:tr>
      <w:tr w:rsidR="00234674" w:rsidRPr="00D75C67" w14:paraId="1F5DC6D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A1BC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D897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natančnem branju nalog, matematičnem jeziku, razlagi podatkov in utemeljevanju rešitev. Poudarek: interes za obiskovanje knjižnice in spoznava njeno vlogo.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3AC7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</w:t>
            </w:r>
            <w:r w:rsidRPr="00D75C67">
              <w:rPr>
                <w:sz w:val="15"/>
                <w:lang w:val="sl-SI"/>
              </w:rPr>
              <w:t>upini ob natančnem branju nalog, matematičnem jeziku, razlagi podatkov in utemeljevanju rešitev. Poudarek: interes za obiskovanje knjižnice in spoznava njeno vlogo.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026EB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</w:t>
            </w:r>
            <w:r w:rsidRPr="00D75C67">
              <w:rPr>
                <w:sz w:val="15"/>
                <w:lang w:val="sl-SI"/>
              </w:rPr>
              <w:t xml:space="preserve"> načrtuje dejavnost ob natančnem branju nalog, matematičnem jeziku, razlagi podatkov in utemeljevanju rešitev. Poudarek: interes za obiskovanje knjižnice in spoznava njeno vlogo. Učenec cilj prenese v novo situacijo, utemelji ravnanje in predlaga izboljšav</w:t>
            </w:r>
            <w:r w:rsidRPr="00D75C67">
              <w:rPr>
                <w:sz w:val="15"/>
                <w:lang w:val="sl-SI"/>
              </w:rPr>
              <w:t>o.</w:t>
            </w:r>
          </w:p>
        </w:tc>
      </w:tr>
      <w:tr w:rsidR="00234674" w:rsidRPr="00D75C67" w14:paraId="698EA182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A1B23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3FDE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branju virov, raziskovanju dediščine, skupnosti, praznikov in kulturne raznolikosti. Poudarek: interes za obiskovanje knjižnice in spoznava njeno vlogo. Učenec pokaže cilj z ravnanjem ali kratkim odgo</w:t>
            </w:r>
            <w:r w:rsidRPr="00D75C67">
              <w:rPr>
                <w:sz w:val="15"/>
                <w:lang w:val="sl-SI"/>
              </w:rPr>
              <w:t>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4F3B5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raziskovanju dediščine, skupnosti, praznikov in kulturne raznolikosti. Poudarek: interes za obiskovanje knjižnice in spoznava njeno vlogo. Učenec cilj uporabi v nalogi, pojasni izbiro in upošteva povratno informac</w:t>
            </w:r>
            <w:r w:rsidRPr="00D75C67">
              <w:rPr>
                <w:sz w:val="15"/>
                <w:lang w:val="sl-SI"/>
              </w:rPr>
              <w:t>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A448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branju virov, raziskovanju dediščine, skupnosti, praznikov in kulturne raznolikosti. Poudarek: interes za obiskovanje knjižnice in spoznava njeno vlogo. Učenec cilj prenese v novo situacijo, utemelji ravnanje in pred</w:t>
            </w:r>
            <w:r w:rsidRPr="00D75C67">
              <w:rPr>
                <w:sz w:val="15"/>
                <w:lang w:val="sl-SI"/>
              </w:rPr>
              <w:t>laga izboljšavo.</w:t>
            </w:r>
          </w:p>
        </w:tc>
      </w:tr>
      <w:tr w:rsidR="00234674" w:rsidRPr="00D75C67" w14:paraId="536B392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6EA5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E8FD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različnih okolij ter kulturnem nastopanju. Poudarek: interes za obiskovanje knjižnice in spoznava njeno vlogo. Učenec pokaže cilj z ravnanjem</w:t>
            </w:r>
            <w:r w:rsidRPr="00D75C67">
              <w:rPr>
                <w:sz w:val="15"/>
                <w:lang w:val="sl-SI"/>
              </w:rPr>
              <w:t xml:space="preserve">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630D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ljudskih in umetnih pesmih, poslušanju glasbe različnih okolij ter kulturnem nastopanju. Poudarek: interes za obiskovanje knjižnice in spoznava njeno vlogo. Učenec cilj uporabi v nalogi, pojasni izbiro in </w:t>
            </w:r>
            <w:r w:rsidRPr="00D75C67">
              <w:rPr>
                <w:sz w:val="15"/>
                <w:lang w:val="sl-SI"/>
              </w:rPr>
              <w:t>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151F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ter kulturnem nastopanju. Poudarek: interes za obiskovanje knjižnice in spoznava njeno vlogo. Učenec cilj prenese v novo situac</w:t>
            </w:r>
            <w:r w:rsidRPr="00D75C67">
              <w:rPr>
                <w:sz w:val="15"/>
                <w:lang w:val="sl-SI"/>
              </w:rPr>
              <w:t>ijo, utemelji ravnanje in predlaga izboljšavo.</w:t>
            </w:r>
          </w:p>
        </w:tc>
      </w:tr>
      <w:tr w:rsidR="00234674" w:rsidRPr="00D75C67" w14:paraId="0566C904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7B98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38D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spoznavanju likovne dediščine, vizualnih sporočil in ustvarjalnosti različnih kultur. Poudarek: interes za obiskovanje knjižnice in spoznava njeno vlogo. Učen</w:t>
            </w:r>
            <w:r w:rsidRPr="00D75C67">
              <w:rPr>
                <w:sz w:val="15"/>
                <w:lang w:val="sl-SI"/>
              </w:rPr>
              <w:t>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B982E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spoznavanju likovne dediščine, vizualnih sporočil in ustvarjalnosti različnih kultur. Poudarek: interes za obiskovanje knjižnice in spoznava njeno vlogo. Učenec cilj uporabi v nalogi, </w:t>
            </w:r>
            <w:r w:rsidRPr="00D75C67">
              <w:rPr>
                <w:sz w:val="15"/>
                <w:lang w:val="sl-SI"/>
              </w:rPr>
              <w:t>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DF0F9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spoznavanju likovne dediščine, vizualnih sporočil in ustvarjalnosti različnih kultur. Poudarek: interes za obiskovanje knjižnice in spoznava njeno vlogo. Učenec cilj prenes</w:t>
            </w:r>
            <w:r w:rsidRPr="00D75C67">
              <w:rPr>
                <w:sz w:val="15"/>
                <w:lang w:val="sl-SI"/>
              </w:rPr>
              <w:t>e v novo situacijo, utemelji ravnanje in predlaga izboljšavo.</w:t>
            </w:r>
          </w:p>
        </w:tc>
      </w:tr>
      <w:tr w:rsidR="00234674" w:rsidRPr="00D75C67" w14:paraId="3462BBF8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3A53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ADC5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športnem izrazju, pravilih, športnem bontonu ter tradicionalnih igrah različnih okolij. Poudarek: interes za obiskovanje knjižnice in spoznava njeno vlogo</w:t>
            </w:r>
            <w:r w:rsidRPr="00D75C67">
              <w:rPr>
                <w:sz w:val="15"/>
                <w:lang w:val="sl-SI"/>
              </w:rPr>
              <w:t>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8DEE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športnem izrazju, pravilih, športnem bontonu ter tradicionalnih igrah različnih okolij. Poudarek: interes za obiskovanje knjižnice in spoznava njeno vlogo. Učenec cilj uporabi v </w:t>
            </w:r>
            <w:r w:rsidRPr="00D75C67">
              <w:rPr>
                <w:sz w:val="15"/>
                <w:lang w:val="sl-SI"/>
              </w:rPr>
              <w:t>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F09A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športnem bontonu ter tradicionalnih igrah različnih okolij. Poudarek: interes za obiskovanje knjižnice in spoznava njeno vlogo. Učenec c</w:t>
            </w:r>
            <w:r w:rsidRPr="00D75C67">
              <w:rPr>
                <w:sz w:val="15"/>
                <w:lang w:val="sl-SI"/>
              </w:rPr>
              <w:t>ilj prenese v novo situacijo, utemelji ravnanje in predlaga izboljšavo.</w:t>
            </w:r>
          </w:p>
        </w:tc>
      </w:tr>
      <w:tr w:rsidR="00234674" w:rsidRPr="00D75C67" w14:paraId="5E9AFDF3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D1F2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5BCCC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slikanicah, pesmih, izštevankah, dialogih in primerjanju jezikov ter kulturnih navad. Poudarek: interes za obiskovanje knjižnice in </w:t>
            </w:r>
            <w:r w:rsidRPr="00D75C67">
              <w:rPr>
                <w:sz w:val="15"/>
                <w:lang w:val="sl-SI"/>
              </w:rPr>
              <w:t>spoznava njeno vlogo.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AE9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jezikov ter kulturnih navad. Poudarek: interes za obiskovanje knjižnice in spoznava njeno vlogo. Učen</w:t>
            </w:r>
            <w:r w:rsidRPr="00D75C67">
              <w:rPr>
                <w:sz w:val="15"/>
                <w:lang w:val="sl-SI"/>
              </w:rPr>
              <w:t>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611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slikanicah, pesmih, izštevankah, dialogih in primerjanju jezikov ter kulturnih navad. Poudarek: interes za obiskovanje knjižnice in spoznava njeno</w:t>
            </w:r>
            <w:r w:rsidRPr="00D75C67">
              <w:rPr>
                <w:sz w:val="15"/>
                <w:lang w:val="sl-SI"/>
              </w:rPr>
              <w:t xml:space="preserve"> vlogo. Učenec cilj prenese v novo situacijo, utemelji ravnanje in predlaga izboljšavo.</w:t>
            </w:r>
          </w:p>
        </w:tc>
      </w:tr>
      <w:tr w:rsidR="00234674" w:rsidRPr="00D75C67" w14:paraId="6CC202BA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0D44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03C17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ob branju za užitek, pogovorih, družabnih igrah, prireditvah, kulturnih vsebinah in spoštljivi komunikaciji. Poudarek:</w:t>
            </w:r>
            <w:r w:rsidRPr="00D75C67">
              <w:rPr>
                <w:color w:val="673E82"/>
                <w:sz w:val="15"/>
                <w:lang w:val="sl-SI"/>
              </w:rPr>
              <w:t xml:space="preserve"> interes za obiskovanje knjižnice in spoznava njeno vlogo.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2259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ob branju za užitek, pogovorih, družabnih igrah, prireditvah, kulturnih vsebinah in spoštljivi komunikaciji. Poudarek: inter</w:t>
            </w:r>
            <w:r w:rsidRPr="00D75C67">
              <w:rPr>
                <w:color w:val="673E82"/>
                <w:sz w:val="15"/>
                <w:lang w:val="sl-SI"/>
              </w:rPr>
              <w:t>es za obiskovanje knjižnice in spoznava njeno vlogo.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D1AC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družabnih igrah, prireditvah, kulturnih vsebinah in spoštlji</w:t>
            </w:r>
            <w:r w:rsidRPr="00D75C67">
              <w:rPr>
                <w:color w:val="673E82"/>
                <w:sz w:val="15"/>
                <w:lang w:val="sl-SI"/>
              </w:rPr>
              <w:t>vi komunikaciji. Poudarek: interes za obiskovanje knjižnice in spoznava njeno vlogo. Učenec cilj prenese v novo situacijo, utemelji ravnanje in predlaga izboljšavo.</w:t>
            </w:r>
          </w:p>
        </w:tc>
      </w:tr>
    </w:tbl>
    <w:p w14:paraId="69EF8684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 xml:space="preserve">opazovanje procesa, učenčeva razlaga, izdelek ali izvedba, samovrednotenje </w:t>
      </w:r>
      <w:r w:rsidRPr="00D75C67">
        <w:rPr>
          <w:sz w:val="16"/>
          <w:lang w:val="sl-SI"/>
        </w:rPr>
        <w:t>in kratka povratna informacija.</w:t>
      </w:r>
    </w:p>
    <w:p w14:paraId="250853FD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4B8AE92D" w14:textId="77777777" w:rsidR="00234674" w:rsidRPr="00D75C67" w:rsidRDefault="00080C8D">
      <w:pPr>
        <w:pStyle w:val="Naslov2"/>
        <w:rPr>
          <w:lang w:val="sl-SI"/>
        </w:rPr>
      </w:pPr>
      <w:r w:rsidRPr="00D75C67">
        <w:rPr>
          <w:lang w:val="sl-SI"/>
        </w:rPr>
        <w:t>Cilj 37</w:t>
      </w:r>
    </w:p>
    <w:p w14:paraId="2B203C24" w14:textId="77777777" w:rsidR="00234674" w:rsidRPr="00D75C67" w:rsidRDefault="00080C8D">
      <w:pPr>
        <w:spacing w:after="120"/>
        <w:rPr>
          <w:lang w:val="sl-SI"/>
        </w:rPr>
      </w:pPr>
      <w:r w:rsidRPr="00D75C67">
        <w:rPr>
          <w:b/>
          <w:color w:val="234E52"/>
          <w:sz w:val="21"/>
          <w:lang w:val="sl-SI"/>
        </w:rPr>
        <w:t>Ozavešča pomen branja in razvija bralno kulturo.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482C31C0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AFEDE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473D1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FF8AB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78CBB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6A2157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7D7F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9B8D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kakovostnih književnih in neumetnostnih besedilih, pogovoru, knjižnici in </w:t>
            </w:r>
            <w:r w:rsidRPr="00D75C67">
              <w:rPr>
                <w:sz w:val="15"/>
                <w:lang w:val="sl-SI"/>
              </w:rPr>
              <w:t>nastopanju. Poudarek: pomen branja in razvija bralno kulturo.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8D2E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kakovostnih književnih in neumetnostnih besedilih, pogovoru, knjižnici in nastopanju. Poudarek: pomen branja in razvij</w:t>
            </w:r>
            <w:r w:rsidRPr="00D75C67">
              <w:rPr>
                <w:sz w:val="15"/>
                <w:lang w:val="sl-SI"/>
              </w:rPr>
              <w:t>a bralno kulturo.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3B86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kakovostnih književnih in neumetnostnih besedilih, pogovoru, knjižnici in nastopanju. Poudarek: pomen branja in razvija bral</w:t>
            </w:r>
            <w:r w:rsidRPr="00D75C67">
              <w:rPr>
                <w:sz w:val="15"/>
                <w:lang w:val="sl-SI"/>
              </w:rPr>
              <w:t>no kulturo. Učenec cilj prenese v novo situacijo, utemelji ravnanje in predlaga izboljšavo.</w:t>
            </w:r>
          </w:p>
        </w:tc>
      </w:tr>
      <w:tr w:rsidR="00234674" w:rsidRPr="00D75C67" w14:paraId="4DD09F4A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D54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39B6A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natančnem branju nalog, matematičnem jeziku, razlagi podatkov in utemeljevanju rešitev. Poudarek: pomen branja in razvi</w:t>
            </w:r>
            <w:r w:rsidRPr="00D75C67">
              <w:rPr>
                <w:sz w:val="15"/>
                <w:lang w:val="sl-SI"/>
              </w:rPr>
              <w:t>ja bralno kulturo.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2219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natančnem branju nalog, matematičnem jeziku, razlagi podatkov in utemeljevanju rešitev. Poudarek: pomen branja in razvija bralno kulturo. Učenec cilj uporabi v n</w:t>
            </w:r>
            <w:r w:rsidRPr="00D75C67">
              <w:rPr>
                <w:sz w:val="15"/>
                <w:lang w:val="sl-SI"/>
              </w:rPr>
              <w:t>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325AC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natančnem branju nalog, matematičnem jeziku, razlagi podatkov in utemeljevanju rešitev. Poudarek: pomen branja in razvija bralno kulturo. Učenec cilj prenese v novo </w:t>
            </w:r>
            <w:r w:rsidRPr="00D75C67">
              <w:rPr>
                <w:sz w:val="15"/>
                <w:lang w:val="sl-SI"/>
              </w:rPr>
              <w:t>situacijo, utemelji ravnanje in predlaga izboljšavo.</w:t>
            </w:r>
          </w:p>
        </w:tc>
      </w:tr>
      <w:tr w:rsidR="00234674" w:rsidRPr="00D75C67" w14:paraId="750167C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7BB9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8508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branju virov, raziskovanju dediščine, skupnosti, praznikov in kulturne raznolikosti. Poudarek: pomen branja in razvija bralno kulturo. Učenec pokaže </w:t>
            </w:r>
            <w:r w:rsidRPr="00D75C67">
              <w:rPr>
                <w:sz w:val="15"/>
                <w:lang w:val="sl-SI"/>
              </w:rPr>
              <w:t>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92ADD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raziskovanju dediščine, skupnosti, praznikov in kulturne raznolikosti. Poudarek: pomen branja in razvija bralno kulturo. Učenec cilj uporabi v nalogi, pojasni izbiro in upošteva po</w:t>
            </w:r>
            <w:r w:rsidRPr="00D75C67">
              <w:rPr>
                <w:sz w:val="15"/>
                <w:lang w:val="sl-SI"/>
              </w:rPr>
              <w:t>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23159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branju virov, raziskovanju dediščine, skupnosti, praznikov in kulturne raznolikosti. Poudarek: pomen branja in razvija bralno kulturo. Učenec cilj prenese v novo situacijo, utemelji ravnanje in predlag</w:t>
            </w:r>
            <w:r w:rsidRPr="00D75C67">
              <w:rPr>
                <w:sz w:val="15"/>
                <w:lang w:val="sl-SI"/>
              </w:rPr>
              <w:t>a izboljšavo.</w:t>
            </w:r>
          </w:p>
        </w:tc>
      </w:tr>
      <w:tr w:rsidR="00234674" w:rsidRPr="00D75C67" w14:paraId="3C1BC9B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F710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36D10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različnih okolij ter kulturnem nastopanju. Poudarek: pomen branja in razvija bralno kulturo. Učenec pokaže cilj z ravnanjem ali kratkim odgovoro</w:t>
            </w:r>
            <w:r w:rsidRPr="00D75C67">
              <w:rPr>
                <w:sz w:val="15"/>
                <w:lang w:val="sl-SI"/>
              </w:rPr>
              <w:t>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FCA27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ljudskih in umetnih pesmih, poslušanju glasbe različnih okolij ter kulturnem nastopanju. Poudarek: pomen branja in razvija bralno kulturo.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2D68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>načrtuje dejavnost ob ljudskih in umetnih pesmih, poslušanju glasbe različnih okolij ter kulturnem nastopanju. Poudarek: pomen branja in razvija bralno kulturo. Učenec cilj prenese v novo situacijo, utemelji ravnanje in predlaga izboljšavo.</w:t>
            </w:r>
          </w:p>
        </w:tc>
      </w:tr>
      <w:tr w:rsidR="00234674" w:rsidRPr="00D75C67" w14:paraId="08D63A5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1623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</w:t>
            </w:r>
            <w:r w:rsidRPr="00D75C67">
              <w:rPr>
                <w:b/>
                <w:color w:val="234E52"/>
                <w:sz w:val="15"/>
                <w:lang w:val="sl-SI"/>
              </w:rPr>
              <w:t>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5B1F4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spoznavanju likovne dediščine, vizualnih sporočil in ustvarjalnosti različnih kultur. Poudarek: pomen branja in razvija bralno kulturo.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CB2C6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</w:t>
            </w:r>
            <w:r w:rsidRPr="00D75C67">
              <w:rPr>
                <w:sz w:val="15"/>
                <w:lang w:val="sl-SI"/>
              </w:rPr>
              <w:t>spoznavanju likovne dediščine, vizualnih sporočil in ustvarjalnosti različnih kultur. Poudarek: pomen branja in razvija bralno kulturo.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7418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</w:t>
            </w:r>
            <w:r w:rsidRPr="00D75C67">
              <w:rPr>
                <w:sz w:val="15"/>
                <w:lang w:val="sl-SI"/>
              </w:rPr>
              <w:t>vanju likovne dediščine, vizualnih sporočil in ustvarjalnosti različnih kultur. Poudarek: pomen branja in razvija bralno kulturo. Učenec cilj prenese v novo situacijo, utemelji ravnanje in predlaga izboljšavo.</w:t>
            </w:r>
          </w:p>
        </w:tc>
      </w:tr>
      <w:tr w:rsidR="00234674" w:rsidRPr="00D75C67" w14:paraId="39FADEDF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88DDB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ADB1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športn</w:t>
            </w:r>
            <w:r w:rsidRPr="00D75C67">
              <w:rPr>
                <w:sz w:val="15"/>
                <w:lang w:val="sl-SI"/>
              </w:rPr>
              <w:t>em izrazju, pravilih, športnem bontonu ter tradicionalnih igrah različnih okolij. Poudarek: pomen branja in razvija bralno kulturo.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6F4E0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športnem izrazju, pravilih, športnem bontonu ter</w:t>
            </w:r>
            <w:r w:rsidRPr="00D75C67">
              <w:rPr>
                <w:sz w:val="15"/>
                <w:lang w:val="sl-SI"/>
              </w:rPr>
              <w:t xml:space="preserve"> tradicionalnih igrah različnih okolij. Poudarek: pomen branja in razvija bralno kulturo.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11C6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športnem bontonu ter tra</w:t>
            </w:r>
            <w:r w:rsidRPr="00D75C67">
              <w:rPr>
                <w:sz w:val="15"/>
                <w:lang w:val="sl-SI"/>
              </w:rPr>
              <w:t>dicionalnih igrah različnih okolij. Poudarek: pomen branja in razvija bralno kulturo. Učenec cilj prenese v novo situacijo, utemelji ravnanje in predlaga izboljšavo.</w:t>
            </w:r>
          </w:p>
        </w:tc>
      </w:tr>
      <w:tr w:rsidR="00234674" w:rsidRPr="00D75C67" w14:paraId="56FAC4E9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44EE2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70F92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slikanicah, pesmih, izštevankah, dialogi</w:t>
            </w:r>
            <w:r w:rsidRPr="00D75C67">
              <w:rPr>
                <w:sz w:val="15"/>
                <w:lang w:val="sl-SI"/>
              </w:rPr>
              <w:t>h in primerjanju jezikov ter kulturnih navad. Poudarek: pomen branja in razvija bralno kulturo.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417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jezikov ter kulturnih navad</w:t>
            </w:r>
            <w:r w:rsidRPr="00D75C67">
              <w:rPr>
                <w:sz w:val="15"/>
                <w:lang w:val="sl-SI"/>
              </w:rPr>
              <w:t>. Poudarek: pomen branja in razvija bralno kulturo.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BEA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slikanicah, pesmih, izštevankah, dialogih in primerjanju jezikov ter kulturnih navad. </w:t>
            </w:r>
            <w:r w:rsidRPr="00D75C67">
              <w:rPr>
                <w:sz w:val="15"/>
                <w:lang w:val="sl-SI"/>
              </w:rPr>
              <w:t>Poudarek: pomen branja in razvija bralno kulturo. Učenec cilj prenese v novo situacijo, utemelji ravnanje in predlaga izboljšavo.</w:t>
            </w:r>
          </w:p>
        </w:tc>
      </w:tr>
      <w:tr w:rsidR="00234674" w:rsidRPr="00D75C67" w14:paraId="6021FFEE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60F8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21E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ob branju za užitek, pogovorih, družabnih igrah, prireditvah, kulturnih vseb</w:t>
            </w:r>
            <w:r w:rsidRPr="00D75C67">
              <w:rPr>
                <w:color w:val="673E82"/>
                <w:sz w:val="15"/>
                <w:lang w:val="sl-SI"/>
              </w:rPr>
              <w:t>inah in spoštljivi komunikaciji. Poudarek: pomen branja in razvija bralno kulturo.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C26FF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ob branju za užitek, pogovorih, družabnih igrah, prireditvah, kulturnih vsebinah in spoštljivi komun</w:t>
            </w:r>
            <w:r w:rsidRPr="00D75C67">
              <w:rPr>
                <w:color w:val="673E82"/>
                <w:sz w:val="15"/>
                <w:lang w:val="sl-SI"/>
              </w:rPr>
              <w:t>ikaciji. Poudarek: pomen branja in razvija bralno kulturo.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EC68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družabnih igrah, prireditvah, kulturnih vsebinah in sp</w:t>
            </w:r>
            <w:r w:rsidRPr="00D75C67">
              <w:rPr>
                <w:color w:val="673E82"/>
                <w:sz w:val="15"/>
                <w:lang w:val="sl-SI"/>
              </w:rPr>
              <w:t>oštljivi komunikaciji. Poudarek: pomen branja in razvija bralno kulturo. Učenec cilj prenese v novo situacijo, utemelji ravnanje in predlaga izboljšavo.</w:t>
            </w:r>
          </w:p>
        </w:tc>
      </w:tr>
    </w:tbl>
    <w:p w14:paraId="136428BA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</w:t>
      </w:r>
      <w:r w:rsidRPr="00D75C67">
        <w:rPr>
          <w:sz w:val="16"/>
          <w:lang w:val="sl-SI"/>
        </w:rPr>
        <w:t>ratna informacija.</w:t>
      </w:r>
    </w:p>
    <w:p w14:paraId="047B2431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4F71BF5" w14:textId="12F57120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38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pozornega poslušanja, postavljanja smiselnih vprašanj in odzivanja nanje.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615EBBB8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F85B9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DDF18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8729F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62FBB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72A6AD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547CC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44A1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kakovostnih književnih in neumetnostnih besedilih, pogovoru, </w:t>
            </w:r>
            <w:r w:rsidRPr="00D75C67">
              <w:rPr>
                <w:sz w:val="15"/>
                <w:lang w:val="sl-SI"/>
              </w:rPr>
              <w:t>knjižnici in nastopanju. Poudarek: pozornega poslušanja, postavljanja smiselnih vprašanj in odzivanja nanje.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E48FF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kakovostnih književnih in neumetnostnih besedilih, pogovoru, knjižnici </w:t>
            </w:r>
            <w:r w:rsidRPr="00D75C67">
              <w:rPr>
                <w:sz w:val="15"/>
                <w:lang w:val="sl-SI"/>
              </w:rPr>
              <w:t>in nastopanju. Poudarek: pozornega poslušanja, postavljanja smiselnih vprašanj in odzivanja nanje.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7337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kakovostnih književnih in neumetnostnih bes</w:t>
            </w:r>
            <w:r w:rsidRPr="00D75C67">
              <w:rPr>
                <w:sz w:val="15"/>
                <w:lang w:val="sl-SI"/>
              </w:rPr>
              <w:t>edilih, pogovoru, knjižnici in nastopanju. Poudarek: pozornega poslušanja, postavljanja smiselnih vprašanj in odzivanja nanje. Učenec cilj prenese v novo situacijo, utemelji ravnanje in predlaga izboljšavo.</w:t>
            </w:r>
          </w:p>
        </w:tc>
      </w:tr>
      <w:tr w:rsidR="00234674" w:rsidRPr="00D75C67" w14:paraId="74CF911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509E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D9C46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</w:t>
            </w:r>
            <w:r w:rsidRPr="00D75C67">
              <w:rPr>
                <w:sz w:val="15"/>
                <w:lang w:val="sl-SI"/>
              </w:rPr>
              <w:t>natančnem branju nalog, matematičnem jeziku, razlagi podatkov in utemeljevanju rešitev. Poudarek: pozornega poslušanja, postavljanja smiselnih vprašanj in odzivanja nanje.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4FE4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natančne</w:t>
            </w:r>
            <w:r w:rsidRPr="00D75C67">
              <w:rPr>
                <w:sz w:val="15"/>
                <w:lang w:val="sl-SI"/>
              </w:rPr>
              <w:t>m branju nalog, matematičnem jeziku, razlagi podatkov in utemeljevanju rešitev. Poudarek: pozornega poslušanja, postavljanja smiselnih vprašanj in odzivanja nanje.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F186D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>načrtuje dejavnost ob natančnem branju nalog, matematičnem jeziku, razlagi podatkov in utemeljevanju rešitev. Poudarek: pozornega poslušanja, postavljanja smiselnih vprašanj in odzivanja nanje. Učenec cilj prenese v novo situacijo, utemelji ravnanje in pre</w:t>
            </w:r>
            <w:r w:rsidRPr="00D75C67">
              <w:rPr>
                <w:sz w:val="15"/>
                <w:lang w:val="sl-SI"/>
              </w:rPr>
              <w:t>dlaga izboljšavo.</w:t>
            </w:r>
          </w:p>
        </w:tc>
      </w:tr>
      <w:tr w:rsidR="00234674" w:rsidRPr="00D75C67" w14:paraId="14652020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FD2FA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1960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branju virov, raziskovanju dediščine, skupnosti, praznikov in kulturne raznolikosti. Poudarek: pozornega poslušanja, postavljanja smiselnih vprašanj in odzivanja nanje. Učenec pokaže ci</w:t>
            </w:r>
            <w:r w:rsidRPr="00D75C67">
              <w:rPr>
                <w:sz w:val="15"/>
                <w:lang w:val="sl-SI"/>
              </w:rPr>
              <w:t>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3511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raziskovanju dediščine, skupnosti, praznikov in kulturne raznolikosti. Poudarek: pozornega poslušanja, postavljanja smiselnih vprašanj in odzivanja nanje. Učenec cilj uporabi v nalog</w:t>
            </w:r>
            <w:r w:rsidRPr="00D75C67">
              <w:rPr>
                <w:sz w:val="15"/>
                <w:lang w:val="sl-SI"/>
              </w:rPr>
              <w:t>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BD20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branju virov, raziskovanju dediščine, skupnosti, praznikov in kulturne raznolikosti. Poudarek: pozornega poslušanja, postavljanja smiselnih vprašanj in odzivanja nanje. </w:t>
            </w:r>
            <w:r w:rsidRPr="00D75C67">
              <w:rPr>
                <w:sz w:val="15"/>
                <w:lang w:val="sl-SI"/>
              </w:rPr>
              <w:t>Učenec cilj prenese v novo situacijo, utemelji ravnanje in predlaga izboljšavo.</w:t>
            </w:r>
          </w:p>
        </w:tc>
      </w:tr>
      <w:tr w:rsidR="00234674" w:rsidRPr="00D75C67" w14:paraId="747F012E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8E2D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E21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različnih okolij ter kulturnem nastopanju. Poudarek: pozornega poslušanja, pos</w:t>
            </w:r>
            <w:r w:rsidRPr="00D75C67">
              <w:rPr>
                <w:sz w:val="15"/>
                <w:lang w:val="sl-SI"/>
              </w:rPr>
              <w:t>tavljanja smiselnih vprašanj in odzivanja nanje.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09C1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ljudskih in umetnih pesmih, poslušanju glasbe različnih okolij ter kulturnem nastopanju. Poudarek: pozornega poslušanja, </w:t>
            </w:r>
            <w:r w:rsidRPr="00D75C67">
              <w:rPr>
                <w:sz w:val="15"/>
                <w:lang w:val="sl-SI"/>
              </w:rPr>
              <w:t>postavljanja smiselnih vprašanj in odzivanja nanje.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51AD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ter kulturnem nastopanju. P</w:t>
            </w:r>
            <w:r w:rsidRPr="00D75C67">
              <w:rPr>
                <w:sz w:val="15"/>
                <w:lang w:val="sl-SI"/>
              </w:rPr>
              <w:t>oudarek: pozornega poslušanja, postavljanja smiselnih vprašanj in odzivanja nanje. Učenec cilj prenese v novo situacijo, utemelji ravnanje in predlaga izboljšavo.</w:t>
            </w:r>
          </w:p>
        </w:tc>
      </w:tr>
      <w:tr w:rsidR="00234674" w:rsidRPr="00D75C67" w14:paraId="6C1FDCEA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5D400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6EA31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spoznavanju likovne dediščine, vizualnih s</w:t>
            </w:r>
            <w:r w:rsidRPr="00D75C67">
              <w:rPr>
                <w:sz w:val="15"/>
                <w:lang w:val="sl-SI"/>
              </w:rPr>
              <w:t>poročil in ustvarjalnosti različnih kultur. Poudarek: pozornega poslušanja, postavljanja smiselnih vprašanj in odzivanja nanje.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2781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spoznavanju likovne dediščine, vizualnih sporočil in</w:t>
            </w:r>
            <w:r w:rsidRPr="00D75C67">
              <w:rPr>
                <w:sz w:val="15"/>
                <w:lang w:val="sl-SI"/>
              </w:rPr>
              <w:t xml:space="preserve"> ustvarjalnosti različnih kultur. Poudarek: pozornega poslušanja, postavljanja smiselnih vprašanj in odzivanja nanje.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7553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spoznavanju likovne dedi</w:t>
            </w:r>
            <w:r w:rsidRPr="00D75C67">
              <w:rPr>
                <w:sz w:val="15"/>
                <w:lang w:val="sl-SI"/>
              </w:rPr>
              <w:t>ščine, vizualnih sporočil in ustvarjalnosti različnih kultur. Poudarek: pozornega poslušanja, postavljanja smiselnih vprašanj in odzivanja nanje. Učenec cilj prenese v novo situacijo, utemelji ravnanje in predlaga izboljšavo.</w:t>
            </w:r>
          </w:p>
        </w:tc>
      </w:tr>
      <w:tr w:rsidR="00234674" w:rsidRPr="00D75C67" w14:paraId="77E797D8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6AF8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D45A2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</w:t>
            </w:r>
            <w:r w:rsidRPr="00D75C67">
              <w:rPr>
                <w:sz w:val="15"/>
                <w:lang w:val="sl-SI"/>
              </w:rPr>
              <w:t>odpori ob športnem izrazju, pravilih, športnem bontonu ter tradicionalnih igrah različnih okolij. Poudarek: pozornega poslušanja, postavljanja smiselnih vprašanj in odzivanja nanje.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9248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</w:t>
            </w:r>
            <w:r w:rsidRPr="00D75C67">
              <w:rPr>
                <w:sz w:val="15"/>
                <w:lang w:val="sl-SI"/>
              </w:rPr>
              <w:t>b športnem izrazju, pravilih, športnem bontonu ter tradicionalnih igrah različnih okolij. Poudarek: pozornega poslušanja, postavljanja smiselnih vprašanj in odzivanja nanje.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FBFB6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</w:t>
            </w:r>
            <w:r w:rsidRPr="00D75C67">
              <w:rPr>
                <w:sz w:val="15"/>
                <w:lang w:val="sl-SI"/>
              </w:rPr>
              <w:t>ostojneje načrtuje dejavnost ob športnem izrazju, pravilih, športnem bontonu ter tradicionalnih igrah različnih okolij. Poudarek: pozornega poslušanja, postavljanja smiselnih vprašanj in odzivanja nanje. Učenec cilj prenese v novo situacijo, utemelji ravna</w:t>
            </w:r>
            <w:r w:rsidRPr="00D75C67">
              <w:rPr>
                <w:sz w:val="15"/>
                <w:lang w:val="sl-SI"/>
              </w:rPr>
              <w:t>nje in predlaga izboljšavo.</w:t>
            </w:r>
          </w:p>
        </w:tc>
      </w:tr>
      <w:tr w:rsidR="00234674" w:rsidRPr="00D75C67" w14:paraId="15B1115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B930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98DC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slikanicah, pesmih, izštevankah, dialogih in primerjanju jezikov ter kulturnih navad. Poudarek: pozornega poslušanja, postavljanja smiselnih vprašanj in odzivanja nanje. Učenec </w:t>
            </w:r>
            <w:r w:rsidRPr="00D75C67">
              <w:rPr>
                <w:sz w:val="15"/>
                <w:lang w:val="sl-SI"/>
              </w:rPr>
              <w:t>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45B57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jezikov ter kulturnih navad. Poudarek: pozornega poslušanja, postavljanja smiselnih vprašanj in odzivanja nanje. Učenec cilj upora</w:t>
            </w:r>
            <w:r w:rsidRPr="00D75C67">
              <w:rPr>
                <w:sz w:val="15"/>
                <w:lang w:val="sl-SI"/>
              </w:rPr>
              <w:t>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4FCE7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slikanicah, pesmih, izštevankah, dialogih in primerjanju jezikov ter kulturnih navad. Poudarek: pozornega poslušanja, postavljanja smiselnih vprašanj in </w:t>
            </w:r>
            <w:r w:rsidRPr="00D75C67">
              <w:rPr>
                <w:sz w:val="15"/>
                <w:lang w:val="sl-SI"/>
              </w:rPr>
              <w:t>odzivanja nanje. Učenec cilj prenese v novo situacijo, utemelji ravnanje in predlaga izboljšavo.</w:t>
            </w:r>
          </w:p>
        </w:tc>
      </w:tr>
      <w:tr w:rsidR="00234674" w:rsidRPr="00D75C67" w14:paraId="03859F8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F2E31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FFA55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ob branju za užitek, pogovorih, družabnih igrah, prireditvah, kulturnih vsebinah in spoštljivi komunikaciji. </w:t>
            </w:r>
            <w:r w:rsidRPr="00D75C67">
              <w:rPr>
                <w:color w:val="673E82"/>
                <w:sz w:val="15"/>
                <w:lang w:val="sl-SI"/>
              </w:rPr>
              <w:t>Poudarek: pozornega poslušanja, postavljanja smiselnih vprašanj in odzivanja nanje.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7660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ob branju za užitek, pogovorih, družabnih igrah, prireditvah, kulturnih vsebinah in spoštljivi komu</w:t>
            </w:r>
            <w:r w:rsidRPr="00D75C67">
              <w:rPr>
                <w:color w:val="673E82"/>
                <w:sz w:val="15"/>
                <w:lang w:val="sl-SI"/>
              </w:rPr>
              <w:t>nikaciji. Poudarek: pozornega poslušanja, postavljanja smiselnih vprašanj in odzivanja nanje.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62132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družabnih igrah, pr</w:t>
            </w:r>
            <w:r w:rsidRPr="00D75C67">
              <w:rPr>
                <w:color w:val="673E82"/>
                <w:sz w:val="15"/>
                <w:lang w:val="sl-SI"/>
              </w:rPr>
              <w:t>ireditvah, kulturnih vsebinah in spoštljivi komunikaciji. Poudarek: pozornega poslušanja, postavljanja smiselnih vprašanj in odzivanja nanje. Učenec cilj prenese v novo situacijo, utemelji ravnanje in predlaga izboljšavo.</w:t>
            </w:r>
          </w:p>
        </w:tc>
      </w:tr>
    </w:tbl>
    <w:p w14:paraId="3845C826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</w:t>
      </w:r>
      <w:r w:rsidRPr="00D75C67">
        <w:rPr>
          <w:sz w:val="16"/>
          <w:lang w:val="sl-SI"/>
        </w:rPr>
        <w:t xml:space="preserve"> učenčeva razlaga, izdelek ali izvedba, samovrednotenje in kratka povratna informacija.</w:t>
      </w:r>
    </w:p>
    <w:p w14:paraId="681C25EE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52DF386F" w14:textId="7A98B297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39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Prepoznava vire informiranja ter ozavešča pomen zanesljivih informacij.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F7E97E3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84D0B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47E6E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711CE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6DC72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5D6DF9E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59C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91A9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</w:t>
            </w:r>
            <w:r w:rsidRPr="00D75C67">
              <w:rPr>
                <w:sz w:val="15"/>
                <w:lang w:val="sl-SI"/>
              </w:rPr>
              <w:t>kakovostnih književnih in neumetnostnih besedilih, pogovoru, knjižnici in nastopanju. Poudarek: vire informiranja ter ozavešča pomen zanesljivih informacij.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1E4F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kakovostnih književnih </w:t>
            </w:r>
            <w:r w:rsidRPr="00D75C67">
              <w:rPr>
                <w:sz w:val="15"/>
                <w:lang w:val="sl-SI"/>
              </w:rPr>
              <w:t>in neumetnostnih besedilih, pogovoru, knjižnici in nastopanju. Poudarek: vire informiranja ter ozavešča pomen zanesljivih informacij.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E69B0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</w:t>
            </w:r>
            <w:r w:rsidRPr="00D75C67">
              <w:rPr>
                <w:sz w:val="15"/>
                <w:lang w:val="sl-SI"/>
              </w:rPr>
              <w:t>nih književnih in neumetnostnih besedilih, pogovoru, knjižnici in nastopanju. Poudarek: vire informiranja ter ozavešča pomen zanesljivih informacij. Učenec cilj prenese v novo situacijo, utemelji ravnanje in predlaga izboljšavo.</w:t>
            </w:r>
          </w:p>
        </w:tc>
      </w:tr>
      <w:tr w:rsidR="00234674" w:rsidRPr="00D75C67" w14:paraId="0D3ACF78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4D9C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7A78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</w:t>
            </w:r>
            <w:r w:rsidRPr="00D75C67">
              <w:rPr>
                <w:sz w:val="15"/>
                <w:lang w:val="sl-SI"/>
              </w:rPr>
              <w:t>ikovni podpori ob natančnem branju nalog, matematičnem jeziku, razlagi podatkov in utemeljevanju rešitev. Poudarek: vire informiranja ter ozavešča pomen zanesljivih informacij.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650D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</w:t>
            </w:r>
            <w:r w:rsidRPr="00D75C67">
              <w:rPr>
                <w:sz w:val="15"/>
                <w:lang w:val="sl-SI"/>
              </w:rPr>
              <w:t>ančnem branju nalog, matematičnem jeziku, razlagi podatkov in utemeljevanju rešitev. Poudarek: vire informiranja ter ozavešča pomen zanesljivih informacij.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B9C80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</w:t>
            </w:r>
            <w:r w:rsidRPr="00D75C67">
              <w:rPr>
                <w:sz w:val="15"/>
                <w:lang w:val="sl-SI"/>
              </w:rPr>
              <w:t xml:space="preserve"> dejavnost ob natančnem branju nalog, matematičnem jeziku, razlagi podatkov in utemeljevanju rešitev. Poudarek: vire informiranja ter ozavešča pomen zanesljivih informacij. Učenec cilj prenese v novo situacijo, utemelji ravnanje in predlaga izboljšavo.</w:t>
            </w:r>
          </w:p>
        </w:tc>
      </w:tr>
      <w:tr w:rsidR="00234674" w:rsidRPr="00D75C67" w14:paraId="68D8D01E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35E0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</w:t>
            </w:r>
            <w:r w:rsidRPr="00D75C67">
              <w:rPr>
                <w:b/>
                <w:color w:val="234E52"/>
                <w:sz w:val="15"/>
                <w:lang w:val="sl-SI"/>
              </w:rPr>
              <w:t>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FDC06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branju virov, raziskovanju dediščine, skupnosti, praznikov in kulturne raznolikosti. Poudarek: vire informiranja ter ozavešča pomen zanesljivih informacij. Učenec pokaže cilj z ravnanjem ali kratkim </w:t>
            </w:r>
            <w:r w:rsidRPr="00D75C67">
              <w:rPr>
                <w:sz w:val="15"/>
                <w:lang w:val="sl-SI"/>
              </w:rPr>
              <w:t>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CB4ED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branju virov, raziskovanju dediščine, skupnosti, praznikov in kulturne raznolikosti. Poudarek: vire informiranja ter ozavešča pomen zanesljivih informacij. Učenec cilj uporabi v nalogi, pojasni izbiro in upošteva povratno </w:t>
            </w:r>
            <w:r w:rsidRPr="00D75C67">
              <w:rPr>
                <w:sz w:val="15"/>
                <w:lang w:val="sl-SI"/>
              </w:rPr>
              <w:t>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9D62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branju virov, raziskovanju dediščine, skupnosti, praznikov in kulturne raznolikosti. Poudarek: vire informiranja ter ozavešča pomen zanesljivih informacij. Učenec cilj prenese v novo situacijo, utemelji ravna</w:t>
            </w:r>
            <w:r w:rsidRPr="00D75C67">
              <w:rPr>
                <w:sz w:val="15"/>
                <w:lang w:val="sl-SI"/>
              </w:rPr>
              <w:t>nje in predlaga izboljšavo.</w:t>
            </w:r>
          </w:p>
        </w:tc>
      </w:tr>
      <w:tr w:rsidR="00234674" w:rsidRPr="00D75C67" w14:paraId="3F55D362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506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BDF96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različnih okolij ter kulturnem nastopanju. Poudarek: vire informiranja ter ozavešča pomen zanesljivih informacij. Učenec pokaže ci</w:t>
            </w:r>
            <w:r w:rsidRPr="00D75C67">
              <w:rPr>
                <w:sz w:val="15"/>
                <w:lang w:val="sl-SI"/>
              </w:rPr>
              <w:t>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14CB3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ljudskih in umetnih pesmih, poslušanju glasbe različnih okolij ter kulturnem nastopanju. Poudarek: vire informiranja ter ozavešča pomen zanesljivih informacij. Učenec cilj uporabi v nalogi, pojasn</w:t>
            </w:r>
            <w:r w:rsidRPr="00D75C67">
              <w:rPr>
                <w:sz w:val="15"/>
                <w:lang w:val="sl-SI"/>
              </w:rPr>
              <w:t>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C3DF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ter kulturnem nastopanju. Poudarek: vire informiranja ter ozavešča pomen zanesljivih informacij. Učenec cilj prenes</w:t>
            </w:r>
            <w:r w:rsidRPr="00D75C67">
              <w:rPr>
                <w:sz w:val="15"/>
                <w:lang w:val="sl-SI"/>
              </w:rPr>
              <w:t>e v novo situacijo, utemelji ravnanje in predlaga izboljšavo.</w:t>
            </w:r>
          </w:p>
        </w:tc>
      </w:tr>
      <w:tr w:rsidR="00234674" w:rsidRPr="00D75C67" w14:paraId="23CBE44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9B311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B80F9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spoznavanju likovne dediščine, vizualnih sporočil in ustvarjalnosti različnih kultur. Poudarek: vire informiranja ter ozavešča pomen zanesljivi</w:t>
            </w:r>
            <w:r w:rsidRPr="00D75C67">
              <w:rPr>
                <w:sz w:val="15"/>
                <w:lang w:val="sl-SI"/>
              </w:rPr>
              <w:t>h informacij.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39BB9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spoznavanju likovne dediščine, vizualnih sporočil in ustvarjalnosti različnih kultur. Poudarek: vire informiranja ter ozavešča pomen zanesljivih informacij. Učenec ci</w:t>
            </w:r>
            <w:r w:rsidRPr="00D75C67">
              <w:rPr>
                <w:sz w:val="15"/>
                <w:lang w:val="sl-SI"/>
              </w:rPr>
              <w:t>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DF47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spoznavanju likovne dediščine, vizualnih sporočil in ustvarjalnosti različnih kultur. Poudarek: vire informiranja ter ozavešča pomen zanesljivih inform</w:t>
            </w:r>
            <w:r w:rsidRPr="00D75C67">
              <w:rPr>
                <w:sz w:val="15"/>
                <w:lang w:val="sl-SI"/>
              </w:rPr>
              <w:t>acij. Učenec cilj prenese v novo situacijo, utemelji ravnanje in predlaga izboljšavo.</w:t>
            </w:r>
          </w:p>
        </w:tc>
      </w:tr>
      <w:tr w:rsidR="00234674" w:rsidRPr="00D75C67" w14:paraId="65FD442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0123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C654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športnem izrazju, pravilih, športnem bontonu ter tradicionalnih igrah različnih okolij. Poudarek: vire informiranja ter ozavešča </w:t>
            </w:r>
            <w:r w:rsidRPr="00D75C67">
              <w:rPr>
                <w:sz w:val="15"/>
                <w:lang w:val="sl-SI"/>
              </w:rPr>
              <w:t>pomen zanesljivih informacij.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AB19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športnem izrazju, pravilih, športnem bontonu ter tradicionalnih igrah različnih okolij. Poudarek: vire informiranja ter ozavešča pomen zanesljivih inf</w:t>
            </w:r>
            <w:r w:rsidRPr="00D75C67">
              <w:rPr>
                <w:sz w:val="15"/>
                <w:lang w:val="sl-SI"/>
              </w:rPr>
              <w:t>ormacij.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10A7A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športnem bontonu ter tradicionalnih igrah različnih okolij. Poudarek: vire informiranja ter ozavešča pome</w:t>
            </w:r>
            <w:r w:rsidRPr="00D75C67">
              <w:rPr>
                <w:sz w:val="15"/>
                <w:lang w:val="sl-SI"/>
              </w:rPr>
              <w:t>n zanesljivih informacij. Učenec cilj prenese v novo situacijo, utemelji ravnanje in predlaga izboljšavo.</w:t>
            </w:r>
          </w:p>
        </w:tc>
      </w:tr>
      <w:tr w:rsidR="00234674" w:rsidRPr="00D75C67" w14:paraId="6B3C8DE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2B8D3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D6428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slikanicah, pesmih, izštevankah, dialogih in primerjanju jezikov ter kulturnih navad. Poudarek: vire</w:t>
            </w:r>
            <w:r w:rsidRPr="00D75C67">
              <w:rPr>
                <w:sz w:val="15"/>
                <w:lang w:val="sl-SI"/>
              </w:rPr>
              <w:t xml:space="preserve"> informiranja ter ozavešča pomen zanesljivih informacij.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C378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jezikov ter kulturnih navad. Poudarek: vire informiranja ter ozave</w:t>
            </w:r>
            <w:r w:rsidRPr="00D75C67">
              <w:rPr>
                <w:sz w:val="15"/>
                <w:lang w:val="sl-SI"/>
              </w:rPr>
              <w:t>šča pomen zanesljivih informacij.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FC6F0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slikanicah, pesmih, izštevankah, dialogih in primerjanju jezikov ter kulturnih navad. Poudarek: vire informi</w:t>
            </w:r>
            <w:r w:rsidRPr="00D75C67">
              <w:rPr>
                <w:sz w:val="15"/>
                <w:lang w:val="sl-SI"/>
              </w:rPr>
              <w:t>ranja ter ozavešča pomen zanesljivih informacij. Učenec cilj prenese v novo situacijo, utemelji ravnanje in predlaga izboljšavo.</w:t>
            </w:r>
          </w:p>
        </w:tc>
      </w:tr>
      <w:tr w:rsidR="00234674" w:rsidRPr="00D75C67" w14:paraId="4A0C7B9A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1CA4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DB89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ob branju za užitek, pogovorih, družabnih igrah, prireditvah, kulturnih </w:t>
            </w:r>
            <w:r w:rsidRPr="00D75C67">
              <w:rPr>
                <w:color w:val="673E82"/>
                <w:sz w:val="15"/>
                <w:lang w:val="sl-SI"/>
              </w:rPr>
              <w:t>vsebinah in spoštljivi komunikaciji. Poudarek: vire informiranja ter ozavešča pomen zanesljivih informacij.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3C0E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ob branju za užitek, pogovorih, družabnih igrah, prireditvah, kulturnih vse</w:t>
            </w:r>
            <w:r w:rsidRPr="00D75C67">
              <w:rPr>
                <w:color w:val="673E82"/>
                <w:sz w:val="15"/>
                <w:lang w:val="sl-SI"/>
              </w:rPr>
              <w:t>binah in spoštljivi komunikaciji. Poudarek: vire informiranja ter ozavešča pomen zanesljivih informacij.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1761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</w:t>
            </w:r>
            <w:r w:rsidRPr="00D75C67">
              <w:rPr>
                <w:color w:val="673E82"/>
                <w:sz w:val="15"/>
                <w:lang w:val="sl-SI"/>
              </w:rPr>
              <w:t>h igrah, prireditvah, kulturnih vsebinah in spoštljivi komunikaciji. Poudarek: vire informiranja ter ozavešča pomen zanesljivih informacij. Učenec cilj prenese v novo situacijo, utemelji ravnanje in predlaga izboljšavo.</w:t>
            </w:r>
          </w:p>
        </w:tc>
      </w:tr>
    </w:tbl>
    <w:p w14:paraId="5BEE9FC8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</w:t>
      </w:r>
      <w:r w:rsidRPr="00D75C67">
        <w:rPr>
          <w:sz w:val="16"/>
          <w:lang w:val="sl-SI"/>
        </w:rPr>
        <w:t>čenčeva razlaga, izdelek ali izvedba, samovrednotenje in kratka povratna informacija.</w:t>
      </w:r>
    </w:p>
    <w:p w14:paraId="6C749784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5EADBB6" w14:textId="7799BB5B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40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Sodeluje na kulturnih, športnih in drugih prireditvah ter se vanje primerno vključuje.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33021A8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FBB46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45953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7AFE4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8ED3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33498572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87ED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C1F9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</w:t>
            </w:r>
            <w:r w:rsidRPr="00D75C67">
              <w:rPr>
                <w:sz w:val="15"/>
                <w:lang w:val="sl-SI"/>
              </w:rPr>
              <w:t xml:space="preserve"> podpori ob kakovostnih književnih in neumetnostnih besedilih, pogovoru, knjižnici in nastopanju. Poudarek: na kulturnih, športnih in drugih prireditvah ter se vanje primerno vključuje.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8B88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</w:t>
            </w:r>
            <w:r w:rsidRPr="00D75C67">
              <w:rPr>
                <w:sz w:val="15"/>
                <w:lang w:val="sl-SI"/>
              </w:rPr>
              <w:t>ni ob kakovostnih književnih in neumetnostnih besedilih, pogovoru, knjižnici in nastopanju. Poudarek: na kulturnih, športnih in drugih prireditvah ter se vanje primerno vključuje. Učenec cilj uporabi v nalogi, pojasni izbiro in upošteva povratno informacij</w:t>
            </w:r>
            <w:r w:rsidRPr="00D75C67">
              <w:rPr>
                <w:sz w:val="15"/>
                <w:lang w:val="sl-SI"/>
              </w:rPr>
              <w:t>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F840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kakovostnih književnih in neumetnostnih besedilih, pogovoru, knjižnici in nastopanju. Poudarek: na kulturnih, športnih in drugih prireditvah ter se vanje primerno vključuje. Učenec cilj prenese v novo situacijo, utemel</w:t>
            </w:r>
            <w:r w:rsidRPr="00D75C67">
              <w:rPr>
                <w:sz w:val="15"/>
                <w:lang w:val="sl-SI"/>
              </w:rPr>
              <w:t>ji ravnanje in predlaga izboljšavo.</w:t>
            </w:r>
          </w:p>
        </w:tc>
      </w:tr>
      <w:tr w:rsidR="00234674" w:rsidRPr="00D75C67" w14:paraId="50C0C522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912C0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52B23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natančnem branju nalog, matematičnem jeziku, razlagi podatkov in utemeljevanju rešitev. Poudarek: na kulturnih, športnih in drugih prireditvah ter se vanje primerno vključuje.</w:t>
            </w:r>
            <w:r w:rsidRPr="00D75C67">
              <w:rPr>
                <w:sz w:val="15"/>
                <w:lang w:val="sl-SI"/>
              </w:rPr>
              <w:t xml:space="preserve">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8B4E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natančnem branju nalog, matematičnem jeziku, razlagi podatkov in utemeljevanju rešitev. Poudarek: na kulturnih, športnih in drugih prireditvah ter se vanje primerno vključuje. Uče</w:t>
            </w:r>
            <w:r w:rsidRPr="00D75C67">
              <w:rPr>
                <w:sz w:val="15"/>
                <w:lang w:val="sl-SI"/>
              </w:rPr>
              <w:t>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4CAE2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natančnem branju nalog, matematičnem jeziku, razlagi podatkov in utemeljevanju rešitev. Poudarek: na kulturnih, športnih in drugih prireditvah te</w:t>
            </w:r>
            <w:r w:rsidRPr="00D75C67">
              <w:rPr>
                <w:sz w:val="15"/>
                <w:lang w:val="sl-SI"/>
              </w:rPr>
              <w:t>r se vanje primerno vključuje. Učenec cilj prenese v novo situacijo, utemelji ravnanje in predlaga izboljšavo.</w:t>
            </w:r>
          </w:p>
        </w:tc>
      </w:tr>
      <w:tr w:rsidR="00234674" w:rsidRPr="00D75C67" w14:paraId="5BEAA40D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579C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1974E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branju virov, raziskovanju dediščine, skupnosti, praznikov in kulturne raznolikosti. </w:t>
            </w:r>
            <w:r w:rsidRPr="00D75C67">
              <w:rPr>
                <w:sz w:val="15"/>
                <w:lang w:val="sl-SI"/>
              </w:rPr>
              <w:t>Poudarek: na kulturnih, športnih in drugih prireditvah ter se vanje primerno vključuje.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A6208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raziskovanju dediščine, skupnosti, praznikov in kulturne raznolikosti. Poudare</w:t>
            </w:r>
            <w:r w:rsidRPr="00D75C67">
              <w:rPr>
                <w:sz w:val="15"/>
                <w:lang w:val="sl-SI"/>
              </w:rPr>
              <w:t>k: na kulturnih, športnih in drugih prireditvah ter se vanje primerno vključuje.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39A7E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branju virov, raziskovanju dediščine, skupnosti, praznikov in</w:t>
            </w:r>
            <w:r w:rsidRPr="00D75C67">
              <w:rPr>
                <w:sz w:val="15"/>
                <w:lang w:val="sl-SI"/>
              </w:rPr>
              <w:t xml:space="preserve"> kulturne raznolikosti. Poudarek: na kulturnih, športnih in drugih prireditvah ter se vanje primerno vključuje. Učenec cilj prenese v novo situacijo, utemelji ravnanje in predlaga izboljšavo.</w:t>
            </w:r>
          </w:p>
        </w:tc>
      </w:tr>
      <w:tr w:rsidR="00234674" w:rsidRPr="00D75C67" w14:paraId="49F1A7D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A478D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BC9C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ljudskih in </w:t>
            </w:r>
            <w:r w:rsidRPr="00D75C67">
              <w:rPr>
                <w:sz w:val="15"/>
                <w:lang w:val="sl-SI"/>
              </w:rPr>
              <w:t>umetnih pesmih, poslušanju glasbe različnih okolij ter kulturnem nastopanju. Poudarek: na kulturnih, športnih in drugih prireditvah ter se vanje primerno vključuje.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BCB28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ljudskih in ume</w:t>
            </w:r>
            <w:r w:rsidRPr="00D75C67">
              <w:rPr>
                <w:sz w:val="15"/>
                <w:lang w:val="sl-SI"/>
              </w:rPr>
              <w:t>tnih pesmih, poslušanju glasbe različnih okolij ter kulturnem nastopanju. Poudarek: na kulturnih, športnih in drugih prireditvah ter se vanje primerno vključuje.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1920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</w:t>
            </w:r>
            <w:r w:rsidRPr="00D75C67">
              <w:rPr>
                <w:sz w:val="15"/>
                <w:lang w:val="sl-SI"/>
              </w:rPr>
              <w:t xml:space="preserve">črtuje dejavnost ob ljudskih in umetnih pesmih, poslušanju glasbe različnih okolij ter kulturnem nastopanju. Poudarek: na kulturnih, športnih in drugih prireditvah ter se vanje primerno vključuje. Učenec cilj prenese v novo situacijo, utemelji ravnanje in </w:t>
            </w:r>
            <w:r w:rsidRPr="00D75C67">
              <w:rPr>
                <w:sz w:val="15"/>
                <w:lang w:val="sl-SI"/>
              </w:rPr>
              <w:t>predlaga izboljšavo.</w:t>
            </w:r>
          </w:p>
        </w:tc>
      </w:tr>
      <w:tr w:rsidR="00234674" w:rsidRPr="00D75C67" w14:paraId="2315C50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BFC80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68A8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spoznavanju likovne dediščine, vizualnih sporočil in ustvarjalnosti različnih kultur. Poudarek: na kulturnih, športnih in drugih prireditvah ter se vanje primerno vključuje. Učenec </w:t>
            </w:r>
            <w:r w:rsidRPr="00D75C67">
              <w:rPr>
                <w:sz w:val="15"/>
                <w:lang w:val="sl-SI"/>
              </w:rPr>
              <w:t>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0F64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spoznavanju likovne dediščine, vizualnih sporočil in ustvarjalnosti različnih kultur. Poudarek: na kulturnih, športnih in drugih prireditvah ter se vanje primerno vključuje. Učenec cilj u</w:t>
            </w:r>
            <w:r w:rsidRPr="00D75C67">
              <w:rPr>
                <w:sz w:val="15"/>
                <w:lang w:val="sl-SI"/>
              </w:rPr>
              <w:t>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7D5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spoznavanju likovne dediščine, vizualnih sporočil in ustvarjalnosti različnih kultur. Poudarek: na kulturnih, športnih in drugih prireditvah ter se vanje p</w:t>
            </w:r>
            <w:r w:rsidRPr="00D75C67">
              <w:rPr>
                <w:sz w:val="15"/>
                <w:lang w:val="sl-SI"/>
              </w:rPr>
              <w:t>rimerno vključuje. Učenec cilj prenese v novo situacijo, utemelji ravnanje in predlaga izboljšavo.</w:t>
            </w:r>
          </w:p>
        </w:tc>
      </w:tr>
      <w:tr w:rsidR="00234674" w:rsidRPr="00D75C67" w14:paraId="4A9638B9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343BE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EA62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športnem izrazju, pravilih, športnem bontonu ter tradicionalnih igrah različnih okolij. Poudarek: na kulturnih, šport</w:t>
            </w:r>
            <w:r w:rsidRPr="00D75C67">
              <w:rPr>
                <w:sz w:val="15"/>
                <w:lang w:val="sl-SI"/>
              </w:rPr>
              <w:t>nih in drugih prireditvah ter se vanje primerno vključuje.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E335A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športnem izrazju, pravilih, športnem bontonu ter tradicionalnih igrah različnih okolij. Poudarek: na kulturnih, športnih </w:t>
            </w:r>
            <w:r w:rsidRPr="00D75C67">
              <w:rPr>
                <w:sz w:val="15"/>
                <w:lang w:val="sl-SI"/>
              </w:rPr>
              <w:t>in drugih prireditvah ter se vanje primerno vključuje.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8D5F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športnem bontonu ter tradicionalnih igrah različnih okolij.</w:t>
            </w:r>
            <w:r w:rsidRPr="00D75C67">
              <w:rPr>
                <w:sz w:val="15"/>
                <w:lang w:val="sl-SI"/>
              </w:rPr>
              <w:t xml:space="preserve"> Poudarek: na kulturnih, športnih in drugih prireditvah ter se vanje primerno vključuje. Učenec cilj prenese v novo situacijo, utemelji ravnanje in predlaga izboljšavo.</w:t>
            </w:r>
          </w:p>
        </w:tc>
      </w:tr>
      <w:tr w:rsidR="00234674" w:rsidRPr="00D75C67" w14:paraId="6F43B589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0AEF0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8061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slikanicah, pesmih, izštevankah, dial</w:t>
            </w:r>
            <w:r w:rsidRPr="00D75C67">
              <w:rPr>
                <w:sz w:val="15"/>
                <w:lang w:val="sl-SI"/>
              </w:rPr>
              <w:t>ogih in primerjanju jezikov ter kulturnih navad. Poudarek: na kulturnih, športnih in drugih prireditvah ter se vanje primerno vključuje.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2EADB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</w:t>
            </w:r>
            <w:r w:rsidRPr="00D75C67">
              <w:rPr>
                <w:sz w:val="15"/>
                <w:lang w:val="sl-SI"/>
              </w:rPr>
              <w:t>n primerjanju jezikov ter kulturnih navad. Poudarek: na kulturnih, športnih in drugih prireditvah ter se vanje primerno vključuje.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CB24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slikanicah,</w:t>
            </w:r>
            <w:r w:rsidRPr="00D75C67">
              <w:rPr>
                <w:sz w:val="15"/>
                <w:lang w:val="sl-SI"/>
              </w:rPr>
              <w:t xml:space="preserve"> pesmih, izštevankah, dialogih in primerjanju jezikov ter kulturnih navad. Poudarek: na kulturnih, športnih in drugih prireditvah ter se vanje primerno vključuje. Učenec cilj prenese v novo situacijo, utemelji ravnanje in predlaga izboljšavo.</w:t>
            </w:r>
          </w:p>
        </w:tc>
      </w:tr>
      <w:tr w:rsidR="00234674" w:rsidRPr="00D75C67" w14:paraId="40E62264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9838B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</w:t>
            </w:r>
            <w:r w:rsidRPr="00D75C67">
              <w:rPr>
                <w:b/>
                <w:color w:val="673E82"/>
                <w:sz w:val="15"/>
                <w:lang w:val="sl-SI"/>
              </w:rPr>
              <w:t>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486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ob branju za užitek, pogovorih, družabnih igrah, prireditvah, kulturnih vsebinah in spoštljivi komunikaciji. Poudarek: na kulturnih, športnih in drugih prireditvah ter se vanje primerno vključuje. Učenec pokaže cilj z </w:t>
            </w:r>
            <w:r w:rsidRPr="00D75C67">
              <w:rPr>
                <w:color w:val="673E82"/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62AA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ob branju za užitek, pogovorih, družabnih igrah, prireditvah, kulturnih vsebinah in spoštljivi komunikaciji. Poudarek: na kulturnih, športnih in drugih prireditvah ter se vanje primerno vključuje. Učenec </w:t>
            </w:r>
            <w:r w:rsidRPr="00D75C67">
              <w:rPr>
                <w:color w:val="673E82"/>
                <w:sz w:val="15"/>
                <w:lang w:val="sl-SI"/>
              </w:rPr>
              <w:t>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4108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Samostojneje načrtuje dejavnost ob branju za užitek, pogovorih, družabnih igrah, prireditvah, kulturnih vsebinah in spoštljivi komunikaciji. Poudarek: na kulturnih, športnih in drugih </w:t>
            </w:r>
            <w:r w:rsidRPr="00D75C67">
              <w:rPr>
                <w:color w:val="673E82"/>
                <w:sz w:val="15"/>
                <w:lang w:val="sl-SI"/>
              </w:rPr>
              <w:t>prireditvah ter se vanje primerno vključuje. Učenec cilj prenese v novo situacijo, utemelji ravnanje in predlaga izboljšavo.</w:t>
            </w:r>
          </w:p>
        </w:tc>
      </w:tr>
    </w:tbl>
    <w:p w14:paraId="57C2376F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50D586BF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9F5281C" w14:textId="6B79ED89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41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Bogati besedišče in ga uporablja pri sporazumevanju.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26F569EF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10899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7B7AB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207B6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2BEB79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0879EF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DBBA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4500F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kakovostnih književnih in neumetnostnih besedilih, pogovoru, knjižnici in nastopanju. Poudarek: bogati besedišče in </w:t>
            </w:r>
            <w:r w:rsidRPr="00D75C67">
              <w:rPr>
                <w:sz w:val="15"/>
                <w:lang w:val="sl-SI"/>
              </w:rPr>
              <w:t>ga uporablja pri sporazumevanju.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42AA8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kakovostnih književnih in neumetnostnih besedilih, pogovoru, knjižnici in nastopanju. Poudarek: bogati besedišče in ga uporablja pri sporazumevanju</w:t>
            </w:r>
            <w:r w:rsidRPr="00D75C67">
              <w:rPr>
                <w:sz w:val="15"/>
                <w:lang w:val="sl-SI"/>
              </w:rPr>
              <w:t>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9573C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kakovostnih književnih in neumetnostnih besedilih, pogovoru, knjižnici in nastopanju. Poudarek: bogati besedišče in ga uporablja pri sporazu</w:t>
            </w:r>
            <w:r w:rsidRPr="00D75C67">
              <w:rPr>
                <w:sz w:val="15"/>
                <w:lang w:val="sl-SI"/>
              </w:rPr>
              <w:t>mevanju. Učenec cilj prenese v novo situacijo, utemelji ravnanje in predlaga izboljšavo.</w:t>
            </w:r>
          </w:p>
        </w:tc>
      </w:tr>
      <w:tr w:rsidR="00234674" w:rsidRPr="00D75C67" w14:paraId="681967BF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EA45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74069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natančnem branju nalog, matematičnem jeziku, razlagi podatkov in utemeljevanju rešitev. Poudarek: bogati besedišče in ga </w:t>
            </w:r>
            <w:r w:rsidRPr="00D75C67">
              <w:rPr>
                <w:sz w:val="15"/>
                <w:lang w:val="sl-SI"/>
              </w:rPr>
              <w:t>uporablja pri sporazumevanju.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2E51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natančnem branju nalog, matematičnem jeziku, razlagi podatkov in utemeljevanju rešitev. Poudarek: bogati besedišče in ga uporablja pri sporazumevanju.</w:t>
            </w:r>
            <w:r w:rsidRPr="00D75C67">
              <w:rPr>
                <w:sz w:val="15"/>
                <w:lang w:val="sl-SI"/>
              </w:rPr>
              <w:t xml:space="preserve">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08225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natančnem branju nalog, matematičnem jeziku, razlagi podatkov in utemeljevanju rešitev. Poudarek: bogati besedišče in ga uporablja pri sporaz</w:t>
            </w:r>
            <w:r w:rsidRPr="00D75C67">
              <w:rPr>
                <w:sz w:val="15"/>
                <w:lang w:val="sl-SI"/>
              </w:rPr>
              <w:t>umevanju. Učenec cilj prenese v novo situacijo, utemelji ravnanje in predlaga izboljšavo.</w:t>
            </w:r>
          </w:p>
        </w:tc>
      </w:tr>
      <w:tr w:rsidR="00234674" w:rsidRPr="00D75C67" w14:paraId="25012E60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AE00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6645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branju virov, raziskovanju dediščine, skupnosti, praznikov in kulturne raznolikosti. Poudarek: bogati besedišče i</w:t>
            </w:r>
            <w:r w:rsidRPr="00D75C67">
              <w:rPr>
                <w:sz w:val="15"/>
                <w:lang w:val="sl-SI"/>
              </w:rPr>
              <w:t>n ga uporablja pri sporazumevanju.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79FC8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raziskovanju dediščine, skupnosti, praznikov in kulturne raznolikosti. Poudarek: bogati besedišče in ga uporablja pri sporazumevanj</w:t>
            </w:r>
            <w:r w:rsidRPr="00D75C67">
              <w:rPr>
                <w:sz w:val="15"/>
                <w:lang w:val="sl-SI"/>
              </w:rPr>
              <w:t>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D9FE6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branju virov, raziskovanju dediščine, skupnosti, praznikov in kulturne raznolikosti. Poudarek: bogati besedišče in ga uporablja pri </w:t>
            </w:r>
            <w:r w:rsidRPr="00D75C67">
              <w:rPr>
                <w:sz w:val="15"/>
                <w:lang w:val="sl-SI"/>
              </w:rPr>
              <w:t>sporazumevanju. Učenec cilj prenese v novo situacijo, utemelji ravnanje in predlaga izboljšavo.</w:t>
            </w:r>
          </w:p>
        </w:tc>
      </w:tr>
      <w:tr w:rsidR="00234674" w:rsidRPr="00D75C67" w14:paraId="469FCDD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5CF00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70ACC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različnih okolij ter kulturnem nastopanju. Poudarek: bogati be</w:t>
            </w:r>
            <w:r w:rsidRPr="00D75C67">
              <w:rPr>
                <w:sz w:val="15"/>
                <w:lang w:val="sl-SI"/>
              </w:rPr>
              <w:t>sedišče in ga uporablja pri sporazumevanju.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A2557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ljudskih in umetnih pesmih, poslušanju glasbe različnih okolij ter kulturnem nastopanju. Poudarek: bogati besedišče in ga uporablja pri </w:t>
            </w:r>
            <w:r w:rsidRPr="00D75C67">
              <w:rPr>
                <w:sz w:val="15"/>
                <w:lang w:val="sl-SI"/>
              </w:rPr>
              <w:t>sporazumevanju.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B6A9E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ter kulturnem nastopanju. Poudarek: bogati besedišče in ga upor</w:t>
            </w:r>
            <w:r w:rsidRPr="00D75C67">
              <w:rPr>
                <w:sz w:val="15"/>
                <w:lang w:val="sl-SI"/>
              </w:rPr>
              <w:t>ablja pri sporazumevanju. Učenec cilj prenese v novo situacijo, utemelji ravnanje in predlaga izboljšavo.</w:t>
            </w:r>
          </w:p>
        </w:tc>
      </w:tr>
      <w:tr w:rsidR="00234674" w:rsidRPr="00D75C67" w14:paraId="7A1828CE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A7A3C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4366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spoznavanju likovne dediščine, vizualnih sporočil in ustvarjalnosti različnih kultur. Poudarek: bog</w:t>
            </w:r>
            <w:r w:rsidRPr="00D75C67">
              <w:rPr>
                <w:sz w:val="15"/>
                <w:lang w:val="sl-SI"/>
              </w:rPr>
              <w:t>ati besedišče in ga uporablja pri sporazumevanju.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C23E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spoznavanju likovne dediščine, vizualnih sporočil in ustvarjalnosti različnih kultur. Poudarek: bogati besedišče in ga uporablja p</w:t>
            </w:r>
            <w:r w:rsidRPr="00D75C67">
              <w:rPr>
                <w:sz w:val="15"/>
                <w:lang w:val="sl-SI"/>
              </w:rPr>
              <w:t>ri sporazumevanju.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DB60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spoznavanju likovne dediščine, vizualnih sporočil in ustvarjalnosti različnih kultur. Poudarek: bogati besedišče in ga upor</w:t>
            </w:r>
            <w:r w:rsidRPr="00D75C67">
              <w:rPr>
                <w:sz w:val="15"/>
                <w:lang w:val="sl-SI"/>
              </w:rPr>
              <w:t>ablja pri sporazumevanju. Učenec cilj prenese v novo situacijo, utemelji ravnanje in predlaga izboljšavo.</w:t>
            </w:r>
          </w:p>
        </w:tc>
      </w:tr>
      <w:tr w:rsidR="00234674" w:rsidRPr="00D75C67" w14:paraId="63B9139A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E258E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7874E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športnem izrazju, pravilih, športnem bontonu ter tradicionalnih igrah različnih okolij. Poudarek: bogati besed</w:t>
            </w:r>
            <w:r w:rsidRPr="00D75C67">
              <w:rPr>
                <w:sz w:val="15"/>
                <w:lang w:val="sl-SI"/>
              </w:rPr>
              <w:t>išče in ga uporablja pri sporazumevanju.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29682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športnem izrazju, pravilih, športnem bontonu ter tradicionalnih igrah različnih okolij. Poudarek: bogati besedišče in ga uporablja pri spor</w:t>
            </w:r>
            <w:r w:rsidRPr="00D75C67">
              <w:rPr>
                <w:sz w:val="15"/>
                <w:lang w:val="sl-SI"/>
              </w:rPr>
              <w:t>azumevanju.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8CAC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športnem bontonu ter tradicionalnih igrah različnih okolij. Poudarek: bogati besedišče in ga uporablja</w:t>
            </w:r>
            <w:r w:rsidRPr="00D75C67">
              <w:rPr>
                <w:sz w:val="15"/>
                <w:lang w:val="sl-SI"/>
              </w:rPr>
              <w:t xml:space="preserve"> pri sporazumevanju. Učenec cilj prenese v novo situacijo, utemelji ravnanje in predlaga izboljšavo.</w:t>
            </w:r>
          </w:p>
        </w:tc>
      </w:tr>
      <w:tr w:rsidR="00234674" w:rsidRPr="00D75C67" w14:paraId="57A0AD35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31DA8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9A4AB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slikanicah, pesmih, izštevankah, dialogih in primerjanju jezikov ter kulturnih navad. Poudarek: bogati </w:t>
            </w:r>
            <w:r w:rsidRPr="00D75C67">
              <w:rPr>
                <w:sz w:val="15"/>
                <w:lang w:val="sl-SI"/>
              </w:rPr>
              <w:t>besedišče in ga uporablja pri sporazumevanju.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31DD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jezikov ter kulturnih navad. Poudarek: bogati besedišče in ga uporablja pri s</w:t>
            </w:r>
            <w:r w:rsidRPr="00D75C67">
              <w:rPr>
                <w:sz w:val="15"/>
                <w:lang w:val="sl-SI"/>
              </w:rPr>
              <w:t>porazumevanju.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28B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slikanicah, pesmih, izštevankah, dialogih in primerjanju jezikov ter kulturnih navad. Poudarek: bogati besedišče in ga uporablj</w:t>
            </w:r>
            <w:r w:rsidRPr="00D75C67">
              <w:rPr>
                <w:sz w:val="15"/>
                <w:lang w:val="sl-SI"/>
              </w:rPr>
              <w:t>a pri sporazumevanju. Učenec cilj prenese v novo situacijo, utemelji ravnanje in predlaga izboljšavo.</w:t>
            </w:r>
          </w:p>
        </w:tc>
      </w:tr>
      <w:tr w:rsidR="00234674" w:rsidRPr="00D75C67" w14:paraId="384A136E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21AEE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3EEB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ob branju za užitek, pogovorih, družabnih igrah, prireditvah, kulturnih vsebinah in spoštljivi komunikac</w:t>
            </w:r>
            <w:r w:rsidRPr="00D75C67">
              <w:rPr>
                <w:color w:val="673E82"/>
                <w:sz w:val="15"/>
                <w:lang w:val="sl-SI"/>
              </w:rPr>
              <w:t>iji. Poudarek: bogati besedišče in ga uporablja pri sporazumevanju.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E7AB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ob branju za užitek, pogovorih, družabnih igrah, prireditvah, kulturnih vsebinah in spoštljivi komunikaciji. Poudar</w:t>
            </w:r>
            <w:r w:rsidRPr="00D75C67">
              <w:rPr>
                <w:color w:val="673E82"/>
                <w:sz w:val="15"/>
                <w:lang w:val="sl-SI"/>
              </w:rPr>
              <w:t>ek: bogati besedišče in ga uporablja pri sporazumevanju.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BD4D4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družabnih igrah, prireditvah, kulturnih vsebinah in spoš</w:t>
            </w:r>
            <w:r w:rsidRPr="00D75C67">
              <w:rPr>
                <w:color w:val="673E82"/>
                <w:sz w:val="15"/>
                <w:lang w:val="sl-SI"/>
              </w:rPr>
              <w:t>tljivi komunikaciji. Poudarek: bogati besedišče in ga uporablja pri sporazumevanju. Učenec cilj prenese v novo situacijo, utemelji ravnanje in predlaga izboljšavo.</w:t>
            </w:r>
          </w:p>
        </w:tc>
      </w:tr>
    </w:tbl>
    <w:p w14:paraId="0CD821C1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</w:t>
      </w:r>
      <w:r w:rsidRPr="00D75C67">
        <w:rPr>
          <w:sz w:val="16"/>
          <w:lang w:val="sl-SI"/>
        </w:rPr>
        <w:t xml:space="preserve"> kratka povratna informacija.</w:t>
      </w:r>
    </w:p>
    <w:p w14:paraId="5A93A4D4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18407A68" w14:textId="349EC828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42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Ozavešča rabo knjižnega jezika in prepoznava okoliščine za njegovo uporabo.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3C897A2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A4B8E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57516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DBFA8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7A3E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9CE8A1F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6E083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D918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kakovostnih književnih in neumetnostnih besedilih, </w:t>
            </w:r>
            <w:r w:rsidRPr="00D75C67">
              <w:rPr>
                <w:sz w:val="15"/>
                <w:lang w:val="sl-SI"/>
              </w:rPr>
              <w:t>pogovoru, knjižnici in nastopanju. Poudarek: rabo knjižnega jezika in prepoznava okoliščine za njegovo uporabo.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04AB6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kakovostnih književnih in neumetnostnih besedilih, pogovoru, knjižni</w:t>
            </w:r>
            <w:r w:rsidRPr="00D75C67">
              <w:rPr>
                <w:sz w:val="15"/>
                <w:lang w:val="sl-SI"/>
              </w:rPr>
              <w:t>ci in nastopanju. Poudarek: rabo knjižnega jezika in prepoznava okoliščine za njegovo uporabo.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0739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kakovostnih književnih in neumetnostnih besedil</w:t>
            </w:r>
            <w:r w:rsidRPr="00D75C67">
              <w:rPr>
                <w:sz w:val="15"/>
                <w:lang w:val="sl-SI"/>
              </w:rPr>
              <w:t>ih, pogovoru, knjižnici in nastopanju. Poudarek: rabo knjižnega jezika in prepoznava okoliščine za njegovo uporabo. Učenec cilj prenese v novo situacijo, utemelji ravnanje in predlaga izboljšavo.</w:t>
            </w:r>
          </w:p>
        </w:tc>
      </w:tr>
      <w:tr w:rsidR="00234674" w:rsidRPr="00D75C67" w14:paraId="2B10980E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9598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C238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natančnem branj</w:t>
            </w:r>
            <w:r w:rsidRPr="00D75C67">
              <w:rPr>
                <w:sz w:val="15"/>
                <w:lang w:val="sl-SI"/>
              </w:rPr>
              <w:t>u nalog, matematičnem jeziku, razlagi podatkov in utemeljevanju rešitev. Poudarek: rabo knjižnega jezika in prepoznava okoliščine za njegovo uporabo.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EB03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natančnem branju nalog, matema</w:t>
            </w:r>
            <w:r w:rsidRPr="00D75C67">
              <w:rPr>
                <w:sz w:val="15"/>
                <w:lang w:val="sl-SI"/>
              </w:rPr>
              <w:t>tičnem jeziku, razlagi podatkov in utemeljevanju rešitev. Poudarek: rabo knjižnega jezika in prepoznava okoliščine za njegovo uporabo.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ED48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natančn</w:t>
            </w:r>
            <w:r w:rsidRPr="00D75C67">
              <w:rPr>
                <w:sz w:val="15"/>
                <w:lang w:val="sl-SI"/>
              </w:rPr>
              <w:t>em branju nalog, matematičnem jeziku, razlagi podatkov in utemeljevanju rešitev. Poudarek: rabo knjižnega jezika in prepoznava okoliščine za njegovo uporabo. Učenec cilj prenese v novo situacijo, utemelji ravnanje in predlaga izboljšavo.</w:t>
            </w:r>
          </w:p>
        </w:tc>
      </w:tr>
      <w:tr w:rsidR="00234674" w:rsidRPr="00D75C67" w14:paraId="36C46BE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6283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</w:t>
            </w:r>
            <w:r w:rsidRPr="00D75C67">
              <w:rPr>
                <w:b/>
                <w:color w:val="234E52"/>
                <w:sz w:val="15"/>
                <w:lang w:val="sl-SI"/>
              </w:rPr>
              <w:t>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621C6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branju virov, raziskovanju dediščine, skupnosti, praznikov in kulturne raznolikosti. Poudarek: rabo knjižnega jezika in prepoznava okoliščine za njegovo uporabo.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E955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</w:t>
            </w:r>
            <w:r w:rsidRPr="00D75C67">
              <w:rPr>
                <w:sz w:val="15"/>
                <w:lang w:val="sl-SI"/>
              </w:rPr>
              <w:t>paru ali skupini ob branju virov, raziskovanju dediščine, skupnosti, praznikov in kulturne raznolikosti. Poudarek: rabo knjižnega jezika in prepoznava okoliščine za njegovo uporabo. Učenec cilj uporabi v nalogi, pojasni izbiro in upošteva povratno informac</w:t>
            </w:r>
            <w:r w:rsidRPr="00D75C67">
              <w:rPr>
                <w:sz w:val="15"/>
                <w:lang w:val="sl-SI"/>
              </w:rPr>
              <w:t>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90F2E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branju virov, raziskovanju dediščine, skupnosti, praznikov in kulturne raznolikosti. Poudarek: rabo knjižnega jezika in prepoznava okoliščine za njegovo uporabo. Učenec cilj prenese v novo situacijo, utemelji ravnanj</w:t>
            </w:r>
            <w:r w:rsidRPr="00D75C67">
              <w:rPr>
                <w:sz w:val="15"/>
                <w:lang w:val="sl-SI"/>
              </w:rPr>
              <w:t>e in predlaga izboljšavo.</w:t>
            </w:r>
          </w:p>
        </w:tc>
      </w:tr>
      <w:tr w:rsidR="00234674" w:rsidRPr="00D75C67" w14:paraId="4AC4415C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6C55C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23C3D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ljudskih in umetnih pesmih, poslušanju glasbe različnih okolij ter kulturnem nastopanju. Poudarek: rabo knjižnega jezika in prepoznava okoliščine za njegovo uporabo. Učenec pokaž</w:t>
            </w:r>
            <w:r w:rsidRPr="00D75C67">
              <w:rPr>
                <w:sz w:val="15"/>
                <w:lang w:val="sl-SI"/>
              </w:rPr>
              <w:t>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1C849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ljudskih in umetnih pesmih, poslušanju glasbe različnih okolij ter kulturnem nastopanju. Poudarek: rabo knjižnega jezika in prepoznava okoliščine za njegovo uporabo. Učenec cilj uporabi v nalo</w:t>
            </w:r>
            <w:r w:rsidRPr="00D75C67">
              <w:rPr>
                <w:sz w:val="15"/>
                <w:lang w:val="sl-SI"/>
              </w:rPr>
              <w:t>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86A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ter kulturnem nastopanju. Poudarek: rabo knjižnega jezika in prepoznava okoliščine za njegovo uporabo. Uč</w:t>
            </w:r>
            <w:r w:rsidRPr="00D75C67">
              <w:rPr>
                <w:sz w:val="15"/>
                <w:lang w:val="sl-SI"/>
              </w:rPr>
              <w:t>enec cilj prenese v novo situacijo, utemelji ravnanje in predlaga izboljšavo.</w:t>
            </w:r>
          </w:p>
        </w:tc>
      </w:tr>
      <w:tr w:rsidR="00234674" w:rsidRPr="00D75C67" w14:paraId="329AC22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0C38B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E7C91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spoznavanju likovne dediščine, vizualnih sporočil in ustvarjalnosti različnih kultur. Poudarek: rabo knjižnega jezika in prepoz</w:t>
            </w:r>
            <w:r w:rsidRPr="00D75C67">
              <w:rPr>
                <w:sz w:val="15"/>
                <w:lang w:val="sl-SI"/>
              </w:rPr>
              <w:t>nava okoliščine za njegovo uporabo.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19B18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spoznavanju likovne dediščine, vizualnih sporočil in ustvarjalnosti različnih kultur. Poudarek: rabo knjižnega jezika in prepoznava okoliščine z</w:t>
            </w:r>
            <w:r w:rsidRPr="00D75C67">
              <w:rPr>
                <w:sz w:val="15"/>
                <w:lang w:val="sl-SI"/>
              </w:rPr>
              <w:t>a njegovo uporabo.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BC306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spoznavanju likovne dediščine, vizualnih sporočil in ustvarjalnosti različnih kultur. Poudarek: rabo knjižnega jezika in pr</w:t>
            </w:r>
            <w:r w:rsidRPr="00D75C67">
              <w:rPr>
                <w:sz w:val="15"/>
                <w:lang w:val="sl-SI"/>
              </w:rPr>
              <w:t>epoznava okoliščine za njegovo uporabo. Učenec cilj prenese v novo situacijo, utemelji ravnanje in predlaga izboljšavo.</w:t>
            </w:r>
          </w:p>
        </w:tc>
      </w:tr>
      <w:tr w:rsidR="00234674" w:rsidRPr="00D75C67" w14:paraId="02AAD161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16417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DAEF3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športnem izrazju, pravilih, športnem bontonu ter tradicionalnih igrah različnih okolij. </w:t>
            </w:r>
            <w:r w:rsidRPr="00D75C67">
              <w:rPr>
                <w:sz w:val="15"/>
                <w:lang w:val="sl-SI"/>
              </w:rPr>
              <w:t>Poudarek: rabo knjižnega jezika in prepoznava okoliščine za njegovo uporabo.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16E6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športnem izrazju, pravilih, športnem bontonu ter tradicionalnih igrah različnih okolij. Poudarek: rabo </w:t>
            </w:r>
            <w:r w:rsidRPr="00D75C67">
              <w:rPr>
                <w:sz w:val="15"/>
                <w:lang w:val="sl-SI"/>
              </w:rPr>
              <w:t>knjižnega jezika in prepoznava okoliščine za njegovo uporabo.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9C0CF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športnem izrazju, pravilih, športnem bontonu ter tradicionalnih igrah različnih </w:t>
            </w:r>
            <w:r w:rsidRPr="00D75C67">
              <w:rPr>
                <w:sz w:val="15"/>
                <w:lang w:val="sl-SI"/>
              </w:rPr>
              <w:t>okolij. Poudarek: rabo knjižnega jezika in prepoznava okoliščine za njegovo uporabo. Učenec cilj prenese v novo situacijo, utemelji ravnanje in predlaga izboljšavo.</w:t>
            </w:r>
          </w:p>
        </w:tc>
      </w:tr>
      <w:tr w:rsidR="00234674" w:rsidRPr="00D75C67" w14:paraId="4234F60D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2F21B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2C90F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slikanicah, pesmih, izštevankah, dialogih</w:t>
            </w:r>
            <w:r w:rsidRPr="00D75C67">
              <w:rPr>
                <w:sz w:val="15"/>
                <w:lang w:val="sl-SI"/>
              </w:rPr>
              <w:t xml:space="preserve"> in primerjanju jezikov ter kulturnih navad. Poudarek: rabo knjižnega jezika in prepoznava okoliščine za njegovo uporabo.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C33D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slikanicah, pesmih, izštevankah, dialogih in primerjanju j</w:t>
            </w:r>
            <w:r w:rsidRPr="00D75C67">
              <w:rPr>
                <w:sz w:val="15"/>
                <w:lang w:val="sl-SI"/>
              </w:rPr>
              <w:t>ezikov ter kulturnih navad. Poudarek: rabo knjižnega jezika in prepoznava okoliščine za njegovo uporabo.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11F6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slikanicah, pesmih, izštevankah, dial</w:t>
            </w:r>
            <w:r w:rsidRPr="00D75C67">
              <w:rPr>
                <w:sz w:val="15"/>
                <w:lang w:val="sl-SI"/>
              </w:rPr>
              <w:t>ogih in primerjanju jezikov ter kulturnih navad. Poudarek: rabo knjižnega jezika in prepoznava okoliščine za njegovo uporabo. Učenec cilj prenese v novo situacijo, utemelji ravnanje in predlaga izboljšavo.</w:t>
            </w:r>
          </w:p>
        </w:tc>
      </w:tr>
      <w:tr w:rsidR="00234674" w:rsidRPr="00D75C67" w14:paraId="5C961AEC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D02E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9EA0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slikovni podpori </w:t>
            </w:r>
            <w:r w:rsidRPr="00D75C67">
              <w:rPr>
                <w:color w:val="673E82"/>
                <w:sz w:val="15"/>
                <w:lang w:val="sl-SI"/>
              </w:rPr>
              <w:t>ob branju za užitek, pogovorih, družabnih igrah, prireditvah, kulturnih vsebinah in spoštljivi komunikaciji. Poudarek: rabo knjižnega jezika in prepoznava okoliščine za njegovo uporabo.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8971C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</w:t>
            </w:r>
            <w:r w:rsidRPr="00D75C67">
              <w:rPr>
                <w:color w:val="673E82"/>
                <w:sz w:val="15"/>
                <w:lang w:val="sl-SI"/>
              </w:rPr>
              <w:t>ni ob branju za užitek, pogovorih, družabnih igrah, prireditvah, kulturnih vsebinah in spoštljivi komunikaciji. Poudarek: rabo knjižnega jezika in prepoznava okoliščine za njegovo uporabo. Učenec cilj uporabi v nalogi, pojasni izbiro in upošteva povratno i</w:t>
            </w:r>
            <w:r w:rsidRPr="00D75C67">
              <w:rPr>
                <w:color w:val="673E82"/>
                <w:sz w:val="15"/>
                <w:lang w:val="sl-SI"/>
              </w:rPr>
              <w:t>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E01B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družabnih igrah, prireditvah, kulturnih vsebinah in spoštljivi komunikaciji. Poudarek: rabo knjižnega jezika in prepoznava okoliščine za njegovo uporabo. Učenec cilj prenese v novo</w:t>
            </w:r>
            <w:r w:rsidRPr="00D75C67">
              <w:rPr>
                <w:color w:val="673E82"/>
                <w:sz w:val="15"/>
                <w:lang w:val="sl-SI"/>
              </w:rPr>
              <w:t xml:space="preserve"> situacijo, utemelji ravnanje in predlaga izboljšavo.</w:t>
            </w:r>
          </w:p>
        </w:tc>
      </w:tr>
    </w:tbl>
    <w:p w14:paraId="0593BF1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101638F6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29414DAB" w14:textId="4A974BF5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43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Spoznava raznolikost kultur in jezikov ter razvija zavedanje, da razn</w:t>
      </w:r>
      <w:r w:rsidRPr="00D75C67">
        <w:rPr>
          <w:color w:val="234E52"/>
          <w:sz w:val="21"/>
          <w:lang w:val="sl-SI"/>
        </w:rPr>
        <w:t>olikost bogati.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183D11DA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4D579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26E83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A873E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74506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43E0FD45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E2A5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0329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kakovostnih književnih in neumetnostnih besedilih, pogovoru, knjižnici in nastopanju. Poudarek: raznolikost kultur in jezikov ter razvija zavedanje, da </w:t>
            </w:r>
            <w:r w:rsidRPr="00D75C67">
              <w:rPr>
                <w:sz w:val="15"/>
                <w:lang w:val="sl-SI"/>
              </w:rPr>
              <w:t>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6AF8A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kakovostnih književnih in neumetnostnih besedilih, pogovoru, knjižnici in nastopanju. Poudarek: raznolikost kultur in jezikov ter razvija zavedanje, da raznolik</w:t>
            </w:r>
            <w:r w:rsidRPr="00D75C67">
              <w:rPr>
                <w:sz w:val="15"/>
                <w:lang w:val="sl-SI"/>
              </w:rPr>
              <w:t>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D1FC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kakovostnih književnih in neumetnostnih besedilih, pogovoru, knjižnici in nastopanju. Poudarek: raznolikost kultur in jezikov ter </w:t>
            </w:r>
            <w:r w:rsidRPr="00D75C67">
              <w:rPr>
                <w:sz w:val="15"/>
                <w:lang w:val="sl-SI"/>
              </w:rPr>
              <w:t>razvija zavedanje, da raznolikost bogati. Učenec cilj prenese v novo situacijo, utemelji ravnanje in predlaga izboljšavo.</w:t>
            </w:r>
          </w:p>
        </w:tc>
      </w:tr>
      <w:tr w:rsidR="00234674" w:rsidRPr="00D75C67" w14:paraId="4890360E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610C7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2922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natančnem branju nalog, matematičnem jeziku, razlagi podatkov in utemeljevanju rešitev. P</w:t>
            </w:r>
            <w:r w:rsidRPr="00D75C67">
              <w:rPr>
                <w:sz w:val="15"/>
                <w:lang w:val="sl-SI"/>
              </w:rPr>
              <w:t>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0E219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natančnem branju nalog, matematičnem jeziku, razlagi podatkov in utemeljevanju rešitev. Poudare</w:t>
            </w:r>
            <w:r w:rsidRPr="00D75C67">
              <w:rPr>
                <w:sz w:val="15"/>
                <w:lang w:val="sl-SI"/>
              </w:rPr>
              <w:t>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2BE8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natančnem branju nalog, matematičnem jeziku, razlagi podatkov i</w:t>
            </w:r>
            <w:r w:rsidRPr="00D75C67">
              <w:rPr>
                <w:sz w:val="15"/>
                <w:lang w:val="sl-SI"/>
              </w:rPr>
              <w:t>n utemeljevanju rešitev. Poudarek: raznolikost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2A31C1DC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7688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0B4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branju </w:t>
            </w:r>
            <w:r w:rsidRPr="00D75C67">
              <w:rPr>
                <w:sz w:val="15"/>
                <w:lang w:val="sl-SI"/>
              </w:rPr>
              <w:t>virov, raziskovanju dediščine, skupnosti, praznikov in kulturne raznolikosti.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EFFC3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branju virov, ra</w:t>
            </w:r>
            <w:r w:rsidRPr="00D75C67">
              <w:rPr>
                <w:sz w:val="15"/>
                <w:lang w:val="sl-SI"/>
              </w:rPr>
              <w:t>ziskovanju dediščine, skupnosti, praznikov in kulturne raznolikosti. Poudarek: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AB21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</w:t>
            </w:r>
            <w:r w:rsidRPr="00D75C67">
              <w:rPr>
                <w:sz w:val="15"/>
                <w:lang w:val="sl-SI"/>
              </w:rPr>
              <w:t>dejavnost ob branju virov, raziskovanju dediščine, skupnosti, praznikov in kulturne raznolikosti. Poudarek: raznolikost kultur in jezikov ter razvija zavedanje, da raznolikost bogati. Učenec cilj prenese v novo situacijo, utemelji ravnanje in predlaga izbo</w:t>
            </w:r>
            <w:r w:rsidRPr="00D75C67">
              <w:rPr>
                <w:sz w:val="15"/>
                <w:lang w:val="sl-SI"/>
              </w:rPr>
              <w:t>ljšavo.</w:t>
            </w:r>
          </w:p>
        </w:tc>
      </w:tr>
      <w:tr w:rsidR="00234674" w:rsidRPr="00D75C67" w14:paraId="38763286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E6E6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78DF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ljudskih in umetnih pesmih, poslušanju glasbe različnih okolij ter kulturnem nastopanju. Poudarek: raznolikost kultur in jezikov ter razvija zavedanje, da raznolikost bogati.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4DF65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ljudskih in umetnih pesmih, poslušanju glasbe različnih okolij ter kulturnem nastopanju. Poudarek: raznolikost kultur in jezikov ter razvija zavedanje, da raznolikost bogati. Učenec cilj uporabi v nalo</w:t>
            </w:r>
            <w:r w:rsidRPr="00D75C67">
              <w:rPr>
                <w:sz w:val="15"/>
                <w:lang w:val="sl-SI"/>
              </w:rPr>
              <w:t>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F0A85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ljudskih in umetnih pesmih, poslušanju glasbe različnih okolij ter kulturnem nastopanju. Poudarek: raznolikost kultur in jezikov ter razvija zavedanje, da raznolikost b</w:t>
            </w:r>
            <w:r w:rsidRPr="00D75C67">
              <w:rPr>
                <w:sz w:val="15"/>
                <w:lang w:val="sl-SI"/>
              </w:rPr>
              <w:t>ogati. Učenec cilj prenese v novo situacijo, utemelji ravnanje in predlaga izboljšavo.</w:t>
            </w:r>
          </w:p>
        </w:tc>
      </w:tr>
      <w:tr w:rsidR="00234674" w:rsidRPr="00D75C67" w14:paraId="7E9B77D0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7D05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4299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ob spoznavanju likovne dediščine, vizualnih sporočil in ustvarjalnosti različnih kultur. Poudarek: raznolikost kultur in </w:t>
            </w:r>
            <w:r w:rsidRPr="00D75C67">
              <w:rPr>
                <w:sz w:val="15"/>
                <w:lang w:val="sl-SI"/>
              </w:rPr>
              <w:t>jezikov ter razvija zavedanje, da 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81A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ob spoznavanju likovne dediščine, vizualnih sporočil in ustvarjalnosti različnih kultur. Poudarek: raznolikost kultur in jezikov </w:t>
            </w:r>
            <w:r w:rsidRPr="00D75C67">
              <w:rPr>
                <w:sz w:val="15"/>
                <w:lang w:val="sl-SI"/>
              </w:rPr>
              <w:t>ter razvija zavedanje, da raznolikost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156A4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spoznavanju likovne dediščine, vizualnih sporočil in ustvarjalnosti različnih kultur. Poudarek: </w:t>
            </w:r>
            <w:r w:rsidRPr="00D75C67">
              <w:rPr>
                <w:sz w:val="15"/>
                <w:lang w:val="sl-SI"/>
              </w:rPr>
              <w:t>raznolikost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700577C7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506C1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4F55D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ob športnem izrazju, pravilih, športnem bontonu ter tradicional</w:t>
            </w:r>
            <w:r w:rsidRPr="00D75C67">
              <w:rPr>
                <w:sz w:val="15"/>
                <w:lang w:val="sl-SI"/>
              </w:rPr>
              <w:t>nih igrah različnih okolij.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9D0E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ob športnem izrazju, pravilih, športnem bontonu ter tradicionalnih ig</w:t>
            </w:r>
            <w:r w:rsidRPr="00D75C67">
              <w:rPr>
                <w:sz w:val="15"/>
                <w:lang w:val="sl-SI"/>
              </w:rPr>
              <w:t>rah različnih okolij. Poudarek: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4B6F9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ob športnem izrazju, pravilih, športn</w:t>
            </w:r>
            <w:r w:rsidRPr="00D75C67">
              <w:rPr>
                <w:sz w:val="15"/>
                <w:lang w:val="sl-SI"/>
              </w:rPr>
              <w:t>em bontonu ter tradicionalnih igrah različnih okolij. Poudarek: raznolikost kultur in jezikov ter razvija zavedanje, da raznolikost bogati. Učenec cilj prenese v novo situacijo, utemelji ravnanje in predlaga izboljšavo.</w:t>
            </w:r>
          </w:p>
        </w:tc>
      </w:tr>
      <w:tr w:rsidR="00234674" w:rsidRPr="00D75C67" w14:paraId="149E606B" w14:textId="77777777">
        <w:trPr>
          <w:jc w:val="center"/>
        </w:trPr>
        <w:tc>
          <w:tcPr>
            <w:tcW w:w="1944" w:type="dxa"/>
            <w:shd w:val="clear" w:color="auto" w:fill="E5F0D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D111C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A36B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</w:t>
            </w:r>
            <w:r w:rsidRPr="00D75C67">
              <w:rPr>
                <w:sz w:val="15"/>
                <w:lang w:val="sl-SI"/>
              </w:rPr>
              <w:t>ni podpori ob slikanicah, pesmih, izštevankah, dialogih in primerjanju jezikov ter kulturnih navad. Poudarek: raznolikost kultur in jezikov ter razvija zavedanje, da raznolikost bogati.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5D7C5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</w:t>
            </w:r>
            <w:r w:rsidRPr="00D75C67">
              <w:rPr>
                <w:sz w:val="15"/>
                <w:lang w:val="sl-SI"/>
              </w:rPr>
              <w:t>ni ob slikanicah, pesmih, izštevankah, dialogih in primerjanju jezikov ter kulturnih navad. Poudarek: raznolikost kultur in jezikov ter razvija zavedanje, da raznolikost bogati.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7892A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ob slikanicah, pesmih, izštevankah, dialogih in primerjanju jezikov ter kulturnih navad. Poudarek: raznolikost kultur in jezikov ter razvija zavedanje, da raznolikost bogati. Učenec cilj prenese v novo situacijo, utemelji </w:t>
            </w:r>
            <w:r w:rsidRPr="00D75C67">
              <w:rPr>
                <w:sz w:val="15"/>
                <w:lang w:val="sl-SI"/>
              </w:rPr>
              <w:t>ravnanje in predlaga izboljšavo.</w:t>
            </w:r>
          </w:p>
        </w:tc>
      </w:tr>
      <w:tr w:rsidR="00234674" w:rsidRPr="00D75C67" w14:paraId="56DDBAA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E59D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CE52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ob branju za užitek, pogovorih, družabnih igrah, prireditvah, kulturnih vsebinah in spoštljivi komunikaciji. Poudarek: raznolikost kultur in jezikov ter razvija zavedanje, d</w:t>
            </w:r>
            <w:r w:rsidRPr="00D75C67">
              <w:rPr>
                <w:color w:val="673E82"/>
                <w:sz w:val="15"/>
                <w:lang w:val="sl-SI"/>
              </w:rPr>
              <w:t>a raznolikost bogati.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3DFA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ob branju za užitek, pogovorih, družabnih igrah, prireditvah, kulturnih vsebinah in spoštljivi komunikaciji. Poudarek: raznolikost kultur in jezikov ter razvija </w:t>
            </w:r>
            <w:r w:rsidRPr="00D75C67">
              <w:rPr>
                <w:color w:val="673E82"/>
                <w:sz w:val="15"/>
                <w:lang w:val="sl-SI"/>
              </w:rPr>
              <w:t>zavedanje, da raznolikost bogati.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BD93D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ob branju za užitek, pogovorih, družabnih igrah, prireditvah, kulturnih vsebinah in spoštljivi komunikaciji. Po</w:t>
            </w:r>
            <w:r w:rsidRPr="00D75C67">
              <w:rPr>
                <w:color w:val="673E82"/>
                <w:sz w:val="15"/>
                <w:lang w:val="sl-SI"/>
              </w:rPr>
              <w:t>udarek: raznolikost kultur in jezikov ter razvija zavedanje, da raznolikost bogati. Učenec cilj prenese v novo situacijo, utemelji ravnanje in predlaga izboljšavo.</w:t>
            </w:r>
          </w:p>
        </w:tc>
      </w:tr>
    </w:tbl>
    <w:p w14:paraId="134E9C2C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</w:t>
      </w:r>
      <w:r w:rsidRPr="00D75C67">
        <w:rPr>
          <w:sz w:val="16"/>
          <w:lang w:val="sl-SI"/>
        </w:rPr>
        <w:t xml:space="preserve"> kratka povratna informacija.</w:t>
      </w:r>
    </w:p>
    <w:p w14:paraId="49C9EEFE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62E26A27" w14:textId="4EB00D68" w:rsidR="00234674" w:rsidRPr="00D75C67" w:rsidRDefault="00080C8D">
      <w:pPr>
        <w:pStyle w:val="Naslov1"/>
        <w:rPr>
          <w:sz w:val="24"/>
          <w:szCs w:val="24"/>
          <w:lang w:val="sl-SI"/>
        </w:rPr>
      </w:pPr>
      <w:r w:rsidRPr="00D75C67">
        <w:rPr>
          <w:sz w:val="24"/>
          <w:szCs w:val="24"/>
          <w:lang w:val="sl-SI"/>
        </w:rPr>
        <w:t>Digitalni svet</w:t>
      </w:r>
      <w:r w:rsidR="004B7BE1" w:rsidRPr="00D75C67">
        <w:rPr>
          <w:sz w:val="24"/>
          <w:szCs w:val="24"/>
          <w:lang w:val="sl-SI"/>
        </w:rPr>
        <w:t xml:space="preserve"> (7 povezovalnih ciljev)</w:t>
      </w:r>
    </w:p>
    <w:p w14:paraId="6D88BF56" w14:textId="19536D7B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44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Spoznava digitalne naprave, zaveda se, da delujejo na podlagi človekovih navodil, in z njimi ustrezno ravna.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508347C6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212CD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C1416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66FA5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25F05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5951258C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559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7177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</w:t>
            </w:r>
            <w:r w:rsidRPr="00D75C67">
              <w:rPr>
                <w:sz w:val="15"/>
                <w:lang w:val="sl-SI"/>
              </w:rPr>
              <w:t>slikovni podpori pri poslušanju posnetkov, tipkanju kratkih besedil, digitalnem branju in predstavitvi zgodbe. Poudarek: digitalne naprave, zaveda se, da delujejo na podlagi človekovih navodil, in z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8BDF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posnetkov, tipkanju kratkih besedil, digitalnem branju in predstavitvi zgodbe. Poudarek: digitalne naprave, zaveda se, da delujejo na podlagi človekovih navodil, in z …. Učenec cilj uporabi v nalogi, pojasni izbiro in upoš</w:t>
            </w:r>
            <w:r w:rsidRPr="00D75C67">
              <w:rPr>
                <w:sz w:val="15"/>
                <w:lang w:val="sl-SI"/>
              </w:rPr>
              <w:t>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FEF03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poslušanju posnetkov, tipkanju kratkih besedil, digitalnem branju in predstavitvi zgodbe. Poudarek: digitalne naprave, zaveda se, da delujejo na podlagi človekovih navodil, in z …. Učenec cilj </w:t>
            </w:r>
            <w:r w:rsidRPr="00D75C67">
              <w:rPr>
                <w:sz w:val="15"/>
                <w:lang w:val="sl-SI"/>
              </w:rPr>
              <w:t>prenese v novo situacijo, utemelji ravnanje in predlaga izboljšavo.</w:t>
            </w:r>
          </w:p>
        </w:tc>
      </w:tr>
      <w:tr w:rsidR="00234674" w:rsidRPr="00D75C67" w14:paraId="02822EF2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1A49F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948E5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interaktivnih vajah, prikazovanju podatkov, algoritmičnih nalogah in preverjanju rešitev. Poudarek: digitalne naprave, zaveda se, da delujejo </w:t>
            </w:r>
            <w:r w:rsidRPr="00D75C67">
              <w:rPr>
                <w:sz w:val="15"/>
                <w:lang w:val="sl-SI"/>
              </w:rPr>
              <w:t>na podlagi človekovih navodil, in z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25012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interaktivnih vajah, prikazovanju podatkov, algoritmičnih nalogah in preverjanju rešitev. Poudarek: digitalne naprave, zaveda se, da delujej</w:t>
            </w:r>
            <w:r w:rsidRPr="00D75C67">
              <w:rPr>
                <w:sz w:val="15"/>
                <w:lang w:val="sl-SI"/>
              </w:rPr>
              <w:t>o na podlagi človekovih navodil, in z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AB4BA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interaktivnih vajah, prikazovanju podatkov, algoritmičnih nalogah in preverjanju rešitev. Poudarek: </w:t>
            </w:r>
            <w:r w:rsidRPr="00D75C67">
              <w:rPr>
                <w:sz w:val="15"/>
                <w:lang w:val="sl-SI"/>
              </w:rPr>
              <w:t>digitalne naprave, zaveda se, da delujejo na podlagi človekovih navodil, in z …. Učenec cilj prenese v novo situacijo, utemelji ravnanje in predlaga izboljšavo.</w:t>
            </w:r>
          </w:p>
        </w:tc>
      </w:tr>
      <w:tr w:rsidR="00234674" w:rsidRPr="00D75C67" w14:paraId="32AE42E3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4FB55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EC594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dokumentiranju opazovanj, iskanju v izbra</w:t>
            </w:r>
            <w:r w:rsidRPr="00D75C67">
              <w:rPr>
                <w:sz w:val="15"/>
                <w:lang w:val="sl-SI"/>
              </w:rPr>
              <w:t>nih virih, zemljevidih in predstavitvah. Poudarek: digitalne naprave, zaveda se, da delujejo na podlagi človekovih navodil, in z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2A73C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dokumentiranju opazovanj, iskanju v izbranih vi</w:t>
            </w:r>
            <w:r w:rsidRPr="00D75C67">
              <w:rPr>
                <w:sz w:val="15"/>
                <w:lang w:val="sl-SI"/>
              </w:rPr>
              <w:t>rih, zemljevidih in predstavitvah. Poudarek: digitalne naprave, zaveda se, da delujejo na podlagi človekovih navodil, in z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A96C5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dokumentiranju </w:t>
            </w:r>
            <w:r w:rsidRPr="00D75C67">
              <w:rPr>
                <w:sz w:val="15"/>
                <w:lang w:val="sl-SI"/>
              </w:rPr>
              <w:t>opazovanj, iskanju v izbranih virih, zemljevidih in predstavitvah. Poudarek: digitalne naprave, zaveda se, da delujejo na podlagi človekovih navodil, in z …. Učenec cilj prenese v novo situacijo, utemelji ravnanje in predlaga izboljšavo.</w:t>
            </w:r>
          </w:p>
        </w:tc>
      </w:tr>
      <w:tr w:rsidR="00234674" w:rsidRPr="00D75C67" w14:paraId="3E14684A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48CC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EA0D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snemanju zvoka, poslušanju, sestavljanju ritmičnih vzorcev in predstavitvi izvedbe. Poudarek: digitalne naprave, zaveda se, da delujejo na podlagi človekovih navodil, in z …. Učenec pokaže cilj z ravnanjem ali kratkim </w:t>
            </w:r>
            <w:r w:rsidRPr="00D75C67">
              <w:rPr>
                <w:sz w:val="15"/>
                <w:lang w:val="sl-SI"/>
              </w:rPr>
              <w:t>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1B18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snemanju zvoka, poslušanju, sestavljanju ritmičnih vzorcev in predstavitvi izvedbe. Poudarek: digitalne naprave, zaveda se, da delujejo na podlagi človekovih navodil, in z …. Učenec cilj uporabi v nalogi, pojasni izbiro in</w:t>
            </w:r>
            <w:r w:rsidRPr="00D75C67">
              <w:rPr>
                <w:sz w:val="15"/>
                <w:lang w:val="sl-SI"/>
              </w:rPr>
              <w:t xml:space="preserve">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90C6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snemanju zvoka, poslušanju, sestavljanju ritmičnih vzorcev in predstavitvi izvedbe. Poudarek: digitalne naprave, zaveda se, da delujejo na podlagi človekovih navodil, in z …. Učenec cilj p</w:t>
            </w:r>
            <w:r w:rsidRPr="00D75C67">
              <w:rPr>
                <w:sz w:val="15"/>
                <w:lang w:val="sl-SI"/>
              </w:rPr>
              <w:t>renese v novo situacijo, utemelji ravnanje in predlaga izboljšavo.</w:t>
            </w:r>
          </w:p>
        </w:tc>
      </w:tr>
      <w:tr w:rsidR="00234674" w:rsidRPr="00D75C67" w14:paraId="0576DA94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F1C37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E3706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fotografiranju, preprostem digitalnem risanju, urejanju slike in predstavitvi galerije. Poudarek: digitalne naprave, zaveda se, da deluje</w:t>
            </w:r>
            <w:r w:rsidRPr="00D75C67">
              <w:rPr>
                <w:sz w:val="15"/>
                <w:lang w:val="sl-SI"/>
              </w:rPr>
              <w:t>jo na podlagi človekovih navodil, in z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5B517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fotografiranju, preprostem digitalnem risanju, urejanju slike in predstavitvi galerije. Poudarek: digitalne naprave, zaveda se, da deluje</w:t>
            </w:r>
            <w:r w:rsidRPr="00D75C67">
              <w:rPr>
                <w:sz w:val="15"/>
                <w:lang w:val="sl-SI"/>
              </w:rPr>
              <w:t>jo na podlagi človekovih navodil, in z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522C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fotografiranju, preprostem digitalnem risanju, urejanju slike in predstavitvi galerije. Poudarek: d</w:t>
            </w:r>
            <w:r w:rsidRPr="00D75C67">
              <w:rPr>
                <w:sz w:val="15"/>
                <w:lang w:val="sl-SI"/>
              </w:rPr>
              <w:t>igitalne naprave, zaveda se, da delujejo na podlagi človekovih navodil, in z …. Učenec cilj prenese v novo situacijo, utemelji ravnanje in predlaga izboljšavo.</w:t>
            </w:r>
          </w:p>
        </w:tc>
      </w:tr>
      <w:tr w:rsidR="00234674" w:rsidRPr="00D75C67" w14:paraId="18B3D9E7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AC13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7F22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ogledu izvedbe, varnem beleženju dejavnosti in uporabi </w:t>
            </w:r>
            <w:r w:rsidRPr="00D75C67">
              <w:rPr>
                <w:sz w:val="15"/>
                <w:lang w:val="sl-SI"/>
              </w:rPr>
              <w:t>preprostih gibalnih vsebin. Poudarek: digitalne naprave, zaveda se, da delujejo na podlagi človekovih navodil, in z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5353C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ogledu izvedbe, varnem beleženju dejavnosti in uporabi prepr</w:t>
            </w:r>
            <w:r w:rsidRPr="00D75C67">
              <w:rPr>
                <w:sz w:val="15"/>
                <w:lang w:val="sl-SI"/>
              </w:rPr>
              <w:t>ostih gibalnih vsebin. Poudarek: digitalne naprave, zaveda se, da delujejo na podlagi človekovih navodil, in z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C23D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ogledu izvedbe, varnem </w:t>
            </w:r>
            <w:r w:rsidRPr="00D75C67">
              <w:rPr>
                <w:sz w:val="15"/>
                <w:lang w:val="sl-SI"/>
              </w:rPr>
              <w:t>beleženju dejavnosti in uporabi preprostih gibalnih vsebin. Poudarek: digitalne naprave, zaveda se, da delujejo na podlagi človekovih navodil, in z …. Učenec cilj prenese v novo situacijo, utemelji ravnanje in predlaga izboljšavo.</w:t>
            </w:r>
          </w:p>
        </w:tc>
      </w:tr>
      <w:tr w:rsidR="00234674" w:rsidRPr="00D75C67" w14:paraId="07BD216E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BB21C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0A8A6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</w:t>
            </w:r>
            <w:r w:rsidRPr="00D75C67">
              <w:rPr>
                <w:sz w:val="15"/>
                <w:lang w:val="sl-SI"/>
              </w:rPr>
              <w:t>n ob slikovni podpori pri poslušanju izgovarjave, interaktivnih vajah, snemanju kratkega govora in sodelovanju na daljavo. Poudarek: digitalne naprave, zaveda se, da delujejo na podlagi človekovih navodil, in z …. Učenec pokaže cilj z ravnanjem ali kratkim</w:t>
            </w:r>
            <w:r w:rsidRPr="00D75C67">
              <w:rPr>
                <w:sz w:val="15"/>
                <w:lang w:val="sl-SI"/>
              </w:rPr>
              <w:t xml:space="preserve">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6B9D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izgovarjave, interaktivnih vajah, snemanju kratkega govora in sodelovanju na daljavo. Poudarek: digitalne naprave, zaveda se, da delujejo na podlagi človekovih navodil, in z …. Učenec cilj uporabi v nalogi, poj</w:t>
            </w:r>
            <w:r w:rsidRPr="00D75C67">
              <w:rPr>
                <w:sz w:val="15"/>
                <w:lang w:val="sl-SI"/>
              </w:rPr>
              <w:t>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97770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izgovarjave, interaktivnih vajah, snemanju kratkega govora in sodelovanju na daljavo. Poudarek: digitalne naprave, zaveda se, da delujejo na podlagi človekovih nav</w:t>
            </w:r>
            <w:r w:rsidRPr="00D75C67">
              <w:rPr>
                <w:sz w:val="15"/>
                <w:lang w:val="sl-SI"/>
              </w:rPr>
              <w:t>odil, in z …. Učenec cilj prenese v novo situacijo, utemelji ravnanje in predlaga izboljšavo.</w:t>
            </w:r>
          </w:p>
        </w:tc>
      </w:tr>
      <w:tr w:rsidR="00234674" w:rsidRPr="00D75C67" w14:paraId="7E411C9F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B838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4B394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varni uporabi izbranih učnih vsebin, ustvarjanju, dokumentiranju dejavnosti in odgovornem sodelovanju. Pouda</w:t>
            </w:r>
            <w:r w:rsidRPr="00D75C67">
              <w:rPr>
                <w:color w:val="673E82"/>
                <w:sz w:val="15"/>
                <w:lang w:val="sl-SI"/>
              </w:rPr>
              <w:t>rek: digitalne naprave, zaveda se, da delujejo na podlagi človekovih navodil, in z ….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E25A4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varni uporabi izbranih učnih vsebin, ustvarjanju, dokumentiranju dejavnosti in odgovornem sod</w:t>
            </w:r>
            <w:r w:rsidRPr="00D75C67">
              <w:rPr>
                <w:color w:val="673E82"/>
                <w:sz w:val="15"/>
                <w:lang w:val="sl-SI"/>
              </w:rPr>
              <w:t>elovanju. Poudarek: digitalne naprave, zaveda se, da delujejo na podlagi človekovih navodil, in z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F043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</w:t>
            </w:r>
            <w:r w:rsidRPr="00D75C67">
              <w:rPr>
                <w:color w:val="673E82"/>
                <w:sz w:val="15"/>
                <w:lang w:val="sl-SI"/>
              </w:rPr>
              <w:t>varjanju, dokumentiranju dejavnosti in odgovornem sodelovanju. Poudarek: digitalne naprave, zaveda se, da delujejo na podlagi človekovih navodil, in z …. Učenec cilj prenese v novo situacijo, utemelji ravnanje in predlaga izboljšavo.</w:t>
            </w:r>
          </w:p>
        </w:tc>
      </w:tr>
    </w:tbl>
    <w:p w14:paraId="22F408E2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0705892B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16854F56" w14:textId="055909B6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45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Uporablja osnovno programsko opremo glede na cilj oziroma namen naloge.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1F4529EC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4165B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E8F92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AAF97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30980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F6A24D8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66136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0454D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</w:t>
            </w:r>
            <w:r w:rsidRPr="00D75C67">
              <w:rPr>
                <w:sz w:val="15"/>
                <w:lang w:val="sl-SI"/>
              </w:rPr>
              <w:t>slikovni podpori pri poslušanju posnetkov, tipkanju kratkih besedil, digitalnem branju in predstavitvi zgodbe. Poudarek: osnovno programsko opremo glede na cilj oziroma namen naloge.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380CA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</w:t>
            </w:r>
            <w:r w:rsidRPr="00D75C67">
              <w:rPr>
                <w:sz w:val="15"/>
                <w:lang w:val="sl-SI"/>
              </w:rPr>
              <w:t>pri poslušanju posnetkov, tipkanju kratkih besedil, digitalnem branju in predstavitvi zgodbe. Poudarek: osnovno programsko opremo glede na cilj oziroma namen naloge.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4969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posnetkov, tipkanju kratkih besedil, digitalnem branju in predstavitvi zgodbe. Poudarek: osnovno programsko opremo glede na cilj oziroma namen naloge. Učenec cilj prenese v novo situacijo, utemelji ravnanje in</w:t>
            </w:r>
            <w:r w:rsidRPr="00D75C67">
              <w:rPr>
                <w:sz w:val="15"/>
                <w:lang w:val="sl-SI"/>
              </w:rPr>
              <w:t xml:space="preserve"> predlaga izboljšavo.</w:t>
            </w:r>
          </w:p>
        </w:tc>
      </w:tr>
      <w:tr w:rsidR="00234674" w:rsidRPr="00D75C67" w14:paraId="2D8FA444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143A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0B838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interaktivnih vajah, prikazovanju podatkov, algoritmičnih nalogah in preverjanju rešitev. Poudarek: osnovno programsko opremo glede na cilj oziroma namen naloge. Učenec pokaže cilj z ravna</w:t>
            </w:r>
            <w:r w:rsidRPr="00D75C67">
              <w:rPr>
                <w:sz w:val="15"/>
                <w:lang w:val="sl-SI"/>
              </w:rPr>
              <w:t>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21A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interaktivnih vajah, prikazovanju podatkov, algoritmičnih nalogah in preverjanju rešitev. Poudarek: osnovno programsko opremo glede na cilj oziroma namen naloge. Učenec cilj uporabi v nalogi, pojasni izbir</w:t>
            </w:r>
            <w:r w:rsidRPr="00D75C67">
              <w:rPr>
                <w:sz w:val="15"/>
                <w:lang w:val="sl-SI"/>
              </w:rPr>
              <w:t>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75F04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interaktivnih vajah, prikazovanju podatkov, algoritmičnih nalogah in preverjanju rešitev. Poudarek: osnovno programsko opremo glede na cilj oziroma namen naloge. Učenec cilj prenese v </w:t>
            </w:r>
            <w:r w:rsidRPr="00D75C67">
              <w:rPr>
                <w:sz w:val="15"/>
                <w:lang w:val="sl-SI"/>
              </w:rPr>
              <w:t>novo situacijo, utemelji ravnanje in predlaga izboljšavo.</w:t>
            </w:r>
          </w:p>
        </w:tc>
      </w:tr>
      <w:tr w:rsidR="00234674" w:rsidRPr="00D75C67" w14:paraId="5B1000AD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9DA1B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50C6B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dokumentiranju opazovanj, iskanju v izbranih virih, zemljevidih in predstavitvah. Poudarek: osnovno programsko opremo glede na cilj oziroma name</w:t>
            </w:r>
            <w:r w:rsidRPr="00D75C67">
              <w:rPr>
                <w:sz w:val="15"/>
                <w:lang w:val="sl-SI"/>
              </w:rPr>
              <w:t>n naloge.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E5066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dokumentiranju opazovanj, iskanju v izbranih virih, zemljevidih in predstavitvah. Poudarek: osnovno programsko opremo glede na cilj oziroma namen naloge. Učenec cilj </w:t>
            </w:r>
            <w:r w:rsidRPr="00D75C67">
              <w:rPr>
                <w:sz w:val="15"/>
                <w:lang w:val="sl-SI"/>
              </w:rPr>
              <w:t>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3414D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dokumentiranju opazovanj, iskanju v izbranih virih, zemljevidih in predstavitvah. Poudarek: osnovno programsko opremo glede na cilj oziroma namen naloge.</w:t>
            </w:r>
            <w:r w:rsidRPr="00D75C67">
              <w:rPr>
                <w:sz w:val="15"/>
                <w:lang w:val="sl-SI"/>
              </w:rPr>
              <w:t xml:space="preserve"> Učenec cilj prenese v novo situacijo, utemelji ravnanje in predlaga izboljšavo.</w:t>
            </w:r>
          </w:p>
        </w:tc>
      </w:tr>
      <w:tr w:rsidR="00234674" w:rsidRPr="00D75C67" w14:paraId="307FD284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F6C9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A6FA5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snemanju zvoka, poslušanju, sestavljanju ritmičnih vzorcev in predstavitvi izvedbe. Poudarek: osnovno programsko opremo gl</w:t>
            </w:r>
            <w:r w:rsidRPr="00D75C67">
              <w:rPr>
                <w:sz w:val="15"/>
                <w:lang w:val="sl-SI"/>
              </w:rPr>
              <w:t>ede na cilj oziroma namen naloge.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DD729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snemanju zvoka, poslušanju, sestavljanju ritmičnih vzorcev in predstavitvi izvedbe. Poudarek: osnovno programsko opremo glede na cilj oziroma nam</w:t>
            </w:r>
            <w:r w:rsidRPr="00D75C67">
              <w:rPr>
                <w:sz w:val="15"/>
                <w:lang w:val="sl-SI"/>
              </w:rPr>
              <w:t>en naloge.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8175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snemanju zvoka, poslušanju, sestavljanju ritmičnih vzorcev in predstavitvi izvedbe. Poudarek: osnovno programsko opremo glede na c</w:t>
            </w:r>
            <w:r w:rsidRPr="00D75C67">
              <w:rPr>
                <w:sz w:val="15"/>
                <w:lang w:val="sl-SI"/>
              </w:rPr>
              <w:t>ilj oziroma namen naloge. Učenec cilj prenese v novo situacijo, utemelji ravnanje in predlaga izboljšavo.</w:t>
            </w:r>
          </w:p>
        </w:tc>
      </w:tr>
      <w:tr w:rsidR="00234674" w:rsidRPr="00D75C67" w14:paraId="7B5C77F9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BBDD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1E35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fotografiranju, preprostem digitalnem risanju, urejanju slike in predstavitvi galerije. Poudarek: </w:t>
            </w:r>
            <w:r w:rsidRPr="00D75C67">
              <w:rPr>
                <w:sz w:val="15"/>
                <w:lang w:val="sl-SI"/>
              </w:rPr>
              <w:t>osnovno programsko opremo glede na cilj oziroma namen naloge.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017BB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fotografiranju, preprostem digitalnem risanju, urejanju slike in predstavitvi galerije. Poudarek: osnovno programsko </w:t>
            </w:r>
            <w:r w:rsidRPr="00D75C67">
              <w:rPr>
                <w:sz w:val="15"/>
                <w:lang w:val="sl-SI"/>
              </w:rPr>
              <w:t>opremo glede na cilj oziroma namen naloge.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306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fotografiranju, preprostem digitalnem risanju, urejanju slike in predstavitvi galerije. Poudarek: </w:t>
            </w:r>
            <w:r w:rsidRPr="00D75C67">
              <w:rPr>
                <w:sz w:val="15"/>
                <w:lang w:val="sl-SI"/>
              </w:rPr>
              <w:t>osnovno programsko opremo glede na cilj oziroma namen naloge. Učenec cilj prenese v novo situacijo, utemelji ravnanje in predlaga izboljšavo.</w:t>
            </w:r>
          </w:p>
        </w:tc>
      </w:tr>
      <w:tr w:rsidR="00234674" w:rsidRPr="00D75C67" w14:paraId="3EF2820D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73842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A2311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ogledu izvedbe, varnem beleženju dejavnosti in uporabi preprostih </w:t>
            </w:r>
            <w:r w:rsidRPr="00D75C67">
              <w:rPr>
                <w:sz w:val="15"/>
                <w:lang w:val="sl-SI"/>
              </w:rPr>
              <w:t>gibalnih vsebin. Poudarek: osnovno programsko opremo glede na cilj oziroma namen naloge.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417C5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ogledu izvedbe, varnem beleženju dejavnosti in uporabi preprostih gibalnih vsebin. Poudare</w:t>
            </w:r>
            <w:r w:rsidRPr="00D75C67">
              <w:rPr>
                <w:sz w:val="15"/>
                <w:lang w:val="sl-SI"/>
              </w:rPr>
              <w:t>k: osnovno programsko opremo glede na cilj oziroma namen naloge.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4D138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ogledu izvedbe, varnem beleženju dejavnosti in uporabi preprostih gibalnih v</w:t>
            </w:r>
            <w:r w:rsidRPr="00D75C67">
              <w:rPr>
                <w:sz w:val="15"/>
                <w:lang w:val="sl-SI"/>
              </w:rPr>
              <w:t>sebin. Poudarek: osnovno programsko opremo glede na cilj oziroma namen naloge. Učenec cilj prenese v novo situacijo, utemelji ravnanje in predlaga izboljšavo.</w:t>
            </w:r>
          </w:p>
        </w:tc>
      </w:tr>
      <w:tr w:rsidR="00234674" w:rsidRPr="00D75C67" w14:paraId="22712964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73F10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F3B01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poslušanju izgovarjave, interaktivnih vajah, s</w:t>
            </w:r>
            <w:r w:rsidRPr="00D75C67">
              <w:rPr>
                <w:sz w:val="15"/>
                <w:lang w:val="sl-SI"/>
              </w:rPr>
              <w:t>nemanju kratkega govora in sodelovanju na daljavo. Poudarek: osnovno programsko opremo glede na cilj oziroma namen naloge.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B7C5C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izgovarjave, interaktivnih vajah, snemanju kr</w:t>
            </w:r>
            <w:r w:rsidRPr="00D75C67">
              <w:rPr>
                <w:sz w:val="15"/>
                <w:lang w:val="sl-SI"/>
              </w:rPr>
              <w:t>atkega govora in sodelovanju na daljavo. Poudarek: osnovno programsko opremo glede na cilj oziroma namen naloge.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2AAE6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izgovarjave, inte</w:t>
            </w:r>
            <w:r w:rsidRPr="00D75C67">
              <w:rPr>
                <w:sz w:val="15"/>
                <w:lang w:val="sl-SI"/>
              </w:rPr>
              <w:t>raktivnih vajah, snemanju kratkega govora in sodelovanju na daljavo. Poudarek: osnovno programsko opremo glede na cilj oziroma namen naloge. Učenec cilj prenese v novo situacijo, utemelji ravnanje in predlaga izboljšavo.</w:t>
            </w:r>
          </w:p>
        </w:tc>
      </w:tr>
      <w:tr w:rsidR="00234674" w:rsidRPr="00D75C67" w14:paraId="40F7BA53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4DACD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D2AF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ob </w:t>
            </w:r>
            <w:r w:rsidRPr="00D75C67">
              <w:rPr>
                <w:color w:val="673E82"/>
                <w:sz w:val="15"/>
                <w:lang w:val="sl-SI"/>
              </w:rPr>
              <w:t>slikovni podpori pri varni uporabi izbranih učnih vsebin, ustvarjanju, dokumentiranju dejavnosti in odgovornem sodelovanju. Poudarek: osnovno programsko opremo glede na cilj oziroma namen naloge.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973F8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</w:t>
            </w:r>
            <w:r w:rsidRPr="00D75C67">
              <w:rPr>
                <w:color w:val="673E82"/>
                <w:sz w:val="15"/>
                <w:lang w:val="sl-SI"/>
              </w:rPr>
              <w:t xml:space="preserve"> ali skupini pri varni uporabi izbranih učnih vsebin, ustvarjanju, dokumentiranju dejavnosti in odgovornem sodelovanju. Poudarek: osnovno programsko opremo glede na cilj oziroma namen naloge. Učenec cilj uporabi v nalogi, pojasni izbiro in upošteva povratn</w:t>
            </w:r>
            <w:r w:rsidRPr="00D75C67">
              <w:rPr>
                <w:color w:val="673E82"/>
                <w:sz w:val="15"/>
                <w:lang w:val="sl-SI"/>
              </w:rPr>
              <w:t>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6CA4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ustvarjanju, dokumentiranju dejavnosti in odgovornem sodelovanju. Poudarek: osnovno programsko opremo glede na cilj oziroma namen naloge. Učenec cilj prenese v novo sit</w:t>
            </w:r>
            <w:r w:rsidRPr="00D75C67">
              <w:rPr>
                <w:color w:val="673E82"/>
                <w:sz w:val="15"/>
                <w:lang w:val="sl-SI"/>
              </w:rPr>
              <w:t>uacijo, utemelji ravnanje in predlaga izboljšavo.</w:t>
            </w:r>
          </w:p>
        </w:tc>
      </w:tr>
    </w:tbl>
    <w:p w14:paraId="7AB3E4AE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6258E1F1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78830ED2" w14:textId="356B2461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46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shranjevati podatke in ponovno dostopati do njih.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1BA2603B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DC85A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0018C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 xml:space="preserve">1. </w:t>
            </w:r>
            <w:r w:rsidRPr="00D75C67">
              <w:rPr>
                <w:b/>
                <w:color w:val="FFFFFF"/>
                <w:sz w:val="17"/>
                <w:lang w:val="sl-SI"/>
              </w:rPr>
              <w:t>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3849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C1E607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9615DE6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52681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F03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posnetkov, tipkanju kratkih besedil, digitalnem branju in predstavitvi zgodbe. Poudarek: shranjevati podatke in ponovno dostopati do njih. Učenec pokaže cilj z ravnanjem </w:t>
            </w:r>
            <w:r w:rsidRPr="00D75C67">
              <w:rPr>
                <w:sz w:val="15"/>
                <w:lang w:val="sl-SI"/>
              </w:rPr>
              <w:t>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DBCA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posnetkov, tipkanju kratkih besedil, digitalnem branju in predstavitvi zgodbe. Poudarek: shranjevati podatke in ponovno dostopati do njih. Učenec cilj uporabi v nalogi, pojasni izbiro in upošteva pov</w:t>
            </w:r>
            <w:r w:rsidRPr="00D75C67">
              <w:rPr>
                <w:sz w:val="15"/>
                <w:lang w:val="sl-SI"/>
              </w:rPr>
              <w:t>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06727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posnetkov, tipkanju kratkih besedil, digitalnem branju in predstavitvi zgodbe. Poudarek: shranjevati podatke in ponovno dostopati do njih. Učenec cilj prenese v novo situacijo, utemelji ravn</w:t>
            </w:r>
            <w:r w:rsidRPr="00D75C67">
              <w:rPr>
                <w:sz w:val="15"/>
                <w:lang w:val="sl-SI"/>
              </w:rPr>
              <w:t>anje in predlaga izboljšavo.</w:t>
            </w:r>
          </w:p>
        </w:tc>
      </w:tr>
      <w:tr w:rsidR="00234674" w:rsidRPr="00D75C67" w14:paraId="527DB4A1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5C1C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B55A2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interaktivnih vajah, prikazovanju podatkov, algoritmičnih nalogah in preverjanju rešitev. Poudarek: shranjevati podatke in ponovno dostopati do njih. Učenec pokaže cilj z ravnanjem </w:t>
            </w:r>
            <w:r w:rsidRPr="00D75C67">
              <w:rPr>
                <w:sz w:val="15"/>
                <w:lang w:val="sl-SI"/>
              </w:rPr>
              <w:t>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4FA6B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interaktivnih vajah, prikazovanju podatkov, algoritmičnih nalogah in preverjanju rešitev. Poudarek: shranjevati podatke in ponovno dostopati do njih. Učenec cilj uporabi v nalogi, pojasni izbiro in upošteva pov</w:t>
            </w:r>
            <w:r w:rsidRPr="00D75C67">
              <w:rPr>
                <w:sz w:val="15"/>
                <w:lang w:val="sl-SI"/>
              </w:rPr>
              <w:t>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BC791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interaktivnih vajah, prikazovanju podatkov, algoritmičnih nalogah in preverjanju rešitev. Poudarek: shranjevati podatke in ponovno dostopati do njih. Učenec cilj prenese v novo situacijo, utemelji ravn</w:t>
            </w:r>
            <w:r w:rsidRPr="00D75C67">
              <w:rPr>
                <w:sz w:val="15"/>
                <w:lang w:val="sl-SI"/>
              </w:rPr>
              <w:t>anje in predlaga izboljšavo.</w:t>
            </w:r>
          </w:p>
        </w:tc>
      </w:tr>
      <w:tr w:rsidR="00234674" w:rsidRPr="00D75C67" w14:paraId="68B8BBE2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875F7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65AC3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dokumentiranju opazovanj, iskanju v izbranih virih, zemljevidih in predstavitvah. Poudarek: shranjevati podatke in ponovno dostopati do njih. Učenec pokaže cilj z ravnanjem </w:t>
            </w:r>
            <w:r w:rsidRPr="00D75C67">
              <w:rPr>
                <w:sz w:val="15"/>
                <w:lang w:val="sl-SI"/>
              </w:rPr>
              <w:t>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8DD52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dokumentiranju opazovanj, iskanju v izbranih virih, zemljevidih in predstavitvah. Poudarek: shranjevati podatke in ponovno dostopati do njih. Učenec cilj uporabi v nalogi, pojasni izbiro in upošteva povratno in</w:t>
            </w:r>
            <w:r w:rsidRPr="00D75C67">
              <w:rPr>
                <w:sz w:val="15"/>
                <w:lang w:val="sl-SI"/>
              </w:rPr>
              <w:t>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866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dokumentiranju opazovanj, iskanju v izbranih virih, zemljevidih in predstavitvah. Poudarek: shranjevati podatke in ponovno dostopati do njih. Učenec cilj prenese v novo situacijo, utemelji ravnanje in predlaga</w:t>
            </w:r>
            <w:r w:rsidRPr="00D75C67">
              <w:rPr>
                <w:sz w:val="15"/>
                <w:lang w:val="sl-SI"/>
              </w:rPr>
              <w:t xml:space="preserve"> izboljšavo.</w:t>
            </w:r>
          </w:p>
        </w:tc>
      </w:tr>
      <w:tr w:rsidR="00234674" w:rsidRPr="00D75C67" w14:paraId="021C81BC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0CC43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D12AA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snemanju zvoka, poslušanju, sestavljanju ritmičnih vzorcev in predstavitvi izvedbe. Poudarek: shranjevati podatke in ponovno dostopati do njih. Učenec pokaže cilj z ravnanjem ali kratkim odg</w:t>
            </w:r>
            <w:r w:rsidRPr="00D75C67">
              <w:rPr>
                <w:sz w:val="15"/>
                <w:lang w:val="sl-SI"/>
              </w:rPr>
              <w:t>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5E485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snemanju zvoka, poslušanju, sestavljanju ritmičnih vzorcev in predstavitvi izvedbe. Poudarek: shranjevati podatke in ponovno dostopati do njih.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0A459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</w:t>
            </w:r>
            <w:r w:rsidRPr="00D75C67">
              <w:rPr>
                <w:sz w:val="15"/>
                <w:lang w:val="sl-SI"/>
              </w:rPr>
              <w:t>mostojneje načrtuje dejavnost pri snemanju zvoka, poslušanju, sestavljanju ritmičnih vzorcev in predstavitvi izvedbe. Poudarek: shranjevati podatke in ponovno dostopati do njih. Učenec cilj prenese v novo situacijo, utemelji ravnanje in predlaga izboljšavo</w:t>
            </w:r>
            <w:r w:rsidRPr="00D75C67">
              <w:rPr>
                <w:sz w:val="15"/>
                <w:lang w:val="sl-SI"/>
              </w:rPr>
              <w:t>.</w:t>
            </w:r>
          </w:p>
        </w:tc>
      </w:tr>
      <w:tr w:rsidR="00234674" w:rsidRPr="00D75C67" w14:paraId="4C0DC8F0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9AE8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99ADA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fotografiranju, preprostem digitalnem risanju, urejanju slike in predstavitvi galerije. Poudarek: shranjevati podatke in ponovno dostopati do njih.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A880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fotografiranju, preprostem digitalnem risanju, urejanju slike in predstavitvi galerije. Poudarek: shranjevati podatke in ponovno dostopati do njih.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4D1A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</w:t>
            </w:r>
            <w:r w:rsidRPr="00D75C67">
              <w:rPr>
                <w:sz w:val="15"/>
                <w:lang w:val="sl-SI"/>
              </w:rPr>
              <w:t>ojneje načrtuje dejavnost pri fotografiranju, preprostem digitalnem risanju, urejanju slike in predstavitvi galerije. Poudarek: shranjevati podatke in ponovno dostopati do njih. Učenec cilj prenese v novo situacijo, utemelji ravnanje in predlaga izboljšavo</w:t>
            </w:r>
            <w:r w:rsidRPr="00D75C67">
              <w:rPr>
                <w:sz w:val="15"/>
                <w:lang w:val="sl-SI"/>
              </w:rPr>
              <w:t>.</w:t>
            </w:r>
          </w:p>
        </w:tc>
      </w:tr>
      <w:tr w:rsidR="00234674" w:rsidRPr="00D75C67" w14:paraId="496E33F4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E281D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D03F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ogledu izvedbe, varnem beleženju dejavnosti in uporabi preprostih gibalnih vsebin. Poudarek: shranjevati podatke in ponovno dostopati do njih.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D8D7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</w:t>
            </w:r>
            <w:r w:rsidRPr="00D75C67">
              <w:rPr>
                <w:sz w:val="15"/>
                <w:lang w:val="sl-SI"/>
              </w:rPr>
              <w:t>ni pri ogledu izvedbe, varnem beleženju dejavnosti in uporabi preprostih gibalnih vsebin. Poudarek: shranjevati podatke in ponovno dostopati do njih.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1908A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</w:t>
            </w:r>
            <w:r w:rsidRPr="00D75C67">
              <w:rPr>
                <w:sz w:val="15"/>
                <w:lang w:val="sl-SI"/>
              </w:rPr>
              <w:t>dejavnost pri ogledu izvedbe, varnem beleženju dejavnosti in uporabi preprostih gibalnih vsebin. Poudarek: shranjevati podatke in ponovno dostopati do njih. Učenec cilj prenese v novo situacijo, utemelji ravnanje in predlaga izboljšavo.</w:t>
            </w:r>
          </w:p>
        </w:tc>
      </w:tr>
      <w:tr w:rsidR="00234674" w:rsidRPr="00D75C67" w14:paraId="4E6CD531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CBFB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7A1C2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</w:t>
            </w:r>
            <w:r w:rsidRPr="00D75C67">
              <w:rPr>
                <w:sz w:val="15"/>
                <w:lang w:val="sl-SI"/>
              </w:rPr>
              <w:t>deno in ob slikovni podpori pri poslušanju izgovarjave, interaktivnih vajah, snemanju kratkega govora in sodelovanju na daljavo. Poudarek: shranjevati podatke in ponovno dostopati do njih.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96F8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</w:t>
            </w:r>
            <w:r w:rsidRPr="00D75C67">
              <w:rPr>
                <w:sz w:val="15"/>
                <w:lang w:val="sl-SI"/>
              </w:rPr>
              <w:t>upini pri poslušanju izgovarjave, interaktivnih vajah, snemanju kratkega govora in sodelovanju na daljavo. Poudarek: shranjevati podatke in ponovno dostopati do njih.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D7B5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izgovarjave, interaktivnih vajah, snemanju kratkega govora in sodelovanju na daljavo. Poudarek: shranjevati podatke in ponovno dostopati do njih. Učenec cilj prenese v novo situacijo, utemelji ravnanje in pred</w:t>
            </w:r>
            <w:r w:rsidRPr="00D75C67">
              <w:rPr>
                <w:sz w:val="15"/>
                <w:lang w:val="sl-SI"/>
              </w:rPr>
              <w:t>laga izboljšavo.</w:t>
            </w:r>
          </w:p>
        </w:tc>
      </w:tr>
      <w:tr w:rsidR="00234674" w:rsidRPr="00D75C67" w14:paraId="40CE80F7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3B9A6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A061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varni uporabi izbranih učnih vsebin, ustvarjanju, dokumentiranju dejavnosti in odgovornem sodelovanju. Poudarek: shranjevati podatke in ponovno dostopati do njih. Učenec pokaže cilj z r</w:t>
            </w:r>
            <w:r w:rsidRPr="00D75C67">
              <w:rPr>
                <w:color w:val="673E82"/>
                <w:sz w:val="15"/>
                <w:lang w:val="sl-SI"/>
              </w:rPr>
              <w:t>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D4C8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varni uporabi izbranih učnih vsebin, ustvarjanju, dokumentiranju dejavnosti in odgovornem sodelovanju. Poudarek: shranjevati podatke in ponovno dostopati do njih. Učenec cilj uporabi v nalogi, pojasni </w:t>
            </w:r>
            <w:r w:rsidRPr="00D75C67">
              <w:rPr>
                <w:color w:val="673E82"/>
                <w:sz w:val="15"/>
                <w:lang w:val="sl-SI"/>
              </w:rPr>
              <w:t>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13CDE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ustvarjanju, dokumentiranju dejavnosti in odgovornem sodelovanju. Poudarek: shranjevati podatke in ponovno dostopati do njih. Učenec cilj pren</w:t>
            </w:r>
            <w:r w:rsidRPr="00D75C67">
              <w:rPr>
                <w:color w:val="673E82"/>
                <w:sz w:val="15"/>
                <w:lang w:val="sl-SI"/>
              </w:rPr>
              <w:t>ese v novo situacijo, utemelji ravnanje in predlaga izboljšavo.</w:t>
            </w:r>
          </w:p>
        </w:tc>
      </w:tr>
    </w:tbl>
    <w:p w14:paraId="4D36551A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386BAA53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53FDB88A" w14:textId="17EF0D4E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47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Sestavlja navodila kot zaporedje korakov, z digitalno napra</w:t>
      </w:r>
      <w:r w:rsidRPr="00D75C67">
        <w:rPr>
          <w:color w:val="234E52"/>
          <w:sz w:val="21"/>
          <w:lang w:val="sl-SI"/>
        </w:rPr>
        <w:t>vo ali brez nje, in jih preizkuša.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50EF5E17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D603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8044BD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D9FA0E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5A9411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077B8C57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F98A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C503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posnetkov, tipkanju kratkih besedil, digitalnem branju in predstavitvi zgodbe. Poudarek: sestavlja navodila kot zaporedje </w:t>
            </w:r>
            <w:r w:rsidRPr="00D75C67">
              <w:rPr>
                <w:sz w:val="15"/>
                <w:lang w:val="sl-SI"/>
              </w:rPr>
              <w:t>korakov, z digitalno napravo ali brez nje, in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DD50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posnetkov, tipkanju kratkih besedil, digitalnem branju in predstavitvi zgodbe. Poudarek: sestavlja navodila kot zapored</w:t>
            </w:r>
            <w:r w:rsidRPr="00D75C67">
              <w:rPr>
                <w:sz w:val="15"/>
                <w:lang w:val="sl-SI"/>
              </w:rPr>
              <w:t>je korakov, z digitalno napravo ali brez nje, in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667D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posnetkov, tipkanju kratkih besedil, digitalnem branju in predstavitvi zgodbe.</w:t>
            </w:r>
            <w:r w:rsidRPr="00D75C67">
              <w:rPr>
                <w:sz w:val="15"/>
                <w:lang w:val="sl-SI"/>
              </w:rPr>
              <w:t xml:space="preserve"> Poudarek: sestavlja navodila kot zaporedje korakov, z digitalno napravo ali brez nje, in …. Učenec cilj prenese v novo situacijo, utemelji ravnanje in predlaga izboljšavo.</w:t>
            </w:r>
          </w:p>
        </w:tc>
      </w:tr>
      <w:tr w:rsidR="00234674" w:rsidRPr="00D75C67" w14:paraId="72D5F82B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C38D2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0B80D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interaktivnih vajah, prikazovanju </w:t>
            </w:r>
            <w:r w:rsidRPr="00D75C67">
              <w:rPr>
                <w:sz w:val="15"/>
                <w:lang w:val="sl-SI"/>
              </w:rPr>
              <w:t>podatkov, algoritmičnih nalogah in preverjanju rešitev. Poudarek: sestavlja navodila kot zaporedje korakov, z digitalno napravo ali brez nje, in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5B7AC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interaktivnih vajah, prikazovan</w:t>
            </w:r>
            <w:r w:rsidRPr="00D75C67">
              <w:rPr>
                <w:sz w:val="15"/>
                <w:lang w:val="sl-SI"/>
              </w:rPr>
              <w:t>ju podatkov, algoritmičnih nalogah in preverjanju rešitev. Poudarek: sestavlja navodila kot zaporedje korakov, z digitalno napravo ali brez nje, in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80D0C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</w:t>
            </w:r>
            <w:r w:rsidRPr="00D75C67">
              <w:rPr>
                <w:sz w:val="15"/>
                <w:lang w:val="sl-SI"/>
              </w:rPr>
              <w:t>vnost pri interaktivnih vajah, prikazovanju podatkov, algoritmičnih nalogah in preverjanju rešitev. Poudarek: sestavlja navodila kot zaporedje korakov, z digitalno napravo ali brez nje, in …. Učenec cilj prenese v novo situacijo, utemelji ravnanje in predl</w:t>
            </w:r>
            <w:r w:rsidRPr="00D75C67">
              <w:rPr>
                <w:sz w:val="15"/>
                <w:lang w:val="sl-SI"/>
              </w:rPr>
              <w:t>aga izboljšavo.</w:t>
            </w:r>
          </w:p>
        </w:tc>
      </w:tr>
      <w:tr w:rsidR="00234674" w:rsidRPr="00D75C67" w14:paraId="03F99C5D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9E8B5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53B2C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dokumentiranju opazovanj, iskanju v izbranih virih, zemljevidih in predstavitvah. Poudarek: sestavlja navodila kot zaporedje korakov, z digitalno napravo ali brez nje, in …. Učenec pokaž</w:t>
            </w:r>
            <w:r w:rsidRPr="00D75C67">
              <w:rPr>
                <w:sz w:val="15"/>
                <w:lang w:val="sl-SI"/>
              </w:rPr>
              <w:t>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FFB03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dokumentiranju opazovanj, iskanju v izbranih virih, zemljevidih in predstavitvah. Poudarek: sestavlja navodila kot zaporedje korakov, z digitalno napravo ali brez nje, in …. Učenec cilj upora</w:t>
            </w:r>
            <w:r w:rsidRPr="00D75C67">
              <w:rPr>
                <w:sz w:val="15"/>
                <w:lang w:val="sl-SI"/>
              </w:rPr>
              <w:t>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1872D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dokumentiranju opazovanj, iskanju v izbranih virih, zemljevidih in predstavitvah. Poudarek: sestavlja navodila kot zaporedje korakov, z digitalno napravo ali </w:t>
            </w:r>
            <w:r w:rsidRPr="00D75C67">
              <w:rPr>
                <w:sz w:val="15"/>
                <w:lang w:val="sl-SI"/>
              </w:rPr>
              <w:t>brez nje, in …. Učenec cilj prenese v novo situacijo, utemelji ravnanje in predlaga izboljšavo.</w:t>
            </w:r>
          </w:p>
        </w:tc>
      </w:tr>
      <w:tr w:rsidR="00234674" w:rsidRPr="00D75C67" w14:paraId="47C68B39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F0467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CD3E2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snemanju zvoka, poslušanju, sestavljanju ritmičnih vzorcev in predstavitvi izvedbe. Poudarek: sestavlja nav</w:t>
            </w:r>
            <w:r w:rsidRPr="00D75C67">
              <w:rPr>
                <w:sz w:val="15"/>
                <w:lang w:val="sl-SI"/>
              </w:rPr>
              <w:t>odila kot zaporedje korakov, z digitalno napravo ali brez nje, in ….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D5DA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snemanju zvoka, poslušanju, sestavljanju ritmičnih vzorcev in predstavitvi izvedbe. Poudarek: sestavlja </w:t>
            </w:r>
            <w:r w:rsidRPr="00D75C67">
              <w:rPr>
                <w:sz w:val="15"/>
                <w:lang w:val="sl-SI"/>
              </w:rPr>
              <w:t>navodila kot zaporedje korakov, z digitalno napravo ali brez nje, in ….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23783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snemanju zvoka, poslušanju, sestavljanju ritmičnih vzorcev in predsta</w:t>
            </w:r>
            <w:r w:rsidRPr="00D75C67">
              <w:rPr>
                <w:sz w:val="15"/>
                <w:lang w:val="sl-SI"/>
              </w:rPr>
              <w:t>vitvi izvedbe. Poudarek: sestavlja navodila kot zaporedje korakov, z digitalno napravo ali brez nje, in …. Učenec cilj prenese v novo situacijo, utemelji ravnanje in predlaga izboljšavo.</w:t>
            </w:r>
          </w:p>
        </w:tc>
      </w:tr>
      <w:tr w:rsidR="00234674" w:rsidRPr="00D75C67" w14:paraId="69315CC4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D7F5F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0463B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fotografiranju, p</w:t>
            </w:r>
            <w:r w:rsidRPr="00D75C67">
              <w:rPr>
                <w:sz w:val="15"/>
                <w:lang w:val="sl-SI"/>
              </w:rPr>
              <w:t>reprostem digitalnem risanju, urejanju slike in predstavitvi galerije. Poudarek: sestavlja navodila kot zaporedje korakov, z digitalno napravo ali brez nje, in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7252E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fotografiranju, </w:t>
            </w:r>
            <w:r w:rsidRPr="00D75C67">
              <w:rPr>
                <w:sz w:val="15"/>
                <w:lang w:val="sl-SI"/>
              </w:rPr>
              <w:t>preprostem digitalnem risanju, urejanju slike in predstavitvi galerije. Poudarek: sestavlja navodila kot zaporedje korakov, z digitalno napravo ali brez nje, in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E31F3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</w:t>
            </w:r>
            <w:r w:rsidRPr="00D75C67">
              <w:rPr>
                <w:sz w:val="15"/>
                <w:lang w:val="sl-SI"/>
              </w:rPr>
              <w:t>načrtuje dejavnost pri fotografiranju, preprostem digitalnem risanju, urejanju slike in predstavitvi galerije. Poudarek: sestavlja navodila kot zaporedje korakov, z digitalno napravo ali brez nje, in …. Učenec cilj prenese v novo situacijo, utemelji ravnan</w:t>
            </w:r>
            <w:r w:rsidRPr="00D75C67">
              <w:rPr>
                <w:sz w:val="15"/>
                <w:lang w:val="sl-SI"/>
              </w:rPr>
              <w:t>je in predlaga izboljšavo.</w:t>
            </w:r>
          </w:p>
        </w:tc>
      </w:tr>
      <w:tr w:rsidR="00234674" w:rsidRPr="00D75C67" w14:paraId="65E3CCCD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0B89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76A6E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ogledu izvedbe, varnem beleženju dejavnosti in uporabi preprostih gibalnih vsebin. Poudarek: sestavlja navodila kot zaporedje korakov, z digitalno napravo ali brez nje, in …. Učenec pokaže</w:t>
            </w:r>
            <w:r w:rsidRPr="00D75C67">
              <w:rPr>
                <w:sz w:val="15"/>
                <w:lang w:val="sl-SI"/>
              </w:rPr>
              <w:t xml:space="preserve">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EE36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ogledu izvedbe, varnem beleženju dejavnosti in uporabi preprostih gibalnih vsebin. Poudarek: sestavlja navodila kot zaporedje korakov, z digitalno napravo ali brez nje, in …. Učenec cilj upora</w:t>
            </w:r>
            <w:r w:rsidRPr="00D75C67">
              <w:rPr>
                <w:sz w:val="15"/>
                <w:lang w:val="sl-SI"/>
              </w:rPr>
              <w:t>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BFD1E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ogledu izvedbe, varnem beleženju dejavnosti in uporabi preprostih gibalnih vsebin. Poudarek: sestavlja navodila kot zaporedje korakov, z digitalno napravo ali</w:t>
            </w:r>
            <w:r w:rsidRPr="00D75C67">
              <w:rPr>
                <w:sz w:val="15"/>
                <w:lang w:val="sl-SI"/>
              </w:rPr>
              <w:t xml:space="preserve"> brez nje, in …. Učenec cilj prenese v novo situacijo, utemelji ravnanje in predlaga izboljšavo.</w:t>
            </w:r>
          </w:p>
        </w:tc>
      </w:tr>
      <w:tr w:rsidR="00234674" w:rsidRPr="00D75C67" w14:paraId="02BB5980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34BE7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7CE8C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izgovarjave, interaktivnih vajah, snemanju kratkega govora in sodelovanju na daljavo. Poudarek: </w:t>
            </w:r>
            <w:r w:rsidRPr="00D75C67">
              <w:rPr>
                <w:sz w:val="15"/>
                <w:lang w:val="sl-SI"/>
              </w:rPr>
              <w:t>sestavlja navodila kot zaporedje korakov, z digitalno napravo ali brez nje, in ….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FBD23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poslušanju izgovarjave, interaktivnih vajah, snemanju kratkega govora in sodelovanju na daljavo. </w:t>
            </w:r>
            <w:r w:rsidRPr="00D75C67">
              <w:rPr>
                <w:sz w:val="15"/>
                <w:lang w:val="sl-SI"/>
              </w:rPr>
              <w:t>Poudarek: sestavlja navodila kot zaporedje korakov, z digitalno napravo ali brez nje, in ….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BC8EB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izgovarjave, interaktivnih vajah, snem</w:t>
            </w:r>
            <w:r w:rsidRPr="00D75C67">
              <w:rPr>
                <w:sz w:val="15"/>
                <w:lang w:val="sl-SI"/>
              </w:rPr>
              <w:t>anju kratkega govora in sodelovanju na daljavo. Poudarek: sestavlja navodila kot zaporedje korakov, z digitalno napravo ali brez nje, in …. Učenec cilj prenese v novo situacijo, utemelji ravnanje in predlaga izboljšavo.</w:t>
            </w:r>
          </w:p>
        </w:tc>
      </w:tr>
      <w:tr w:rsidR="00234674" w:rsidRPr="00D75C67" w14:paraId="61CBCEB4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6529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ECDE2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</w:t>
            </w:r>
            <w:r w:rsidRPr="00D75C67">
              <w:rPr>
                <w:color w:val="673E82"/>
                <w:sz w:val="15"/>
                <w:lang w:val="sl-SI"/>
              </w:rPr>
              <w:t xml:space="preserve">kovni podpori pri varni uporabi izbranih učnih vsebin, ustvarjanju, dokumentiranju dejavnosti in odgovornem sodelovanju. Poudarek: sestavlja navodila kot zaporedje korakov, z digitalno napravo ali brez nje, in …. Učenec pokaže cilj z ravnanjem ali kratkim </w:t>
            </w:r>
            <w:r w:rsidRPr="00D75C67">
              <w:rPr>
                <w:color w:val="673E82"/>
                <w:sz w:val="15"/>
                <w:lang w:val="sl-SI"/>
              </w:rPr>
              <w:t>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13AE2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varni uporabi izbranih učnih vsebin, ustvarjanju, dokumentiranju dejavnosti in odgovornem sodelovanju. Poudarek: sestavlja navodila kot zaporedje korakov, z digitalno napravo ali brez nje, in …. Učenec cilj uporabi v nalog</w:t>
            </w:r>
            <w:r w:rsidRPr="00D75C67">
              <w:rPr>
                <w:color w:val="673E82"/>
                <w:sz w:val="15"/>
                <w:lang w:val="sl-SI"/>
              </w:rPr>
              <w:t>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DC1A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ustvarjanju, dokumentiranju dejavnosti in odgovornem sodelovanju. Poudarek: sestavlja navodila kot zaporedje korakov, z digitalno n</w:t>
            </w:r>
            <w:r w:rsidRPr="00D75C67">
              <w:rPr>
                <w:color w:val="673E82"/>
                <w:sz w:val="15"/>
                <w:lang w:val="sl-SI"/>
              </w:rPr>
              <w:t>apravo ali brez nje, in …. Učenec cilj prenese v novo situacijo, utemelji ravnanje in predlaga izboljšavo.</w:t>
            </w:r>
          </w:p>
        </w:tc>
      </w:tr>
    </w:tbl>
    <w:p w14:paraId="62C5CCD2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594F70AD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0E797212" w14:textId="18192BD3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48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odgovorne</w:t>
      </w:r>
      <w:r w:rsidRPr="00D75C67">
        <w:rPr>
          <w:color w:val="234E52"/>
          <w:sz w:val="21"/>
          <w:lang w:val="sl-SI"/>
        </w:rPr>
        <w:t xml:space="preserve"> in varne uporabe digitalnih naprav ter varnosti na spletu.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02055C81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19D12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79192F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C80860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F61EB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11B93E32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BA644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A6DAF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posnetkov, tipkanju kratkih besedil, digitalnem branju in predstavitvi zgodbe. Poudarek: odgovorne </w:t>
            </w:r>
            <w:r w:rsidRPr="00D75C67">
              <w:rPr>
                <w:sz w:val="15"/>
                <w:lang w:val="sl-SI"/>
              </w:rPr>
              <w:t>in varne uporabe digitalnih naprav ter varnosti na spletu.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AB29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posnetkov, tipkanju kratkih besedil, digitalnem branju in predstavitvi zgodbe. Poudarek: odgovorne in varne u</w:t>
            </w:r>
            <w:r w:rsidRPr="00D75C67">
              <w:rPr>
                <w:sz w:val="15"/>
                <w:lang w:val="sl-SI"/>
              </w:rPr>
              <w:t>porabe digitalnih naprav ter varnosti na spletu.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11E63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posnetkov, tipkanju kratkih besedil, digitalnem branju in predstavitvi zgodbe. Po</w:t>
            </w:r>
            <w:r w:rsidRPr="00D75C67">
              <w:rPr>
                <w:sz w:val="15"/>
                <w:lang w:val="sl-SI"/>
              </w:rPr>
              <w:t>udarek: odgovorne in varne uporabe digitalnih naprav ter varnosti na spletu. Učenec cilj prenese v novo situacijo, utemelji ravnanje in predlaga izboljšavo.</w:t>
            </w:r>
          </w:p>
        </w:tc>
      </w:tr>
      <w:tr w:rsidR="00234674" w:rsidRPr="00D75C67" w14:paraId="02493CD1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93CD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BB9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interaktivnih vajah, prikazovanju podatkov, algoritmi</w:t>
            </w:r>
            <w:r w:rsidRPr="00D75C67">
              <w:rPr>
                <w:sz w:val="15"/>
                <w:lang w:val="sl-SI"/>
              </w:rPr>
              <w:t>čnih nalogah in preverjanju rešitev. Poudarek: odgovorne in varne uporabe digitalnih naprav ter varnosti na spletu.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A40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interaktivnih vajah, prikazovanju podatkov, algoritmičnih nalog</w:t>
            </w:r>
            <w:r w:rsidRPr="00D75C67">
              <w:rPr>
                <w:sz w:val="15"/>
                <w:lang w:val="sl-SI"/>
              </w:rPr>
              <w:t>ah in preverjanju rešitev. Poudarek: odgovorne in varne uporabe digitalnih naprav ter varnosti na spletu.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F0AD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interaktivnih vajah, prikazovanju p</w:t>
            </w:r>
            <w:r w:rsidRPr="00D75C67">
              <w:rPr>
                <w:sz w:val="15"/>
                <w:lang w:val="sl-SI"/>
              </w:rPr>
              <w:t>odatkov, algoritmičnih nalogah in preverjanju rešitev. Poudarek: odgovorne in varne uporabe digitalnih naprav ter varnosti na spletu. Učenec cilj prenese v novo situacijo, utemelji ravnanje in predlaga izboljšavo.</w:t>
            </w:r>
          </w:p>
        </w:tc>
      </w:tr>
      <w:tr w:rsidR="00234674" w:rsidRPr="00D75C67" w14:paraId="64E9C8E8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AEC42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A764F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</w:t>
            </w:r>
            <w:r w:rsidRPr="00D75C67">
              <w:rPr>
                <w:sz w:val="15"/>
                <w:lang w:val="sl-SI"/>
              </w:rPr>
              <w:t>podpori pri dokumentiranju opazovanj, iskanju v izbranih virih, zemljevidih in predstavitvah. Poudarek: odgovorne in varne uporabe digitalnih naprav ter varnosti na spletu.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D9E21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</w:t>
            </w:r>
            <w:r w:rsidRPr="00D75C67">
              <w:rPr>
                <w:sz w:val="15"/>
                <w:lang w:val="sl-SI"/>
              </w:rPr>
              <w:t>dokumentiranju opazovanj, iskanju v izbranih virih, zemljevidih in predstavitvah. Poudarek: odgovorne in varne uporabe digitalnih naprav ter varnosti na spletu.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C3CF0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</w:t>
            </w:r>
            <w:r w:rsidRPr="00D75C67">
              <w:rPr>
                <w:sz w:val="15"/>
                <w:lang w:val="sl-SI"/>
              </w:rPr>
              <w:t>rtuje dejavnost pri dokumentiranju opazovanj, iskanju v izbranih virih, zemljevidih in predstavitvah. Poudarek: odgovorne in varne uporabe digitalnih naprav ter varnosti na spletu. Učenec cilj prenese v novo situacijo, utemelji ravnanje in predlaga izboljš</w:t>
            </w:r>
            <w:r w:rsidRPr="00D75C67">
              <w:rPr>
                <w:sz w:val="15"/>
                <w:lang w:val="sl-SI"/>
              </w:rPr>
              <w:t>avo.</w:t>
            </w:r>
          </w:p>
        </w:tc>
      </w:tr>
      <w:tr w:rsidR="00234674" w:rsidRPr="00D75C67" w14:paraId="0897251C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D612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1596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snemanju zvoka, poslušanju, sestavljanju ritmičnih vzorcev in predstavitvi izvedbe. Poudarek: odgovorne in varne uporabe digitalnih naprav ter varnosti na spletu. Učenec pokaže cilj z ravnanjem ali </w:t>
            </w:r>
            <w:r w:rsidRPr="00D75C67">
              <w:rPr>
                <w:sz w:val="15"/>
                <w:lang w:val="sl-SI"/>
              </w:rPr>
              <w:t>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1D0D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snemanju zvoka, poslušanju, sestavljanju ritmičnih vzorcev in predstavitvi izvedbe. Poudarek: odgovorne in varne uporabe digitalnih naprav ter varnosti na spletu. Učenec cilj uporabi v nalogi, pojasni izbiro in upo</w:t>
            </w:r>
            <w:r w:rsidRPr="00D75C67">
              <w:rPr>
                <w:sz w:val="15"/>
                <w:lang w:val="sl-SI"/>
              </w:rPr>
              <w:t>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24CB4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snemanju zvoka, poslušanju, sestavljanju ritmičnih vzorcev in predstavitvi izvedbe. Poudarek: odgovorne in varne uporabe digitalnih naprav ter varnosti na spletu. Učenec cilj prenese v novo si</w:t>
            </w:r>
            <w:r w:rsidRPr="00D75C67">
              <w:rPr>
                <w:sz w:val="15"/>
                <w:lang w:val="sl-SI"/>
              </w:rPr>
              <w:t>tuacijo, utemelji ravnanje in predlaga izboljšavo.</w:t>
            </w:r>
          </w:p>
        </w:tc>
      </w:tr>
      <w:tr w:rsidR="00234674" w:rsidRPr="00D75C67" w14:paraId="7334D5BA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774D3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D9C0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fotografiranju, preprostem digitalnem risanju, urejanju slike in predstavitvi galerije. Poudarek: odgovorne in varne uporabe digitalnih naprav ter varnos</w:t>
            </w:r>
            <w:r w:rsidRPr="00D75C67">
              <w:rPr>
                <w:sz w:val="15"/>
                <w:lang w:val="sl-SI"/>
              </w:rPr>
              <w:t>ti na spletu.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B204F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fotografiranju, preprostem digitalnem risanju, urejanju slike in predstavitvi galerije. Poudarek: odgovorne in varne uporabe digitalnih naprav ter varnosti na spletu</w:t>
            </w:r>
            <w:r w:rsidRPr="00D75C67">
              <w:rPr>
                <w:sz w:val="15"/>
                <w:lang w:val="sl-SI"/>
              </w:rPr>
              <w:t>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76234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fotografiranju, preprostem digitalnem risanju, urejanju slike in predstavitvi galerije. Poudarek: odgovorne in varne uporabe digitalnih nap</w:t>
            </w:r>
            <w:r w:rsidRPr="00D75C67">
              <w:rPr>
                <w:sz w:val="15"/>
                <w:lang w:val="sl-SI"/>
              </w:rPr>
              <w:t>rav ter varnosti na spletu. Učenec cilj prenese v novo situacijo, utemelji ravnanje in predlaga izboljšavo.</w:t>
            </w:r>
          </w:p>
        </w:tc>
      </w:tr>
      <w:tr w:rsidR="00234674" w:rsidRPr="00D75C67" w14:paraId="5836B779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8268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EBAAF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ogledu izvedbe, varnem beleženju dejavnosti in uporabi preprostih gibalnih vsebin. Poudarek: odgovorne in </w:t>
            </w:r>
            <w:r w:rsidRPr="00D75C67">
              <w:rPr>
                <w:sz w:val="15"/>
                <w:lang w:val="sl-SI"/>
              </w:rPr>
              <w:t>varne uporabe digitalnih naprav ter varnosti na spletu.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9B07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ogledu izvedbe, varnem beleženju dejavnosti in uporabi preprostih gibalnih vsebin. Poudarek: odgovorne in varne uporabe dig</w:t>
            </w:r>
            <w:r w:rsidRPr="00D75C67">
              <w:rPr>
                <w:sz w:val="15"/>
                <w:lang w:val="sl-SI"/>
              </w:rPr>
              <w:t>italnih naprav ter varnosti na spletu.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C3F26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ogledu izvedbe, varnem beleženju dejavnosti in uporabi preprostih gibalnih vsebin. Poudarek: odgovorne</w:t>
            </w:r>
            <w:r w:rsidRPr="00D75C67">
              <w:rPr>
                <w:sz w:val="15"/>
                <w:lang w:val="sl-SI"/>
              </w:rPr>
              <w:t xml:space="preserve"> in varne uporabe digitalnih naprav ter varnosti na spletu. Učenec cilj prenese v novo situacijo, utemelji ravnanje in predlaga izboljšavo.</w:t>
            </w:r>
          </w:p>
        </w:tc>
      </w:tr>
      <w:tr w:rsidR="00234674" w:rsidRPr="00D75C67" w14:paraId="770F1FAA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29924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DE325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izgovarjave, interaktivnih vajah, snemanju kratkega </w:t>
            </w:r>
            <w:r w:rsidRPr="00D75C67">
              <w:rPr>
                <w:sz w:val="15"/>
                <w:lang w:val="sl-SI"/>
              </w:rPr>
              <w:t>govora in sodelovanju na daljavo. Poudarek: odgovorne in varne uporabe digitalnih naprav ter varnosti na spletu.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3D3CE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izgovarjave, interaktivnih vajah, snemanju kratkega gov</w:t>
            </w:r>
            <w:r w:rsidRPr="00D75C67">
              <w:rPr>
                <w:sz w:val="15"/>
                <w:lang w:val="sl-SI"/>
              </w:rPr>
              <w:t>ora in sodelovanju na daljavo. Poudarek: odgovorne in varne uporabe digitalnih naprav ter varnosti na spletu.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56E80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izgovarjave, interak</w:t>
            </w:r>
            <w:r w:rsidRPr="00D75C67">
              <w:rPr>
                <w:sz w:val="15"/>
                <w:lang w:val="sl-SI"/>
              </w:rPr>
              <w:t>tivnih vajah, snemanju kratkega govora in sodelovanju na daljavo. Poudarek: odgovorne in varne uporabe digitalnih naprav ter varnosti na spletu. Učenec cilj prenese v novo situacijo, utemelji ravnanje in predlaga izboljšavo.</w:t>
            </w:r>
          </w:p>
        </w:tc>
      </w:tr>
      <w:tr w:rsidR="00234674" w:rsidRPr="00D75C67" w14:paraId="1A10E8F7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3EAA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20DAE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Vodeno in </w:t>
            </w:r>
            <w:r w:rsidRPr="00D75C67">
              <w:rPr>
                <w:color w:val="673E82"/>
                <w:sz w:val="15"/>
                <w:lang w:val="sl-SI"/>
              </w:rPr>
              <w:t>ob slikovni podpori pri varni uporabi izbranih učnih vsebin, ustvarjanju, dokumentiranju dejavnosti in odgovornem sodelovanju. Poudarek: odgovorne in varne uporabe digitalnih naprav ter varnosti na spletu. Učenec pokaže cilj z ravnanjem ali kratkim odgovor</w:t>
            </w:r>
            <w:r w:rsidRPr="00D75C67">
              <w:rPr>
                <w:color w:val="673E82"/>
                <w:sz w:val="15"/>
                <w:lang w:val="sl-SI"/>
              </w:rPr>
              <w:t>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7BA6C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varni uporabi izbranih učnih vsebin, ustvarjanju, dokumentiranju dejavnosti in odgovornem sodelovanju. Poudarek: odgovorne in varne uporabe digitalnih naprav ter varnosti na spletu. Učenec cilj uporabi v nalogi, pojasni izbiro in</w:t>
            </w:r>
            <w:r w:rsidRPr="00D75C67">
              <w:rPr>
                <w:color w:val="673E82"/>
                <w:sz w:val="15"/>
                <w:lang w:val="sl-SI"/>
              </w:rPr>
              <w:t xml:space="preserve">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BA746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ustvarjanju, dokumentiranju dejavnosti in odgovornem sodelovanju. Poudarek: odgovorne in varne uporabe digitalnih naprav ter varnosti na spletu. Učenec</w:t>
            </w:r>
            <w:r w:rsidRPr="00D75C67">
              <w:rPr>
                <w:color w:val="673E82"/>
                <w:sz w:val="15"/>
                <w:lang w:val="sl-SI"/>
              </w:rPr>
              <w:t xml:space="preserve"> cilj prenese v novo situacijo, utemelji ravnanje in predlaga izboljšavo.</w:t>
            </w:r>
          </w:p>
        </w:tc>
      </w:tr>
    </w:tbl>
    <w:p w14:paraId="15C61922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6BBEF92D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3C4005DE" w14:textId="0BC2BDE1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49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>Uči se komunicirati in sodelovati na daljavo z up</w:t>
      </w:r>
      <w:r w:rsidRPr="00D75C67">
        <w:rPr>
          <w:color w:val="234E52"/>
          <w:sz w:val="21"/>
          <w:lang w:val="sl-SI"/>
        </w:rPr>
        <w:t>orabo digitalne tehnologije.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778D3F99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2DF18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96FC98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50A24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42E663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666F0708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CDD66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717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posnetkov, tipkanju kratkih besedil, digitalnem branju in predstavitvi zgodbe. Poudarek: komunicirati in sodelovati na daljavo z </w:t>
            </w:r>
            <w:r w:rsidRPr="00D75C67">
              <w:rPr>
                <w:sz w:val="15"/>
                <w:lang w:val="sl-SI"/>
              </w:rPr>
              <w:t>uporabo digitalne tehnologije.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2FA5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poslušanju posnetkov, tipkanju kratkih besedil, digitalnem branju in predstavitvi zgodbe. Poudarek: komunicirati in sodelovati na daljavo z uporabo </w:t>
            </w:r>
            <w:r w:rsidRPr="00D75C67">
              <w:rPr>
                <w:sz w:val="15"/>
                <w:lang w:val="sl-SI"/>
              </w:rPr>
              <w:t>digitalne tehnologije.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E2B60D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posnetkov, tipkanju kratkih besedil, digitalnem branju in predstavitvi zgodbe. Poudarek: komunicirati in so</w:t>
            </w:r>
            <w:r w:rsidRPr="00D75C67">
              <w:rPr>
                <w:sz w:val="15"/>
                <w:lang w:val="sl-SI"/>
              </w:rPr>
              <w:t>delovati na daljavo z uporabo digitalne tehnologije. Učenec cilj prenese v novo situacijo, utemelji ravnanje in predlaga izboljšavo.</w:t>
            </w:r>
          </w:p>
        </w:tc>
      </w:tr>
      <w:tr w:rsidR="00234674" w:rsidRPr="00D75C67" w14:paraId="22990423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6DB6E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0F164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interaktivnih vajah, prikazovanju podatkov, algoritmičnih nalogah in preverja</w:t>
            </w:r>
            <w:r w:rsidRPr="00D75C67">
              <w:rPr>
                <w:sz w:val="15"/>
                <w:lang w:val="sl-SI"/>
              </w:rPr>
              <w:t>nju rešitev. Poudarek: komunicirati in sodelovati na daljavo z uporabo digitalne tehnologije.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D5C75A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interaktivnih vajah, prikazovanju podatkov, algoritmičnih nalogah in preverjanju reši</w:t>
            </w:r>
            <w:r w:rsidRPr="00D75C67">
              <w:rPr>
                <w:sz w:val="15"/>
                <w:lang w:val="sl-SI"/>
              </w:rPr>
              <w:t>tev. Poudarek: komunicirati in sodelovati na daljavo z uporabo digitalne tehnologije.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4DBE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interaktivnih vajah, prikazovanju podatkov, </w:t>
            </w:r>
            <w:r w:rsidRPr="00D75C67">
              <w:rPr>
                <w:sz w:val="15"/>
                <w:lang w:val="sl-SI"/>
              </w:rPr>
              <w:t>algoritmičnih nalogah in preverjanju rešitev. Poudarek: komunicirati in sodelovati na daljavo z uporabo digitalne tehnologije. Učenec cilj prenese v novo situacijo, utemelji ravnanje in predlaga izboljšavo.</w:t>
            </w:r>
          </w:p>
        </w:tc>
      </w:tr>
      <w:tr w:rsidR="00234674" w:rsidRPr="00D75C67" w14:paraId="325C1AB6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06DE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C54A2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</w:t>
            </w:r>
            <w:r w:rsidRPr="00D75C67">
              <w:rPr>
                <w:sz w:val="15"/>
                <w:lang w:val="sl-SI"/>
              </w:rPr>
              <w:t xml:space="preserve"> pri dokumentiranju opazovanj, iskanju v izbranih virih, zemljevidih in predstavitvah. Poudarek: komunicirati in sodelovati na daljavo z uporabo digitalne tehnologije.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A91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dokumentira</w:t>
            </w:r>
            <w:r w:rsidRPr="00D75C67">
              <w:rPr>
                <w:sz w:val="15"/>
                <w:lang w:val="sl-SI"/>
              </w:rPr>
              <w:t>nju opazovanj, iskanju v izbranih virih, zemljevidih in predstavitvah. Poudarek: komunicirati in sodelovati na daljavo z uporabo digitalne tehnologije.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5CC77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</w:t>
            </w:r>
            <w:r w:rsidRPr="00D75C67">
              <w:rPr>
                <w:sz w:val="15"/>
                <w:lang w:val="sl-SI"/>
              </w:rPr>
              <w:t>avnost pri dokumentiranju opazovanj, iskanju v izbranih virih, zemljevidih in predstavitvah. Poudarek: komunicirati in sodelovati na daljavo z uporabo digitalne tehnologije. Učenec cilj prenese v novo situacijo, utemelji ravnanje in predlaga izboljšavo.</w:t>
            </w:r>
          </w:p>
        </w:tc>
      </w:tr>
      <w:tr w:rsidR="00234674" w:rsidRPr="00D75C67" w14:paraId="4DC9464E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7977E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</w:t>
            </w:r>
            <w:r w:rsidRPr="00D75C67">
              <w:rPr>
                <w:b/>
                <w:color w:val="234E52"/>
                <w:sz w:val="15"/>
                <w:lang w:val="sl-SI"/>
              </w:rPr>
              <w:t>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F8E2A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snemanju zvoka, poslušanju, sestavljanju ritmičnih vzorcev in predstavitvi izvedbe. Poudarek: komunicirati in sodelovati na daljavo z uporabo digitalne tehnologije. Učenec pokaže cilj z ravnanjem ali kratk</w:t>
            </w:r>
            <w:r w:rsidRPr="00D75C67">
              <w:rPr>
                <w:sz w:val="15"/>
                <w:lang w:val="sl-SI"/>
              </w:rPr>
              <w:t>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1D154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snemanju zvoka, poslušanju, sestavljanju ritmičnih vzorcev in predstavitvi izvedbe. Poudarek: komunicirati in sodelovati na daljavo z uporabo digitalne tehnologije. Učenec cilj uporabi v nalogi, pojasni izbiro in upošte</w:t>
            </w:r>
            <w:r w:rsidRPr="00D75C67">
              <w:rPr>
                <w:sz w:val="15"/>
                <w:lang w:val="sl-SI"/>
              </w:rPr>
              <w:t>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C676D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snemanju zvoka, poslušanju, sestavljanju ritmičnih vzorcev in predstavitvi izvedbe. Poudarek: komunicirati in sodelovati na daljavo z uporabo digitalne tehnologije. Učenec cilj prenese v novo sit</w:t>
            </w:r>
            <w:r w:rsidRPr="00D75C67">
              <w:rPr>
                <w:sz w:val="15"/>
                <w:lang w:val="sl-SI"/>
              </w:rPr>
              <w:t>uacijo, utemelji ravnanje in predlaga izboljšavo.</w:t>
            </w:r>
          </w:p>
        </w:tc>
      </w:tr>
      <w:tr w:rsidR="00234674" w:rsidRPr="00D75C67" w14:paraId="7442019D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9B0D7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60034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fotografiranju, preprostem digitalnem risanju, urejanju slike in predstavitvi galerije. Poudarek: komunicirati in sodelovati na daljavo z uporabo </w:t>
            </w:r>
            <w:r w:rsidRPr="00D75C67">
              <w:rPr>
                <w:sz w:val="15"/>
                <w:lang w:val="sl-SI"/>
              </w:rPr>
              <w:t>digitalne tehnologije.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6B1A2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fotografiranju, preprostem digitalnem risanju, urejanju slike in predstavitvi galerije. Poudarek: komunicirati in sodelovati na daljavo z uporabo digitalne </w:t>
            </w:r>
            <w:r w:rsidRPr="00D75C67">
              <w:rPr>
                <w:sz w:val="15"/>
                <w:lang w:val="sl-SI"/>
              </w:rPr>
              <w:t>tehnologije.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D7361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fotografiranju, preprostem digitalnem risanju, urejanju slike in predstavitvi galerije. Poudarek: komunicirati in sodelovati na </w:t>
            </w:r>
            <w:r w:rsidRPr="00D75C67">
              <w:rPr>
                <w:sz w:val="15"/>
                <w:lang w:val="sl-SI"/>
              </w:rPr>
              <w:t>daljavo z uporabo digitalne tehnologije. Učenec cilj prenese v novo situacijo, utemelji ravnanje in predlaga izboljšavo.</w:t>
            </w:r>
          </w:p>
        </w:tc>
      </w:tr>
      <w:tr w:rsidR="00234674" w:rsidRPr="00D75C67" w14:paraId="35496746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44E35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D24B7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ogledu izvedbe, varnem beleženju dejavnosti in uporabi preprostih gibalnih vsebin. Poudarek: k</w:t>
            </w:r>
            <w:r w:rsidRPr="00D75C67">
              <w:rPr>
                <w:sz w:val="15"/>
                <w:lang w:val="sl-SI"/>
              </w:rPr>
              <w:t>omunicirati in sodelovati na daljavo z uporabo digitalne tehnologije.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A5B2F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ogledu izvedbe, varnem beleženju dejavnosti in uporabi preprostih gibalnih vsebin. Poudarek: komunicirati in </w:t>
            </w:r>
            <w:r w:rsidRPr="00D75C67">
              <w:rPr>
                <w:sz w:val="15"/>
                <w:lang w:val="sl-SI"/>
              </w:rPr>
              <w:t>sodelovati na daljavo z uporabo digitalne tehnologije.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CF004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ogledu izvedbe, varnem beleženju dejavnosti in uporabi preprostih gibalnih vsebin. Pou</w:t>
            </w:r>
            <w:r w:rsidRPr="00D75C67">
              <w:rPr>
                <w:sz w:val="15"/>
                <w:lang w:val="sl-SI"/>
              </w:rPr>
              <w:t>darek: komunicirati in sodelovati na daljavo z uporabo digitalne tehnologije. Učenec cilj prenese v novo situacijo, utemelji ravnanje in predlaga izboljšavo.</w:t>
            </w:r>
          </w:p>
        </w:tc>
      </w:tr>
      <w:tr w:rsidR="00234674" w:rsidRPr="00D75C67" w14:paraId="49B44E8E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0BC1F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D23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poslušanju izgovarjave, interaktivnih vajah, sn</w:t>
            </w:r>
            <w:r w:rsidRPr="00D75C67">
              <w:rPr>
                <w:sz w:val="15"/>
                <w:lang w:val="sl-SI"/>
              </w:rPr>
              <w:t>emanju kratkega govora in sodelovanju na daljavo. Poudarek: komunicirati in sodelovati na daljavo z uporabo digitalne tehnologije.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DE5E7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izgovarjave, interaktivnih vajah, sne</w:t>
            </w:r>
            <w:r w:rsidRPr="00D75C67">
              <w:rPr>
                <w:sz w:val="15"/>
                <w:lang w:val="sl-SI"/>
              </w:rPr>
              <w:t>manju kratkega govora in sodelovanju na daljavo. Poudarek: komunicirati in sodelovati na daljavo z uporabo digitalne tehnologije.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BAE2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poslušanju </w:t>
            </w:r>
            <w:r w:rsidRPr="00D75C67">
              <w:rPr>
                <w:sz w:val="15"/>
                <w:lang w:val="sl-SI"/>
              </w:rPr>
              <w:t>izgovarjave, interaktivnih vajah, snemanju kratkega govora in sodelovanju na daljavo. Poudarek: komunicirati in sodelovati na daljavo z uporabo digitalne tehnologije. Učenec cilj prenese v novo situacijo, utemelji ravnanje in predlaga izboljšavo.</w:t>
            </w:r>
          </w:p>
        </w:tc>
      </w:tr>
      <w:tr w:rsidR="00234674" w:rsidRPr="00D75C67" w14:paraId="757CF676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66F4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</w:t>
            </w:r>
            <w:r w:rsidRPr="00D75C67">
              <w:rPr>
                <w:b/>
                <w:color w:val="673E82"/>
                <w:sz w:val="15"/>
                <w:lang w:val="sl-SI"/>
              </w:rPr>
              <w:t>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57105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varni uporabi izbranih učnih vsebin, ustvarjanju, dokumentiranju dejavnosti in odgovornem sodelovanju. Poudarek: komunicirati in sodelovati na daljavo z uporabo digitalne tehnologije. Učenec pokaže cilj z ravnan</w:t>
            </w:r>
            <w:r w:rsidRPr="00D75C67">
              <w:rPr>
                <w:color w:val="673E82"/>
                <w:sz w:val="15"/>
                <w:lang w:val="sl-SI"/>
              </w:rPr>
              <w:t>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1BB46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 xml:space="preserve">V paru ali skupini pri varni uporabi izbranih učnih vsebin, ustvarjanju, dokumentiranju dejavnosti in odgovornem sodelovanju. Poudarek: komunicirati in sodelovati na daljavo z uporabo digitalne tehnologije. Učenec cilj uporabi v </w:t>
            </w:r>
            <w:r w:rsidRPr="00D75C67">
              <w:rPr>
                <w:color w:val="673E82"/>
                <w:sz w:val="15"/>
                <w:lang w:val="sl-SI"/>
              </w:rPr>
              <w:t>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392A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ustvarjanju, dokumentiranju dejavnosti in odgovornem sodelovanju. Poudarek: komunicirati in sodelovati na daljavo z uporabo di</w:t>
            </w:r>
            <w:r w:rsidRPr="00D75C67">
              <w:rPr>
                <w:color w:val="673E82"/>
                <w:sz w:val="15"/>
                <w:lang w:val="sl-SI"/>
              </w:rPr>
              <w:t>gitalne tehnologije. Učenec cilj prenese v novo situacijo, utemelji ravnanje in predlaga izboljšavo.</w:t>
            </w:r>
          </w:p>
        </w:tc>
      </w:tr>
    </w:tbl>
    <w:p w14:paraId="5608141D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0EF87122" w14:textId="77777777" w:rsidR="00234674" w:rsidRPr="00D75C67" w:rsidRDefault="00080C8D">
      <w:pPr>
        <w:rPr>
          <w:lang w:val="sl-SI"/>
        </w:rPr>
      </w:pPr>
      <w:r w:rsidRPr="00D75C67">
        <w:rPr>
          <w:lang w:val="sl-SI"/>
        </w:rPr>
        <w:br w:type="page"/>
      </w:r>
    </w:p>
    <w:p w14:paraId="10AD69E8" w14:textId="09C41766" w:rsidR="00234674" w:rsidRPr="00D75C67" w:rsidRDefault="00080C8D" w:rsidP="004B7BE1">
      <w:pPr>
        <w:pStyle w:val="Naslov2"/>
        <w:rPr>
          <w:lang w:val="sl-SI"/>
        </w:rPr>
      </w:pPr>
      <w:r w:rsidRPr="00D75C67">
        <w:rPr>
          <w:lang w:val="sl-SI"/>
        </w:rPr>
        <w:t>Cilj 50</w:t>
      </w:r>
      <w:r w:rsidR="004B7BE1" w:rsidRPr="00D75C67">
        <w:rPr>
          <w:lang w:val="sl-SI"/>
        </w:rPr>
        <w:t xml:space="preserve">: </w:t>
      </w:r>
      <w:r w:rsidRPr="00D75C67">
        <w:rPr>
          <w:color w:val="234E52"/>
          <w:sz w:val="21"/>
          <w:lang w:val="sl-SI"/>
        </w:rPr>
        <w:t xml:space="preserve">Ustvarja preproste </w:t>
      </w:r>
      <w:r w:rsidRPr="00D75C67">
        <w:rPr>
          <w:color w:val="234E52"/>
          <w:sz w:val="21"/>
          <w:lang w:val="sl-SI"/>
        </w:rPr>
        <w:t>digitalne vsebine.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4104"/>
        <w:gridCol w:w="4104"/>
        <w:gridCol w:w="4104"/>
      </w:tblGrid>
      <w:tr w:rsidR="00234674" w:rsidRPr="00D75C67" w14:paraId="5133F1E7" w14:textId="77777777">
        <w:trPr>
          <w:tblHeader/>
          <w:jc w:val="center"/>
        </w:trPr>
        <w:tc>
          <w:tcPr>
            <w:tcW w:w="194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C49D5B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Predmet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D58F1C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1.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E02A52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2. razred</w:t>
            </w:r>
          </w:p>
        </w:tc>
        <w:tc>
          <w:tcPr>
            <w:tcW w:w="4104" w:type="dxa"/>
            <w:shd w:val="clear" w:color="auto" w:fill="287A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C45D16" w14:textId="77777777" w:rsidR="00234674" w:rsidRPr="00D75C67" w:rsidRDefault="00080C8D">
            <w:pPr>
              <w:jc w:val="center"/>
              <w:rPr>
                <w:lang w:val="sl-SI"/>
              </w:rPr>
            </w:pPr>
            <w:r w:rsidRPr="00D75C67">
              <w:rPr>
                <w:b/>
                <w:color w:val="FFFFFF"/>
                <w:sz w:val="17"/>
                <w:lang w:val="sl-SI"/>
              </w:rPr>
              <w:t>3. razred</w:t>
            </w:r>
          </w:p>
        </w:tc>
      </w:tr>
      <w:tr w:rsidR="00234674" w:rsidRPr="00D75C67" w14:paraId="2FFE133B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D40DB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Slovenščina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2048A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posnetkov, tipkanju kratkih besedil, digitalnem branju in predstavitvi zgodbe. Poudarek: preproste digitalne vsebine. Učenec pokaže cilj z </w:t>
            </w:r>
            <w:r w:rsidRPr="00D75C67">
              <w:rPr>
                <w:sz w:val="15"/>
                <w:lang w:val="sl-SI"/>
              </w:rPr>
              <w:t>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8F261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poslušanju posnetkov, tipkanju kratkih besedil, digitalnem branju in predstavitvi zgodbe. Poudarek: preproste digitalne vsebine. Učenec cilj uporabi v nalogi, pojasni izbiro in upošteva povratno infor</w:t>
            </w:r>
            <w:r w:rsidRPr="00D75C67">
              <w:rPr>
                <w:sz w:val="15"/>
                <w:lang w:val="sl-SI"/>
              </w:rPr>
              <w:t>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B47BC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poslušanju posnetkov, tipkanju kratkih besedil, digitalnem branju in predstavitvi zgodbe. Poudarek: preproste digitalne vsebine. Učenec cilj prenese v novo situacijo, utemelji ravnanje in predlaga izboljšavo.</w:t>
            </w:r>
          </w:p>
        </w:tc>
      </w:tr>
      <w:tr w:rsidR="00234674" w:rsidRPr="00D75C67" w14:paraId="4A6A709B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349B4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Matematika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3581E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interaktivnih vajah, prikazovanju podatkov, algoritmičnih nalogah in preverjanju rešitev. Poudarek: preproste digitalne vsebine.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65577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inter</w:t>
            </w:r>
            <w:r w:rsidRPr="00D75C67">
              <w:rPr>
                <w:sz w:val="15"/>
                <w:lang w:val="sl-SI"/>
              </w:rPr>
              <w:t>aktivnih vajah, prikazovanju podatkov, algoritmičnih nalogah in preverjanju rešitev. Poudarek: preproste digitalne vsebine.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C96D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interaktivnih vaj</w:t>
            </w:r>
            <w:r w:rsidRPr="00D75C67">
              <w:rPr>
                <w:sz w:val="15"/>
                <w:lang w:val="sl-SI"/>
              </w:rPr>
              <w:t>ah, prikazovanju podatkov, algoritmičnih nalogah in preverjanju rešitev. Poudarek: preproste digitalne vsebine. Učenec cilj prenese v novo situacijo, utemelji ravnanje in predlaga izboljšavo.</w:t>
            </w:r>
          </w:p>
        </w:tc>
      </w:tr>
      <w:tr w:rsidR="00234674" w:rsidRPr="00D75C67" w14:paraId="0438F4AE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6ECA1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Spoznavanje okolja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4AD8B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dokumentir</w:t>
            </w:r>
            <w:r w:rsidRPr="00D75C67">
              <w:rPr>
                <w:sz w:val="15"/>
                <w:lang w:val="sl-SI"/>
              </w:rPr>
              <w:t>anju opazovanj, iskanju v izbranih virih, zemljevidih in predstavitvah. Poudarek: preproste digitalne vsebine.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691670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dokumentiranju opazovanj, iskanju v izbranih virih, zemljevidih in p</w:t>
            </w:r>
            <w:r w:rsidRPr="00D75C67">
              <w:rPr>
                <w:sz w:val="15"/>
                <w:lang w:val="sl-SI"/>
              </w:rPr>
              <w:t>redstavitvah. Poudarek: preproste digitalne vsebine.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8E895F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dokumentiranju opazovanj, iskanju v izbranih virih, zemljevidih in predstavitvah. Poudar</w:t>
            </w:r>
            <w:r w:rsidRPr="00D75C67">
              <w:rPr>
                <w:sz w:val="15"/>
                <w:lang w:val="sl-SI"/>
              </w:rPr>
              <w:t>ek: preproste digitalne vsebine. Učenec cilj prenese v novo situacijo, utemelji ravnanje in predlaga izboljšavo.</w:t>
            </w:r>
          </w:p>
        </w:tc>
      </w:tr>
      <w:tr w:rsidR="00234674" w:rsidRPr="00D75C67" w14:paraId="15E64D13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0F71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Glasbena umetnost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AE774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snemanju zvoka, poslušanju, sestavljanju ritmičnih vzorcev in predstavitvi izvedbe. Poudar</w:t>
            </w:r>
            <w:r w:rsidRPr="00D75C67">
              <w:rPr>
                <w:sz w:val="15"/>
                <w:lang w:val="sl-SI"/>
              </w:rPr>
              <w:t>ek: preproste digitalne vsebine.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DE22C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snemanju zvoka, poslušanju, sestavljanju ritmičnih vzorcev in predstavitvi izvedbe. Poudarek: preproste digitalne vsebine. Učenec cilj uporabi v </w:t>
            </w:r>
            <w:r w:rsidRPr="00D75C67">
              <w:rPr>
                <w:sz w:val="15"/>
                <w:lang w:val="sl-SI"/>
              </w:rPr>
              <w:t>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E94419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snemanju zvoka, poslušanju, sestavljanju ritmičnih vzorcev in predstavitvi izvedbe. Poudarek: preproste digitalne vsebine. Učenec cilj prenese v novo situacijo, ut</w:t>
            </w:r>
            <w:r w:rsidRPr="00D75C67">
              <w:rPr>
                <w:sz w:val="15"/>
                <w:lang w:val="sl-SI"/>
              </w:rPr>
              <w:t>emelji ravnanje in predlaga izboljšavo.</w:t>
            </w:r>
          </w:p>
        </w:tc>
      </w:tr>
      <w:tr w:rsidR="00234674" w:rsidRPr="00D75C67" w14:paraId="0948C10C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278B2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Likovna umetnost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1201F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slikovni podpori pri fotografiranju, preprostem digitalnem risanju, urejanju slike in predstavitvi galerije. Poudarek: preproste digitalne vsebine. Učenec pokaže cilj z ravnanjem ali kr</w:t>
            </w:r>
            <w:r w:rsidRPr="00D75C67">
              <w:rPr>
                <w:sz w:val="15"/>
                <w:lang w:val="sl-SI"/>
              </w:rPr>
              <w:t>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E1BC9E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fotografiranju, preprostem digitalnem risanju, urejanju slike in predstavitvi galerije. Poudarek: preproste digitalne vsebine.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0DBE4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</w:t>
            </w:r>
            <w:r w:rsidRPr="00D75C67">
              <w:rPr>
                <w:sz w:val="15"/>
                <w:lang w:val="sl-SI"/>
              </w:rPr>
              <w:t>je načrtuje dejavnost pri fotografiranju, preprostem digitalnem risanju, urejanju slike in predstavitvi galerije. Poudarek: preproste digitalne vsebine. Učenec cilj prenese v novo situacijo, utemelji ravnanje in predlaga izboljšavo.</w:t>
            </w:r>
          </w:p>
        </w:tc>
      </w:tr>
      <w:tr w:rsidR="00234674" w:rsidRPr="00D75C67" w14:paraId="250EBCB2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229F88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Šport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4F0AC3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Vodeno in ob sli</w:t>
            </w:r>
            <w:r w:rsidRPr="00D75C67">
              <w:rPr>
                <w:sz w:val="15"/>
                <w:lang w:val="sl-SI"/>
              </w:rPr>
              <w:t>kovni podpori pri ogledu izvedbe, varnem beleženju dejavnosti in uporabi preprostih gibalnih vsebin. Poudarek: preproste digitalne vsebine. Učenec pokaže cilj z ravnanjem ali kratkim odgovorom.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5C92F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V paru ali skupini pri ogledu izvedbe, varnem beleženju dejavn</w:t>
            </w:r>
            <w:r w:rsidRPr="00D75C67">
              <w:rPr>
                <w:sz w:val="15"/>
                <w:lang w:val="sl-SI"/>
              </w:rPr>
              <w:t>osti in uporabi preprostih gibalnih vsebin. Poudarek: preproste digitalne vsebine. Učenec cilj uporabi v nalogi, pojasni izbiro in upošteva povratno informacijo.</w:t>
            </w:r>
          </w:p>
        </w:tc>
        <w:tc>
          <w:tcPr>
            <w:tcW w:w="4104" w:type="dxa"/>
            <w:shd w:val="clear" w:color="auto" w:fill="F7F9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EC31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>Samostojneje načrtuje dejavnost pri ogledu izvedbe, varnem beleženju dejavnosti in uporabi pre</w:t>
            </w:r>
            <w:r w:rsidRPr="00D75C67">
              <w:rPr>
                <w:sz w:val="15"/>
                <w:lang w:val="sl-SI"/>
              </w:rPr>
              <w:t>prostih gibalnih vsebin. Poudarek: preproste digitalne vsebine. Učenec cilj prenese v novo situacijo, utemelji ravnanje in predlaga izboljšavo.</w:t>
            </w:r>
          </w:p>
        </w:tc>
      </w:tr>
      <w:tr w:rsidR="00234674" w:rsidRPr="00D75C67" w14:paraId="05BEBA49" w14:textId="77777777">
        <w:trPr>
          <w:jc w:val="center"/>
        </w:trPr>
        <w:tc>
          <w:tcPr>
            <w:tcW w:w="1944" w:type="dxa"/>
            <w:shd w:val="clear" w:color="auto" w:fill="F7E1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69B7C1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234E52"/>
                <w:sz w:val="15"/>
                <w:lang w:val="sl-SI"/>
              </w:rPr>
              <w:t>Prvi tuji jezik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B3E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Vodeno in ob slikovni podpori pri poslušanju izgovarjave, interaktivnih vajah, snemanju </w:t>
            </w:r>
            <w:r w:rsidRPr="00D75C67">
              <w:rPr>
                <w:sz w:val="15"/>
                <w:lang w:val="sl-SI"/>
              </w:rPr>
              <w:t>kratkega govora in sodelovanju na daljavo. Poudarek: preproste digitalne vsebine. Učenec pokaže cilj z ravnanjem ali kratkim odgovorom.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61663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V paru ali skupini pri poslušanju izgovarjave, interaktivnih vajah, snemanju kratkega govora in sodelovanju na daljavo. </w:t>
            </w:r>
            <w:r w:rsidRPr="00D75C67">
              <w:rPr>
                <w:sz w:val="15"/>
                <w:lang w:val="sl-SI"/>
              </w:rPr>
              <w:t>Poudarek: preproste digitalne vsebine. Učenec cilj uporabi v nalogi, pojasni izbiro in upošteva povratno informacijo.</w:t>
            </w:r>
          </w:p>
        </w:tc>
        <w:tc>
          <w:tcPr>
            <w:tcW w:w="410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9A47BC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sz w:val="15"/>
                <w:lang w:val="sl-SI"/>
              </w:rPr>
              <w:t xml:space="preserve">Samostojneje načrtuje dejavnost pri poslušanju izgovarjave, interaktivnih vajah, snemanju kratkega govora in sodelovanju na daljavo. </w:t>
            </w:r>
            <w:r w:rsidRPr="00D75C67">
              <w:rPr>
                <w:sz w:val="15"/>
                <w:lang w:val="sl-SI"/>
              </w:rPr>
              <w:t>Poudarek: preproste digitalne vsebine. Učenec cilj prenese v novo situacijo, utemelji ravnanje in predlaga izboljšavo.</w:t>
            </w:r>
          </w:p>
        </w:tc>
      </w:tr>
      <w:tr w:rsidR="00234674" w:rsidRPr="00D75C67" w14:paraId="1946CC18" w14:textId="77777777">
        <w:trPr>
          <w:jc w:val="center"/>
        </w:trPr>
        <w:tc>
          <w:tcPr>
            <w:tcW w:w="1944" w:type="dxa"/>
            <w:shd w:val="clear" w:color="auto" w:fill="E8D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FD44D6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b/>
                <w:color w:val="673E82"/>
                <w:sz w:val="15"/>
                <w:lang w:val="sl-SI"/>
              </w:rPr>
              <w:t>Podaljšano bivanje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466FB5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Vodeno in ob slikovni podpori pri varni uporabi izbranih učnih vsebin, ustvarjanju, dokumentiranju dejavnosti in odgo</w:t>
            </w:r>
            <w:r w:rsidRPr="00D75C67">
              <w:rPr>
                <w:color w:val="673E82"/>
                <w:sz w:val="15"/>
                <w:lang w:val="sl-SI"/>
              </w:rPr>
              <w:t>vornem sodelovanju. Poudarek: preproste digitalne vsebine. Učenec pokaže cilj z ravnanjem ali kratkim odgovorom.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381B72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V paru ali skupini pri varni uporabi izbranih učnih vsebin, ustvarjanju, dokumentiranju dejavnosti in odgovornem sodelovanju. Poudarek: prepros</w:t>
            </w:r>
            <w:r w:rsidRPr="00D75C67">
              <w:rPr>
                <w:color w:val="673E82"/>
                <w:sz w:val="15"/>
                <w:lang w:val="sl-SI"/>
              </w:rPr>
              <w:t>te digitalne vsebine. Učenec cilj uporabi v nalogi, pojasni izbiro in upošteva povratno informacijo.</w:t>
            </w:r>
          </w:p>
        </w:tc>
        <w:tc>
          <w:tcPr>
            <w:tcW w:w="4104" w:type="dxa"/>
            <w:shd w:val="clear" w:color="auto" w:fill="F4ED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81953B" w14:textId="77777777" w:rsidR="00234674" w:rsidRPr="00D75C67" w:rsidRDefault="00080C8D">
            <w:pPr>
              <w:spacing w:after="0" w:line="240" w:lineRule="auto"/>
              <w:rPr>
                <w:lang w:val="sl-SI"/>
              </w:rPr>
            </w:pPr>
            <w:r w:rsidRPr="00D75C67">
              <w:rPr>
                <w:color w:val="673E82"/>
                <w:sz w:val="15"/>
                <w:lang w:val="sl-SI"/>
              </w:rPr>
              <w:t>Samostojneje načrtuje dejavnost pri varni uporabi izbranih učnih vsebin, ustvarjanju, dokumentiranju dejavnosti in odgovornem sodelovanju. Poudarek: prepro</w:t>
            </w:r>
            <w:r w:rsidRPr="00D75C67">
              <w:rPr>
                <w:color w:val="673E82"/>
                <w:sz w:val="15"/>
                <w:lang w:val="sl-SI"/>
              </w:rPr>
              <w:t>ste digitalne vsebine. Učenec cilj prenese v novo situacijo, utemelji ravnanje in predlaga izboljšavo.</w:t>
            </w:r>
          </w:p>
        </w:tc>
      </w:tr>
    </w:tbl>
    <w:p w14:paraId="4C1073C5" w14:textId="77777777" w:rsidR="00234674" w:rsidRPr="00D75C67" w:rsidRDefault="00080C8D">
      <w:pPr>
        <w:spacing w:before="60" w:after="0"/>
        <w:rPr>
          <w:lang w:val="sl-SI"/>
        </w:rPr>
      </w:pPr>
      <w:r w:rsidRPr="00D75C67">
        <w:rPr>
          <w:b/>
          <w:color w:val="B56A45"/>
          <w:sz w:val="16"/>
          <w:lang w:val="sl-SI"/>
        </w:rPr>
        <w:t xml:space="preserve">Možni dokazi: </w:t>
      </w:r>
      <w:r w:rsidRPr="00D75C67">
        <w:rPr>
          <w:sz w:val="16"/>
          <w:lang w:val="sl-SI"/>
        </w:rPr>
        <w:t>opazovanje procesa, učenčeva razlaga, izdelek ali izvedba, samovrednotenje in kratka povratna informacija.</w:t>
      </w:r>
    </w:p>
    <w:p w14:paraId="2E3633DB" w14:textId="10F8D410" w:rsidR="00234674" w:rsidRPr="00D75C67" w:rsidRDefault="00234674">
      <w:pPr>
        <w:rPr>
          <w:lang w:val="sl-SI"/>
        </w:rPr>
      </w:pPr>
    </w:p>
    <w:sectPr w:rsidR="00234674" w:rsidRPr="00D75C67" w:rsidSect="005571D8">
      <w:footerReference w:type="default" r:id="rId9"/>
      <w:headerReference w:type="first" r:id="rId10"/>
      <w:pgSz w:w="15840" w:h="12240" w:orient="landscape"/>
      <w:pgMar w:top="284" w:right="936" w:bottom="284" w:left="936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885E0" w14:textId="77777777" w:rsidR="008D1D2A" w:rsidRDefault="008D1D2A">
      <w:pPr>
        <w:spacing w:after="0" w:line="240" w:lineRule="auto"/>
      </w:pPr>
      <w:r>
        <w:separator/>
      </w:r>
    </w:p>
  </w:endnote>
  <w:endnote w:type="continuationSeparator" w:id="0">
    <w:p w14:paraId="22A3FD39" w14:textId="77777777" w:rsidR="008D1D2A" w:rsidRDefault="008D1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A88C3" w14:textId="2F14CBDA" w:rsidR="00234674" w:rsidRDefault="00080C8D">
    <w:pPr>
      <w:pStyle w:val="Noga"/>
      <w:jc w:val="center"/>
    </w:pPr>
    <w:r>
      <w:rPr>
        <w:color w:val="6E8282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7B68E" w14:textId="77777777" w:rsidR="008D1D2A" w:rsidRDefault="008D1D2A">
      <w:pPr>
        <w:spacing w:after="0" w:line="240" w:lineRule="auto"/>
      </w:pPr>
      <w:r>
        <w:separator/>
      </w:r>
    </w:p>
  </w:footnote>
  <w:footnote w:type="continuationSeparator" w:id="0">
    <w:p w14:paraId="08DA2E6E" w14:textId="77777777" w:rsidR="008D1D2A" w:rsidRDefault="008D1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88F2F" w14:textId="0BA298FD" w:rsidR="005571D8" w:rsidRDefault="005571D8" w:rsidP="005571D8">
    <w:pPr>
      <w:pStyle w:val="Glava"/>
      <w:jc w:val="center"/>
    </w:pPr>
    <w:r>
      <w:rPr>
        <w:noProof/>
        <w:lang w:val="sl-SI" w:eastAsia="sl-SI"/>
      </w:rPr>
      <w:drawing>
        <wp:inline distT="0" distB="0" distL="0" distR="0" wp14:anchorId="77D3D41C" wp14:editId="290C8538">
          <wp:extent cx="1734750" cy="857250"/>
          <wp:effectExtent l="0" t="0" r="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339" cy="86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03D9"/>
    <w:rsid w:val="00080C8D"/>
    <w:rsid w:val="0015074B"/>
    <w:rsid w:val="00234674"/>
    <w:rsid w:val="00265815"/>
    <w:rsid w:val="0029639D"/>
    <w:rsid w:val="00326F90"/>
    <w:rsid w:val="00465A60"/>
    <w:rsid w:val="004B7BE1"/>
    <w:rsid w:val="005571D8"/>
    <w:rsid w:val="008D1D2A"/>
    <w:rsid w:val="008E2197"/>
    <w:rsid w:val="00926638"/>
    <w:rsid w:val="009F4046"/>
    <w:rsid w:val="00AA1D8D"/>
    <w:rsid w:val="00B47730"/>
    <w:rsid w:val="00CB0664"/>
    <w:rsid w:val="00D75C67"/>
    <w:rsid w:val="00F058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A2538"/>
  <w14:defaultImageDpi w14:val="300"/>
  <w15:docId w15:val="{5D83D18B-DF49-4179-BE6A-8FE5ED9E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C693F"/>
    <w:pPr>
      <w:spacing w:after="60" w:line="252" w:lineRule="auto"/>
    </w:pPr>
    <w:rPr>
      <w:rFonts w:ascii="Aptos" w:hAnsi="Aptos"/>
      <w:color w:val="232D30"/>
      <w:sz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287A78"/>
      <w:sz w:val="34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B56A45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287A78"/>
      <w:sz w:val="2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234E52"/>
      <w:spacing w:val="5"/>
      <w:kern w:val="28"/>
      <w:sz w:val="54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avadensplet">
    <w:name w:val="Normal (Web)"/>
    <w:basedOn w:val="Navaden"/>
    <w:uiPriority w:val="99"/>
    <w:semiHidden/>
    <w:unhideWhenUsed/>
    <w:rsid w:val="00D75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2853F1-50BB-4536-AB24-5117AE6B6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49602</Words>
  <Characters>282738</Characters>
  <Application>Microsoft Office Word</Application>
  <DocSecurity>0</DocSecurity>
  <Lines>2356</Lines>
  <Paragraphs>663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Povezovalni cilji v 1. VIO po predmetih in razredih</vt:lpstr>
      <vt:lpstr/>
    </vt:vector>
  </TitlesOfParts>
  <Manager/>
  <Company/>
  <LinksUpToDate>false</LinksUpToDate>
  <CharactersWithSpaces>331677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Povezovalni cilji v 1. VIO po predmetih in razredih</dc:title>
  <dc:subject>Didaktična operacionalizacija povezovalnih ciljev za 1., 2. in 3. razred</dc:subject>
  <dc:creator>mag. Narrayani Premal</dc:creator>
  <cp:keywords/>
  <dc:description>generated by python-docx</dc:description>
  <cp:lastModifiedBy>Učitelj</cp:lastModifiedBy>
  <cp:revision>2</cp:revision>
  <dcterms:created xsi:type="dcterms:W3CDTF">2026-08-26T06:28:00Z</dcterms:created>
  <dcterms:modified xsi:type="dcterms:W3CDTF">2026-08-26T06:28:00Z</dcterms:modified>
  <cp:category/>
</cp:coreProperties>
</file>