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C12D20" w14:textId="77777777" w:rsidR="00947AAC" w:rsidRDefault="00947AAC">
      <w:pPr>
        <w:spacing w:after="30" w:line="240" w:lineRule="auto"/>
      </w:pPr>
    </w:p>
    <w:p w14:paraId="7B540F63" w14:textId="77777777" w:rsidR="00947AAC" w:rsidRPr="00BA769B" w:rsidRDefault="00947AAC">
      <w:pPr>
        <w:rPr>
          <w:lang w:val="it-IT"/>
        </w:rPr>
        <w:sectPr w:rsidR="00947AAC" w:rsidRPr="00BA769B">
          <w:pgSz w:w="11906" w:h="16838"/>
          <w:pgMar w:top="794" w:right="794" w:bottom="850" w:left="794" w:header="340" w:footer="340" w:gutter="0"/>
          <w:cols w:space="720"/>
          <w:docGrid w:linePitch="360"/>
        </w:sectPr>
      </w:pPr>
    </w:p>
    <w:p w14:paraId="62DF3DDA" w14:textId="274C92F8" w:rsidR="00947AAC" w:rsidRDefault="00C5144F">
      <w:pPr>
        <w:keepNext/>
        <w:spacing w:after="0"/>
        <w:jc w:val="center"/>
      </w:pPr>
      <w:r>
        <w:rPr>
          <w:rFonts w:eastAsia="Calibri" w:cs="Calibri"/>
          <w:b/>
          <w:color w:val="C65A45"/>
          <w:sz w:val="30"/>
        </w:rPr>
        <w:lastRenderedPageBreak/>
        <w:t>OD STARTA … DO CILJA</w:t>
      </w:r>
    </w:p>
    <w:p w14:paraId="2954BBD3" w14:textId="3777755D" w:rsidR="00947AAC" w:rsidRDefault="00C5144F">
      <w:pPr>
        <w:keepNext/>
        <w:spacing w:after="100"/>
        <w:jc w:val="center"/>
      </w:pPr>
      <w:r>
        <w:rPr>
          <w:rFonts w:eastAsia="Calibri" w:cs="Calibri"/>
          <w:b/>
          <w:color w:val="9E3F31"/>
          <w:sz w:val="25"/>
        </w:rPr>
        <w:t>SLOVENŠČINA</w:t>
      </w:r>
    </w:p>
    <w:tbl>
      <w:tblPr>
        <w:tblW w:w="15590" w:type="dxa"/>
        <w:jc w:val="center"/>
        <w:tblBorders>
          <w:top w:val="single" w:sz="6" w:space="0" w:color="8A8A8A"/>
          <w:left w:val="single" w:sz="6" w:space="0" w:color="8A8A8A"/>
          <w:bottom w:val="single" w:sz="6" w:space="0" w:color="8A8A8A"/>
          <w:right w:val="single" w:sz="6" w:space="0" w:color="8A8A8A"/>
          <w:insideH w:val="single" w:sz="6" w:space="0" w:color="8A8A8A"/>
          <w:insideV w:val="single" w:sz="6" w:space="0" w:color="8A8A8A"/>
        </w:tblBorders>
        <w:tblLayout w:type="fixed"/>
        <w:tblLook w:val="04A0" w:firstRow="1" w:lastRow="0" w:firstColumn="1" w:lastColumn="0" w:noHBand="0" w:noVBand="1"/>
      </w:tblPr>
      <w:tblGrid>
        <w:gridCol w:w="8504"/>
        <w:gridCol w:w="1361"/>
        <w:gridCol w:w="2154"/>
        <w:gridCol w:w="2154"/>
        <w:gridCol w:w="1417"/>
      </w:tblGrid>
      <w:tr w:rsidR="00947AAC" w14:paraId="1016738C" w14:textId="77777777">
        <w:trPr>
          <w:tblHeader/>
          <w:jc w:val="center"/>
        </w:trPr>
        <w:tc>
          <w:tcPr>
            <w:tcW w:w="8504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B64926" w14:textId="73D990B6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CILJ / DOSEŽEK</w:t>
            </w:r>
          </w:p>
        </w:tc>
        <w:tc>
          <w:tcPr>
            <w:tcW w:w="136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20F2D3" w14:textId="78351A0D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DATUM</w:t>
            </w:r>
          </w:p>
        </w:tc>
        <w:tc>
          <w:tcPr>
            <w:tcW w:w="2154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104F17" w14:textId="2123443B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DOSEŽENO / DELNO</w:t>
            </w:r>
          </w:p>
        </w:tc>
        <w:tc>
          <w:tcPr>
            <w:tcW w:w="2154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B6CEF1" w14:textId="6EDEDCC1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DOKAZ / OPOMBA</w:t>
            </w:r>
          </w:p>
        </w:tc>
        <w:tc>
          <w:tcPr>
            <w:tcW w:w="1417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2DC61F" w14:textId="6821F6DE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PODPIS STARŠEV</w:t>
            </w:r>
          </w:p>
        </w:tc>
      </w:tr>
      <w:tr w:rsidR="00947AAC" w:rsidRPr="00BA769B" w14:paraId="6CD009DD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5B8512" w14:textId="59945928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6"/>
                <w:lang w:val="it-IT"/>
              </w:rPr>
              <w:t>UPOŠTEVA PRAVILNO DRŽO IN SMER PISANJA OD LEVE PROTI DESNI.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0CDAC1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31086F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1D80F0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E83F44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</w:tr>
      <w:tr w:rsidR="00947AAC" w:rsidRPr="00BA769B" w14:paraId="26FCE535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174E49" w14:textId="7FCDA032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6"/>
                <w:lang w:val="it-IT"/>
              </w:rPr>
              <w:t>SE ORIENTIRA NA LISTU IN IZVAJA POTEZE ZA PISANJE ČRK.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2308AF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10E3F7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062BA8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C5BD52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</w:tr>
      <w:tr w:rsidR="00947AAC" w:rsidRPr="00BA769B" w14:paraId="77674989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F1E3D1" w14:textId="04E7417C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6"/>
                <w:lang w:val="it-IT"/>
              </w:rPr>
              <w:t>BESEDE ČLENI NA ZLOGE TER PREPOZNAVA GLASOVE V ZNANIH BESEDAH.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BDA04B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BB2F24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0C6660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C032BC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</w:tr>
      <w:tr w:rsidR="00947AAC" w14:paraId="15505744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7CF48B" w14:textId="2CEB40CB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BERE SLIKE, ZNAKE IN PIKTOGRAME.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BE685D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B698E4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144C41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BE22F8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:rsidRPr="00BA769B" w14:paraId="03F296D8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309702" w14:textId="1814886B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6"/>
                <w:lang w:val="it-IT"/>
              </w:rPr>
              <w:t>PREPOZNA IN BERE OBRAVNAVANE TISKANE ČRKE.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1DF042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96E73A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3147FB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A32C97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</w:tr>
      <w:tr w:rsidR="00947AAC" w14:paraId="533141E4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9184DC" w14:textId="42E4C5E4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POVEZUJE GLASOVE V ZLOGE TER BERE ZLOGE IN KRATKE BESEDE.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A29BBA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3D0411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D1BD51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58AEA8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:rsidRPr="00BA769B" w14:paraId="5760745F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B9A005" w14:textId="59B20C03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6"/>
                <w:lang w:val="it-IT"/>
              </w:rPr>
              <w:t>BERE POVEDI Z VELIKIMI OZIROMA OBRAVNAVANIMI TISKANIMI ČRKAMI.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3CB1A4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77A18A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7D177C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FA962F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</w:tr>
      <w:tr w:rsidR="00947AAC" w:rsidRPr="00BA769B" w14:paraId="660FB515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5D3E8C" w14:textId="3B95A867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6"/>
                <w:lang w:val="it-IT"/>
              </w:rPr>
              <w:t>POVE, KAJ PREBRANA POVED SPOROČA.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355920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A8F96A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753AB7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5A44D7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</w:tr>
      <w:tr w:rsidR="00947AAC" w14:paraId="75AF1A1F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A2E3B0" w14:textId="420D218F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ZAPIŠE OBRAVNAVANE VELIKE TISKANE ČRKE IN KRATKE BESEDE.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05907C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84ABB4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BBFD3E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EF2018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171BAF2F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8A1C8F" w14:textId="672580AB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ZAPIŠE POVED TER BESEDE LOČI S PRESLEDKI.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76792F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13D4BE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D5609B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E7DD25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:rsidRPr="00BA769B" w14:paraId="1B828F22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1C5047" w14:textId="5C80081A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6"/>
                <w:lang w:val="it-IT"/>
              </w:rPr>
              <w:t>V POGOVORU POSLUŠA, POČAKA NA VRSTO IN RAZUMLJIVO ODGOVORI.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408219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CBA571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96A7E9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B4508A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</w:tr>
      <w:tr w:rsidR="00947AAC" w:rsidRPr="00BA769B" w14:paraId="1F26ED8B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B9CC63" w14:textId="0F78F935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6"/>
                <w:lang w:val="it-IT"/>
              </w:rPr>
              <w:t>V GOVORNEM NASTOPU PREPROSTO OPIŠE SAMEGA SEBE.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E2E548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82C39C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972A4F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3F1574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</w:tr>
      <w:tr w:rsidR="00947AAC" w:rsidRPr="00BA769B" w14:paraId="4BC1D8C8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739E47" w14:textId="3DB1798A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6"/>
                <w:lang w:val="it-IT"/>
              </w:rPr>
              <w:t>OB SLIKANICI S SVOJIMI BESEDAMI PRIPOVEDUJE ZGODBO.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8BC6C8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55E151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B1A13E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837F92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</w:tr>
      <w:tr w:rsidR="00947AAC" w:rsidRPr="00BA769B" w14:paraId="766A78DD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A65B34" w14:textId="6CB9F87B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6"/>
                <w:lang w:val="it-IT"/>
              </w:rPr>
              <w:t>PO PRAVLJICI OBLIKUJE PREPROSTO NADALJEVANJE.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05BEF9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7C0B35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C6C54B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8BD4AC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</w:tr>
      <w:tr w:rsidR="00947AAC" w:rsidRPr="00BA769B" w14:paraId="08B0939A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ABA0D5" w14:textId="4E047282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6"/>
                <w:lang w:val="it-IT"/>
              </w:rPr>
              <w:t>PESEM DOŽIVETO RECITIRA OZIROMA DEKLAMIRA.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45F09B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2C536F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899D2C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5F5E46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</w:tr>
      <w:tr w:rsidR="00947AAC" w:rsidRPr="00BA769B" w14:paraId="0A3E44EC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1B2B45" w14:textId="5DAE7755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6"/>
                <w:lang w:val="it-IT"/>
              </w:rPr>
              <w:t>SVOJE BRANJE, PISANJE ALI GOVOR IZBOLJŠA PO KRITERIJU IN POVRATNI INFORMACIJI.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57FC57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785C44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785B32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4F535E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</w:tr>
    </w:tbl>
    <w:p w14:paraId="11E6CA4F" w14:textId="6776D005" w:rsidR="00947AAC" w:rsidRPr="00BA769B" w:rsidRDefault="00C5144F">
      <w:pPr>
        <w:spacing w:before="60" w:after="0" w:line="240" w:lineRule="auto"/>
        <w:rPr>
          <w:lang w:val="it-IT"/>
        </w:rPr>
      </w:pPr>
      <w:r w:rsidRPr="00BA769B">
        <w:rPr>
          <w:rFonts w:eastAsia="Calibri" w:cs="Calibri"/>
          <w:i/>
          <w:color w:val="666666"/>
          <w:sz w:val="15"/>
          <w:lang w:val="it-IT"/>
        </w:rPr>
        <w:t>OPOMBA: MERILA SE UPORABLJAJO RAZVOJNO IN SKLADNO Z INDIVIDUALNIM NAPREDKOM UČENCA.</w:t>
      </w:r>
    </w:p>
    <w:p w14:paraId="5DEBF17E" w14:textId="189A38B7" w:rsidR="00947AAC" w:rsidRPr="00BA769B" w:rsidRDefault="00C5144F">
      <w:pPr>
        <w:rPr>
          <w:lang w:val="it-IT"/>
        </w:rPr>
      </w:pPr>
      <w:r w:rsidRPr="00BA769B">
        <w:rPr>
          <w:lang w:val="it-IT"/>
        </w:rPr>
        <w:br w:type="page"/>
      </w:r>
      <w:bookmarkStart w:id="0" w:name="_GoBack"/>
      <w:bookmarkEnd w:id="0"/>
    </w:p>
    <w:p w14:paraId="3F9C62D6" w14:textId="3B8BFC74" w:rsidR="00947AAC" w:rsidRDefault="00C5144F">
      <w:pPr>
        <w:keepNext/>
        <w:spacing w:after="0"/>
        <w:jc w:val="center"/>
      </w:pPr>
      <w:r>
        <w:rPr>
          <w:rFonts w:eastAsia="Calibri" w:cs="Calibri"/>
          <w:b/>
          <w:color w:val="C65A45"/>
          <w:sz w:val="30"/>
        </w:rPr>
        <w:lastRenderedPageBreak/>
        <w:t>OD STARTA … DO CILJA</w:t>
      </w:r>
    </w:p>
    <w:p w14:paraId="6D889371" w14:textId="11322ADB" w:rsidR="00947AAC" w:rsidRDefault="00C5144F">
      <w:pPr>
        <w:keepNext/>
        <w:spacing w:after="100"/>
        <w:jc w:val="center"/>
      </w:pPr>
      <w:r>
        <w:rPr>
          <w:rFonts w:eastAsia="Calibri" w:cs="Calibri"/>
          <w:b/>
          <w:color w:val="9E3F31"/>
          <w:sz w:val="25"/>
        </w:rPr>
        <w:t>MATEMATIKA</w:t>
      </w:r>
    </w:p>
    <w:tbl>
      <w:tblPr>
        <w:tblW w:w="15590" w:type="dxa"/>
        <w:jc w:val="center"/>
        <w:tblBorders>
          <w:top w:val="single" w:sz="6" w:space="0" w:color="8A8A8A"/>
          <w:left w:val="single" w:sz="6" w:space="0" w:color="8A8A8A"/>
          <w:bottom w:val="single" w:sz="6" w:space="0" w:color="8A8A8A"/>
          <w:right w:val="single" w:sz="6" w:space="0" w:color="8A8A8A"/>
          <w:insideH w:val="single" w:sz="6" w:space="0" w:color="8A8A8A"/>
          <w:insideV w:val="single" w:sz="6" w:space="0" w:color="8A8A8A"/>
        </w:tblBorders>
        <w:tblLayout w:type="fixed"/>
        <w:tblLook w:val="04A0" w:firstRow="1" w:lastRow="0" w:firstColumn="1" w:lastColumn="0" w:noHBand="0" w:noVBand="1"/>
      </w:tblPr>
      <w:tblGrid>
        <w:gridCol w:w="8504"/>
        <w:gridCol w:w="1361"/>
        <w:gridCol w:w="2154"/>
        <w:gridCol w:w="2154"/>
        <w:gridCol w:w="1417"/>
      </w:tblGrid>
      <w:tr w:rsidR="00947AAC" w14:paraId="65B9D7BD" w14:textId="77777777">
        <w:trPr>
          <w:tblHeader/>
          <w:jc w:val="center"/>
        </w:trPr>
        <w:tc>
          <w:tcPr>
            <w:tcW w:w="8504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8D3EE1" w14:textId="1EC29307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CILJ / DOSEŽEK</w:t>
            </w:r>
          </w:p>
        </w:tc>
        <w:tc>
          <w:tcPr>
            <w:tcW w:w="136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B1F5B5" w14:textId="73C1BD85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DATUM</w:t>
            </w:r>
          </w:p>
        </w:tc>
        <w:tc>
          <w:tcPr>
            <w:tcW w:w="2154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2C14E5" w14:textId="47316527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DOSEŽENO / DELNO</w:t>
            </w:r>
          </w:p>
        </w:tc>
        <w:tc>
          <w:tcPr>
            <w:tcW w:w="2154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2A5D80" w14:textId="6D051345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DOKAZ / OPOMBA</w:t>
            </w:r>
          </w:p>
        </w:tc>
        <w:tc>
          <w:tcPr>
            <w:tcW w:w="1417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51B5D6" w14:textId="6D5C5BF3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PODPIS STARŠEV</w:t>
            </w:r>
          </w:p>
        </w:tc>
      </w:tr>
      <w:tr w:rsidR="00947AAC" w:rsidRPr="00BA769B" w14:paraId="13AD8EAC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965763" w14:textId="3EEC6A32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6"/>
                <w:lang w:val="it-IT"/>
              </w:rPr>
              <w:t>OBLIKUJE MNOŽICO PO ENI LASTNOSTI IN LASTNOST POIMENUJE.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A32FC2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6BE131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AB0C17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FB886C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</w:tr>
      <w:tr w:rsidR="00947AAC" w:rsidRPr="00BA769B" w14:paraId="605285EC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4724A5" w14:textId="7E5F4A29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6"/>
                <w:lang w:val="it-IT"/>
              </w:rPr>
              <w:t>RAZVRŠČA PO ENI LASTNOSTI V CARROLLOV IN DREVESNI PRIKAZ.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557E59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DCDCD8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11335F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EC8260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</w:tr>
      <w:tr w:rsidR="00947AAC" w:rsidRPr="00BA769B" w14:paraId="1D23195D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E8A1E6" w14:textId="76504105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6"/>
                <w:lang w:val="it-IT"/>
              </w:rPr>
              <w:t>ODKRIJE, NADALJUJE IN OBLIKUJE PONAVLJAJOČE SE ZAPOREDJE.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97D55C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E11E56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55A316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5E2E4D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</w:tr>
      <w:tr w:rsidR="00947AAC" w:rsidRPr="00BA769B" w14:paraId="4FCD0CA1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90D302" w14:textId="1E52B191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6"/>
                <w:lang w:val="it-IT"/>
              </w:rPr>
              <w:t>GLEDE NA SEBE PRAVILNO OPIŠE LEGO PREDMETA.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FBE5D7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AD5B72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9A054D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CA0921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</w:tr>
      <w:tr w:rsidR="00947AAC" w:rsidRPr="00BA769B" w14:paraId="561FE44C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6A6DEF" w14:textId="00D57290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6"/>
                <w:lang w:val="it-IT"/>
              </w:rPr>
              <w:t>ŠTEJE DO 20 IN ŠTEVILA PREDSTAVI NA VEČ NAČINOV.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081D72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5EA463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D53B1D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499682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</w:tr>
      <w:tr w:rsidR="00947AAC" w14:paraId="38E6186E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86271B" w14:textId="59031761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PREBERE IN S ŠTEVKO ZAPIŠE ŠTEVILA OD 0 DO 20.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96F513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44B192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5CF572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40F439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:rsidRPr="00BA769B" w14:paraId="12730EDE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44191D" w14:textId="5D7C749A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6"/>
                <w:lang w:val="it-IT"/>
              </w:rPr>
              <w:t>ŠTEVILA DO 20 PRIMERJA IN UREDI.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844F9E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EF3164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46D718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B680AC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</w:tr>
      <w:tr w:rsidR="00947AAC" w:rsidRPr="00BA769B" w14:paraId="6C90BC6F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0E1FF5" w14:textId="4FF5D543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6"/>
                <w:lang w:val="it-IT"/>
              </w:rPr>
              <w:t>DOLOČI NEPOSREDNEGA PREDHODNIKA IN NASLEDNIKA.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ECD485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A1B5FA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CF127B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04F0A5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</w:tr>
      <w:tr w:rsidR="00947AAC" w14:paraId="5DFF17A3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99EE01" w14:textId="0BFFEAAD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SEŠTEVA IN ODŠTEVA DO 10.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4C639F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969AA4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B72AD2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F27854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:rsidRPr="00BA769B" w14:paraId="0054E8A6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3AC25A" w14:textId="26611284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6"/>
                <w:lang w:val="it-IT"/>
              </w:rPr>
              <w:t>V OBSEGU DO 20 SEŠTEVA IN ODŠTEVA BREZ PREHODA ČEZ DESETICO.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3EAD05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8066BE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F25D45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F0D62B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</w:tr>
      <w:tr w:rsidR="00947AAC" w:rsidRPr="00BA769B" w14:paraId="747C7453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6DD530" w14:textId="04288D91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6"/>
                <w:lang w:val="it-IT"/>
              </w:rPr>
              <w:t>POIŠČE PARE ŠTEVIL Z ENAKO VSOTO, POSEBEJ ZA VSOTO 10.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9864B7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5C6CEA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CB1BD5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F79784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</w:tr>
      <w:tr w:rsidR="00947AAC" w:rsidRPr="00BA769B" w14:paraId="7D4F2DFB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877808" w14:textId="78C46140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6"/>
                <w:lang w:val="it-IT"/>
              </w:rPr>
              <w:t>PRI SEŠTEVANJU UPORABLJA ZAKON O ZAMENJAVI SEŠTEVANCEV.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14A9B1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BEBC86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53369F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6358B7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</w:tr>
      <w:tr w:rsidR="00947AAC" w:rsidRPr="00BA769B" w14:paraId="10ADF05E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A3FDA7" w14:textId="6E15AAFB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6"/>
                <w:lang w:val="it-IT"/>
              </w:rPr>
              <w:t>NA KONKRETNEM MODELU PREPOZNA POLOVICO IN ČETRTINO.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46D917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033700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61C75A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29A50F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</w:tr>
      <w:tr w:rsidR="00947AAC" w:rsidRPr="00BA769B" w14:paraId="3108AB67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EAF74C" w14:textId="4079EB82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6"/>
                <w:lang w:val="it-IT"/>
              </w:rPr>
              <w:t>RAZLIKUJE GEOMETRIJSKA TELESA OD LIKOV.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1E24CF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76D8F7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6E4550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65DE28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</w:tr>
      <w:tr w:rsidR="00947AAC" w:rsidRPr="00BA769B" w14:paraId="2B66AC5A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A46676" w14:textId="36F00104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6"/>
                <w:lang w:val="it-IT"/>
              </w:rPr>
              <w:t>PREPOZNA IN NARIŠE RAVNO/KRIVO TER SKLENJENO/NESKLENJENO ČRTO.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FB80C1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873551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155007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ABC9B9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</w:tr>
      <w:tr w:rsidR="00947AAC" w:rsidRPr="00BA769B" w14:paraId="2E619117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EED323" w14:textId="7F858710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6"/>
                <w:lang w:val="it-IT"/>
              </w:rPr>
              <w:t>PRIMERJA IN UREDI DOLŽINE, MASE IN PROSTORNINE.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26A269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314E92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9FE1E7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AA0A7F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</w:tr>
      <w:tr w:rsidR="00947AAC" w:rsidRPr="00BA769B" w14:paraId="6050F6CC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07E902" w14:textId="20173B1E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6"/>
                <w:lang w:val="it-IT"/>
              </w:rPr>
              <w:t>MERI Z NESTANDARDNIMI MERSKIMI ENOTAMI.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82E0C4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F5C6E7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DC3D99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33DA79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</w:tr>
      <w:tr w:rsidR="00947AAC" w:rsidRPr="00BA769B" w14:paraId="7714E447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18DBB6" w14:textId="5C4D8924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6"/>
                <w:lang w:val="it-IT"/>
              </w:rPr>
              <w:t>BERE IN IZDELA PREPROST FIGURNI, VRSTIČNI ALI STOLPČNI PRIKAZ OZIROMA PREGLEDNICO.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B190AF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0872ED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2DB068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D57C77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</w:tr>
    </w:tbl>
    <w:p w14:paraId="77866C27" w14:textId="1412BFA8" w:rsidR="00947AAC" w:rsidRPr="00BA769B" w:rsidRDefault="00C5144F">
      <w:pPr>
        <w:spacing w:before="60" w:after="0" w:line="240" w:lineRule="auto"/>
        <w:rPr>
          <w:lang w:val="it-IT"/>
        </w:rPr>
      </w:pPr>
      <w:r w:rsidRPr="00BA769B">
        <w:rPr>
          <w:rFonts w:eastAsia="Calibri" w:cs="Calibri"/>
          <w:i/>
          <w:color w:val="666666"/>
          <w:sz w:val="15"/>
          <w:lang w:val="it-IT"/>
        </w:rPr>
        <w:t>OPOMBA: MERILA SE UPORABLJAJO RAZVOJNO IN SKLADNO Z INDIVIDUALNIM NAPREDKOM UČENCA.</w:t>
      </w:r>
    </w:p>
    <w:p w14:paraId="7AF017D0" w14:textId="35B1D7CD" w:rsidR="00947AAC" w:rsidRPr="00BA769B" w:rsidRDefault="00C5144F">
      <w:pPr>
        <w:rPr>
          <w:lang w:val="it-IT"/>
        </w:rPr>
      </w:pPr>
      <w:r w:rsidRPr="00BA769B">
        <w:rPr>
          <w:lang w:val="it-IT"/>
        </w:rPr>
        <w:br w:type="page"/>
      </w:r>
    </w:p>
    <w:p w14:paraId="67CE8C4F" w14:textId="4B43F248" w:rsidR="00947AAC" w:rsidRDefault="00C5144F">
      <w:pPr>
        <w:keepNext/>
        <w:spacing w:after="0"/>
        <w:jc w:val="center"/>
      </w:pPr>
      <w:r>
        <w:rPr>
          <w:rFonts w:eastAsia="Calibri" w:cs="Calibri"/>
          <w:b/>
          <w:color w:val="C65A45"/>
          <w:sz w:val="30"/>
        </w:rPr>
        <w:lastRenderedPageBreak/>
        <w:t>OD STARTA … DO CILJA</w:t>
      </w:r>
    </w:p>
    <w:p w14:paraId="79E99560" w14:textId="46E42275" w:rsidR="00947AAC" w:rsidRDefault="00C5144F">
      <w:pPr>
        <w:keepNext/>
        <w:spacing w:after="100"/>
        <w:jc w:val="center"/>
      </w:pPr>
      <w:r>
        <w:rPr>
          <w:rFonts w:eastAsia="Calibri" w:cs="Calibri"/>
          <w:b/>
          <w:color w:val="9E3F31"/>
          <w:sz w:val="25"/>
        </w:rPr>
        <w:t>TUJI JEZIK</w:t>
      </w:r>
    </w:p>
    <w:tbl>
      <w:tblPr>
        <w:tblW w:w="15590" w:type="dxa"/>
        <w:jc w:val="center"/>
        <w:tblBorders>
          <w:top w:val="single" w:sz="6" w:space="0" w:color="8A8A8A"/>
          <w:left w:val="single" w:sz="6" w:space="0" w:color="8A8A8A"/>
          <w:bottom w:val="single" w:sz="6" w:space="0" w:color="8A8A8A"/>
          <w:right w:val="single" w:sz="6" w:space="0" w:color="8A8A8A"/>
          <w:insideH w:val="single" w:sz="6" w:space="0" w:color="8A8A8A"/>
          <w:insideV w:val="single" w:sz="6" w:space="0" w:color="8A8A8A"/>
        </w:tblBorders>
        <w:tblLayout w:type="fixed"/>
        <w:tblLook w:val="04A0" w:firstRow="1" w:lastRow="0" w:firstColumn="1" w:lastColumn="0" w:noHBand="0" w:noVBand="1"/>
      </w:tblPr>
      <w:tblGrid>
        <w:gridCol w:w="8504"/>
        <w:gridCol w:w="1361"/>
        <w:gridCol w:w="2154"/>
        <w:gridCol w:w="2154"/>
        <w:gridCol w:w="1417"/>
      </w:tblGrid>
      <w:tr w:rsidR="00947AAC" w14:paraId="0D147F7E" w14:textId="77777777">
        <w:trPr>
          <w:tblHeader/>
          <w:jc w:val="center"/>
        </w:trPr>
        <w:tc>
          <w:tcPr>
            <w:tcW w:w="8504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148C8C" w14:textId="69982848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CILJ / DOSEŽEK</w:t>
            </w:r>
          </w:p>
        </w:tc>
        <w:tc>
          <w:tcPr>
            <w:tcW w:w="136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609652" w14:textId="0BA71F8D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DATUM</w:t>
            </w:r>
          </w:p>
        </w:tc>
        <w:tc>
          <w:tcPr>
            <w:tcW w:w="2154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73C23A" w14:textId="28231BC0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DOSEŽENO / DELNO</w:t>
            </w:r>
          </w:p>
        </w:tc>
        <w:tc>
          <w:tcPr>
            <w:tcW w:w="2154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EED6E7" w14:textId="3553A277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DOKAZ / OPOMBA</w:t>
            </w:r>
          </w:p>
        </w:tc>
        <w:tc>
          <w:tcPr>
            <w:tcW w:w="1417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B73FBA" w14:textId="7F1A01B5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PODPIS STARŠEV</w:t>
            </w:r>
          </w:p>
        </w:tc>
      </w:tr>
      <w:tr w:rsidR="00947AAC" w:rsidRPr="00BA769B" w14:paraId="0B2EE2E2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6BABBC" w14:textId="292224CA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6"/>
                <w:lang w:val="it-IT"/>
              </w:rPr>
              <w:t>POZORNO POSLUŠA IN UPORABLJA SLIKOVNO ALI GIBALNO OPORO.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A83685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406363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3182FD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7AFC53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</w:tr>
      <w:tr w:rsidR="00947AAC" w14:paraId="182B689F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C2ACB4" w14:textId="39CDA522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PREPOZNA ZNANE BESEDE IN KRATKE BESEDNE ZVEZE.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683C7F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E5BC70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7AE889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378D10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3B3BABB7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594C04" w14:textId="6AF1FECA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RAZUME KRATKA RAZREDNA NAVODILA.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C60E66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230378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48F712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3B6919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6C7A8F2A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3757D4" w14:textId="06470659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RAZUMEVANJE POKAŽE Z DEJANJEM ALI IZBIRO SLIKE.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3163BE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CC3017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5DA173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076A02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:rsidRPr="00BA769B" w14:paraId="163EB16B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D32031" w14:textId="27067EEF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6"/>
                <w:lang w:val="it-IT"/>
              </w:rPr>
              <w:t>PONOVI BESEDO, ZVEZO ALI KRATEK VZOREC.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86BADD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BB7991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337BE1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243629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</w:tr>
      <w:tr w:rsidR="00947AAC" w:rsidRPr="00BA769B" w14:paraId="2AA09171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290645" w14:textId="25434609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6"/>
                <w:lang w:val="it-IT"/>
              </w:rPr>
              <w:t>PO VZORU POVE NEKAJ O SEBI ALI ZNANI TEMI.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E2924F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13A350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6CF9E6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BBAB1F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</w:tr>
      <w:tr w:rsidR="00947AAC" w14:paraId="70C6CA4B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F852F9" w14:textId="30208E4B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ODGOVORI NA PREPROSTO VPRAŠANJE.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93F9C5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E1AFD8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23AA90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533FE4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00CD0A24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4B8F7E" w14:textId="4B8BAC0F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SODELUJE V KRATKI USTNI IZMENJAVI.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CC8C26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294A32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104970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DE2F64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:rsidRPr="00BA769B" w14:paraId="28E5F06E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0AAF63" w14:textId="70F87DA7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6"/>
                <w:lang w:val="it-IT"/>
              </w:rPr>
              <w:t>SODELUJE V PESMI, RITMIČNI IZREKI ALI JEZIKOVNI IGRI.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F75E88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F2461F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78EE5F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5DADEB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</w:tr>
      <w:tr w:rsidR="00947AAC" w:rsidRPr="00BA769B" w14:paraId="165B1458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45808F" w14:textId="269EF7CC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6"/>
                <w:lang w:val="it-IT"/>
              </w:rPr>
              <w:t>SPREJEMA JEZIKOVNO IN KULTURNO RAZNOLIKOST.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61A433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E4FF7C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2A126A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11223B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</w:tr>
    </w:tbl>
    <w:p w14:paraId="3F281E74" w14:textId="62353EC5" w:rsidR="00947AAC" w:rsidRPr="00BA769B" w:rsidRDefault="00C5144F">
      <w:pPr>
        <w:spacing w:before="60" w:after="0" w:line="240" w:lineRule="auto"/>
        <w:rPr>
          <w:lang w:val="it-IT"/>
        </w:rPr>
      </w:pPr>
      <w:r w:rsidRPr="00BA769B">
        <w:rPr>
          <w:rFonts w:eastAsia="Calibri" w:cs="Calibri"/>
          <w:i/>
          <w:color w:val="666666"/>
          <w:sz w:val="15"/>
          <w:lang w:val="it-IT"/>
        </w:rPr>
        <w:t>OPOMBA: MERILA SE UPORABLJAJO RAZVOJNO IN SKLADNO Z INDIVIDUALNIM NAPREDKOM UČENCA.</w:t>
      </w:r>
    </w:p>
    <w:p w14:paraId="0125219C" w14:textId="71CF65B3" w:rsidR="00947AAC" w:rsidRPr="00BA769B" w:rsidRDefault="00C5144F">
      <w:pPr>
        <w:rPr>
          <w:lang w:val="it-IT"/>
        </w:rPr>
      </w:pPr>
      <w:r w:rsidRPr="00BA769B">
        <w:rPr>
          <w:lang w:val="it-IT"/>
        </w:rPr>
        <w:br w:type="page"/>
      </w:r>
    </w:p>
    <w:p w14:paraId="08870C81" w14:textId="32E5642F" w:rsidR="00947AAC" w:rsidRDefault="00C5144F">
      <w:pPr>
        <w:keepNext/>
        <w:spacing w:after="0"/>
        <w:jc w:val="center"/>
      </w:pPr>
      <w:r>
        <w:rPr>
          <w:rFonts w:eastAsia="Calibri" w:cs="Calibri"/>
          <w:b/>
          <w:color w:val="C65A45"/>
          <w:sz w:val="30"/>
        </w:rPr>
        <w:lastRenderedPageBreak/>
        <w:t>OD STARTA … DO CILJA</w:t>
      </w:r>
    </w:p>
    <w:p w14:paraId="3FF7787F" w14:textId="50626F80" w:rsidR="00947AAC" w:rsidRDefault="00C5144F">
      <w:pPr>
        <w:keepNext/>
        <w:spacing w:after="100"/>
        <w:jc w:val="center"/>
      </w:pPr>
      <w:r>
        <w:rPr>
          <w:rFonts w:eastAsia="Calibri" w:cs="Calibri"/>
          <w:b/>
          <w:color w:val="9E3F31"/>
          <w:sz w:val="25"/>
        </w:rPr>
        <w:t>LIKOVNA UMETNOST</w:t>
      </w:r>
    </w:p>
    <w:tbl>
      <w:tblPr>
        <w:tblW w:w="15590" w:type="dxa"/>
        <w:jc w:val="center"/>
        <w:tblBorders>
          <w:top w:val="single" w:sz="6" w:space="0" w:color="8A8A8A"/>
          <w:left w:val="single" w:sz="6" w:space="0" w:color="8A8A8A"/>
          <w:bottom w:val="single" w:sz="6" w:space="0" w:color="8A8A8A"/>
          <w:right w:val="single" w:sz="6" w:space="0" w:color="8A8A8A"/>
          <w:insideH w:val="single" w:sz="6" w:space="0" w:color="8A8A8A"/>
          <w:insideV w:val="single" w:sz="6" w:space="0" w:color="8A8A8A"/>
        </w:tblBorders>
        <w:tblLayout w:type="fixed"/>
        <w:tblLook w:val="04A0" w:firstRow="1" w:lastRow="0" w:firstColumn="1" w:lastColumn="0" w:noHBand="0" w:noVBand="1"/>
      </w:tblPr>
      <w:tblGrid>
        <w:gridCol w:w="8504"/>
        <w:gridCol w:w="1361"/>
        <w:gridCol w:w="2154"/>
        <w:gridCol w:w="2154"/>
        <w:gridCol w:w="1417"/>
      </w:tblGrid>
      <w:tr w:rsidR="00947AAC" w14:paraId="2324F81E" w14:textId="77777777">
        <w:trPr>
          <w:tblHeader/>
          <w:jc w:val="center"/>
        </w:trPr>
        <w:tc>
          <w:tcPr>
            <w:tcW w:w="8504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D677FE" w14:textId="52C9B786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CILJ / DOSEŽEK</w:t>
            </w:r>
          </w:p>
        </w:tc>
        <w:tc>
          <w:tcPr>
            <w:tcW w:w="136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C610F5" w14:textId="51484992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DATUM</w:t>
            </w:r>
          </w:p>
        </w:tc>
        <w:tc>
          <w:tcPr>
            <w:tcW w:w="2154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855DFF" w14:textId="464A9E2F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DOSEŽENO / DELNO</w:t>
            </w:r>
          </w:p>
        </w:tc>
        <w:tc>
          <w:tcPr>
            <w:tcW w:w="2154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73D50F" w14:textId="0F7AB94D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DOKAZ / OPOMBA</w:t>
            </w:r>
          </w:p>
        </w:tc>
        <w:tc>
          <w:tcPr>
            <w:tcW w:w="1417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C1569F" w14:textId="57FE1403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PODPIS STARŠEV</w:t>
            </w:r>
          </w:p>
        </w:tc>
      </w:tr>
      <w:tr w:rsidR="00947AAC" w:rsidRPr="00BA769B" w14:paraId="036C43D3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4F4F05" w14:textId="0AD6F9D7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6"/>
                <w:lang w:val="it-IT"/>
              </w:rPr>
              <w:t>VARNO UPORABLJA LIKOVNE MATERIALE IN UREDI DELOVNO MESTO.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974E87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AC7778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701C0C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F0D019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</w:tr>
      <w:tr w:rsidR="00947AAC" w14:paraId="66BD6509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72A920" w14:textId="25E67AF0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OPAZUJE IN UPORABLJA ČRTO, OBLIKO, BARVO, TEKSTURO IN PROSTOR.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CF28A9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57B4EF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C510FC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297D6C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:rsidRPr="00BA769B" w14:paraId="60C70139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D9EB15" w14:textId="2AA99749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6"/>
                <w:lang w:val="it-IT"/>
              </w:rPr>
              <w:t>RAZISKUJE RAZLIČNE MATERIALE IN TEHNIKE.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1C2BD1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C9CAB2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71B301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ED0AE0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</w:tr>
      <w:tr w:rsidR="00947AAC" w:rsidRPr="00BA769B" w14:paraId="1E9AEA0E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86DD58" w14:textId="55AE5F7E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6"/>
                <w:lang w:val="it-IT"/>
              </w:rPr>
              <w:t>USTVARI RISARSKO ALI SLIKARSKO DELO.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E6598D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06553C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009E8F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CFC3E4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</w:tr>
      <w:tr w:rsidR="00947AAC" w:rsidRPr="00BA769B" w14:paraId="2ED76979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11E7F7" w14:textId="4DDA6736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6"/>
                <w:lang w:val="it-IT"/>
              </w:rPr>
              <w:t>USTVARI GRAFIČNO, KIPARSKO ALI PROSTORSKO DELO.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FCB025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FE44DE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A4F927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F7146C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</w:tr>
      <w:tr w:rsidR="00947AAC" w14:paraId="24DCFF75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F612B6" w14:textId="4436CF7D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NAČRTUJE PREPROSTO LIKOVNO REŠITEV.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389C18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C9259A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B45977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D8FFE0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14:paraId="60915431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40DF21" w14:textId="1AF0E34A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Z LIKOVNIMI SREDSTVI IZRAZI DOŽIVETJE ALI SPOROČILO.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BCD499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34C2BC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1F4EE9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23055B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:rsidRPr="00BA769B" w14:paraId="4C9B90AE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57B75D" w14:textId="57D8A80E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6"/>
                <w:lang w:val="it-IT"/>
              </w:rPr>
              <w:t>PREDSTAVI, OVREDNOTI IN PO POTREBI IZBOLJŠA IZDELEK.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224347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7BC220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D31C77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F7EF14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</w:tr>
    </w:tbl>
    <w:p w14:paraId="070A48D1" w14:textId="2C046FA7" w:rsidR="00947AAC" w:rsidRPr="00BA769B" w:rsidRDefault="00C5144F">
      <w:pPr>
        <w:spacing w:before="60" w:after="0" w:line="240" w:lineRule="auto"/>
        <w:rPr>
          <w:lang w:val="it-IT"/>
        </w:rPr>
      </w:pPr>
      <w:r w:rsidRPr="00BA769B">
        <w:rPr>
          <w:rFonts w:eastAsia="Calibri" w:cs="Calibri"/>
          <w:i/>
          <w:color w:val="666666"/>
          <w:sz w:val="15"/>
          <w:lang w:val="it-IT"/>
        </w:rPr>
        <w:t>OPOMBA: MERILA SE UPORABLJAJO RAZVOJNO IN SKLADNO Z INDIVIDUALNIM NAPREDKOM UČENCA.</w:t>
      </w:r>
    </w:p>
    <w:p w14:paraId="30983917" w14:textId="3A3B1A4F" w:rsidR="00947AAC" w:rsidRPr="00BA769B" w:rsidRDefault="00C5144F">
      <w:pPr>
        <w:rPr>
          <w:lang w:val="it-IT"/>
        </w:rPr>
      </w:pPr>
      <w:r w:rsidRPr="00BA769B">
        <w:rPr>
          <w:lang w:val="it-IT"/>
        </w:rPr>
        <w:br w:type="page"/>
      </w:r>
    </w:p>
    <w:p w14:paraId="5AD305EA" w14:textId="5D34C0EB" w:rsidR="00947AAC" w:rsidRDefault="00C5144F">
      <w:pPr>
        <w:keepNext/>
        <w:spacing w:after="0"/>
        <w:jc w:val="center"/>
      </w:pPr>
      <w:r>
        <w:rPr>
          <w:rFonts w:eastAsia="Calibri" w:cs="Calibri"/>
          <w:b/>
          <w:color w:val="C65A45"/>
          <w:sz w:val="30"/>
        </w:rPr>
        <w:lastRenderedPageBreak/>
        <w:t>OD STARTA … DO CILJA</w:t>
      </w:r>
    </w:p>
    <w:p w14:paraId="6C96C4B0" w14:textId="7DA37D24" w:rsidR="00947AAC" w:rsidRDefault="00C5144F">
      <w:pPr>
        <w:keepNext/>
        <w:spacing w:after="100"/>
        <w:jc w:val="center"/>
      </w:pPr>
      <w:r>
        <w:rPr>
          <w:rFonts w:eastAsia="Calibri" w:cs="Calibri"/>
          <w:b/>
          <w:color w:val="9E3F31"/>
          <w:sz w:val="25"/>
        </w:rPr>
        <w:t>GLASBENA UMETNOST</w:t>
      </w:r>
    </w:p>
    <w:tbl>
      <w:tblPr>
        <w:tblW w:w="15590" w:type="dxa"/>
        <w:jc w:val="center"/>
        <w:tblBorders>
          <w:top w:val="single" w:sz="6" w:space="0" w:color="8A8A8A"/>
          <w:left w:val="single" w:sz="6" w:space="0" w:color="8A8A8A"/>
          <w:bottom w:val="single" w:sz="6" w:space="0" w:color="8A8A8A"/>
          <w:right w:val="single" w:sz="6" w:space="0" w:color="8A8A8A"/>
          <w:insideH w:val="single" w:sz="6" w:space="0" w:color="8A8A8A"/>
          <w:insideV w:val="single" w:sz="6" w:space="0" w:color="8A8A8A"/>
        </w:tblBorders>
        <w:tblLayout w:type="fixed"/>
        <w:tblLook w:val="04A0" w:firstRow="1" w:lastRow="0" w:firstColumn="1" w:lastColumn="0" w:noHBand="0" w:noVBand="1"/>
      </w:tblPr>
      <w:tblGrid>
        <w:gridCol w:w="8504"/>
        <w:gridCol w:w="1361"/>
        <w:gridCol w:w="2154"/>
        <w:gridCol w:w="2154"/>
        <w:gridCol w:w="1417"/>
      </w:tblGrid>
      <w:tr w:rsidR="00947AAC" w14:paraId="01C592DF" w14:textId="77777777">
        <w:trPr>
          <w:tblHeader/>
          <w:jc w:val="center"/>
        </w:trPr>
        <w:tc>
          <w:tcPr>
            <w:tcW w:w="8504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04763E" w14:textId="4595E6E8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CILJ / DOSEŽEK</w:t>
            </w:r>
          </w:p>
        </w:tc>
        <w:tc>
          <w:tcPr>
            <w:tcW w:w="136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390E5B" w14:textId="772E71F4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DATUM</w:t>
            </w:r>
          </w:p>
        </w:tc>
        <w:tc>
          <w:tcPr>
            <w:tcW w:w="2154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E866D7" w14:textId="011F33EA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DOSEŽENO / DELNO</w:t>
            </w:r>
          </w:p>
        </w:tc>
        <w:tc>
          <w:tcPr>
            <w:tcW w:w="2154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BE1F45" w14:textId="0B0236DA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DOKAZ / OPOMBA</w:t>
            </w:r>
          </w:p>
        </w:tc>
        <w:tc>
          <w:tcPr>
            <w:tcW w:w="1417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C279C0" w14:textId="46CFD87D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PODPIS STARŠEV</w:t>
            </w:r>
          </w:p>
        </w:tc>
      </w:tr>
      <w:tr w:rsidR="00947AAC" w:rsidRPr="00BA769B" w14:paraId="4CF60590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A01981" w14:textId="59DA5BF9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6"/>
                <w:lang w:val="it-IT"/>
              </w:rPr>
              <w:t>POZORNO POSLUŠA GLASBO IN TIŠINO.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FF2EF2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B8FCE3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CA7DCA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486276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</w:tr>
      <w:tr w:rsidR="00947AAC" w:rsidRPr="00BA769B" w14:paraId="3C359BFC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4034BD" w14:textId="1572E72E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6"/>
                <w:lang w:val="it-IT"/>
              </w:rPr>
              <w:t>ENAKOMERNO IN RITMIČNO IZREKA BESEDILO.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33FED1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C36EB1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7A632E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3B9E52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</w:tr>
      <w:tr w:rsidR="00947AAC" w:rsidRPr="00BA769B" w14:paraId="194318FB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ADF779" w14:textId="2E5E161F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6"/>
                <w:lang w:val="it-IT"/>
              </w:rPr>
              <w:t>PO SPOMINU ZAPOJE IZBRANO PESEM.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FBD07E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7A7592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FD4F5C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DA56DB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</w:tr>
      <w:tr w:rsidR="00947AAC" w:rsidRPr="00BA769B" w14:paraId="6841DB19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220DC1" w14:textId="4DAE8ACB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6"/>
                <w:lang w:val="it-IT"/>
              </w:rPr>
              <w:t>PETJE SPREMLJA Z GIBANJEM ALI LASTNIMI GLASBILI.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768446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BD3F21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2BBCB1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F294C4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</w:tr>
      <w:tr w:rsidR="00947AAC" w:rsidRPr="00BA769B" w14:paraId="66DCA859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7F3B41" w14:textId="38899A32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6"/>
                <w:lang w:val="it-IT"/>
              </w:rPr>
              <w:t>ODGOVORNO UPORABLJA OTROŠKO ALI ORFFOVO GLASBILO.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10F90A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2ED8F7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463786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CCE793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</w:tr>
      <w:tr w:rsidR="00947AAC" w:rsidRPr="00BA769B" w14:paraId="55B7D051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335625" w14:textId="56CF9EF3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6"/>
                <w:lang w:val="it-IT"/>
              </w:rPr>
              <w:t>PONOVI IN IZVEDE KRATEK RITEM.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7C8DED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5D97AF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910592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8F6238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</w:tr>
      <w:tr w:rsidR="00947AAC" w14:paraId="7873814D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BF8DCB" w14:textId="1F1F8DEB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SLEDI PREPROSTEMU SLIKOVNEMU ZAPISU.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AF5A78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2E9081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6A4F59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72E2CB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:rsidRPr="00BA769B" w14:paraId="7699FFD5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3454F9" w14:textId="06E8053B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6"/>
                <w:lang w:val="it-IT"/>
              </w:rPr>
              <w:t>USTVARI KRATEK ZVOČNI ALI MELODIČNI MOTIV.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AC7A72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E244C6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755D35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85AF11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</w:tr>
      <w:tr w:rsidR="00947AAC" w14:paraId="421144E0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F87482" w14:textId="180283D1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IZRAZI GLASBENO DOŽIVETJE.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9A68E2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B66EC8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C4CFD7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663522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:rsidRPr="00BA769B" w14:paraId="34AEFC7C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8C11F4" w14:textId="78E33AE9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6"/>
                <w:lang w:val="it-IT"/>
              </w:rPr>
              <w:t>POSLUŠA NASTOP DRUGIH IN PODA PRIJAZNO POVRATNO INFORMACIJO.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99898B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3E736A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DE5BC9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74034A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</w:tr>
    </w:tbl>
    <w:p w14:paraId="3818E947" w14:textId="0692505D" w:rsidR="00947AAC" w:rsidRPr="00BA769B" w:rsidRDefault="00C5144F">
      <w:pPr>
        <w:spacing w:before="60" w:after="0" w:line="240" w:lineRule="auto"/>
        <w:rPr>
          <w:lang w:val="it-IT"/>
        </w:rPr>
      </w:pPr>
      <w:r w:rsidRPr="00BA769B">
        <w:rPr>
          <w:rFonts w:eastAsia="Calibri" w:cs="Calibri"/>
          <w:i/>
          <w:color w:val="666666"/>
          <w:sz w:val="15"/>
          <w:lang w:val="it-IT"/>
        </w:rPr>
        <w:t>OPOMBA: MERILA SE UPORABLJAJO RAZVOJNO IN SKLADNO Z INDIVIDUALNIM NAPREDKOM UČENCA.</w:t>
      </w:r>
    </w:p>
    <w:p w14:paraId="2EBA2688" w14:textId="470935F3" w:rsidR="00947AAC" w:rsidRPr="00BA769B" w:rsidRDefault="00C5144F">
      <w:pPr>
        <w:rPr>
          <w:lang w:val="it-IT"/>
        </w:rPr>
      </w:pPr>
      <w:r w:rsidRPr="00BA769B">
        <w:rPr>
          <w:lang w:val="it-IT"/>
        </w:rPr>
        <w:br w:type="page"/>
      </w:r>
    </w:p>
    <w:p w14:paraId="3664EBCD" w14:textId="6A36B863" w:rsidR="00947AAC" w:rsidRDefault="00C5144F">
      <w:pPr>
        <w:keepNext/>
        <w:spacing w:after="0"/>
        <w:jc w:val="center"/>
      </w:pPr>
      <w:r>
        <w:rPr>
          <w:rFonts w:eastAsia="Calibri" w:cs="Calibri"/>
          <w:b/>
          <w:color w:val="C65A45"/>
          <w:sz w:val="30"/>
        </w:rPr>
        <w:lastRenderedPageBreak/>
        <w:t>OD STARTA … DO CILJA</w:t>
      </w:r>
    </w:p>
    <w:p w14:paraId="58B6DA62" w14:textId="25168396" w:rsidR="00947AAC" w:rsidRDefault="00C5144F">
      <w:pPr>
        <w:keepNext/>
        <w:spacing w:after="100"/>
        <w:jc w:val="center"/>
      </w:pPr>
      <w:r>
        <w:rPr>
          <w:rFonts w:eastAsia="Calibri" w:cs="Calibri"/>
          <w:b/>
          <w:color w:val="9E3F31"/>
          <w:sz w:val="25"/>
        </w:rPr>
        <w:t>SPOZNAVANJE OKOLJA</w:t>
      </w:r>
    </w:p>
    <w:tbl>
      <w:tblPr>
        <w:tblW w:w="15590" w:type="dxa"/>
        <w:jc w:val="center"/>
        <w:tblBorders>
          <w:top w:val="single" w:sz="6" w:space="0" w:color="8A8A8A"/>
          <w:left w:val="single" w:sz="6" w:space="0" w:color="8A8A8A"/>
          <w:bottom w:val="single" w:sz="6" w:space="0" w:color="8A8A8A"/>
          <w:right w:val="single" w:sz="6" w:space="0" w:color="8A8A8A"/>
          <w:insideH w:val="single" w:sz="6" w:space="0" w:color="8A8A8A"/>
          <w:insideV w:val="single" w:sz="6" w:space="0" w:color="8A8A8A"/>
        </w:tblBorders>
        <w:tblLayout w:type="fixed"/>
        <w:tblLook w:val="04A0" w:firstRow="1" w:lastRow="0" w:firstColumn="1" w:lastColumn="0" w:noHBand="0" w:noVBand="1"/>
      </w:tblPr>
      <w:tblGrid>
        <w:gridCol w:w="8504"/>
        <w:gridCol w:w="1361"/>
        <w:gridCol w:w="2154"/>
        <w:gridCol w:w="2154"/>
        <w:gridCol w:w="1417"/>
      </w:tblGrid>
      <w:tr w:rsidR="00947AAC" w14:paraId="7CD039FE" w14:textId="77777777">
        <w:trPr>
          <w:tblHeader/>
          <w:jc w:val="center"/>
        </w:trPr>
        <w:tc>
          <w:tcPr>
            <w:tcW w:w="8504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E4C34E" w14:textId="2AB4C823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CILJ / DOSEŽEK</w:t>
            </w:r>
          </w:p>
        </w:tc>
        <w:tc>
          <w:tcPr>
            <w:tcW w:w="136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258224" w14:textId="55DE3047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DATUM</w:t>
            </w:r>
          </w:p>
        </w:tc>
        <w:tc>
          <w:tcPr>
            <w:tcW w:w="2154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FE9431" w14:textId="34C02A48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DOSEŽENO / DELNO</w:t>
            </w:r>
          </w:p>
        </w:tc>
        <w:tc>
          <w:tcPr>
            <w:tcW w:w="2154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87F1F9" w14:textId="14B5FB1F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DOKAZ / OPOMBA</w:t>
            </w:r>
          </w:p>
        </w:tc>
        <w:tc>
          <w:tcPr>
            <w:tcW w:w="1417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5A8C97" w14:textId="688B8EBD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PODPIS STARŠEV</w:t>
            </w:r>
          </w:p>
        </w:tc>
      </w:tr>
      <w:tr w:rsidR="00947AAC" w:rsidRPr="00BA769B" w14:paraId="67AB7BD7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4DCDDE" w14:textId="2A4C7D64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6"/>
                <w:lang w:val="it-IT"/>
              </w:rPr>
              <w:t>PREDSTAVI SEBE TER POIMENUJE SVOJE POČUTJE IN POTREBE.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DF9C95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86DF49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30E796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3126D5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</w:tr>
      <w:tr w:rsidR="00947AAC" w:rsidRPr="00BA769B" w14:paraId="4DFFB8AC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BAC55E" w14:textId="046B4768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6"/>
                <w:lang w:val="it-IT"/>
              </w:rPr>
              <w:t>POZNA ŠOLSKE PROSTORE, OSEBE IN DOGOVORJENA PRAVILA.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326DF4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B11C6E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9C8C49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BED509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</w:tr>
      <w:tr w:rsidR="00947AAC" w14:paraId="54398A81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5C88BB" w14:textId="48E7DB88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OPIŠE DRUŽINO IN SPOŠTUJE RAZLIČNE OBLIKE SKUPNOSTI.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F65D81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6DE319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AE09A0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B42D46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:rsidRPr="00BA769B" w14:paraId="03AC0124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8359EB" w14:textId="2BB5CBA0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6"/>
                <w:lang w:val="it-IT"/>
              </w:rPr>
              <w:t>RAZLIKUJE PRAVICE, DOLŽNOSTI IN ODGOVORNOSTI.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1D6B28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A4AEC2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D0F80F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C91809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</w:tr>
      <w:tr w:rsidR="00947AAC" w:rsidRPr="00BA769B" w14:paraId="4E6AAE5F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B47CE5" w14:textId="67A61745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6"/>
                <w:lang w:val="it-IT"/>
              </w:rPr>
              <w:t>UPORABLJA ČASOVNE IZRAZE TER UREDI DOGODKE V ZAPOREDJE.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284D96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3538A8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CB2B3E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46DBCB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</w:tr>
      <w:tr w:rsidR="00947AAC" w14:paraId="6ADF4353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B0521E" w14:textId="0F697A93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UPORABLJA URNIK IN GA POVEZUJE S TRAJANJEM DEJAVNOSTI.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4B4069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F2CB33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6A08D7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E20B7B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:rsidRPr="00BA769B" w14:paraId="73A05E33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26B899" w14:textId="1DB82080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6"/>
                <w:lang w:val="it-IT"/>
              </w:rPr>
              <w:t>PRIMERJA IZBRANE VIDIKE ŽIVLJENJA NEKOČ IN DANES.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84795B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30859A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82545D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EB5173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</w:tr>
      <w:tr w:rsidR="00947AAC" w:rsidRPr="00BA769B" w14:paraId="7B515E9B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4AB7EC" w14:textId="79490BBF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6"/>
                <w:lang w:val="it-IT"/>
              </w:rPr>
              <w:t>SLEDI PREPROSTEMU NAČRTU ZNANEGA PROSTORA.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7EBA11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B4F624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53A65B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21E4C0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</w:tr>
      <w:tr w:rsidR="00947AAC" w:rsidRPr="00BA769B" w14:paraId="3800D5AF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A75DBC" w14:textId="038E5605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6"/>
                <w:lang w:val="it-IT"/>
              </w:rPr>
              <w:t>PRI OPAZOVANJU PRAVILNO UPORABLJA OSNOVNE POKRAJINSKE POJME.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C3F832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157C98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599250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4EB84B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</w:tr>
      <w:tr w:rsidR="00947AAC" w:rsidRPr="00BA769B" w14:paraId="281FCD1C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127C82" w14:textId="786C117C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6"/>
                <w:lang w:val="it-IT"/>
              </w:rPr>
              <w:t>VARNO RAVNA KOT PEŠEC IN POZNA POMEN VIDNOSTI V PROMETU.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3F4A36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0EE24A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0C2791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56DB17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</w:tr>
      <w:tr w:rsidR="00947AAC" w:rsidRPr="00BA769B" w14:paraId="4EC4F317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0C7726" w14:textId="2B11EB81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6"/>
                <w:lang w:val="it-IT"/>
              </w:rPr>
              <w:t>PRIMERJA NAČINE MOBILNOSTI IN PREPOZNA TRAJNOSTNO MOŽNOST.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43CDAF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36AD76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A93727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B577E1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</w:tr>
      <w:tr w:rsidR="00947AAC" w:rsidRPr="00BA769B" w14:paraId="1F1D624B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AE98F6" w14:textId="01333E09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6"/>
                <w:lang w:val="it-IT"/>
              </w:rPr>
              <w:t>RAZVRŠČA PREDMETE PO SNOVI ALI LASTNOSTI.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2F0CE0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0DE2CA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C22B10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FAC9D2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</w:tr>
      <w:tr w:rsidR="00947AAC" w:rsidRPr="00BA769B" w14:paraId="3FB4317C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50AB64" w14:textId="0ED0C6C2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6"/>
                <w:lang w:val="it-IT"/>
              </w:rPr>
              <w:t>PRAVILNO RAZVRŠČA ODPADKE IN PREDLAGA PONOVNO UPORABO.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CBF47E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6F6575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94119F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74CB9D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</w:tr>
      <w:tr w:rsidR="00947AAC" w:rsidRPr="00BA769B" w14:paraId="61276F60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DB27CD" w14:textId="2D23BD51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6"/>
                <w:lang w:val="it-IT"/>
              </w:rPr>
              <w:t>PO NAVODILU NAČRTUJE, IZDELA IN PREIZKUSI PREPROST IZDELEK.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92E7CC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D34E8E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798870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73E511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</w:tr>
      <w:tr w:rsidR="00947AAC" w:rsidRPr="00BA769B" w14:paraId="2297018B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E8AA8A" w14:textId="7AEA8311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6"/>
                <w:lang w:val="it-IT"/>
              </w:rPr>
              <w:t>RAZISKUJE GIBANJE, SVETLOBO, ZVOK ALI DRUG POJAV TER POVE UGOTOVITEV.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E342DB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88936B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8C2AC3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517233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</w:tr>
      <w:tr w:rsidR="00947AAC" w:rsidRPr="00BA769B" w14:paraId="1DD4903B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230472" w14:textId="6A71C885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6"/>
                <w:lang w:val="it-IT"/>
              </w:rPr>
              <w:t>RAZLIKUJE ŽIVO BITJE OD NEŽIVE NARAVE.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6E3FD0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92E376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2CD1A0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72C3F7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</w:tr>
      <w:tr w:rsidR="00947AAC" w:rsidRPr="00BA769B" w14:paraId="501FA97B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ADF56E" w14:textId="25B6DA80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6"/>
                <w:lang w:val="it-IT"/>
              </w:rPr>
              <w:t>POVEŽE ŽIVA BITJA Z NJIHOVIMI POTREBAMI IN ŽIVLJENJSKIM OKOLJEM.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AD8088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28E01D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2A7202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64766A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</w:tr>
      <w:tr w:rsidR="00947AAC" w:rsidRPr="00BA769B" w14:paraId="437ADDEB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B5BFE1" w14:textId="733189AB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6"/>
                <w:lang w:val="it-IT"/>
              </w:rPr>
              <w:t>OPIŠE SPREMEMBE V OKOLJU SKOZI LETNE ČASE TER ODGOVORNO RAVNA V NARAVI.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8EFFAA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F3104D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C5110B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2BC03D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</w:tr>
    </w:tbl>
    <w:p w14:paraId="5BA06094" w14:textId="6FD0E88D" w:rsidR="00947AAC" w:rsidRPr="00BA769B" w:rsidRDefault="00C5144F">
      <w:pPr>
        <w:spacing w:before="60" w:after="0" w:line="240" w:lineRule="auto"/>
        <w:rPr>
          <w:lang w:val="it-IT"/>
        </w:rPr>
      </w:pPr>
      <w:r w:rsidRPr="00BA769B">
        <w:rPr>
          <w:rFonts w:eastAsia="Calibri" w:cs="Calibri"/>
          <w:i/>
          <w:color w:val="666666"/>
          <w:sz w:val="15"/>
          <w:lang w:val="it-IT"/>
        </w:rPr>
        <w:t>OPOMBA: MERILA SE UPORABLJAJO RAZVOJNO IN SKLADNO Z INDIVIDUALNIM NAPREDKOM UČENCA.</w:t>
      </w:r>
    </w:p>
    <w:p w14:paraId="32A5F04C" w14:textId="2347887C" w:rsidR="00947AAC" w:rsidRPr="00BA769B" w:rsidRDefault="00C5144F">
      <w:pPr>
        <w:rPr>
          <w:lang w:val="it-IT"/>
        </w:rPr>
      </w:pPr>
      <w:r w:rsidRPr="00BA769B">
        <w:rPr>
          <w:lang w:val="it-IT"/>
        </w:rPr>
        <w:br w:type="page"/>
      </w:r>
    </w:p>
    <w:p w14:paraId="230067FB" w14:textId="501092F4" w:rsidR="00947AAC" w:rsidRDefault="00C5144F">
      <w:pPr>
        <w:keepNext/>
        <w:spacing w:after="0"/>
        <w:jc w:val="center"/>
      </w:pPr>
      <w:r>
        <w:rPr>
          <w:rFonts w:eastAsia="Calibri" w:cs="Calibri"/>
          <w:b/>
          <w:color w:val="C65A45"/>
          <w:sz w:val="30"/>
        </w:rPr>
        <w:lastRenderedPageBreak/>
        <w:t>OD STARTA … DO CILJA</w:t>
      </w:r>
    </w:p>
    <w:p w14:paraId="61A1CFE3" w14:textId="5B8F6257" w:rsidR="00947AAC" w:rsidRDefault="00C5144F">
      <w:pPr>
        <w:keepNext/>
        <w:spacing w:after="100"/>
        <w:jc w:val="center"/>
      </w:pPr>
      <w:r>
        <w:rPr>
          <w:rFonts w:eastAsia="Calibri" w:cs="Calibri"/>
          <w:b/>
          <w:color w:val="9E3F31"/>
          <w:sz w:val="25"/>
        </w:rPr>
        <w:t>ŠPORT</w:t>
      </w:r>
    </w:p>
    <w:tbl>
      <w:tblPr>
        <w:tblW w:w="15590" w:type="dxa"/>
        <w:jc w:val="center"/>
        <w:tblBorders>
          <w:top w:val="single" w:sz="6" w:space="0" w:color="8A8A8A"/>
          <w:left w:val="single" w:sz="6" w:space="0" w:color="8A8A8A"/>
          <w:bottom w:val="single" w:sz="6" w:space="0" w:color="8A8A8A"/>
          <w:right w:val="single" w:sz="6" w:space="0" w:color="8A8A8A"/>
          <w:insideH w:val="single" w:sz="6" w:space="0" w:color="8A8A8A"/>
          <w:insideV w:val="single" w:sz="6" w:space="0" w:color="8A8A8A"/>
        </w:tblBorders>
        <w:tblLayout w:type="fixed"/>
        <w:tblLook w:val="04A0" w:firstRow="1" w:lastRow="0" w:firstColumn="1" w:lastColumn="0" w:noHBand="0" w:noVBand="1"/>
      </w:tblPr>
      <w:tblGrid>
        <w:gridCol w:w="8504"/>
        <w:gridCol w:w="1361"/>
        <w:gridCol w:w="2154"/>
        <w:gridCol w:w="2154"/>
        <w:gridCol w:w="1417"/>
      </w:tblGrid>
      <w:tr w:rsidR="00947AAC" w14:paraId="17C75575" w14:textId="77777777">
        <w:trPr>
          <w:tblHeader/>
          <w:jc w:val="center"/>
        </w:trPr>
        <w:tc>
          <w:tcPr>
            <w:tcW w:w="8504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B13127" w14:textId="2C60FF55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CILJ / DOSEŽEK</w:t>
            </w:r>
          </w:p>
        </w:tc>
        <w:tc>
          <w:tcPr>
            <w:tcW w:w="136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B7580C" w14:textId="7234DB44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DATUM</w:t>
            </w:r>
          </w:p>
        </w:tc>
        <w:tc>
          <w:tcPr>
            <w:tcW w:w="2154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B984A6" w14:textId="7A105745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DOSEŽENO / DELNO</w:t>
            </w:r>
          </w:p>
        </w:tc>
        <w:tc>
          <w:tcPr>
            <w:tcW w:w="2154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22A84E" w14:textId="37352DB7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DOKAZ / OPOMBA</w:t>
            </w:r>
          </w:p>
        </w:tc>
        <w:tc>
          <w:tcPr>
            <w:tcW w:w="1417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9F5D33" w14:textId="1E4C1EAA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PODPIS STARŠEV</w:t>
            </w:r>
          </w:p>
        </w:tc>
      </w:tr>
      <w:tr w:rsidR="00947AAC" w:rsidRPr="00BA769B" w14:paraId="47587D77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261A82" w14:textId="04C765B8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6"/>
                <w:lang w:val="it-IT"/>
              </w:rPr>
              <w:t>VARNO HODI IN TEČE V RAZLIČNIH SMEREH.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D3BF20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57F68F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9A8DD1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3F3170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</w:tr>
      <w:tr w:rsidR="00947AAC" w:rsidRPr="00BA769B" w14:paraId="356835D8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D21320" w14:textId="414F9837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6"/>
                <w:lang w:val="it-IT"/>
              </w:rPr>
              <w:t>LAZI, SE PLAZI, VALJA IN PREMAGUJE PREPROST POLIGON.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3484C0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D57039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3F1692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51AD0B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</w:tr>
      <w:tr w:rsidR="00947AAC" w:rsidRPr="00BA769B" w14:paraId="4CF214AC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E677CF" w14:textId="061E3B27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6"/>
                <w:lang w:val="it-IT"/>
              </w:rPr>
              <w:t>SKAČE Z MESTA ALI ČEZ NIZKO OVIRO.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8F2B6D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81A561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B2373B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FDA6B9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</w:tr>
      <w:tr w:rsidR="00947AAC" w:rsidRPr="00BA769B" w14:paraId="7AF98D3E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0FE1EC" w14:textId="69FABB1B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6"/>
                <w:lang w:val="it-IT"/>
              </w:rPr>
              <w:t>MEČE LAŽJI PREDMET V DALJINO ALI CILJ.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5B19F6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FFDCB1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C24279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7D036E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</w:tr>
      <w:tr w:rsidR="00947AAC" w:rsidRPr="00BA769B" w14:paraId="6DD2F262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AC6E25" w14:textId="4E2EFC8E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6"/>
                <w:lang w:val="it-IT"/>
              </w:rPr>
              <w:t>KOTALI, PODAJA, LOVI ALI VODI ŽOGO.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0A6D90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1A0B45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2F4DBA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C5B58E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</w:tr>
      <w:tr w:rsidR="00947AAC" w:rsidRPr="00BA769B" w14:paraId="2AE96D29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A985B9" w14:textId="20082CDF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6"/>
                <w:lang w:val="it-IT"/>
              </w:rPr>
              <w:t>OHRANJA RAVNOTEŽJE NA RAZLIČNIH PODLAGAH.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7BE83F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896ACA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D2A02C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579B31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</w:tr>
      <w:tr w:rsidR="00947AAC" w14:paraId="19498FFA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0D86E0" w14:textId="5B42C525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GIBANJE USKLADI Z RITMOM IN IZVEDE PREPROST PLESNI MOTIV.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FC1612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E76A15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DD94A7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9C893C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:rsidRPr="00BA769B" w14:paraId="7743EA0F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2520BE" w14:textId="18DE82A0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6"/>
                <w:lang w:val="it-IT"/>
              </w:rPr>
              <w:t>SODELUJE V ELEMENTARNI ALI USTVARJALNI GIBALNI IGRI.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65F855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F4B084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24976A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D180B7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</w:tr>
      <w:tr w:rsidR="00947AAC" w14:paraId="1F78E74D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772BC7" w14:textId="56201006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6"/>
              </w:rPr>
              <w:t>VARNO SE GIBLJE V NARAVNEM IN GRAJENEM OKOLJU.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D71B2E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3A7BCC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ABEA8C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51C17F" w14:textId="77777777" w:rsidR="00947AAC" w:rsidRDefault="00947AAC">
            <w:pPr>
              <w:spacing w:after="0" w:line="240" w:lineRule="auto"/>
              <w:jc w:val="center"/>
            </w:pPr>
          </w:p>
        </w:tc>
      </w:tr>
      <w:tr w:rsidR="00947AAC" w:rsidRPr="00BA769B" w14:paraId="53602E0E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4E375B" w14:textId="33BFAA8B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6"/>
                <w:lang w:val="it-IT"/>
              </w:rPr>
              <w:t>UPOŠTEVA PRAVILA, VARNOST IN POŠTENO IGRO.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AE9BB6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98867C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6C1612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976DE8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</w:tr>
      <w:tr w:rsidR="00947AAC" w:rsidRPr="00BA769B" w14:paraId="15971159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D3A195" w14:textId="6B540580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6"/>
                <w:lang w:val="it-IT"/>
              </w:rPr>
              <w:t>POMAGA, SPODBUJA DRUGE IN SPOŠTLJIVO SPREJEMA IZID.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EAAA71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999EAB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68FC6F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A900F8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</w:tr>
      <w:tr w:rsidR="00947AAC" w:rsidRPr="00BA769B" w14:paraId="77BB3FFE" w14:textId="77777777">
        <w:trPr>
          <w:cantSplit/>
          <w:jc w:val="center"/>
        </w:trPr>
        <w:tc>
          <w:tcPr>
            <w:tcW w:w="850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814258" w14:textId="44ABAA42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6"/>
                <w:lang w:val="it-IT"/>
              </w:rPr>
              <w:t>PREPOZNA SVOJ NAPREDEK IN POSTAVI NASLEDNJI GIBALNI CILJ.</w:t>
            </w:r>
          </w:p>
        </w:tc>
        <w:tc>
          <w:tcPr>
            <w:tcW w:w="136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DB20F4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8C1B8F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215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0A44F3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417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03C577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</w:tr>
    </w:tbl>
    <w:p w14:paraId="6592FB57" w14:textId="69AC8D35" w:rsidR="00947AAC" w:rsidRPr="00BA769B" w:rsidRDefault="00C5144F">
      <w:pPr>
        <w:spacing w:before="60" w:after="0" w:line="240" w:lineRule="auto"/>
        <w:rPr>
          <w:lang w:val="it-IT"/>
        </w:rPr>
      </w:pPr>
      <w:r w:rsidRPr="00BA769B">
        <w:rPr>
          <w:rFonts w:eastAsia="Calibri" w:cs="Calibri"/>
          <w:i/>
          <w:color w:val="666666"/>
          <w:sz w:val="15"/>
          <w:lang w:val="it-IT"/>
        </w:rPr>
        <w:t>OPOMBA: MERILA SE UPORABLJAJO RAZVOJNO IN SKLADNO Z INDIVIDUALNIM NAPREDKOM UČENCA.</w:t>
      </w:r>
    </w:p>
    <w:p w14:paraId="52C1336A" w14:textId="77777777" w:rsidR="00947AAC" w:rsidRPr="00BA769B" w:rsidRDefault="00947AAC">
      <w:pPr>
        <w:rPr>
          <w:lang w:val="it-IT"/>
        </w:rPr>
        <w:sectPr w:rsidR="00947AAC" w:rsidRPr="00BA769B">
          <w:footerReference w:type="default" r:id="rId8"/>
          <w:pgSz w:w="16838" w:h="11906" w:orient="landscape"/>
          <w:pgMar w:top="454" w:right="567" w:bottom="624" w:left="567" w:header="227" w:footer="283" w:gutter="0"/>
          <w:cols w:space="720"/>
          <w:docGrid w:linePitch="360"/>
        </w:sectPr>
      </w:pPr>
    </w:p>
    <w:p w14:paraId="58DE382E" w14:textId="17F7B706" w:rsidR="00947AAC" w:rsidRDefault="00C5144F">
      <w:pPr>
        <w:keepNext/>
        <w:spacing w:after="40"/>
        <w:jc w:val="center"/>
      </w:pPr>
      <w:r>
        <w:rPr>
          <w:rFonts w:eastAsia="Calibri" w:cs="Calibri"/>
          <w:b/>
          <w:color w:val="C65A45"/>
          <w:sz w:val="44"/>
        </w:rPr>
        <w:lastRenderedPageBreak/>
        <w:t>JESEN</w:t>
      </w:r>
    </w:p>
    <w:p w14:paraId="601E3246" w14:textId="2F9FEBA1" w:rsidR="00947AAC" w:rsidRDefault="00C5144F">
      <w:pPr>
        <w:spacing w:after="200"/>
        <w:jc w:val="center"/>
      </w:pPr>
      <w:r>
        <w:rPr>
          <w:rFonts w:eastAsia="Calibri" w:cs="Calibri"/>
          <w:b/>
          <w:color w:val="9E3F31"/>
          <w:sz w:val="22"/>
        </w:rPr>
        <w:t>OPAZUJEM SPREMEMBE V OKOLJU • SEPTEMBER–NOVEMBER</w:t>
      </w:r>
    </w:p>
    <w:tbl>
      <w:tblPr>
        <w:tblW w:w="10317" w:type="dxa"/>
        <w:jc w:val="center"/>
        <w:tblBorders>
          <w:top w:val="single" w:sz="6" w:space="0" w:color="8A8A8A"/>
          <w:left w:val="single" w:sz="6" w:space="0" w:color="8A8A8A"/>
          <w:bottom w:val="single" w:sz="6" w:space="0" w:color="8A8A8A"/>
          <w:right w:val="single" w:sz="6" w:space="0" w:color="8A8A8A"/>
          <w:insideH w:val="single" w:sz="6" w:space="0" w:color="8A8A8A"/>
          <w:insideV w:val="single" w:sz="6" w:space="0" w:color="8A8A8A"/>
        </w:tblBorders>
        <w:tblLayout w:type="fixed"/>
        <w:tblLook w:val="04A0" w:firstRow="1" w:lastRow="0" w:firstColumn="1" w:lastColumn="0" w:noHBand="0" w:noVBand="1"/>
      </w:tblPr>
      <w:tblGrid>
        <w:gridCol w:w="4535"/>
        <w:gridCol w:w="1020"/>
        <w:gridCol w:w="1928"/>
        <w:gridCol w:w="1020"/>
        <w:gridCol w:w="1814"/>
      </w:tblGrid>
      <w:tr w:rsidR="00947AAC" w14:paraId="4EB03853" w14:textId="77777777">
        <w:trPr>
          <w:tblHeader/>
          <w:jc w:val="center"/>
        </w:trPr>
        <w:tc>
          <w:tcPr>
            <w:tcW w:w="4535" w:type="dxa"/>
            <w:shd w:val="clear" w:color="auto" w:fill="EEF3D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7B810C" w14:textId="3B4044E4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KAJ OPAZUJEM IN ZNAM OPISATI</w:t>
            </w:r>
          </w:p>
        </w:tc>
        <w:tc>
          <w:tcPr>
            <w:tcW w:w="1020" w:type="dxa"/>
            <w:shd w:val="clear" w:color="auto" w:fill="EEF3D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12661F" w14:textId="294B6BFE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DATUM 1</w:t>
            </w:r>
          </w:p>
        </w:tc>
        <w:tc>
          <w:tcPr>
            <w:tcW w:w="1928" w:type="dxa"/>
            <w:shd w:val="clear" w:color="auto" w:fill="EEF3D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E4BF61" w14:textId="79711B7D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DOKAZ / OPAŽANJE 1</w:t>
            </w:r>
          </w:p>
        </w:tc>
        <w:tc>
          <w:tcPr>
            <w:tcW w:w="1020" w:type="dxa"/>
            <w:shd w:val="clear" w:color="auto" w:fill="EEF3D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8EC4E2" w14:textId="2C470E0E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DATUM 2</w:t>
            </w:r>
          </w:p>
        </w:tc>
        <w:tc>
          <w:tcPr>
            <w:tcW w:w="1814" w:type="dxa"/>
            <w:shd w:val="clear" w:color="auto" w:fill="EEF3D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23C102" w14:textId="51098786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DOKAZ / OPAŽANJE 2</w:t>
            </w:r>
          </w:p>
        </w:tc>
      </w:tr>
      <w:tr w:rsidR="00947AAC" w14:paraId="1A1BDA3D" w14:textId="77777777">
        <w:trPr>
          <w:cantSplit/>
          <w:jc w:val="center"/>
        </w:trPr>
        <w:tc>
          <w:tcPr>
            <w:tcW w:w="45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6DB6BF" w14:textId="3D741F43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8"/>
              </w:rPr>
              <w:t>OPAZUJEM IN OPIŠEM VREME TER DOLŽINO DNEVA V ČASU, KO JE JESEN.</w:t>
            </w: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089B1F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9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33D705" w14:textId="77777777" w:rsidR="00947AAC" w:rsidRDefault="00947AAC">
            <w:pPr>
              <w:spacing w:after="0" w:line="240" w:lineRule="auto"/>
            </w:pP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CC9DBA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8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CBCA46" w14:textId="77777777" w:rsidR="00947AAC" w:rsidRDefault="00947AAC">
            <w:pPr>
              <w:spacing w:after="0" w:line="240" w:lineRule="auto"/>
            </w:pPr>
          </w:p>
        </w:tc>
      </w:tr>
      <w:tr w:rsidR="00947AAC" w:rsidRPr="00BA769B" w14:paraId="4FF9B6DA" w14:textId="77777777">
        <w:trPr>
          <w:cantSplit/>
          <w:jc w:val="center"/>
        </w:trPr>
        <w:tc>
          <w:tcPr>
            <w:tcW w:w="45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9024E9" w14:textId="73FB6500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8"/>
                <w:lang w:val="it-IT"/>
              </w:rPr>
              <w:t>IZBEREM PRIMERNA OBLAČILA, ZAŠČITO IN DEJAVNOSTI.</w:t>
            </w: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E4D4CF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9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C5050F" w14:textId="77777777" w:rsidR="00947AAC" w:rsidRPr="00BA769B" w:rsidRDefault="00947AAC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5FCD97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8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5EFC16" w14:textId="77777777" w:rsidR="00947AAC" w:rsidRPr="00BA769B" w:rsidRDefault="00947AAC">
            <w:pPr>
              <w:spacing w:after="0" w:line="240" w:lineRule="auto"/>
              <w:rPr>
                <w:lang w:val="it-IT"/>
              </w:rPr>
            </w:pPr>
          </w:p>
        </w:tc>
      </w:tr>
      <w:tr w:rsidR="00947AAC" w14:paraId="31C9C065" w14:textId="77777777">
        <w:trPr>
          <w:cantSplit/>
          <w:jc w:val="center"/>
        </w:trPr>
        <w:tc>
          <w:tcPr>
            <w:tcW w:w="45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E8A163" w14:textId="61BB29E5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8"/>
              </w:rPr>
              <w:t>OPAZUJEM RASTLINE TER OPIŠEM VIDNO SPREMEMBO.</w:t>
            </w: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8424CA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9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841A58" w14:textId="77777777" w:rsidR="00947AAC" w:rsidRDefault="00947AAC">
            <w:pPr>
              <w:spacing w:after="0" w:line="240" w:lineRule="auto"/>
            </w:pP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F38E51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8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A785EE" w14:textId="77777777" w:rsidR="00947AAC" w:rsidRDefault="00947AAC">
            <w:pPr>
              <w:spacing w:after="0" w:line="240" w:lineRule="auto"/>
            </w:pPr>
          </w:p>
        </w:tc>
      </w:tr>
      <w:tr w:rsidR="00947AAC" w14:paraId="0F3B01AD" w14:textId="77777777">
        <w:trPr>
          <w:cantSplit/>
          <w:jc w:val="center"/>
        </w:trPr>
        <w:tc>
          <w:tcPr>
            <w:tcW w:w="45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E6C0BA" w14:textId="505483DA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8"/>
              </w:rPr>
              <w:t>OPAZUJEM ŽIVALI TER OPIŠEM NJIHOVO DEJAVNOST ALI OKOLJE.</w:t>
            </w: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7C77D5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9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0E2588" w14:textId="77777777" w:rsidR="00947AAC" w:rsidRDefault="00947AAC">
            <w:pPr>
              <w:spacing w:after="0" w:line="240" w:lineRule="auto"/>
            </w:pP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C2B59C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8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BE0E64" w14:textId="77777777" w:rsidR="00947AAC" w:rsidRDefault="00947AAC">
            <w:pPr>
              <w:spacing w:after="0" w:line="240" w:lineRule="auto"/>
            </w:pPr>
          </w:p>
        </w:tc>
      </w:tr>
      <w:tr w:rsidR="00947AAC" w14:paraId="6957DEAA" w14:textId="77777777">
        <w:trPr>
          <w:cantSplit/>
          <w:jc w:val="center"/>
        </w:trPr>
        <w:tc>
          <w:tcPr>
            <w:tcW w:w="45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BBFA2D" w14:textId="6FE5FCC2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8"/>
              </w:rPr>
              <w:t>POVEŽEM ŽIVA BITJA Z NJIHOVIMI OSNOVNIMI POTREBAMI IN ŽIVLJENJSKIM OKOLJEM.</w:t>
            </w: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797041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9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D45AA3" w14:textId="77777777" w:rsidR="00947AAC" w:rsidRDefault="00947AAC">
            <w:pPr>
              <w:spacing w:after="0" w:line="240" w:lineRule="auto"/>
            </w:pP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A5DDC7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8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3A0ED5" w14:textId="77777777" w:rsidR="00947AAC" w:rsidRDefault="00947AAC">
            <w:pPr>
              <w:spacing w:after="0" w:line="240" w:lineRule="auto"/>
            </w:pPr>
          </w:p>
        </w:tc>
      </w:tr>
      <w:tr w:rsidR="00947AAC" w14:paraId="7CA987D6" w14:textId="77777777">
        <w:trPr>
          <w:cantSplit/>
          <w:jc w:val="center"/>
        </w:trPr>
        <w:tc>
          <w:tcPr>
            <w:tcW w:w="45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05FF10" w14:textId="61B4B6A6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8"/>
              </w:rPr>
              <w:t>PRIMERJAM JESEN S POLETJEM.</w:t>
            </w: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170AD0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9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06AD18" w14:textId="77777777" w:rsidR="00947AAC" w:rsidRDefault="00947AAC">
            <w:pPr>
              <w:spacing w:after="0" w:line="240" w:lineRule="auto"/>
            </w:pP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2B6242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8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657797" w14:textId="77777777" w:rsidR="00947AAC" w:rsidRDefault="00947AAC">
            <w:pPr>
              <w:spacing w:after="0" w:line="240" w:lineRule="auto"/>
            </w:pPr>
          </w:p>
        </w:tc>
      </w:tr>
      <w:tr w:rsidR="00947AAC" w:rsidRPr="00BA769B" w14:paraId="25B38AC6" w14:textId="77777777">
        <w:trPr>
          <w:cantSplit/>
          <w:jc w:val="center"/>
        </w:trPr>
        <w:tc>
          <w:tcPr>
            <w:tcW w:w="45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CD0E7D" w14:textId="0107C28D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8"/>
                <w:lang w:val="it-IT"/>
              </w:rPr>
              <w:t>V NARAVI RAVNAM ODGOVORNO IN PREDLAGAM DEJANJE ZA VAROVANJE OKOLJA.</w:t>
            </w: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B17AB1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9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BCDBBA" w14:textId="77777777" w:rsidR="00947AAC" w:rsidRPr="00BA769B" w:rsidRDefault="00947AAC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46391F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8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0A5034" w14:textId="77777777" w:rsidR="00947AAC" w:rsidRPr="00BA769B" w:rsidRDefault="00947AAC">
            <w:pPr>
              <w:spacing w:after="0" w:line="240" w:lineRule="auto"/>
              <w:rPr>
                <w:lang w:val="it-IT"/>
              </w:rPr>
            </w:pPr>
          </w:p>
        </w:tc>
      </w:tr>
    </w:tbl>
    <w:p w14:paraId="73DF8406" w14:textId="4329BB7A" w:rsidR="00947AAC" w:rsidRDefault="00C5144F">
      <w:pPr>
        <w:spacing w:before="240" w:after="80"/>
      </w:pPr>
      <w:r>
        <w:rPr>
          <w:rFonts w:eastAsia="Calibri" w:cs="Calibri"/>
          <w:b/>
          <w:color w:val="9E3F31"/>
          <w:sz w:val="20"/>
        </w:rPr>
        <w:t>MOJA UGOTOVITEV:</w:t>
      </w:r>
    </w:p>
    <w:tbl>
      <w:tblPr>
        <w:tblW w:w="10318" w:type="dxa"/>
        <w:jc w:val="center"/>
        <w:tblLayout w:type="fixed"/>
        <w:tblLook w:val="04A0" w:firstRow="1" w:lastRow="0" w:firstColumn="1" w:lastColumn="0" w:noHBand="0" w:noVBand="1"/>
      </w:tblPr>
      <w:tblGrid>
        <w:gridCol w:w="10318"/>
      </w:tblGrid>
      <w:tr w:rsidR="00947AAC" w14:paraId="7B1369C6" w14:textId="77777777">
        <w:trPr>
          <w:jc w:val="center"/>
        </w:trPr>
        <w:tc>
          <w:tcPr>
            <w:tcW w:w="10318" w:type="dxa"/>
            <w:tcBorders>
              <w:top w:val="single" w:sz="10" w:space="0" w:color="A9A9A9"/>
              <w:left w:val="single" w:sz="10" w:space="0" w:color="A9A9A9"/>
              <w:bottom w:val="single" w:sz="10" w:space="0" w:color="A9A9A9"/>
              <w:right w:val="single" w:sz="10" w:space="0" w:color="A9A9A9"/>
            </w:tcBorders>
            <w:shd w:val="clear" w:color="auto" w:fill="FFFFFF"/>
            <w:tcMar>
              <w:top w:w="72" w:type="dxa"/>
              <w:left w:w="120" w:type="dxa"/>
              <w:bottom w:w="72" w:type="dxa"/>
              <w:right w:w="120" w:type="dxa"/>
            </w:tcMar>
          </w:tcPr>
          <w:p w14:paraId="60D8DFED" w14:textId="23DDF811" w:rsidR="00947AAC" w:rsidRDefault="00C5144F">
            <w:pPr>
              <w:spacing w:after="0"/>
            </w:pPr>
            <w:r>
              <w:rPr>
                <w:rFonts w:eastAsia="Calibri" w:cs="Calibri"/>
                <w:sz w:val="20"/>
              </w:rPr>
              <w:br/>
            </w:r>
            <w:r>
              <w:rPr>
                <w:rFonts w:eastAsia="Calibri" w:cs="Calibri"/>
                <w:sz w:val="20"/>
              </w:rPr>
              <w:br/>
            </w:r>
            <w:r>
              <w:rPr>
                <w:rFonts w:eastAsia="Calibri" w:cs="Calibri"/>
                <w:sz w:val="20"/>
              </w:rPr>
              <w:br/>
            </w:r>
          </w:p>
        </w:tc>
      </w:tr>
    </w:tbl>
    <w:p w14:paraId="32CDD99A" w14:textId="48ECFF5A" w:rsidR="00947AAC" w:rsidRDefault="00C5144F">
      <w:r>
        <w:br w:type="page"/>
      </w:r>
    </w:p>
    <w:p w14:paraId="1E21A869" w14:textId="56AE5B5F" w:rsidR="00947AAC" w:rsidRDefault="00C5144F">
      <w:pPr>
        <w:keepNext/>
        <w:spacing w:after="40"/>
        <w:jc w:val="center"/>
      </w:pPr>
      <w:r>
        <w:rPr>
          <w:rFonts w:eastAsia="Calibri" w:cs="Calibri"/>
          <w:b/>
          <w:color w:val="C65A45"/>
          <w:sz w:val="44"/>
        </w:rPr>
        <w:lastRenderedPageBreak/>
        <w:t>ZIMA</w:t>
      </w:r>
    </w:p>
    <w:p w14:paraId="0C469838" w14:textId="2A7CCF00" w:rsidR="00947AAC" w:rsidRDefault="00C5144F">
      <w:pPr>
        <w:spacing w:after="200"/>
        <w:jc w:val="center"/>
      </w:pPr>
      <w:r>
        <w:rPr>
          <w:rFonts w:eastAsia="Calibri" w:cs="Calibri"/>
          <w:b/>
          <w:color w:val="9E3F31"/>
          <w:sz w:val="22"/>
        </w:rPr>
        <w:t>OPAZUJEM SPREMEMBE V OKOLJU • DECEMBER–FEBRUAR</w:t>
      </w:r>
    </w:p>
    <w:tbl>
      <w:tblPr>
        <w:tblW w:w="10317" w:type="dxa"/>
        <w:jc w:val="center"/>
        <w:tblBorders>
          <w:top w:val="single" w:sz="6" w:space="0" w:color="8A8A8A"/>
          <w:left w:val="single" w:sz="6" w:space="0" w:color="8A8A8A"/>
          <w:bottom w:val="single" w:sz="6" w:space="0" w:color="8A8A8A"/>
          <w:right w:val="single" w:sz="6" w:space="0" w:color="8A8A8A"/>
          <w:insideH w:val="single" w:sz="6" w:space="0" w:color="8A8A8A"/>
          <w:insideV w:val="single" w:sz="6" w:space="0" w:color="8A8A8A"/>
        </w:tblBorders>
        <w:tblLayout w:type="fixed"/>
        <w:tblLook w:val="04A0" w:firstRow="1" w:lastRow="0" w:firstColumn="1" w:lastColumn="0" w:noHBand="0" w:noVBand="1"/>
      </w:tblPr>
      <w:tblGrid>
        <w:gridCol w:w="4535"/>
        <w:gridCol w:w="1020"/>
        <w:gridCol w:w="1928"/>
        <w:gridCol w:w="1020"/>
        <w:gridCol w:w="1814"/>
      </w:tblGrid>
      <w:tr w:rsidR="00947AAC" w14:paraId="1DC36A0A" w14:textId="77777777">
        <w:trPr>
          <w:tblHeader/>
          <w:jc w:val="center"/>
        </w:trPr>
        <w:tc>
          <w:tcPr>
            <w:tcW w:w="4535" w:type="dxa"/>
            <w:shd w:val="clear" w:color="auto" w:fill="EEF3D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4A482E" w14:textId="47CB7231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KAJ OPAZUJEM IN ZNAM OPISATI</w:t>
            </w:r>
          </w:p>
        </w:tc>
        <w:tc>
          <w:tcPr>
            <w:tcW w:w="1020" w:type="dxa"/>
            <w:shd w:val="clear" w:color="auto" w:fill="EEF3D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BFCA27" w14:textId="12626056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DATUM 1</w:t>
            </w:r>
          </w:p>
        </w:tc>
        <w:tc>
          <w:tcPr>
            <w:tcW w:w="1928" w:type="dxa"/>
            <w:shd w:val="clear" w:color="auto" w:fill="EEF3D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BB11E9" w14:textId="7264A507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DOKAZ / OPAŽANJE 1</w:t>
            </w:r>
          </w:p>
        </w:tc>
        <w:tc>
          <w:tcPr>
            <w:tcW w:w="1020" w:type="dxa"/>
            <w:shd w:val="clear" w:color="auto" w:fill="EEF3D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AAE604" w14:textId="3BFCBB80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DATUM 2</w:t>
            </w:r>
          </w:p>
        </w:tc>
        <w:tc>
          <w:tcPr>
            <w:tcW w:w="1814" w:type="dxa"/>
            <w:shd w:val="clear" w:color="auto" w:fill="EEF3D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472782" w14:textId="6AC0FDE8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DOKAZ / OPAŽANJE 2</w:t>
            </w:r>
          </w:p>
        </w:tc>
      </w:tr>
      <w:tr w:rsidR="00947AAC" w14:paraId="2A44FCB3" w14:textId="77777777">
        <w:trPr>
          <w:cantSplit/>
          <w:jc w:val="center"/>
        </w:trPr>
        <w:tc>
          <w:tcPr>
            <w:tcW w:w="45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C7C3DE" w14:textId="1E018C57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8"/>
              </w:rPr>
              <w:t>OPAZUJEM IN OPIŠEM VREME TER DOLŽINO DNEVA V ČASU, KO JE ZIMA.</w:t>
            </w: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B20B5E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9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6AE865" w14:textId="77777777" w:rsidR="00947AAC" w:rsidRDefault="00947AAC">
            <w:pPr>
              <w:spacing w:after="0" w:line="240" w:lineRule="auto"/>
            </w:pP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623CF7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8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C99424" w14:textId="77777777" w:rsidR="00947AAC" w:rsidRDefault="00947AAC">
            <w:pPr>
              <w:spacing w:after="0" w:line="240" w:lineRule="auto"/>
            </w:pPr>
          </w:p>
        </w:tc>
      </w:tr>
      <w:tr w:rsidR="00947AAC" w:rsidRPr="00BA769B" w14:paraId="2D953E23" w14:textId="77777777">
        <w:trPr>
          <w:cantSplit/>
          <w:jc w:val="center"/>
        </w:trPr>
        <w:tc>
          <w:tcPr>
            <w:tcW w:w="45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9F2DC7" w14:textId="3EC0763B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8"/>
                <w:lang w:val="it-IT"/>
              </w:rPr>
              <w:t>IZBEREM PRIMERNA OBLAČILA, ZAŠČITO IN DEJAVNOSTI.</w:t>
            </w: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AC0175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9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C0E15C" w14:textId="77777777" w:rsidR="00947AAC" w:rsidRPr="00BA769B" w:rsidRDefault="00947AAC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926A01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8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F96B46" w14:textId="77777777" w:rsidR="00947AAC" w:rsidRPr="00BA769B" w:rsidRDefault="00947AAC">
            <w:pPr>
              <w:spacing w:after="0" w:line="240" w:lineRule="auto"/>
              <w:rPr>
                <w:lang w:val="it-IT"/>
              </w:rPr>
            </w:pPr>
          </w:p>
        </w:tc>
      </w:tr>
      <w:tr w:rsidR="00947AAC" w14:paraId="04D93548" w14:textId="77777777">
        <w:trPr>
          <w:cantSplit/>
          <w:jc w:val="center"/>
        </w:trPr>
        <w:tc>
          <w:tcPr>
            <w:tcW w:w="45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7D9929" w14:textId="0EC175E4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8"/>
              </w:rPr>
              <w:t>OPAZUJEM RASTLINE TER OPIŠEM VIDNO SPREMEMBO.</w:t>
            </w: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698891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9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A9183E" w14:textId="77777777" w:rsidR="00947AAC" w:rsidRDefault="00947AAC">
            <w:pPr>
              <w:spacing w:after="0" w:line="240" w:lineRule="auto"/>
            </w:pP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13B5C5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8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31500F" w14:textId="77777777" w:rsidR="00947AAC" w:rsidRDefault="00947AAC">
            <w:pPr>
              <w:spacing w:after="0" w:line="240" w:lineRule="auto"/>
            </w:pPr>
          </w:p>
        </w:tc>
      </w:tr>
      <w:tr w:rsidR="00947AAC" w14:paraId="6EFE492F" w14:textId="77777777">
        <w:trPr>
          <w:cantSplit/>
          <w:jc w:val="center"/>
        </w:trPr>
        <w:tc>
          <w:tcPr>
            <w:tcW w:w="45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DDB8DD" w14:textId="26CBA8D1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8"/>
              </w:rPr>
              <w:t>OPAZUJEM ŽIVALI TER OPIŠEM NJIHOVO DEJAVNOST ALI OKOLJE.</w:t>
            </w: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09C87C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9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5CFA7D" w14:textId="77777777" w:rsidR="00947AAC" w:rsidRDefault="00947AAC">
            <w:pPr>
              <w:spacing w:after="0" w:line="240" w:lineRule="auto"/>
            </w:pP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026526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8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EF578A" w14:textId="77777777" w:rsidR="00947AAC" w:rsidRDefault="00947AAC">
            <w:pPr>
              <w:spacing w:after="0" w:line="240" w:lineRule="auto"/>
            </w:pPr>
          </w:p>
        </w:tc>
      </w:tr>
      <w:tr w:rsidR="00947AAC" w14:paraId="18C9AB9D" w14:textId="77777777">
        <w:trPr>
          <w:cantSplit/>
          <w:jc w:val="center"/>
        </w:trPr>
        <w:tc>
          <w:tcPr>
            <w:tcW w:w="45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4A7A40" w14:textId="2F0E5454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8"/>
              </w:rPr>
              <w:t>POVEŽEM ŽIVA BITJA Z NJIHOVIMI OSNOVNIMI POTREBAMI IN ŽIVLJENJSKIM OKOLJEM.</w:t>
            </w: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40AB90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9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0283A4" w14:textId="77777777" w:rsidR="00947AAC" w:rsidRDefault="00947AAC">
            <w:pPr>
              <w:spacing w:after="0" w:line="240" w:lineRule="auto"/>
            </w:pP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80D343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8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35A362" w14:textId="77777777" w:rsidR="00947AAC" w:rsidRDefault="00947AAC">
            <w:pPr>
              <w:spacing w:after="0" w:line="240" w:lineRule="auto"/>
            </w:pPr>
          </w:p>
        </w:tc>
      </w:tr>
      <w:tr w:rsidR="00947AAC" w14:paraId="620EF857" w14:textId="77777777">
        <w:trPr>
          <w:cantSplit/>
          <w:jc w:val="center"/>
        </w:trPr>
        <w:tc>
          <w:tcPr>
            <w:tcW w:w="45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C964AE" w14:textId="6A14318F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8"/>
              </w:rPr>
              <w:t>PRIMERJAM ZIMO Z JESENJO.</w:t>
            </w: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2814FE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9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BA2D70" w14:textId="77777777" w:rsidR="00947AAC" w:rsidRDefault="00947AAC">
            <w:pPr>
              <w:spacing w:after="0" w:line="240" w:lineRule="auto"/>
            </w:pP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6E015F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8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3771A0" w14:textId="77777777" w:rsidR="00947AAC" w:rsidRDefault="00947AAC">
            <w:pPr>
              <w:spacing w:after="0" w:line="240" w:lineRule="auto"/>
            </w:pPr>
          </w:p>
        </w:tc>
      </w:tr>
      <w:tr w:rsidR="00947AAC" w:rsidRPr="00BA769B" w14:paraId="0EF930C4" w14:textId="77777777">
        <w:trPr>
          <w:cantSplit/>
          <w:jc w:val="center"/>
        </w:trPr>
        <w:tc>
          <w:tcPr>
            <w:tcW w:w="45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5A0D0D" w14:textId="2F39D337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8"/>
                <w:lang w:val="it-IT"/>
              </w:rPr>
              <w:t>V NARAVI RAVNAM ODGOVORNO IN PREDLAGAM DEJANJE ZA VAROVANJE OKOLJA.</w:t>
            </w: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B397B1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9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CF57C3" w14:textId="77777777" w:rsidR="00947AAC" w:rsidRPr="00BA769B" w:rsidRDefault="00947AAC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66B45A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8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21925F" w14:textId="77777777" w:rsidR="00947AAC" w:rsidRPr="00BA769B" w:rsidRDefault="00947AAC">
            <w:pPr>
              <w:spacing w:after="0" w:line="240" w:lineRule="auto"/>
              <w:rPr>
                <w:lang w:val="it-IT"/>
              </w:rPr>
            </w:pPr>
          </w:p>
        </w:tc>
      </w:tr>
    </w:tbl>
    <w:p w14:paraId="08D07D83" w14:textId="44595C60" w:rsidR="00947AAC" w:rsidRDefault="00C5144F">
      <w:pPr>
        <w:spacing w:before="240" w:after="80"/>
      </w:pPr>
      <w:r>
        <w:rPr>
          <w:rFonts w:eastAsia="Calibri" w:cs="Calibri"/>
          <w:b/>
          <w:color w:val="9E3F31"/>
          <w:sz w:val="20"/>
        </w:rPr>
        <w:t>MOJA UGOTOVITEV:</w:t>
      </w:r>
    </w:p>
    <w:tbl>
      <w:tblPr>
        <w:tblW w:w="10318" w:type="dxa"/>
        <w:jc w:val="center"/>
        <w:tblLayout w:type="fixed"/>
        <w:tblLook w:val="04A0" w:firstRow="1" w:lastRow="0" w:firstColumn="1" w:lastColumn="0" w:noHBand="0" w:noVBand="1"/>
      </w:tblPr>
      <w:tblGrid>
        <w:gridCol w:w="10318"/>
      </w:tblGrid>
      <w:tr w:rsidR="00947AAC" w14:paraId="5EDD1309" w14:textId="77777777">
        <w:trPr>
          <w:jc w:val="center"/>
        </w:trPr>
        <w:tc>
          <w:tcPr>
            <w:tcW w:w="10318" w:type="dxa"/>
            <w:tcBorders>
              <w:top w:val="single" w:sz="10" w:space="0" w:color="A9A9A9"/>
              <w:left w:val="single" w:sz="10" w:space="0" w:color="A9A9A9"/>
              <w:bottom w:val="single" w:sz="10" w:space="0" w:color="A9A9A9"/>
              <w:right w:val="single" w:sz="10" w:space="0" w:color="A9A9A9"/>
            </w:tcBorders>
            <w:shd w:val="clear" w:color="auto" w:fill="FFFFFF"/>
            <w:tcMar>
              <w:top w:w="72" w:type="dxa"/>
              <w:left w:w="120" w:type="dxa"/>
              <w:bottom w:w="72" w:type="dxa"/>
              <w:right w:w="120" w:type="dxa"/>
            </w:tcMar>
          </w:tcPr>
          <w:p w14:paraId="416BC7CE" w14:textId="47C4F23C" w:rsidR="00947AAC" w:rsidRDefault="00C5144F">
            <w:pPr>
              <w:spacing w:after="0"/>
            </w:pPr>
            <w:r>
              <w:rPr>
                <w:rFonts w:eastAsia="Calibri" w:cs="Calibri"/>
                <w:sz w:val="20"/>
              </w:rPr>
              <w:br/>
            </w:r>
            <w:r>
              <w:rPr>
                <w:rFonts w:eastAsia="Calibri" w:cs="Calibri"/>
                <w:sz w:val="20"/>
              </w:rPr>
              <w:br/>
            </w:r>
            <w:r>
              <w:rPr>
                <w:rFonts w:eastAsia="Calibri" w:cs="Calibri"/>
                <w:sz w:val="20"/>
              </w:rPr>
              <w:br/>
            </w:r>
          </w:p>
        </w:tc>
      </w:tr>
    </w:tbl>
    <w:p w14:paraId="62301B02" w14:textId="00D9BE68" w:rsidR="00947AAC" w:rsidRDefault="00C5144F">
      <w:r>
        <w:br w:type="page"/>
      </w:r>
    </w:p>
    <w:p w14:paraId="6A88F44A" w14:textId="5289CA04" w:rsidR="00947AAC" w:rsidRDefault="00C5144F">
      <w:pPr>
        <w:keepNext/>
        <w:spacing w:after="40"/>
        <w:jc w:val="center"/>
      </w:pPr>
      <w:r>
        <w:rPr>
          <w:rFonts w:eastAsia="Calibri" w:cs="Calibri"/>
          <w:b/>
          <w:color w:val="C65A45"/>
          <w:sz w:val="44"/>
        </w:rPr>
        <w:lastRenderedPageBreak/>
        <w:t>POMLAD</w:t>
      </w:r>
    </w:p>
    <w:p w14:paraId="2310AF8C" w14:textId="2C614FCA" w:rsidR="00947AAC" w:rsidRDefault="00C5144F">
      <w:pPr>
        <w:spacing w:after="200"/>
        <w:jc w:val="center"/>
      </w:pPr>
      <w:r>
        <w:rPr>
          <w:rFonts w:eastAsia="Calibri" w:cs="Calibri"/>
          <w:b/>
          <w:color w:val="9E3F31"/>
          <w:sz w:val="22"/>
        </w:rPr>
        <w:t>OPAZUJEM SPREMEMBE V OKOLJU • MAREC–MAJ</w:t>
      </w:r>
    </w:p>
    <w:tbl>
      <w:tblPr>
        <w:tblW w:w="10317" w:type="dxa"/>
        <w:jc w:val="center"/>
        <w:tblBorders>
          <w:top w:val="single" w:sz="6" w:space="0" w:color="8A8A8A"/>
          <w:left w:val="single" w:sz="6" w:space="0" w:color="8A8A8A"/>
          <w:bottom w:val="single" w:sz="6" w:space="0" w:color="8A8A8A"/>
          <w:right w:val="single" w:sz="6" w:space="0" w:color="8A8A8A"/>
          <w:insideH w:val="single" w:sz="6" w:space="0" w:color="8A8A8A"/>
          <w:insideV w:val="single" w:sz="6" w:space="0" w:color="8A8A8A"/>
        </w:tblBorders>
        <w:tblLayout w:type="fixed"/>
        <w:tblLook w:val="04A0" w:firstRow="1" w:lastRow="0" w:firstColumn="1" w:lastColumn="0" w:noHBand="0" w:noVBand="1"/>
      </w:tblPr>
      <w:tblGrid>
        <w:gridCol w:w="4535"/>
        <w:gridCol w:w="1020"/>
        <w:gridCol w:w="1928"/>
        <w:gridCol w:w="1020"/>
        <w:gridCol w:w="1814"/>
      </w:tblGrid>
      <w:tr w:rsidR="00947AAC" w14:paraId="6069959B" w14:textId="77777777">
        <w:trPr>
          <w:tblHeader/>
          <w:jc w:val="center"/>
        </w:trPr>
        <w:tc>
          <w:tcPr>
            <w:tcW w:w="4535" w:type="dxa"/>
            <w:shd w:val="clear" w:color="auto" w:fill="EEF3D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2B6094" w14:textId="00644E46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KAJ OPAZUJEM IN ZNAM OPISATI</w:t>
            </w:r>
          </w:p>
        </w:tc>
        <w:tc>
          <w:tcPr>
            <w:tcW w:w="1020" w:type="dxa"/>
            <w:shd w:val="clear" w:color="auto" w:fill="EEF3D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24FBFC" w14:textId="6F6FC258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DATUM 1</w:t>
            </w:r>
          </w:p>
        </w:tc>
        <w:tc>
          <w:tcPr>
            <w:tcW w:w="1928" w:type="dxa"/>
            <w:shd w:val="clear" w:color="auto" w:fill="EEF3D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E3D3CD" w14:textId="136E65CE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DOKAZ / OPAŽANJE 1</w:t>
            </w:r>
          </w:p>
        </w:tc>
        <w:tc>
          <w:tcPr>
            <w:tcW w:w="1020" w:type="dxa"/>
            <w:shd w:val="clear" w:color="auto" w:fill="EEF3D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4156D4" w14:textId="0E83C97D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DATUM 2</w:t>
            </w:r>
          </w:p>
        </w:tc>
        <w:tc>
          <w:tcPr>
            <w:tcW w:w="1814" w:type="dxa"/>
            <w:shd w:val="clear" w:color="auto" w:fill="EEF3D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AD10C8" w14:textId="4863F648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DOKAZ / OPAŽANJE 2</w:t>
            </w:r>
          </w:p>
        </w:tc>
      </w:tr>
      <w:tr w:rsidR="00947AAC" w14:paraId="5834FC15" w14:textId="77777777">
        <w:trPr>
          <w:cantSplit/>
          <w:jc w:val="center"/>
        </w:trPr>
        <w:tc>
          <w:tcPr>
            <w:tcW w:w="45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9D4A0D" w14:textId="7BD51C66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8"/>
              </w:rPr>
              <w:t>OPAZUJEM IN OPIŠEM VREME TER DOLŽINO DNEVA V ČASU, KO JE POMLAD.</w:t>
            </w: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2EC066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9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97BD34" w14:textId="77777777" w:rsidR="00947AAC" w:rsidRDefault="00947AAC">
            <w:pPr>
              <w:spacing w:after="0" w:line="240" w:lineRule="auto"/>
            </w:pP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425DEA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8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19B4AC" w14:textId="77777777" w:rsidR="00947AAC" w:rsidRDefault="00947AAC">
            <w:pPr>
              <w:spacing w:after="0" w:line="240" w:lineRule="auto"/>
            </w:pPr>
          </w:p>
        </w:tc>
      </w:tr>
      <w:tr w:rsidR="00947AAC" w:rsidRPr="00BA769B" w14:paraId="5CB8535C" w14:textId="77777777">
        <w:trPr>
          <w:cantSplit/>
          <w:jc w:val="center"/>
        </w:trPr>
        <w:tc>
          <w:tcPr>
            <w:tcW w:w="45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B7840E" w14:textId="195ACBEF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8"/>
                <w:lang w:val="it-IT"/>
              </w:rPr>
              <w:t>IZBEREM PRIMERNA OBLAČILA, ZAŠČITO IN DEJAVNOSTI.</w:t>
            </w: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51B912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9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35B2EC" w14:textId="77777777" w:rsidR="00947AAC" w:rsidRPr="00BA769B" w:rsidRDefault="00947AAC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1DB0DF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8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172A22" w14:textId="77777777" w:rsidR="00947AAC" w:rsidRPr="00BA769B" w:rsidRDefault="00947AAC">
            <w:pPr>
              <w:spacing w:after="0" w:line="240" w:lineRule="auto"/>
              <w:rPr>
                <w:lang w:val="it-IT"/>
              </w:rPr>
            </w:pPr>
          </w:p>
        </w:tc>
      </w:tr>
      <w:tr w:rsidR="00947AAC" w14:paraId="0F653170" w14:textId="77777777">
        <w:trPr>
          <w:cantSplit/>
          <w:jc w:val="center"/>
        </w:trPr>
        <w:tc>
          <w:tcPr>
            <w:tcW w:w="45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62D7AD" w14:textId="18FF1E87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8"/>
              </w:rPr>
              <w:t>OPAZUJEM RASTLINE TER OPIŠEM VIDNO SPREMEMBO.</w:t>
            </w: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F8C6DD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9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F1DCE9" w14:textId="77777777" w:rsidR="00947AAC" w:rsidRDefault="00947AAC">
            <w:pPr>
              <w:spacing w:after="0" w:line="240" w:lineRule="auto"/>
            </w:pP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B49B34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8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B2FB73" w14:textId="77777777" w:rsidR="00947AAC" w:rsidRDefault="00947AAC">
            <w:pPr>
              <w:spacing w:after="0" w:line="240" w:lineRule="auto"/>
            </w:pPr>
          </w:p>
        </w:tc>
      </w:tr>
      <w:tr w:rsidR="00947AAC" w14:paraId="6DCCF422" w14:textId="77777777">
        <w:trPr>
          <w:cantSplit/>
          <w:jc w:val="center"/>
        </w:trPr>
        <w:tc>
          <w:tcPr>
            <w:tcW w:w="45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26542E" w14:textId="38E1F5D2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8"/>
              </w:rPr>
              <w:t>OPAZUJEM ŽIVALI TER OPIŠEM NJIHOVO DEJAVNOST ALI OKOLJE.</w:t>
            </w: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782EEC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9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ACCEC7" w14:textId="77777777" w:rsidR="00947AAC" w:rsidRDefault="00947AAC">
            <w:pPr>
              <w:spacing w:after="0" w:line="240" w:lineRule="auto"/>
            </w:pP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85873B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8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A19B3A" w14:textId="77777777" w:rsidR="00947AAC" w:rsidRDefault="00947AAC">
            <w:pPr>
              <w:spacing w:after="0" w:line="240" w:lineRule="auto"/>
            </w:pPr>
          </w:p>
        </w:tc>
      </w:tr>
      <w:tr w:rsidR="00947AAC" w14:paraId="579069B4" w14:textId="77777777">
        <w:trPr>
          <w:cantSplit/>
          <w:jc w:val="center"/>
        </w:trPr>
        <w:tc>
          <w:tcPr>
            <w:tcW w:w="45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BEBB0E" w14:textId="534DADBB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8"/>
              </w:rPr>
              <w:t>POVEŽEM ŽIVA BITJA Z NJIHOVIMI OSNOVNIMI POTREBAMI IN ŽIVLJENJSKIM OKOLJEM.</w:t>
            </w: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1AE7EC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9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40086C" w14:textId="77777777" w:rsidR="00947AAC" w:rsidRDefault="00947AAC">
            <w:pPr>
              <w:spacing w:after="0" w:line="240" w:lineRule="auto"/>
            </w:pP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900036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8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64DD74" w14:textId="77777777" w:rsidR="00947AAC" w:rsidRDefault="00947AAC">
            <w:pPr>
              <w:spacing w:after="0" w:line="240" w:lineRule="auto"/>
            </w:pPr>
          </w:p>
        </w:tc>
      </w:tr>
      <w:tr w:rsidR="00947AAC" w14:paraId="3DE1BCAF" w14:textId="77777777">
        <w:trPr>
          <w:cantSplit/>
          <w:jc w:val="center"/>
        </w:trPr>
        <w:tc>
          <w:tcPr>
            <w:tcW w:w="45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3411EE" w14:textId="615CCCDD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8"/>
              </w:rPr>
              <w:t>PRIMERJAM POMLAD Z ZIMO.</w:t>
            </w: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A0B4C0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9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42E2B3" w14:textId="77777777" w:rsidR="00947AAC" w:rsidRDefault="00947AAC">
            <w:pPr>
              <w:spacing w:after="0" w:line="240" w:lineRule="auto"/>
            </w:pP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FFA24C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8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02436F" w14:textId="77777777" w:rsidR="00947AAC" w:rsidRDefault="00947AAC">
            <w:pPr>
              <w:spacing w:after="0" w:line="240" w:lineRule="auto"/>
            </w:pPr>
          </w:p>
        </w:tc>
      </w:tr>
      <w:tr w:rsidR="00947AAC" w:rsidRPr="00BA769B" w14:paraId="22F39903" w14:textId="77777777">
        <w:trPr>
          <w:cantSplit/>
          <w:jc w:val="center"/>
        </w:trPr>
        <w:tc>
          <w:tcPr>
            <w:tcW w:w="45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106ABB" w14:textId="76EA3756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8"/>
                <w:lang w:val="it-IT"/>
              </w:rPr>
              <w:t>V NARAVI RAVNAM ODGOVORNO IN PREDLAGAM DEJANJE ZA VAROVANJE OKOLJA.</w:t>
            </w: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DB43A7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9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BF2E98" w14:textId="77777777" w:rsidR="00947AAC" w:rsidRPr="00BA769B" w:rsidRDefault="00947AAC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6B374A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8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34E2F4" w14:textId="77777777" w:rsidR="00947AAC" w:rsidRPr="00BA769B" w:rsidRDefault="00947AAC">
            <w:pPr>
              <w:spacing w:after="0" w:line="240" w:lineRule="auto"/>
              <w:rPr>
                <w:lang w:val="it-IT"/>
              </w:rPr>
            </w:pPr>
          </w:p>
        </w:tc>
      </w:tr>
    </w:tbl>
    <w:p w14:paraId="7641D0EB" w14:textId="1B16BFFE" w:rsidR="00947AAC" w:rsidRDefault="00C5144F">
      <w:pPr>
        <w:spacing w:before="240" w:after="80"/>
      </w:pPr>
      <w:r>
        <w:rPr>
          <w:rFonts w:eastAsia="Calibri" w:cs="Calibri"/>
          <w:b/>
          <w:color w:val="9E3F31"/>
          <w:sz w:val="20"/>
        </w:rPr>
        <w:t>MOJA UGOTOVITEV:</w:t>
      </w:r>
    </w:p>
    <w:tbl>
      <w:tblPr>
        <w:tblW w:w="10318" w:type="dxa"/>
        <w:jc w:val="center"/>
        <w:tblLayout w:type="fixed"/>
        <w:tblLook w:val="04A0" w:firstRow="1" w:lastRow="0" w:firstColumn="1" w:lastColumn="0" w:noHBand="0" w:noVBand="1"/>
      </w:tblPr>
      <w:tblGrid>
        <w:gridCol w:w="10318"/>
      </w:tblGrid>
      <w:tr w:rsidR="00947AAC" w14:paraId="417DC1A3" w14:textId="77777777">
        <w:trPr>
          <w:jc w:val="center"/>
        </w:trPr>
        <w:tc>
          <w:tcPr>
            <w:tcW w:w="10318" w:type="dxa"/>
            <w:tcBorders>
              <w:top w:val="single" w:sz="10" w:space="0" w:color="A9A9A9"/>
              <w:left w:val="single" w:sz="10" w:space="0" w:color="A9A9A9"/>
              <w:bottom w:val="single" w:sz="10" w:space="0" w:color="A9A9A9"/>
              <w:right w:val="single" w:sz="10" w:space="0" w:color="A9A9A9"/>
            </w:tcBorders>
            <w:shd w:val="clear" w:color="auto" w:fill="FFFFFF"/>
            <w:tcMar>
              <w:top w:w="72" w:type="dxa"/>
              <w:left w:w="120" w:type="dxa"/>
              <w:bottom w:w="72" w:type="dxa"/>
              <w:right w:w="120" w:type="dxa"/>
            </w:tcMar>
          </w:tcPr>
          <w:p w14:paraId="55F8B67D" w14:textId="16010A36" w:rsidR="00947AAC" w:rsidRDefault="00C5144F">
            <w:pPr>
              <w:spacing w:after="0"/>
            </w:pPr>
            <w:r>
              <w:rPr>
                <w:rFonts w:eastAsia="Calibri" w:cs="Calibri"/>
                <w:sz w:val="20"/>
              </w:rPr>
              <w:br/>
            </w:r>
            <w:r>
              <w:rPr>
                <w:rFonts w:eastAsia="Calibri" w:cs="Calibri"/>
                <w:sz w:val="20"/>
              </w:rPr>
              <w:br/>
            </w:r>
            <w:r>
              <w:rPr>
                <w:rFonts w:eastAsia="Calibri" w:cs="Calibri"/>
                <w:sz w:val="20"/>
              </w:rPr>
              <w:br/>
            </w:r>
          </w:p>
        </w:tc>
      </w:tr>
    </w:tbl>
    <w:p w14:paraId="107A5718" w14:textId="08BC65DA" w:rsidR="00947AAC" w:rsidRDefault="00C5144F">
      <w:r>
        <w:br w:type="page"/>
      </w:r>
    </w:p>
    <w:p w14:paraId="406BF522" w14:textId="043D2938" w:rsidR="00947AAC" w:rsidRDefault="00C5144F">
      <w:pPr>
        <w:keepNext/>
        <w:spacing w:after="40"/>
        <w:jc w:val="center"/>
      </w:pPr>
      <w:r>
        <w:rPr>
          <w:rFonts w:eastAsia="Calibri" w:cs="Calibri"/>
          <w:b/>
          <w:color w:val="C65A45"/>
          <w:sz w:val="44"/>
        </w:rPr>
        <w:lastRenderedPageBreak/>
        <w:t>POLETJE</w:t>
      </w:r>
    </w:p>
    <w:p w14:paraId="08A7E2C9" w14:textId="27B49D01" w:rsidR="00947AAC" w:rsidRDefault="00C5144F">
      <w:pPr>
        <w:spacing w:after="200"/>
        <w:jc w:val="center"/>
      </w:pPr>
      <w:r>
        <w:rPr>
          <w:rFonts w:eastAsia="Calibri" w:cs="Calibri"/>
          <w:b/>
          <w:color w:val="9E3F31"/>
          <w:sz w:val="22"/>
        </w:rPr>
        <w:t>OPAZUJEM SPREMEMBE V OKOLJU • JUNIJ</w:t>
      </w:r>
    </w:p>
    <w:tbl>
      <w:tblPr>
        <w:tblW w:w="10317" w:type="dxa"/>
        <w:jc w:val="center"/>
        <w:tblBorders>
          <w:top w:val="single" w:sz="6" w:space="0" w:color="8A8A8A"/>
          <w:left w:val="single" w:sz="6" w:space="0" w:color="8A8A8A"/>
          <w:bottom w:val="single" w:sz="6" w:space="0" w:color="8A8A8A"/>
          <w:right w:val="single" w:sz="6" w:space="0" w:color="8A8A8A"/>
          <w:insideH w:val="single" w:sz="6" w:space="0" w:color="8A8A8A"/>
          <w:insideV w:val="single" w:sz="6" w:space="0" w:color="8A8A8A"/>
        </w:tblBorders>
        <w:tblLayout w:type="fixed"/>
        <w:tblLook w:val="04A0" w:firstRow="1" w:lastRow="0" w:firstColumn="1" w:lastColumn="0" w:noHBand="0" w:noVBand="1"/>
      </w:tblPr>
      <w:tblGrid>
        <w:gridCol w:w="4535"/>
        <w:gridCol w:w="1020"/>
        <w:gridCol w:w="1928"/>
        <w:gridCol w:w="1020"/>
        <w:gridCol w:w="1814"/>
      </w:tblGrid>
      <w:tr w:rsidR="00947AAC" w14:paraId="13863635" w14:textId="77777777">
        <w:trPr>
          <w:tblHeader/>
          <w:jc w:val="center"/>
        </w:trPr>
        <w:tc>
          <w:tcPr>
            <w:tcW w:w="4535" w:type="dxa"/>
            <w:shd w:val="clear" w:color="auto" w:fill="EEF3D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B3ECCC" w14:textId="003EB2D7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KAJ OPAZUJEM IN ZNAM OPISATI</w:t>
            </w:r>
          </w:p>
        </w:tc>
        <w:tc>
          <w:tcPr>
            <w:tcW w:w="1020" w:type="dxa"/>
            <w:shd w:val="clear" w:color="auto" w:fill="EEF3D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90154B" w14:textId="6D7EAC5C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DATUM 1</w:t>
            </w:r>
          </w:p>
        </w:tc>
        <w:tc>
          <w:tcPr>
            <w:tcW w:w="1928" w:type="dxa"/>
            <w:shd w:val="clear" w:color="auto" w:fill="EEF3D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8DA727" w14:textId="3F0C8554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DOKAZ / OPAŽANJE 1</w:t>
            </w:r>
          </w:p>
        </w:tc>
        <w:tc>
          <w:tcPr>
            <w:tcW w:w="1020" w:type="dxa"/>
            <w:shd w:val="clear" w:color="auto" w:fill="EEF3D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5252E5" w14:textId="3131D1EF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DATUM 2</w:t>
            </w:r>
          </w:p>
        </w:tc>
        <w:tc>
          <w:tcPr>
            <w:tcW w:w="1814" w:type="dxa"/>
            <w:shd w:val="clear" w:color="auto" w:fill="EEF3D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42D8DD" w14:textId="09F617E4" w:rsidR="00947AAC" w:rsidRDefault="00C5144F">
            <w:pPr>
              <w:spacing w:after="0" w:line="240" w:lineRule="auto"/>
              <w:jc w:val="center"/>
            </w:pPr>
            <w:r>
              <w:rPr>
                <w:rFonts w:eastAsia="Calibri" w:cs="Calibri"/>
                <w:b/>
                <w:sz w:val="16"/>
              </w:rPr>
              <w:t>DOKAZ / OPAŽANJE 2</w:t>
            </w:r>
          </w:p>
        </w:tc>
      </w:tr>
      <w:tr w:rsidR="00947AAC" w14:paraId="6A05C3F9" w14:textId="77777777">
        <w:trPr>
          <w:cantSplit/>
          <w:jc w:val="center"/>
        </w:trPr>
        <w:tc>
          <w:tcPr>
            <w:tcW w:w="45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DA5145" w14:textId="1D17B68D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8"/>
              </w:rPr>
              <w:t>OPAZUJEM IN OPIŠEM VREME TER DOLŽINO DNEVA V ČASU, KO JE POLETJE.</w:t>
            </w: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6C7884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9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583F7D" w14:textId="77777777" w:rsidR="00947AAC" w:rsidRDefault="00947AAC">
            <w:pPr>
              <w:spacing w:after="0" w:line="240" w:lineRule="auto"/>
            </w:pP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886897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8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213BF3" w14:textId="77777777" w:rsidR="00947AAC" w:rsidRDefault="00947AAC">
            <w:pPr>
              <w:spacing w:after="0" w:line="240" w:lineRule="auto"/>
            </w:pPr>
          </w:p>
        </w:tc>
      </w:tr>
      <w:tr w:rsidR="00947AAC" w:rsidRPr="00BA769B" w14:paraId="409BD339" w14:textId="77777777">
        <w:trPr>
          <w:cantSplit/>
          <w:jc w:val="center"/>
        </w:trPr>
        <w:tc>
          <w:tcPr>
            <w:tcW w:w="45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3C1A78" w14:textId="1F0AED05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8"/>
                <w:lang w:val="it-IT"/>
              </w:rPr>
              <w:t>IZBEREM PRIMERNA OBLAČILA, ZAŠČITO IN DEJAVNOSTI.</w:t>
            </w: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D066D3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9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05A8F5" w14:textId="77777777" w:rsidR="00947AAC" w:rsidRPr="00BA769B" w:rsidRDefault="00947AAC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2FA609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8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015162" w14:textId="77777777" w:rsidR="00947AAC" w:rsidRPr="00BA769B" w:rsidRDefault="00947AAC">
            <w:pPr>
              <w:spacing w:after="0" w:line="240" w:lineRule="auto"/>
              <w:rPr>
                <w:lang w:val="it-IT"/>
              </w:rPr>
            </w:pPr>
          </w:p>
        </w:tc>
      </w:tr>
      <w:tr w:rsidR="00947AAC" w14:paraId="4FE620AF" w14:textId="77777777">
        <w:trPr>
          <w:cantSplit/>
          <w:jc w:val="center"/>
        </w:trPr>
        <w:tc>
          <w:tcPr>
            <w:tcW w:w="45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031B82" w14:textId="3500E3BC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8"/>
              </w:rPr>
              <w:t>OPAZUJEM RASTLINE TER OPIŠEM VIDNO SPREMEMBO.</w:t>
            </w: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430FFC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9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C91482" w14:textId="77777777" w:rsidR="00947AAC" w:rsidRDefault="00947AAC">
            <w:pPr>
              <w:spacing w:after="0" w:line="240" w:lineRule="auto"/>
            </w:pP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249087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8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C94196" w14:textId="77777777" w:rsidR="00947AAC" w:rsidRDefault="00947AAC">
            <w:pPr>
              <w:spacing w:after="0" w:line="240" w:lineRule="auto"/>
            </w:pPr>
          </w:p>
        </w:tc>
      </w:tr>
      <w:tr w:rsidR="00947AAC" w14:paraId="0E266511" w14:textId="77777777">
        <w:trPr>
          <w:cantSplit/>
          <w:jc w:val="center"/>
        </w:trPr>
        <w:tc>
          <w:tcPr>
            <w:tcW w:w="45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80C9E4" w14:textId="0B5BE91E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8"/>
              </w:rPr>
              <w:t>OPAZUJEM ŽIVALI TER OPIŠEM NJIHOVO DEJAVNOST ALI OKOLJE.</w:t>
            </w: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CE1462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9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F0C44E" w14:textId="77777777" w:rsidR="00947AAC" w:rsidRDefault="00947AAC">
            <w:pPr>
              <w:spacing w:after="0" w:line="240" w:lineRule="auto"/>
            </w:pP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A78981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8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52D0F1" w14:textId="77777777" w:rsidR="00947AAC" w:rsidRDefault="00947AAC">
            <w:pPr>
              <w:spacing w:after="0" w:line="240" w:lineRule="auto"/>
            </w:pPr>
          </w:p>
        </w:tc>
      </w:tr>
      <w:tr w:rsidR="00947AAC" w14:paraId="4ABC12B7" w14:textId="77777777">
        <w:trPr>
          <w:cantSplit/>
          <w:jc w:val="center"/>
        </w:trPr>
        <w:tc>
          <w:tcPr>
            <w:tcW w:w="45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FFF841" w14:textId="19E71BB5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8"/>
              </w:rPr>
              <w:t>POVEŽEM ŽIVA BITJA Z NJIHOVIMI OSNOVNIMI POTREBAMI IN ŽIVLJENJSKIM OKOLJEM.</w:t>
            </w: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E3CB38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9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F7C6EF" w14:textId="77777777" w:rsidR="00947AAC" w:rsidRDefault="00947AAC">
            <w:pPr>
              <w:spacing w:after="0" w:line="240" w:lineRule="auto"/>
            </w:pP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97A361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8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6390F0" w14:textId="77777777" w:rsidR="00947AAC" w:rsidRDefault="00947AAC">
            <w:pPr>
              <w:spacing w:after="0" w:line="240" w:lineRule="auto"/>
            </w:pPr>
          </w:p>
        </w:tc>
      </w:tr>
      <w:tr w:rsidR="00947AAC" w14:paraId="3B2F946E" w14:textId="77777777">
        <w:trPr>
          <w:cantSplit/>
          <w:jc w:val="center"/>
        </w:trPr>
        <w:tc>
          <w:tcPr>
            <w:tcW w:w="45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26D3EB" w14:textId="7CC0FD69" w:rsidR="00947AAC" w:rsidRDefault="00C5144F">
            <w:pPr>
              <w:spacing w:after="0" w:line="240" w:lineRule="auto"/>
            </w:pPr>
            <w:r>
              <w:rPr>
                <w:rFonts w:eastAsia="Calibri" w:cs="Calibri"/>
                <w:sz w:val="18"/>
              </w:rPr>
              <w:t>PRIMERJAM POLETJE S POMLADJO.</w:t>
            </w: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9CA540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9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7C8202" w14:textId="77777777" w:rsidR="00947AAC" w:rsidRDefault="00947AAC">
            <w:pPr>
              <w:spacing w:after="0" w:line="240" w:lineRule="auto"/>
            </w:pP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9466F0" w14:textId="77777777" w:rsidR="00947AAC" w:rsidRDefault="00947AAC">
            <w:pPr>
              <w:spacing w:after="0" w:line="240" w:lineRule="auto"/>
              <w:jc w:val="center"/>
            </w:pPr>
          </w:p>
        </w:tc>
        <w:tc>
          <w:tcPr>
            <w:tcW w:w="18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3DC15A" w14:textId="77777777" w:rsidR="00947AAC" w:rsidRDefault="00947AAC">
            <w:pPr>
              <w:spacing w:after="0" w:line="240" w:lineRule="auto"/>
            </w:pPr>
          </w:p>
        </w:tc>
      </w:tr>
      <w:tr w:rsidR="00947AAC" w:rsidRPr="00BA769B" w14:paraId="54E3AA51" w14:textId="77777777">
        <w:trPr>
          <w:cantSplit/>
          <w:jc w:val="center"/>
        </w:trPr>
        <w:tc>
          <w:tcPr>
            <w:tcW w:w="45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5E07D2" w14:textId="6B4347BF" w:rsidR="00947AAC" w:rsidRPr="00BA769B" w:rsidRDefault="00C5144F">
            <w:pPr>
              <w:spacing w:after="0" w:line="240" w:lineRule="auto"/>
              <w:rPr>
                <w:lang w:val="it-IT"/>
              </w:rPr>
            </w:pPr>
            <w:r w:rsidRPr="00BA769B">
              <w:rPr>
                <w:rFonts w:eastAsia="Calibri" w:cs="Calibri"/>
                <w:sz w:val="18"/>
                <w:lang w:val="it-IT"/>
              </w:rPr>
              <w:t>V NARAVI RAVNAM ODGOVORNO IN PREDLAGAM DEJANJE ZA VAROVANJE OKOLJA.</w:t>
            </w: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5EBE2F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92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B2E213" w14:textId="77777777" w:rsidR="00947AAC" w:rsidRPr="00BA769B" w:rsidRDefault="00947AAC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0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97B3F0" w14:textId="77777777" w:rsidR="00947AAC" w:rsidRPr="00BA769B" w:rsidRDefault="00947AAC">
            <w:pPr>
              <w:spacing w:after="0" w:line="240" w:lineRule="auto"/>
              <w:jc w:val="center"/>
              <w:rPr>
                <w:lang w:val="it-IT"/>
              </w:rPr>
            </w:pPr>
          </w:p>
        </w:tc>
        <w:tc>
          <w:tcPr>
            <w:tcW w:w="181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DEF182" w14:textId="77777777" w:rsidR="00947AAC" w:rsidRPr="00BA769B" w:rsidRDefault="00947AAC">
            <w:pPr>
              <w:spacing w:after="0" w:line="240" w:lineRule="auto"/>
              <w:rPr>
                <w:lang w:val="it-IT"/>
              </w:rPr>
            </w:pPr>
          </w:p>
        </w:tc>
      </w:tr>
    </w:tbl>
    <w:p w14:paraId="3D09D811" w14:textId="0856413D" w:rsidR="00947AAC" w:rsidRDefault="00C5144F">
      <w:pPr>
        <w:spacing w:before="240" w:after="80"/>
      </w:pPr>
      <w:r>
        <w:rPr>
          <w:rFonts w:eastAsia="Calibri" w:cs="Calibri"/>
          <w:b/>
          <w:color w:val="9E3F31"/>
          <w:sz w:val="20"/>
        </w:rPr>
        <w:t>MOJA UGOTOVITEV:</w:t>
      </w:r>
    </w:p>
    <w:tbl>
      <w:tblPr>
        <w:tblW w:w="10318" w:type="dxa"/>
        <w:jc w:val="center"/>
        <w:tblLayout w:type="fixed"/>
        <w:tblLook w:val="04A0" w:firstRow="1" w:lastRow="0" w:firstColumn="1" w:lastColumn="0" w:noHBand="0" w:noVBand="1"/>
      </w:tblPr>
      <w:tblGrid>
        <w:gridCol w:w="10318"/>
      </w:tblGrid>
      <w:tr w:rsidR="00947AAC" w14:paraId="1177D714" w14:textId="77777777">
        <w:trPr>
          <w:jc w:val="center"/>
        </w:trPr>
        <w:tc>
          <w:tcPr>
            <w:tcW w:w="10318" w:type="dxa"/>
            <w:tcBorders>
              <w:top w:val="single" w:sz="10" w:space="0" w:color="A9A9A9"/>
              <w:left w:val="single" w:sz="10" w:space="0" w:color="A9A9A9"/>
              <w:bottom w:val="single" w:sz="10" w:space="0" w:color="A9A9A9"/>
              <w:right w:val="single" w:sz="10" w:space="0" w:color="A9A9A9"/>
            </w:tcBorders>
            <w:shd w:val="clear" w:color="auto" w:fill="FFFFFF"/>
            <w:tcMar>
              <w:top w:w="72" w:type="dxa"/>
              <w:left w:w="120" w:type="dxa"/>
              <w:bottom w:w="72" w:type="dxa"/>
              <w:right w:w="120" w:type="dxa"/>
            </w:tcMar>
          </w:tcPr>
          <w:p w14:paraId="3DB2DA92" w14:textId="677D94DE" w:rsidR="00947AAC" w:rsidRDefault="00C5144F">
            <w:pPr>
              <w:spacing w:after="0"/>
            </w:pPr>
            <w:r>
              <w:rPr>
                <w:rFonts w:eastAsia="Calibri" w:cs="Calibri"/>
                <w:sz w:val="20"/>
              </w:rPr>
              <w:br/>
            </w:r>
            <w:r>
              <w:rPr>
                <w:rFonts w:eastAsia="Calibri" w:cs="Calibri"/>
                <w:sz w:val="20"/>
              </w:rPr>
              <w:br/>
            </w:r>
            <w:r>
              <w:rPr>
                <w:rFonts w:eastAsia="Calibri" w:cs="Calibri"/>
                <w:sz w:val="20"/>
              </w:rPr>
              <w:br/>
            </w:r>
          </w:p>
        </w:tc>
      </w:tr>
    </w:tbl>
    <w:p w14:paraId="3D82CB0B" w14:textId="77777777" w:rsidR="00533B61" w:rsidRDefault="00533B61"/>
    <w:sectPr w:rsidR="00533B61" w:rsidSect="00034616">
      <w:footerReference w:type="default" r:id="rId9"/>
      <w:pgSz w:w="11906" w:h="16838"/>
      <w:pgMar w:top="794" w:right="794" w:bottom="850" w:left="794" w:header="34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06E5E1" w14:textId="77777777" w:rsidR="00533B61" w:rsidRDefault="00533B61">
      <w:pPr>
        <w:spacing w:after="0" w:line="240" w:lineRule="auto"/>
      </w:pPr>
      <w:r>
        <w:separator/>
      </w:r>
    </w:p>
  </w:endnote>
  <w:endnote w:type="continuationSeparator" w:id="0">
    <w:p w14:paraId="434AAB36" w14:textId="77777777" w:rsidR="00533B61" w:rsidRDefault="00533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1E16F1" w14:textId="2AC68FAB" w:rsidR="00947AAC" w:rsidRPr="00BA769B" w:rsidRDefault="00947AAC" w:rsidP="00BA769B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138D0" w14:textId="4F9C6C3F" w:rsidR="00947AAC" w:rsidRPr="009C60E5" w:rsidRDefault="00947AAC" w:rsidP="009C60E5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23656D" w14:textId="77777777" w:rsidR="00533B61" w:rsidRDefault="00533B61">
      <w:pPr>
        <w:spacing w:after="0" w:line="240" w:lineRule="auto"/>
      </w:pPr>
      <w:r>
        <w:separator/>
      </w:r>
    </w:p>
  </w:footnote>
  <w:footnote w:type="continuationSeparator" w:id="0">
    <w:p w14:paraId="599CDF67" w14:textId="77777777" w:rsidR="00533B61" w:rsidRDefault="00533B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2D63C40"/>
    <w:multiLevelType w:val="singleLevel"/>
    <w:tmpl w:val="4830A9E6"/>
    <w:lvl w:ilvl="0">
      <w:start w:val="1"/>
      <w:numFmt w:val="bullet"/>
      <w:pStyle w:val="Oznaenseznam"/>
      <w:lvlText w:val="•"/>
      <w:lvlJc w:val="left"/>
      <w:pPr>
        <w:tabs>
          <w:tab w:val="num" w:pos="540"/>
        </w:tabs>
        <w:ind w:left="540" w:hanging="270"/>
      </w:pPr>
    </w:lvl>
  </w:abstractNum>
  <w:num w:numId="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33B61"/>
    <w:rsid w:val="00947AAC"/>
    <w:rsid w:val="009501A2"/>
    <w:rsid w:val="009C60E5"/>
    <w:rsid w:val="00AA1D8D"/>
    <w:rsid w:val="00B47730"/>
    <w:rsid w:val="00BA769B"/>
    <w:rsid w:val="00C5144F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861462"/>
  <w14:defaultImageDpi w14:val="300"/>
  <w15:docId w15:val="{2C0795C4-28F5-4DC9-A1A4-CC4C121BB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FC693F"/>
    <w:pPr>
      <w:spacing w:after="120" w:line="300" w:lineRule="auto"/>
    </w:pPr>
    <w:rPr>
      <w:rFonts w:ascii="Calibri" w:hAnsi="Calibri"/>
      <w:color w:val="202020"/>
      <w:sz w:val="21"/>
    </w:rPr>
  </w:style>
  <w:style w:type="paragraph" w:styleId="Naslov1">
    <w:name w:val="heading 1"/>
    <w:basedOn w:val="Navaden"/>
    <w:next w:val="Navaden"/>
    <w:link w:val="Naslov1Znak"/>
    <w:uiPriority w:val="9"/>
    <w:qFormat/>
    <w:rsid w:val="00FC693F"/>
    <w:pPr>
      <w:keepNext/>
      <w:keepLines/>
      <w:spacing w:before="360" w:after="200" w:line="240" w:lineRule="auto"/>
      <w:outlineLvl w:val="0"/>
    </w:pPr>
    <w:rPr>
      <w:rFonts w:asciiTheme="majorHAnsi" w:eastAsiaTheme="majorEastAsia" w:hAnsiTheme="majorHAnsi" w:cstheme="majorBidi"/>
      <w:b/>
      <w:bCs/>
      <w:color w:val="C65A45"/>
      <w:sz w:val="32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FC693F"/>
    <w:pPr>
      <w:keepNext/>
      <w:keepLines/>
      <w:spacing w:before="280" w:after="140" w:line="240" w:lineRule="auto"/>
      <w:outlineLvl w:val="1"/>
    </w:pPr>
    <w:rPr>
      <w:rFonts w:asciiTheme="majorHAnsi" w:eastAsiaTheme="majorEastAsia" w:hAnsiTheme="majorHAnsi" w:cstheme="majorBidi"/>
      <w:b/>
      <w:bCs/>
      <w:color w:val="9E3F31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FC693F"/>
    <w:pPr>
      <w:keepNext/>
      <w:keepLines/>
      <w:spacing w:before="200" w:after="100" w:line="240" w:lineRule="auto"/>
      <w:outlineLvl w:val="2"/>
    </w:pPr>
    <w:rPr>
      <w:rFonts w:asciiTheme="majorHAnsi" w:eastAsiaTheme="majorEastAsia" w:hAnsiTheme="majorHAnsi" w:cstheme="majorBidi"/>
      <w:b/>
      <w:bCs/>
      <w:color w:val="6A4C3B"/>
      <w:sz w:val="24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618BF"/>
  </w:style>
  <w:style w:type="paragraph" w:styleId="Noga">
    <w:name w:val="footer"/>
    <w:basedOn w:val="Navaden"/>
    <w:link w:val="Nog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618BF"/>
  </w:style>
  <w:style w:type="paragraph" w:styleId="Brezrazmikov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Znak">
    <w:name w:val="Naslov 1 Znak"/>
    <w:basedOn w:val="Privzetapisavaodstav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avaden"/>
    <w:next w:val="Navaden"/>
    <w:link w:val="Naslov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Znak">
    <w:name w:val="Podnaslov Znak"/>
    <w:basedOn w:val="Privzetapisavaodstav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FC693F"/>
    <w:pPr>
      <w:ind w:left="720"/>
      <w:contextualSpacing/>
    </w:pPr>
  </w:style>
  <w:style w:type="paragraph" w:styleId="Telobesedila">
    <w:name w:val="Body Text"/>
    <w:basedOn w:val="Navaden"/>
    <w:link w:val="TelobesedilaZnak"/>
    <w:uiPriority w:val="99"/>
    <w:unhideWhenUsed/>
    <w:rsid w:val="00AA1D8D"/>
  </w:style>
  <w:style w:type="character" w:customStyle="1" w:styleId="TelobesedilaZnak">
    <w:name w:val="Telo besedila Znak"/>
    <w:basedOn w:val="Privzetapisavaodstavka"/>
    <w:link w:val="Telobesedila"/>
    <w:uiPriority w:val="99"/>
    <w:rsid w:val="00AA1D8D"/>
  </w:style>
  <w:style w:type="paragraph" w:styleId="Telobesedila2">
    <w:name w:val="Body Text 2"/>
    <w:basedOn w:val="Navaden"/>
    <w:link w:val="Telobesedila2Znak"/>
    <w:uiPriority w:val="99"/>
    <w:unhideWhenUsed/>
    <w:rsid w:val="00AA1D8D"/>
    <w:pPr>
      <w:spacing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AA1D8D"/>
  </w:style>
  <w:style w:type="paragraph" w:styleId="Telobesedila3">
    <w:name w:val="Body Text 3"/>
    <w:basedOn w:val="Navaden"/>
    <w:link w:val="Telobesedila3Znak"/>
    <w:uiPriority w:val="99"/>
    <w:unhideWhenUsed/>
    <w:rsid w:val="00AA1D8D"/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rsid w:val="00AA1D8D"/>
    <w:rPr>
      <w:sz w:val="16"/>
      <w:szCs w:val="16"/>
    </w:rPr>
  </w:style>
  <w:style w:type="paragraph" w:styleId="Seznam">
    <w:name w:val="List"/>
    <w:basedOn w:val="Navade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avade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avaden"/>
    <w:uiPriority w:val="99"/>
    <w:unhideWhenUsed/>
    <w:rsid w:val="00326F90"/>
    <w:pPr>
      <w:ind w:left="1080" w:hanging="360"/>
      <w:contextualSpacing/>
    </w:pPr>
  </w:style>
  <w:style w:type="paragraph" w:styleId="Oznaenseznam">
    <w:name w:val="List Bullet"/>
    <w:basedOn w:val="Navaden"/>
    <w:uiPriority w:val="99"/>
    <w:unhideWhenUsed/>
    <w:rsid w:val="00326F90"/>
    <w:pPr>
      <w:numPr>
        <w:numId w:val="1"/>
      </w:numPr>
      <w:contextualSpacing/>
    </w:pPr>
  </w:style>
  <w:style w:type="paragraph" w:styleId="Oznaenseznam2">
    <w:name w:val="List Bullet 2"/>
    <w:basedOn w:val="Navaden"/>
    <w:uiPriority w:val="99"/>
    <w:unhideWhenUsed/>
    <w:rsid w:val="00326F90"/>
    <w:pPr>
      <w:tabs>
        <w:tab w:val="num" w:pos="360"/>
      </w:tabs>
      <w:contextualSpacing/>
    </w:pPr>
  </w:style>
  <w:style w:type="paragraph" w:styleId="Oznaenseznam3">
    <w:name w:val="List Bullet 3"/>
    <w:basedOn w:val="Navaden"/>
    <w:uiPriority w:val="99"/>
    <w:unhideWhenUsed/>
    <w:rsid w:val="00326F90"/>
    <w:pPr>
      <w:tabs>
        <w:tab w:val="num" w:pos="360"/>
      </w:tabs>
      <w:contextualSpacing/>
    </w:pPr>
  </w:style>
  <w:style w:type="paragraph" w:styleId="Otevilenseznam">
    <w:name w:val="List Number"/>
    <w:basedOn w:val="Navaden"/>
    <w:uiPriority w:val="99"/>
    <w:unhideWhenUsed/>
    <w:rsid w:val="00326F90"/>
    <w:pPr>
      <w:tabs>
        <w:tab w:val="num" w:pos="360"/>
      </w:tabs>
      <w:contextualSpacing/>
    </w:pPr>
  </w:style>
  <w:style w:type="paragraph" w:styleId="Otevilenseznam2">
    <w:name w:val="List Number 2"/>
    <w:basedOn w:val="Navaden"/>
    <w:uiPriority w:val="99"/>
    <w:unhideWhenUsed/>
    <w:rsid w:val="0029639D"/>
    <w:pPr>
      <w:tabs>
        <w:tab w:val="num" w:pos="360"/>
      </w:tabs>
      <w:contextualSpacing/>
    </w:pPr>
  </w:style>
  <w:style w:type="paragraph" w:styleId="Otevilenseznam3">
    <w:name w:val="List Number 3"/>
    <w:basedOn w:val="Navaden"/>
    <w:uiPriority w:val="99"/>
    <w:unhideWhenUsed/>
    <w:rsid w:val="0029639D"/>
    <w:pPr>
      <w:tabs>
        <w:tab w:val="num" w:pos="360"/>
      </w:tabs>
      <w:contextualSpacing/>
    </w:pPr>
  </w:style>
  <w:style w:type="paragraph" w:styleId="Seznam-nadaljevanje">
    <w:name w:val="List Continue"/>
    <w:basedOn w:val="Navaden"/>
    <w:uiPriority w:val="99"/>
    <w:unhideWhenUsed/>
    <w:rsid w:val="0029639D"/>
    <w:pPr>
      <w:ind w:left="360"/>
      <w:contextualSpacing/>
    </w:pPr>
  </w:style>
  <w:style w:type="paragraph" w:styleId="Seznam-nadaljevanje2">
    <w:name w:val="List Continue 2"/>
    <w:basedOn w:val="Navaden"/>
    <w:uiPriority w:val="99"/>
    <w:unhideWhenUsed/>
    <w:rsid w:val="0029639D"/>
    <w:pPr>
      <w:ind w:left="720"/>
      <w:contextualSpacing/>
    </w:pPr>
  </w:style>
  <w:style w:type="paragraph" w:styleId="Seznam-nadaljevanje3">
    <w:name w:val="List Continue 3"/>
    <w:basedOn w:val="Navaden"/>
    <w:uiPriority w:val="99"/>
    <w:unhideWhenUsed/>
    <w:rsid w:val="0029639D"/>
    <w:pPr>
      <w:ind w:left="1080"/>
      <w:contextualSpacing/>
    </w:pPr>
  </w:style>
  <w:style w:type="paragraph" w:styleId="Makrobesedilo">
    <w:name w:val="macro"/>
    <w:link w:val="Makrobesedilo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besediloZnak">
    <w:name w:val="Makro besedilo Znak"/>
    <w:basedOn w:val="Privzetapisavaodstavka"/>
    <w:link w:val="Makrobesedilo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avaden"/>
    <w:next w:val="Navaden"/>
    <w:link w:val="CitatZnak"/>
    <w:uiPriority w:val="29"/>
    <w:qFormat/>
    <w:rsid w:val="00FC693F"/>
    <w:rPr>
      <w:i/>
      <w:iCs/>
      <w:color w:val="000000" w:themeColor="text1"/>
    </w:rPr>
  </w:style>
  <w:style w:type="character" w:customStyle="1" w:styleId="CitatZnak">
    <w:name w:val="Citat Znak"/>
    <w:basedOn w:val="Privzetapisavaodstav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repko">
    <w:name w:val="Strong"/>
    <w:basedOn w:val="Privzetapisavaodstavka"/>
    <w:uiPriority w:val="22"/>
    <w:qFormat/>
    <w:rsid w:val="00FC693F"/>
    <w:rPr>
      <w:b/>
      <w:bCs/>
    </w:rPr>
  </w:style>
  <w:style w:type="character" w:styleId="Poudarek">
    <w:name w:val="Emphasis"/>
    <w:basedOn w:val="Privzetapisavaodstavka"/>
    <w:uiPriority w:val="20"/>
    <w:qFormat/>
    <w:rsid w:val="00FC693F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C693F"/>
    <w:rPr>
      <w:b/>
      <w:bCs/>
      <w:i/>
      <w:iCs/>
      <w:color w:val="4F81BD" w:themeColor="accent1"/>
    </w:rPr>
  </w:style>
  <w:style w:type="character" w:styleId="Neenpoudarek">
    <w:name w:val="Subtle Emphasis"/>
    <w:basedOn w:val="Privzetapisavaodstavka"/>
    <w:uiPriority w:val="19"/>
    <w:qFormat/>
    <w:rsid w:val="00FC693F"/>
    <w:rPr>
      <w:i/>
      <w:iCs/>
      <w:color w:val="808080" w:themeColor="text1" w:themeTint="7F"/>
    </w:rPr>
  </w:style>
  <w:style w:type="character" w:styleId="Intenzivenpoudarek">
    <w:name w:val="Intense Emphasis"/>
    <w:basedOn w:val="Privzetapisavaodstavka"/>
    <w:uiPriority w:val="21"/>
    <w:qFormat/>
    <w:rsid w:val="00FC693F"/>
    <w:rPr>
      <w:b/>
      <w:bCs/>
      <w:i/>
      <w:iCs/>
      <w:color w:val="4F81BD" w:themeColor="accent1"/>
    </w:rPr>
  </w:style>
  <w:style w:type="character" w:styleId="Neensklic">
    <w:name w:val="Subtle Reference"/>
    <w:basedOn w:val="Privzetapisavaodstavka"/>
    <w:uiPriority w:val="31"/>
    <w:qFormat/>
    <w:rsid w:val="00FC693F"/>
    <w:rPr>
      <w:smallCaps/>
      <w:color w:val="C0504D" w:themeColor="accent2"/>
      <w:u w:val="single"/>
    </w:rPr>
  </w:style>
  <w:style w:type="character" w:styleId="Intenzivensklic">
    <w:name w:val="Intense Reference"/>
    <w:basedOn w:val="Privzetapisavaodstav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Privzetapisavaodstavka"/>
    <w:uiPriority w:val="33"/>
    <w:qFormat/>
    <w:rsid w:val="00FC693F"/>
    <w:rPr>
      <w:b/>
      <w:b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FC693F"/>
    <w:pPr>
      <w:outlineLvl w:val="9"/>
    </w:pPr>
  </w:style>
  <w:style w:type="table" w:styleId="Tabelamrea">
    <w:name w:val="Table Grid"/>
    <w:basedOn w:val="Navadnatabe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osenenje">
    <w:name w:val="Light Shading"/>
    <w:basedOn w:val="Navadnatabe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osenenjepoudarek1">
    <w:name w:val="Light Shading Accent 1"/>
    <w:basedOn w:val="Navadnatabe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osenenjepoudarek2">
    <w:name w:val="Light Shading Accent 2"/>
    <w:basedOn w:val="Navadnatabe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osenenjepoudarek3">
    <w:name w:val="Light Shading Accent 3"/>
    <w:basedOn w:val="Navadnatabe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osenenjepoudarek4">
    <w:name w:val="Light Shading Accent 4"/>
    <w:basedOn w:val="Navadnatabe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osenenjepoudarek5">
    <w:name w:val="Light Shading Accent 5"/>
    <w:basedOn w:val="Navadnatabe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osenenjepoudarek6">
    <w:name w:val="Light Shading Accent 6"/>
    <w:basedOn w:val="Navadnatabe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elseznam">
    <w:name w:val="Light List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elseznampoudarek1">
    <w:name w:val="Light List Accent 1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elseznampoudarek2">
    <w:name w:val="Light List Accent 2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elseznampoudarek3">
    <w:name w:val="Light List Accent 3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elseznampoudarek4">
    <w:name w:val="Light List Accent 4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elseznampoudarek5">
    <w:name w:val="Light List Accent 5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elseznampoudarek6">
    <w:name w:val="Light List Accent 6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amrea">
    <w:name w:val="Light Grid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amreapoudarek1">
    <w:name w:val="Light Grid Accent 1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amreapoudarek2">
    <w:name w:val="Light Grid Accent 2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amreapoudarek3">
    <w:name w:val="Light Grid Accent 3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amreapoudarek4">
    <w:name w:val="Light Grid Accent 4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amreapoudarek5">
    <w:name w:val="Light Grid Accent 5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amreapoudarek6">
    <w:name w:val="Light Grid Accent 6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enenje1">
    <w:name w:val="Medium Shading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1">
    <w:name w:val="Medium Shading 1 Accent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2">
    <w:name w:val="Medium Shading 1 Accent 2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3">
    <w:name w:val="Medium Shading 1 Accent 3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4">
    <w:name w:val="Medium Shading 1 Accent 4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5">
    <w:name w:val="Medium Shading 1 Accent 5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6">
    <w:name w:val="Medium Shading 1 Accent 6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2">
    <w:name w:val="Medium Shading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1">
    <w:name w:val="Medium Shading 2 Accent 1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2">
    <w:name w:val="Medium Shading 2 Accent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3">
    <w:name w:val="Medium Shading 2 Accent 3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4">
    <w:name w:val="Medium Shading 2 Accent 4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5">
    <w:name w:val="Medium Shading 2 Accent 5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6">
    <w:name w:val="Medium Shading 2 Accent 6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seznam1">
    <w:name w:val="Medium Lis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seznam1poudarek1">
    <w:name w:val="Medium List 1 Accen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seznam1poudarek2">
    <w:name w:val="Medium List 1 Accent 2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seznam1poudarek3">
    <w:name w:val="Medium List 1 Accent 3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seznam1poudarek4">
    <w:name w:val="Medium List 1 Accent 4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seznam1poudarek5">
    <w:name w:val="Medium List 1 Accent 5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seznam1poudarek6">
    <w:name w:val="Medium List 1 Accent 6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seznam2">
    <w:name w:val="Medium Lis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1">
    <w:name w:val="Medium List 2 Accent 1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2">
    <w:name w:val="Medium List 2 Accen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3">
    <w:name w:val="Medium List 2 Accent 3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4">
    <w:name w:val="Medium List 2 Accent 4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5">
    <w:name w:val="Medium List 2 Accent 5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6">
    <w:name w:val="Medium List 2 Accent 6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mrea1">
    <w:name w:val="Medium Grid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mrea1poudarek1">
    <w:name w:val="Medium Grid 1 Accent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mrea1poudarek2">
    <w:name w:val="Medium Grid 1 Accent 2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mrea1poudarek3">
    <w:name w:val="Medium Grid 1 Accent 3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mrea1poudarek4">
    <w:name w:val="Medium Grid 1 Accent 4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mrea1poudarek5">
    <w:name w:val="Medium Grid 1 Accent 5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mrea1poudarek6">
    <w:name w:val="Medium Grid 1 Accent 6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mrea2">
    <w:name w:val="Medium Grid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1">
    <w:name w:val="Medium Grid 2 Accent 1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2">
    <w:name w:val="Medium Grid 2 Accent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3">
    <w:name w:val="Medium Grid 2 Accent 3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4">
    <w:name w:val="Medium Grid 2 Accent 4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5">
    <w:name w:val="Medium Grid 2 Accent 5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6">
    <w:name w:val="Medium Grid 2 Accent 6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3">
    <w:name w:val="Medium Grid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mrea3poudarek1">
    <w:name w:val="Medium Grid 3 Accent 1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mrea3poudarek2">
    <w:name w:val="Medium Grid 3 Accent 2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mrea3poudarek3">
    <w:name w:val="Medium Grid 3 Accent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mrea3poudarek4">
    <w:name w:val="Medium Grid 3 Accent 4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mrea3poudarek5">
    <w:name w:val="Medium Grid 3 Accent 5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mrea3poudarek6">
    <w:name w:val="Medium Grid 3 Accent 6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emenseznam">
    <w:name w:val="Dark List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emenseznampoudarek1">
    <w:name w:val="Dark List Accent 1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emenseznampoudarek2">
    <w:name w:val="Dark List Accent 2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emenseznampoudarek3">
    <w:name w:val="Dark List Accent 3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emenseznampoudarek4">
    <w:name w:val="Dark List Accent 4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emenseznampoudarek5">
    <w:name w:val="Dark List Accent 5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emenseznampoudarek6">
    <w:name w:val="Dark List Accent 6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vnosenenje">
    <w:name w:val="Colorful Shading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1">
    <w:name w:val="Colorful Shading Accent 1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2">
    <w:name w:val="Colorful Shading Accent 2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3">
    <w:name w:val="Colorful Shading Accent 3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osenenjepoudarek4">
    <w:name w:val="Colorful Shading Accent 4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5">
    <w:name w:val="Colorful Shading Accent 5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6">
    <w:name w:val="Colorful Shading Accent 6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iseznam">
    <w:name w:val="Colorful List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vniseznampoudarek1">
    <w:name w:val="Colorful List Accent 1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vniseznampoudarek2">
    <w:name w:val="Colorful List Accent 2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venseznampoudarek3">
    <w:name w:val="Colorful List Accent 3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vniseznampoudarek4">
    <w:name w:val="Colorful List Accent 4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vniseznampoudarek5">
    <w:name w:val="Colorful List Accent 5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vniseznampoudarek6">
    <w:name w:val="Colorful List Accent 6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vnamrea">
    <w:name w:val="Colorful Grid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vnamreapoudarek1">
    <w:name w:val="Colorful Grid Accent 1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vnamreapoudarek2">
    <w:name w:val="Colorful Grid Accent 2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vnamreapoudarek3">
    <w:name w:val="Colorful Grid Accent 3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amreapoudarek4">
    <w:name w:val="Colorful Grid Accent 4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vnamreapoudarek5">
    <w:name w:val="Colorful Grid Accent 5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vnamreapoudarek6">
    <w:name w:val="Colorful Grid Accent 6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C60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C60E5"/>
    <w:rPr>
      <w:rFonts w:ascii="Segoe UI" w:hAnsi="Segoe UI" w:cs="Segoe UI"/>
      <w:color w:val="20202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FC9A6AB-2259-4D36-97D7-08589E927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12</Pages>
  <Words>1289</Words>
  <Characters>7349</Characters>
  <Application>Microsoft Office Word</Application>
  <DocSecurity>0</DocSecurity>
  <Lines>61</Lines>
  <Paragraphs>17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FS-stopnice in Od starta do cilja – 1. razred 2026/27</vt:lpstr>
      <vt:lpstr/>
    </vt:vector>
  </TitlesOfParts>
  <Manager/>
  <Company/>
  <LinksUpToDate>false</LinksUpToDate>
  <CharactersWithSpaces>8621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FS-stopnice in Od starta do cilja – 1. razred 2026/27</dc:title>
  <dc:subject>Prenovljeni učni načrt za prvo VIO</dc:subject>
  <dc:creator/>
  <cp:keywords>formativno spremljanje, FS stopnice, 1. razred, 2026/27, učni načrt</cp:keywords>
  <dc:description>generated by python-docx</dc:description>
  <cp:lastModifiedBy>Učitelj</cp:lastModifiedBy>
  <cp:revision>4</cp:revision>
  <cp:lastPrinted>2026-08-21T11:04:00Z</cp:lastPrinted>
  <dcterms:created xsi:type="dcterms:W3CDTF">2013-12-23T23:15:00Z</dcterms:created>
  <dcterms:modified xsi:type="dcterms:W3CDTF">2026-09-02T12:10:00Z</dcterms:modified>
  <cp:category/>
</cp:coreProperties>
</file>