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2FABF" w14:textId="77777777" w:rsidR="002B4A86" w:rsidRDefault="002B4A86">
      <w:pPr>
        <w:spacing w:after="40" w:line="252" w:lineRule="auto"/>
        <w:jc w:val="center"/>
        <w:rPr>
          <w:b/>
          <w:color w:val="173B4D"/>
          <w:sz w:val="50"/>
        </w:rPr>
      </w:pPr>
    </w:p>
    <w:p w14:paraId="14EEE4E4" w14:textId="19CE7DF6" w:rsidR="008A5547" w:rsidRDefault="00000000">
      <w:pPr>
        <w:spacing w:after="40" w:line="252" w:lineRule="auto"/>
        <w:jc w:val="center"/>
      </w:pPr>
      <w:r>
        <w:rPr>
          <w:b/>
          <w:color w:val="173B4D"/>
          <w:sz w:val="50"/>
        </w:rPr>
        <w:t>LETNA PRIPRAVA</w:t>
      </w:r>
    </w:p>
    <w:p w14:paraId="2BCFCDBB" w14:textId="77777777" w:rsidR="008A5547" w:rsidRDefault="00000000">
      <w:pPr>
        <w:spacing w:after="480" w:line="252" w:lineRule="auto"/>
        <w:jc w:val="center"/>
      </w:pPr>
      <w:r>
        <w:rPr>
          <w:b/>
          <w:color w:val="8565A5"/>
          <w:sz w:val="26"/>
        </w:rPr>
        <w:t>NA VZGOJNO-IZOBRAŽEVALNO DELO</w:t>
      </w:r>
    </w:p>
    <w:tbl>
      <w:tblPr>
        <w:tblW w:w="9860" w:type="dxa"/>
        <w:jc w:val="center"/>
        <w:tblLayout w:type="fixed"/>
        <w:tblLook w:val="04A0" w:firstRow="1" w:lastRow="0" w:firstColumn="1" w:lastColumn="0" w:noHBand="0" w:noVBand="1"/>
      </w:tblPr>
      <w:tblGrid>
        <w:gridCol w:w="9860"/>
      </w:tblGrid>
      <w:tr w:rsidR="008A5547" w14:paraId="49688619" w14:textId="77777777">
        <w:trPr>
          <w:cantSplit/>
          <w:jc w:val="center"/>
        </w:trPr>
        <w:tc>
          <w:tcPr>
            <w:tcW w:w="9860" w:type="dxa"/>
            <w:tcBorders>
              <w:top w:val="single" w:sz="7" w:space="0" w:color="8565A5"/>
              <w:left w:val="single" w:sz="7" w:space="0" w:color="8565A5"/>
              <w:bottom w:val="single" w:sz="7" w:space="0" w:color="8565A5"/>
              <w:right w:val="single" w:sz="7" w:space="0" w:color="8565A5"/>
            </w:tcBorders>
            <w:shd w:val="clear" w:color="auto" w:fill="8565A5"/>
            <w:tcMar>
              <w:top w:w="70" w:type="dxa"/>
              <w:left w:w="90" w:type="dxa"/>
              <w:bottom w:w="70" w:type="dxa"/>
              <w:right w:w="90" w:type="dxa"/>
            </w:tcMar>
            <w:vAlign w:val="center"/>
          </w:tcPr>
          <w:p w14:paraId="5E143CAC" w14:textId="77777777" w:rsidR="008A5547" w:rsidRDefault="00000000">
            <w:pPr>
              <w:spacing w:after="40" w:line="240" w:lineRule="auto"/>
              <w:jc w:val="center"/>
            </w:pPr>
            <w:r>
              <w:rPr>
                <w:b/>
                <w:color w:val="FFFFFF"/>
                <w:sz w:val="36"/>
              </w:rPr>
              <w:t>TUJI JEZIK – ANGLEŠČINA</w:t>
            </w:r>
          </w:p>
        </w:tc>
      </w:tr>
      <w:tr w:rsidR="008A5547" w14:paraId="30562B6E" w14:textId="77777777">
        <w:trPr>
          <w:cantSplit/>
          <w:jc w:val="center"/>
        </w:trPr>
        <w:tc>
          <w:tcPr>
            <w:tcW w:w="9860" w:type="dxa"/>
            <w:tcBorders>
              <w:top w:val="single" w:sz="7" w:space="0" w:color="8565A5"/>
              <w:left w:val="single" w:sz="7" w:space="0" w:color="8565A5"/>
              <w:bottom w:val="single" w:sz="7" w:space="0" w:color="8565A5"/>
              <w:right w:val="single" w:sz="7" w:space="0" w:color="8565A5"/>
            </w:tcBorders>
            <w:shd w:val="clear" w:color="auto" w:fill="E7F3F2"/>
            <w:tcMar>
              <w:top w:w="70" w:type="dxa"/>
              <w:left w:w="90" w:type="dxa"/>
              <w:bottom w:w="70" w:type="dxa"/>
              <w:right w:w="90" w:type="dxa"/>
            </w:tcMar>
            <w:vAlign w:val="center"/>
          </w:tcPr>
          <w:p w14:paraId="49ED5156" w14:textId="0271818B" w:rsidR="008A5547" w:rsidRDefault="00000000">
            <w:pPr>
              <w:spacing w:after="40" w:line="240" w:lineRule="auto"/>
              <w:jc w:val="center"/>
            </w:pPr>
            <w:r>
              <w:rPr>
                <w:b/>
                <w:color w:val="173B4D"/>
                <w:sz w:val="20"/>
              </w:rPr>
              <w:t xml:space="preserve">1. razred </w:t>
            </w:r>
            <w:r w:rsidR="002B4A86">
              <w:rPr>
                <w:b/>
                <w:color w:val="173B4D"/>
                <w:sz w:val="20"/>
              </w:rPr>
              <w:t xml:space="preserve"> -  </w:t>
            </w:r>
            <w:r>
              <w:rPr>
                <w:b/>
                <w:color w:val="173B4D"/>
                <w:sz w:val="20"/>
              </w:rPr>
              <w:t xml:space="preserve"> šolsko leto 2026/2027</w:t>
            </w:r>
          </w:p>
        </w:tc>
      </w:tr>
    </w:tbl>
    <w:p w14:paraId="74CCF6F8" w14:textId="77777777" w:rsidR="008A5547" w:rsidRDefault="008A5547">
      <w:pPr>
        <w:spacing w:after="0" w:line="252" w:lineRule="auto"/>
      </w:pPr>
    </w:p>
    <w:tbl>
      <w:tblPr>
        <w:tblW w:w="9860" w:type="dxa"/>
        <w:jc w:val="center"/>
        <w:tblLayout w:type="fixed"/>
        <w:tblLook w:val="04A0" w:firstRow="1" w:lastRow="0" w:firstColumn="1" w:lastColumn="0" w:noHBand="0" w:noVBand="1"/>
      </w:tblPr>
      <w:tblGrid>
        <w:gridCol w:w="3300"/>
        <w:gridCol w:w="6560"/>
      </w:tblGrid>
      <w:tr w:rsidR="008A5547" w14:paraId="7E0D216D"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2B8A64" w14:textId="77777777" w:rsidR="008A5547" w:rsidRDefault="00000000">
            <w:pPr>
              <w:spacing w:after="24" w:line="240" w:lineRule="auto"/>
            </w:pPr>
            <w:r>
              <w:rPr>
                <w:b/>
                <w:color w:val="8565A5"/>
                <w:sz w:val="16"/>
              </w:rPr>
              <w:t>IZVAJALKA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6919BB" w14:textId="77777777" w:rsidR="008A5547" w:rsidRDefault="00000000">
            <w:pPr>
              <w:spacing w:after="24" w:line="240" w:lineRule="auto"/>
            </w:pPr>
            <w:r>
              <w:rPr>
                <w:b/>
                <w:color w:val="203038"/>
              </w:rPr>
              <w:t>Narrayani Premal</w:t>
            </w:r>
          </w:p>
        </w:tc>
      </w:tr>
      <w:tr w:rsidR="008A5547" w14:paraId="0ECEB615"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C85499" w14:textId="77777777" w:rsidR="008A5547" w:rsidRDefault="00000000">
            <w:pPr>
              <w:spacing w:after="24" w:line="240" w:lineRule="auto"/>
            </w:pPr>
            <w:r>
              <w:rPr>
                <w:b/>
                <w:color w:val="8565A5"/>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62511E" w14:textId="77777777" w:rsidR="008A5547" w:rsidRDefault="00000000">
            <w:pPr>
              <w:spacing w:after="24" w:line="240" w:lineRule="auto"/>
            </w:pPr>
            <w:r>
              <w:rPr>
                <w:color w:val="203038"/>
              </w:rPr>
              <w:t>OŠ Lucija</w:t>
            </w:r>
          </w:p>
        </w:tc>
      </w:tr>
      <w:tr w:rsidR="008A5547" w14:paraId="502C45EA"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2BF05D" w14:textId="77777777" w:rsidR="008A5547" w:rsidRDefault="00000000">
            <w:pPr>
              <w:spacing w:after="24" w:line="240" w:lineRule="auto"/>
            </w:pPr>
            <w:r>
              <w:rPr>
                <w:b/>
                <w:color w:val="8565A5"/>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B0E41E" w14:textId="77777777" w:rsidR="008A5547" w:rsidRDefault="00000000">
            <w:pPr>
              <w:spacing w:after="24" w:line="240" w:lineRule="auto"/>
            </w:pPr>
            <w:r>
              <w:rPr>
                <w:color w:val="203038"/>
              </w:rPr>
              <w:t>2 ur / 70 ur</w:t>
            </w:r>
          </w:p>
        </w:tc>
      </w:tr>
      <w:tr w:rsidR="008A5547" w14:paraId="79EE076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82F4E1" w14:textId="77777777" w:rsidR="008A5547" w:rsidRDefault="00000000">
            <w:pPr>
              <w:spacing w:after="24" w:line="240" w:lineRule="auto"/>
            </w:pPr>
            <w:r>
              <w:rPr>
                <w:b/>
                <w:color w:val="8565A5"/>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F93188" w14:textId="2F5AD39D" w:rsidR="008A5547" w:rsidRDefault="00000000">
            <w:pPr>
              <w:spacing w:after="24" w:line="240" w:lineRule="auto"/>
            </w:pPr>
            <w:r>
              <w:rPr>
                <w:color w:val="203038"/>
              </w:rPr>
              <w:t xml:space="preserve">39 </w:t>
            </w:r>
            <w:proofErr w:type="spellStart"/>
            <w:r>
              <w:rPr>
                <w:color w:val="203038"/>
              </w:rPr>
              <w:t>tednov</w:t>
            </w:r>
            <w:proofErr w:type="spellEnd"/>
            <w:r>
              <w:rPr>
                <w:color w:val="203038"/>
              </w:rPr>
              <w:t xml:space="preserve"> </w:t>
            </w:r>
            <w:r w:rsidR="002B4A86">
              <w:rPr>
                <w:color w:val="203038"/>
              </w:rPr>
              <w:t xml:space="preserve"> (</w:t>
            </w:r>
            <w:r>
              <w:rPr>
                <w:color w:val="203038"/>
              </w:rPr>
              <w:t xml:space="preserve">11 </w:t>
            </w:r>
            <w:proofErr w:type="spellStart"/>
            <w:r>
              <w:rPr>
                <w:color w:val="203038"/>
              </w:rPr>
              <w:t>tematskih</w:t>
            </w:r>
            <w:proofErr w:type="spellEnd"/>
            <w:r>
              <w:rPr>
                <w:color w:val="203038"/>
              </w:rPr>
              <w:t xml:space="preserve"> </w:t>
            </w:r>
            <w:proofErr w:type="spellStart"/>
            <w:r>
              <w:rPr>
                <w:color w:val="203038"/>
              </w:rPr>
              <w:t>obdobij</w:t>
            </w:r>
            <w:proofErr w:type="spellEnd"/>
            <w:r w:rsidR="002B4A86">
              <w:rPr>
                <w:color w:val="203038"/>
              </w:rPr>
              <w:t>)</w:t>
            </w:r>
          </w:p>
        </w:tc>
      </w:tr>
      <w:tr w:rsidR="008A5547" w14:paraId="49ED0A78"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9F8BFB" w14:textId="77777777" w:rsidR="008A5547" w:rsidRDefault="00000000">
            <w:pPr>
              <w:spacing w:after="24" w:line="240" w:lineRule="auto"/>
            </w:pPr>
            <w:r>
              <w:rPr>
                <w:b/>
                <w:color w:val="8565A5"/>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C9FC9D" w14:textId="77777777" w:rsidR="008A5547" w:rsidRDefault="00000000">
            <w:pPr>
              <w:spacing w:after="24" w:line="240" w:lineRule="auto"/>
            </w:pPr>
            <w:r>
              <w:rPr>
                <w:color w:val="203038"/>
              </w:rPr>
              <w:t>31. 8. 2026</w:t>
            </w:r>
          </w:p>
        </w:tc>
      </w:tr>
    </w:tbl>
    <w:p w14:paraId="25B78C1D" w14:textId="77777777" w:rsidR="008A5547" w:rsidRDefault="008A5547">
      <w:pPr>
        <w:spacing w:after="0" w:line="252" w:lineRule="auto"/>
      </w:pPr>
    </w:p>
    <w:p w14:paraId="0D870B4E" w14:textId="77777777" w:rsidR="008A5547" w:rsidRDefault="00000000">
      <w:pPr>
        <w:spacing w:after="280" w:line="252" w:lineRule="auto"/>
        <w:jc w:val="center"/>
      </w:pPr>
      <w:r>
        <w:rPr>
          <w:i/>
          <w:color w:val="60727A"/>
          <w:sz w:val="17"/>
        </w:rPr>
        <w:t>Letna priprava je usklajena s priloženo tematsko tabelo, dnevnimi učnimi pripravami in načrtovanimi dnevi dejavnosti.</w:t>
      </w:r>
    </w:p>
    <w:tbl>
      <w:tblPr>
        <w:tblW w:w="9860" w:type="dxa"/>
        <w:jc w:val="center"/>
        <w:tblLayout w:type="fixed"/>
        <w:tblLook w:val="04A0" w:firstRow="1" w:lastRow="0" w:firstColumn="1" w:lastColumn="0" w:noHBand="0" w:noVBand="1"/>
      </w:tblPr>
      <w:tblGrid>
        <w:gridCol w:w="4930"/>
        <w:gridCol w:w="4930"/>
      </w:tblGrid>
      <w:tr w:rsidR="008A5547" w14:paraId="6EF2AB29" w14:textId="77777777">
        <w:trPr>
          <w:jc w:val="center"/>
        </w:trPr>
        <w:tc>
          <w:tcPr>
            <w:tcW w:w="4930" w:type="dxa"/>
            <w:tcMar>
              <w:top w:w="70" w:type="dxa"/>
              <w:left w:w="90" w:type="dxa"/>
              <w:bottom w:w="70" w:type="dxa"/>
              <w:right w:w="90" w:type="dxa"/>
            </w:tcMar>
            <w:vAlign w:val="center"/>
          </w:tcPr>
          <w:p w14:paraId="10C96FDA" w14:textId="77777777" w:rsidR="008A5547" w:rsidRDefault="00000000">
            <w:pPr>
              <w:spacing w:after="24" w:line="240" w:lineRule="auto"/>
              <w:jc w:val="center"/>
            </w:pPr>
            <w:r>
              <w:rPr>
                <w:b/>
                <w:color w:val="60727A"/>
                <w:sz w:val="16"/>
              </w:rPr>
              <w:t>Letno pripravo izdelala</w:t>
            </w:r>
          </w:p>
        </w:tc>
        <w:tc>
          <w:tcPr>
            <w:tcW w:w="4930" w:type="dxa"/>
            <w:tcMar>
              <w:top w:w="70" w:type="dxa"/>
              <w:left w:w="90" w:type="dxa"/>
              <w:bottom w:w="70" w:type="dxa"/>
              <w:right w:w="90" w:type="dxa"/>
            </w:tcMar>
            <w:vAlign w:val="center"/>
          </w:tcPr>
          <w:p w14:paraId="1AD4C0BC" w14:textId="77777777" w:rsidR="008A5547" w:rsidRDefault="00000000">
            <w:pPr>
              <w:spacing w:after="24" w:line="240" w:lineRule="auto"/>
              <w:jc w:val="center"/>
            </w:pPr>
            <w:r>
              <w:rPr>
                <w:b/>
                <w:color w:val="60727A"/>
                <w:sz w:val="16"/>
              </w:rPr>
              <w:t>Letno pripravo pregledala</w:t>
            </w:r>
          </w:p>
        </w:tc>
      </w:tr>
      <w:tr w:rsidR="008A5547" w14:paraId="7B44691A" w14:textId="77777777">
        <w:trPr>
          <w:jc w:val="center"/>
        </w:trPr>
        <w:tc>
          <w:tcPr>
            <w:tcW w:w="4930" w:type="dxa"/>
            <w:tcMar>
              <w:top w:w="70" w:type="dxa"/>
              <w:left w:w="90" w:type="dxa"/>
              <w:bottom w:w="70" w:type="dxa"/>
              <w:right w:w="90" w:type="dxa"/>
            </w:tcMar>
            <w:vAlign w:val="center"/>
          </w:tcPr>
          <w:p w14:paraId="6E9D2CF1" w14:textId="77777777" w:rsidR="008A5547"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1ED20CDE" w14:textId="77777777" w:rsidR="008A5547" w:rsidRDefault="00000000">
            <w:pPr>
              <w:spacing w:after="24" w:line="240" w:lineRule="auto"/>
              <w:jc w:val="center"/>
            </w:pPr>
            <w:r>
              <w:rPr>
                <w:color w:val="203038"/>
              </w:rPr>
              <w:t>____________________________</w:t>
            </w:r>
          </w:p>
        </w:tc>
      </w:tr>
    </w:tbl>
    <w:p w14:paraId="0A80FD17" w14:textId="77777777" w:rsidR="008A5547" w:rsidRDefault="00000000">
      <w:pPr>
        <w:spacing w:after="0"/>
      </w:pPr>
      <w:r>
        <w:br w:type="page"/>
      </w:r>
    </w:p>
    <w:p w14:paraId="117A0B8A" w14:textId="77777777" w:rsidR="008A5547" w:rsidRDefault="00000000">
      <w:pPr>
        <w:pStyle w:val="Naslov1"/>
        <w:spacing w:before="140" w:after="80"/>
      </w:pPr>
      <w:r>
        <w:rPr>
          <w:rFonts w:ascii="Arial" w:eastAsia="Arial" w:hAnsi="Arial"/>
          <w:color w:val="173B4D"/>
          <w:sz w:val="32"/>
        </w:rPr>
        <w:lastRenderedPageBreak/>
        <w:t>1. Letni okvir predmeta</w:t>
      </w:r>
    </w:p>
    <w:p w14:paraId="121958BF" w14:textId="77777777" w:rsidR="008A5547" w:rsidRDefault="00000000" w:rsidP="002B4A86">
      <w:pPr>
        <w:spacing w:after="60" w:line="252" w:lineRule="auto"/>
        <w:jc w:val="both"/>
      </w:pPr>
      <w:r>
        <w:rPr>
          <w:color w:val="203038"/>
        </w:rPr>
        <w:t>Predmet Tuji jezik – angleščina je načrtovan v obsegu 2 ur tedensko in 70 ur letno. Razporeditev upošteva 39 tematskih tednov, krajše tedne, pouka proste dni ter 15 dni dejavnosti iz šolskega koledarja. Ker konkretni dnevi v tedenskem urniku niso določeni v viru, je število ur po tednih sorazmerno prilagojeno razpoložljivim učnim dnem; letni seštevek ostaja natančen.</w:t>
      </w:r>
    </w:p>
    <w:tbl>
      <w:tblPr>
        <w:tblW w:w="9860" w:type="dxa"/>
        <w:jc w:val="center"/>
        <w:tblLayout w:type="fixed"/>
        <w:tblLook w:val="04A0" w:firstRow="1" w:lastRow="0" w:firstColumn="1" w:lastColumn="0" w:noHBand="0" w:noVBand="1"/>
      </w:tblPr>
      <w:tblGrid>
        <w:gridCol w:w="2465"/>
        <w:gridCol w:w="2465"/>
        <w:gridCol w:w="2465"/>
        <w:gridCol w:w="2465"/>
      </w:tblGrid>
      <w:tr w:rsidR="008A5547" w14:paraId="55E38440" w14:textId="77777777">
        <w:trPr>
          <w:jc w:val="center"/>
        </w:trPr>
        <w:tc>
          <w:tcPr>
            <w:tcW w:w="2465"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16E3FEC" w14:textId="77777777" w:rsidR="008A5547" w:rsidRDefault="00000000">
            <w:pPr>
              <w:spacing w:after="24" w:line="240" w:lineRule="auto"/>
              <w:jc w:val="center"/>
            </w:pPr>
            <w:r>
              <w:rPr>
                <w:b/>
                <w:color w:val="FFFFFF"/>
                <w:sz w:val="14"/>
              </w:rPr>
              <w:t>LETNI OBSEG</w:t>
            </w:r>
          </w:p>
        </w:tc>
        <w:tc>
          <w:tcPr>
            <w:tcW w:w="2465"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2D9724D7" w14:textId="77777777" w:rsidR="008A5547" w:rsidRDefault="00000000">
            <w:pPr>
              <w:spacing w:after="24" w:line="240" w:lineRule="auto"/>
              <w:jc w:val="center"/>
            </w:pPr>
            <w:r>
              <w:rPr>
                <w:b/>
                <w:color w:val="FFFFFF"/>
                <w:sz w:val="14"/>
              </w:rPr>
              <w:t>TEDENSKI OBSEG</w:t>
            </w:r>
          </w:p>
        </w:tc>
        <w:tc>
          <w:tcPr>
            <w:tcW w:w="2465"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A6D195C" w14:textId="77777777" w:rsidR="008A5547" w:rsidRDefault="00000000">
            <w:pPr>
              <w:spacing w:after="24" w:line="240" w:lineRule="auto"/>
              <w:jc w:val="center"/>
            </w:pPr>
            <w:r>
              <w:rPr>
                <w:b/>
                <w:color w:val="FFFFFF"/>
                <w:sz w:val="14"/>
              </w:rPr>
              <w:t>UČNI DNEVI</w:t>
            </w:r>
          </w:p>
        </w:tc>
        <w:tc>
          <w:tcPr>
            <w:tcW w:w="2465"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6729C50" w14:textId="77777777" w:rsidR="008A5547" w:rsidRDefault="00000000">
            <w:pPr>
              <w:spacing w:after="24" w:line="240" w:lineRule="auto"/>
              <w:jc w:val="center"/>
            </w:pPr>
            <w:r>
              <w:rPr>
                <w:b/>
                <w:color w:val="FFFFFF"/>
                <w:sz w:val="14"/>
              </w:rPr>
              <w:t>DNEVI DEJAVNOSTI</w:t>
            </w:r>
          </w:p>
        </w:tc>
      </w:tr>
      <w:tr w:rsidR="008A5547" w14:paraId="2C507D2D" w14:textId="77777777">
        <w:trPr>
          <w:jc w:val="center"/>
        </w:trPr>
        <w:tc>
          <w:tcPr>
            <w:tcW w:w="2465" w:type="dxa"/>
            <w:tcBorders>
              <w:top w:val="single" w:sz="5" w:space="0" w:color="8565A5"/>
              <w:left w:val="single" w:sz="5" w:space="0" w:color="8565A5"/>
              <w:bottom w:val="single" w:sz="5" w:space="0" w:color="8565A5"/>
              <w:right w:val="single" w:sz="5" w:space="0" w:color="8565A5"/>
            </w:tcBorders>
            <w:shd w:val="clear" w:color="auto" w:fill="E7F3F2"/>
            <w:tcMar>
              <w:top w:w="70" w:type="dxa"/>
              <w:left w:w="90" w:type="dxa"/>
              <w:bottom w:w="70" w:type="dxa"/>
              <w:right w:w="90" w:type="dxa"/>
            </w:tcMar>
            <w:vAlign w:val="center"/>
          </w:tcPr>
          <w:p w14:paraId="14556744" w14:textId="77777777" w:rsidR="008A5547" w:rsidRDefault="00000000">
            <w:pPr>
              <w:spacing w:after="24" w:line="240" w:lineRule="auto"/>
              <w:jc w:val="center"/>
            </w:pPr>
            <w:r>
              <w:rPr>
                <w:b/>
                <w:color w:val="173B4D"/>
                <w:sz w:val="24"/>
              </w:rPr>
              <w:t>70 ur</w:t>
            </w:r>
          </w:p>
        </w:tc>
        <w:tc>
          <w:tcPr>
            <w:tcW w:w="2465" w:type="dxa"/>
            <w:tcBorders>
              <w:top w:val="single" w:sz="5" w:space="0" w:color="8565A5"/>
              <w:left w:val="single" w:sz="5" w:space="0" w:color="8565A5"/>
              <w:bottom w:val="single" w:sz="5" w:space="0" w:color="8565A5"/>
              <w:right w:val="single" w:sz="5" w:space="0" w:color="8565A5"/>
            </w:tcBorders>
            <w:shd w:val="clear" w:color="auto" w:fill="E7F3F2"/>
            <w:tcMar>
              <w:top w:w="70" w:type="dxa"/>
              <w:left w:w="90" w:type="dxa"/>
              <w:bottom w:w="70" w:type="dxa"/>
              <w:right w:w="90" w:type="dxa"/>
            </w:tcMar>
            <w:vAlign w:val="center"/>
          </w:tcPr>
          <w:p w14:paraId="2B675147" w14:textId="77777777" w:rsidR="008A5547" w:rsidRDefault="00000000">
            <w:pPr>
              <w:spacing w:after="24" w:line="240" w:lineRule="auto"/>
              <w:jc w:val="center"/>
            </w:pPr>
            <w:r>
              <w:rPr>
                <w:b/>
                <w:color w:val="173B4D"/>
                <w:sz w:val="24"/>
              </w:rPr>
              <w:t>2 ur</w:t>
            </w:r>
          </w:p>
        </w:tc>
        <w:tc>
          <w:tcPr>
            <w:tcW w:w="2465" w:type="dxa"/>
            <w:tcBorders>
              <w:top w:val="single" w:sz="5" w:space="0" w:color="8565A5"/>
              <w:left w:val="single" w:sz="5" w:space="0" w:color="8565A5"/>
              <w:bottom w:val="single" w:sz="5" w:space="0" w:color="8565A5"/>
              <w:right w:val="single" w:sz="5" w:space="0" w:color="8565A5"/>
            </w:tcBorders>
            <w:shd w:val="clear" w:color="auto" w:fill="E7F3F2"/>
            <w:tcMar>
              <w:top w:w="70" w:type="dxa"/>
              <w:left w:w="90" w:type="dxa"/>
              <w:bottom w:w="70" w:type="dxa"/>
              <w:right w:w="90" w:type="dxa"/>
            </w:tcMar>
            <w:vAlign w:val="center"/>
          </w:tcPr>
          <w:p w14:paraId="35A5E5C3" w14:textId="77777777" w:rsidR="008A5547" w:rsidRDefault="00000000">
            <w:pPr>
              <w:spacing w:after="24" w:line="240" w:lineRule="auto"/>
              <w:jc w:val="center"/>
            </w:pPr>
            <w:r>
              <w:rPr>
                <w:b/>
                <w:color w:val="173B4D"/>
                <w:sz w:val="24"/>
              </w:rPr>
              <w:t>175 dni</w:t>
            </w:r>
          </w:p>
        </w:tc>
        <w:tc>
          <w:tcPr>
            <w:tcW w:w="2465" w:type="dxa"/>
            <w:tcBorders>
              <w:top w:val="single" w:sz="5" w:space="0" w:color="8565A5"/>
              <w:left w:val="single" w:sz="5" w:space="0" w:color="8565A5"/>
              <w:bottom w:val="single" w:sz="5" w:space="0" w:color="8565A5"/>
              <w:right w:val="single" w:sz="5" w:space="0" w:color="8565A5"/>
            </w:tcBorders>
            <w:shd w:val="clear" w:color="auto" w:fill="E7F3F2"/>
            <w:tcMar>
              <w:top w:w="70" w:type="dxa"/>
              <w:left w:w="90" w:type="dxa"/>
              <w:bottom w:w="70" w:type="dxa"/>
              <w:right w:w="90" w:type="dxa"/>
            </w:tcMar>
            <w:vAlign w:val="center"/>
          </w:tcPr>
          <w:p w14:paraId="386C42EE" w14:textId="77777777" w:rsidR="008A5547" w:rsidRDefault="00000000">
            <w:pPr>
              <w:spacing w:after="24" w:line="240" w:lineRule="auto"/>
              <w:jc w:val="center"/>
            </w:pPr>
            <w:r>
              <w:rPr>
                <w:b/>
                <w:color w:val="173B4D"/>
                <w:sz w:val="24"/>
              </w:rPr>
              <w:t>15 dni</w:t>
            </w:r>
          </w:p>
        </w:tc>
      </w:tr>
    </w:tbl>
    <w:p w14:paraId="26DF0396" w14:textId="77777777" w:rsidR="008A5547" w:rsidRDefault="00000000">
      <w:pPr>
        <w:pStyle w:val="Naslov2"/>
        <w:spacing w:before="80" w:after="60"/>
      </w:pPr>
      <w:r>
        <w:rPr>
          <w:rFonts w:ascii="Arial" w:eastAsia="Arial" w:hAnsi="Arial"/>
          <w:color w:val="8565A5"/>
          <w:sz w:val="24"/>
        </w:rPr>
        <w:t>1.1 Splošni cilji</w:t>
      </w:r>
    </w:p>
    <w:p w14:paraId="54995BF8" w14:textId="77777777" w:rsidR="008A5547" w:rsidRDefault="00000000">
      <w:pPr>
        <w:pStyle w:val="Oznaenseznam"/>
        <w:spacing w:after="30"/>
        <w:ind w:left="280" w:hanging="140"/>
      </w:pPr>
      <w:r>
        <w:rPr>
          <w:color w:val="203038"/>
        </w:rPr>
        <w:t>razume pogosto rabljene besede, kratka navodila in preprosta sporočila ob bogati slikovni, predmetni in gibalni opori</w:t>
      </w:r>
    </w:p>
    <w:p w14:paraId="1A6A2811" w14:textId="77777777" w:rsidR="008A5547" w:rsidRDefault="00000000">
      <w:pPr>
        <w:pStyle w:val="Oznaenseznam"/>
        <w:spacing w:after="30"/>
        <w:ind w:left="280" w:hanging="140"/>
      </w:pPr>
      <w:r>
        <w:rPr>
          <w:color w:val="203038"/>
        </w:rPr>
        <w:t>se odziva nebesedno ter postopno uporablja posamezne besede, besedne zveze in kratke povedi v znanih situacijah</w:t>
      </w:r>
    </w:p>
    <w:p w14:paraId="758FC806" w14:textId="77777777" w:rsidR="008A5547" w:rsidRDefault="00000000">
      <w:pPr>
        <w:pStyle w:val="Oznaenseznam"/>
        <w:spacing w:after="30"/>
        <w:ind w:left="280" w:hanging="140"/>
      </w:pPr>
      <w:r>
        <w:rPr>
          <w:color w:val="203038"/>
        </w:rPr>
        <w:t>sodeluje v pesmih, izštevankah, zgodbah, igrah vlog in gibalnih jezikovnih igrah</w:t>
      </w:r>
    </w:p>
    <w:p w14:paraId="27F982B2" w14:textId="77777777" w:rsidR="008A5547" w:rsidRDefault="00000000">
      <w:pPr>
        <w:pStyle w:val="Oznaenseznam"/>
        <w:spacing w:after="30"/>
        <w:ind w:left="280" w:hanging="140"/>
      </w:pPr>
      <w:r>
        <w:rPr>
          <w:color w:val="203038"/>
        </w:rPr>
        <w:t>razvija posluh za glasovno podobo jezika, samozavest za sporazumevanje in preproste učne strategije</w:t>
      </w:r>
    </w:p>
    <w:p w14:paraId="2A17AB86" w14:textId="77777777" w:rsidR="008A5547" w:rsidRDefault="00000000">
      <w:pPr>
        <w:pStyle w:val="Oznaenseznam"/>
        <w:spacing w:after="30"/>
        <w:ind w:left="280" w:hanging="140"/>
      </w:pPr>
      <w:r>
        <w:rPr>
          <w:color w:val="203038"/>
        </w:rPr>
        <w:t>spoznava jezikovno in kulturno raznolikost ter se spoštljivo odziva na drugačnost</w:t>
      </w:r>
    </w:p>
    <w:p w14:paraId="691C0ABF" w14:textId="77777777" w:rsidR="008A5547" w:rsidRDefault="00000000">
      <w:pPr>
        <w:pStyle w:val="Naslov2"/>
        <w:spacing w:before="80" w:after="60"/>
      </w:pPr>
      <w:r>
        <w:rPr>
          <w:rFonts w:ascii="Arial" w:eastAsia="Arial" w:hAnsi="Arial"/>
          <w:color w:val="8565A5"/>
          <w:sz w:val="24"/>
        </w:rPr>
        <w:t>1.2 Didaktična izhodišča in sodobne oblike poučevanja</w:t>
      </w:r>
    </w:p>
    <w:p w14:paraId="73D51DC5" w14:textId="77777777" w:rsidR="008A5547" w:rsidRDefault="00000000">
      <w:pPr>
        <w:pStyle w:val="Oznaenseznam"/>
        <w:spacing w:after="30"/>
        <w:ind w:left="280" w:hanging="140"/>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51E40D58" w14:textId="77777777" w:rsidR="008A5547" w:rsidRDefault="00000000">
      <w:pPr>
        <w:pStyle w:val="Oznaenseznam"/>
        <w:spacing w:after="30"/>
        <w:ind w:left="280" w:hanging="140"/>
      </w:pPr>
      <w:r>
        <w:rPr>
          <w:color w:val="203038"/>
          <w:sz w:val="17"/>
        </w:rPr>
        <w:t>Izkušenjsko učenje: predmeti, slika, zgodba, pesem, jezikovna igra in kratka sporazumevalna situacija.</w:t>
      </w:r>
    </w:p>
    <w:p w14:paraId="34E0CFB2" w14:textId="77777777" w:rsidR="008A5547" w:rsidRDefault="00000000">
      <w:pPr>
        <w:pStyle w:val="Oznaenseznam"/>
        <w:spacing w:after="30"/>
        <w:ind w:left="280" w:hanging="140"/>
      </w:pPr>
      <w:r>
        <w:rPr>
          <w:color w:val="203038"/>
          <w:sz w:val="17"/>
        </w:rPr>
        <w:t>Poučevanje v gibanju: celostni telesni odziv (TPR), gibalna pesem, pot po navodilu in jezikovne postaje.</w:t>
      </w:r>
    </w:p>
    <w:p w14:paraId="2F8CBAA1" w14:textId="77777777" w:rsidR="008A5547" w:rsidRDefault="00000000">
      <w:pPr>
        <w:pStyle w:val="Oznaenseznam"/>
        <w:spacing w:after="30"/>
        <w:ind w:left="280" w:hanging="140"/>
      </w:pPr>
      <w:r>
        <w:rPr>
          <w:color w:val="203038"/>
          <w:sz w:val="17"/>
        </w:rPr>
        <w:t>Sodelovalno in problemsko učenje: delo v paru ali manjši skupini, postaje, izbira strategije, razlaga postopka in skupna refleksija.</w:t>
      </w:r>
    </w:p>
    <w:p w14:paraId="44E07998" w14:textId="77777777" w:rsidR="008A5547" w:rsidRDefault="00000000">
      <w:pPr>
        <w:pStyle w:val="Oznaenseznam"/>
        <w:spacing w:after="30"/>
        <w:ind w:left="280" w:hanging="140"/>
      </w:pPr>
      <w:r>
        <w:rPr>
          <w:color w:val="203038"/>
          <w:sz w:val="17"/>
        </w:rPr>
        <w:t>Diferenciacija in vključevanje: izbira zahtevnosti, konkretna/slikovna/gibalna opora, dodatni čas, alternativni način odgovora ter naloge za poglabljanje.</w:t>
      </w:r>
    </w:p>
    <w:p w14:paraId="72A5A484" w14:textId="77777777" w:rsidR="008A5547" w:rsidRDefault="00000000">
      <w:pPr>
        <w:pStyle w:val="Oznaenseznam"/>
        <w:spacing w:after="30"/>
        <w:ind w:left="280" w:hanging="140"/>
      </w:pPr>
      <w:r>
        <w:rPr>
          <w:color w:val="203038"/>
          <w:sz w:val="17"/>
        </w:rPr>
        <w:t>Medpredmetno povezovanje: tedenske vsebine se navezujejo na skupni tematski motiv in književno izhodišče, vendar cilji posameznega predmeta ostajajo razvidni in preverljivi.</w:t>
      </w:r>
    </w:p>
    <w:p w14:paraId="57A55629" w14:textId="77777777" w:rsidR="008A5547" w:rsidRDefault="00000000">
      <w:pPr>
        <w:pStyle w:val="Naslov2"/>
        <w:spacing w:before="80" w:after="60"/>
      </w:pPr>
      <w:r>
        <w:rPr>
          <w:rFonts w:ascii="Arial" w:eastAsia="Arial" w:hAnsi="Arial"/>
          <w:color w:val="8565A5"/>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8A5547" w14:paraId="007765C8" w14:textId="77777777">
        <w:trPr>
          <w:jc w:val="center"/>
        </w:trPr>
        <w:tc>
          <w:tcPr>
            <w:tcW w:w="25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CE7469F" w14:textId="77777777" w:rsidR="008A5547" w:rsidRDefault="00000000">
            <w:pPr>
              <w:spacing w:after="24" w:line="240" w:lineRule="auto"/>
              <w:jc w:val="center"/>
            </w:pPr>
            <w:r>
              <w:rPr>
                <w:b/>
                <w:color w:val="FFFFFF"/>
                <w:sz w:val="14"/>
              </w:rPr>
              <w:t>KORAK</w:t>
            </w:r>
          </w:p>
        </w:tc>
        <w:tc>
          <w:tcPr>
            <w:tcW w:w="43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F8D38E6" w14:textId="77777777" w:rsidR="008A5547" w:rsidRDefault="00000000">
            <w:pPr>
              <w:spacing w:after="24" w:line="240" w:lineRule="auto"/>
              <w:jc w:val="center"/>
            </w:pPr>
            <w:r>
              <w:rPr>
                <w:b/>
                <w:color w:val="FFFFFF"/>
                <w:sz w:val="14"/>
              </w:rPr>
              <w:t>DEJANJE UČENCA</w:t>
            </w:r>
          </w:p>
        </w:tc>
        <w:tc>
          <w:tcPr>
            <w:tcW w:w="306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7CCA233" w14:textId="77777777" w:rsidR="008A5547" w:rsidRDefault="00000000">
            <w:pPr>
              <w:spacing w:after="24" w:line="240" w:lineRule="auto"/>
              <w:jc w:val="center"/>
            </w:pPr>
            <w:r>
              <w:rPr>
                <w:b/>
                <w:color w:val="FFFFFF"/>
                <w:sz w:val="14"/>
              </w:rPr>
              <w:t>DOKAZ / POVRATNA INFORMACIJA</w:t>
            </w:r>
          </w:p>
        </w:tc>
      </w:tr>
      <w:tr w:rsidR="008A5547" w14:paraId="3BDB28FB"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8868D1" w14:textId="77777777" w:rsidR="008A5547" w:rsidRDefault="00000000">
            <w:pPr>
              <w:spacing w:after="24" w:line="240" w:lineRule="auto"/>
            </w:pPr>
            <w:r>
              <w:rPr>
                <w:b/>
                <w:color w:val="8565A5"/>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2A1EDA" w14:textId="77777777" w:rsidR="008A5547" w:rsidRDefault="00000000">
            <w:pPr>
              <w:spacing w:after="24" w:line="240" w:lineRule="auto"/>
            </w:pPr>
            <w:r>
              <w:rPr>
                <w:color w:val="203038"/>
                <w:sz w:val="15"/>
              </w:rPr>
              <w:t>pove, kaj že zna, in pomaga oblikovati kriterij uspešnosti</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EE590C" w14:textId="77777777" w:rsidR="008A5547" w:rsidRDefault="00000000">
            <w:pPr>
              <w:spacing w:after="24" w:line="240" w:lineRule="auto"/>
            </w:pPr>
            <w:r>
              <w:rPr>
                <w:color w:val="203038"/>
                <w:sz w:val="15"/>
              </w:rPr>
              <w:t>vprašanje, razvrstitev, KWL, risba predznanja</w:t>
            </w:r>
          </w:p>
        </w:tc>
      </w:tr>
      <w:tr w:rsidR="008A5547" w14:paraId="39878F32"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BFF654" w14:textId="77777777" w:rsidR="008A5547" w:rsidRDefault="00000000">
            <w:pPr>
              <w:spacing w:after="24" w:line="240" w:lineRule="auto"/>
            </w:pPr>
            <w:r>
              <w:rPr>
                <w:b/>
                <w:color w:val="8565A5"/>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59E9DB" w14:textId="77777777" w:rsidR="008A5547" w:rsidRDefault="00000000">
            <w:pPr>
              <w:spacing w:after="24" w:line="240" w:lineRule="auto"/>
            </w:pPr>
            <w:r>
              <w:rPr>
                <w:color w:val="203038"/>
                <w:sz w:val="15"/>
              </w:rPr>
              <w:t>preizkuša, primerja, sprašuje in pojasnjuje strategijo</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6D3B45" w14:textId="77777777" w:rsidR="008A5547" w:rsidRDefault="00000000">
            <w:pPr>
              <w:spacing w:after="24" w:line="240" w:lineRule="auto"/>
            </w:pPr>
            <w:r>
              <w:rPr>
                <w:color w:val="203038"/>
                <w:sz w:val="15"/>
              </w:rPr>
              <w:t>telesni odziv; kratka govorna izmenjava; poimenovanje ob sliki/predmetu; dokaz v jezikovni mapi</w:t>
            </w:r>
          </w:p>
        </w:tc>
      </w:tr>
      <w:tr w:rsidR="008A5547" w14:paraId="144897D2"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08D55CC" w14:textId="77777777" w:rsidR="008A5547" w:rsidRDefault="00000000">
            <w:pPr>
              <w:spacing w:after="24" w:line="240" w:lineRule="auto"/>
            </w:pPr>
            <w:r>
              <w:rPr>
                <w:b/>
                <w:color w:val="8565A5"/>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212469" w14:textId="77777777" w:rsidR="008A5547" w:rsidRDefault="00000000">
            <w:pPr>
              <w:spacing w:after="24" w:line="240" w:lineRule="auto"/>
            </w:pPr>
            <w:r>
              <w:rPr>
                <w:color w:val="203038"/>
                <w:sz w:val="15"/>
              </w:rPr>
              <w:t>opiše opaženo in poda prijazen predlog, vezan na kriterij</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7EBDEA" w14:textId="77777777" w:rsidR="008A5547" w:rsidRDefault="00000000">
            <w:pPr>
              <w:spacing w:after="24" w:line="240" w:lineRule="auto"/>
            </w:pPr>
            <w:r>
              <w:rPr>
                <w:color w:val="203038"/>
                <w:sz w:val="15"/>
              </w:rPr>
              <w:t>dve pohvali in en naslednji korak; pogovor v paru</w:t>
            </w:r>
          </w:p>
        </w:tc>
      </w:tr>
      <w:tr w:rsidR="008A5547" w14:paraId="01FDE86B"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F516A6" w14:textId="77777777" w:rsidR="008A5547" w:rsidRDefault="00000000">
            <w:pPr>
              <w:spacing w:after="24" w:line="240" w:lineRule="auto"/>
            </w:pPr>
            <w:r>
              <w:rPr>
                <w:b/>
                <w:color w:val="8565A5"/>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72C375" w14:textId="77777777" w:rsidR="008A5547" w:rsidRDefault="00000000">
            <w:pPr>
              <w:spacing w:after="24" w:line="240" w:lineRule="auto"/>
            </w:pPr>
            <w:r>
              <w:rPr>
                <w:color w:val="203038"/>
                <w:sz w:val="15"/>
              </w:rPr>
              <w:t>izbere dokaz, se samovrednoti in določi dosegljiv korak</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C14196" w14:textId="77777777" w:rsidR="008A5547" w:rsidRDefault="00000000">
            <w:pPr>
              <w:spacing w:after="24" w:line="240" w:lineRule="auto"/>
            </w:pPr>
            <w:r>
              <w:rPr>
                <w:color w:val="203038"/>
                <w:sz w:val="15"/>
              </w:rPr>
              <w:t>semafor, lestvica, izhodni listek, mapa dosežkov</w:t>
            </w:r>
          </w:p>
        </w:tc>
      </w:tr>
    </w:tbl>
    <w:p w14:paraId="04CA0AF2" w14:textId="77777777" w:rsidR="008A5547" w:rsidRDefault="00000000">
      <w:pPr>
        <w:pStyle w:val="Naslov2"/>
      </w:pPr>
      <w:r>
        <w:t>1.4 Temeljne dejavnosti učencev</w:t>
      </w:r>
    </w:p>
    <w:p w14:paraId="561290A0" w14:textId="77777777" w:rsidR="008A5547" w:rsidRDefault="00000000">
      <w:pPr>
        <w:pStyle w:val="Oznaenseznam"/>
        <w:spacing w:after="40"/>
      </w:pPr>
      <w:r>
        <w:t>poslušanje kratkih navodil, pesmi, izštevank, zgodb in avdiovizualnih sporočil ob slikovni, predmetni, gibalni ali zvočni opori</w:t>
      </w:r>
    </w:p>
    <w:p w14:paraId="21432920" w14:textId="77777777" w:rsidR="008A5547" w:rsidRDefault="00000000">
      <w:pPr>
        <w:pStyle w:val="Oznaenseznam"/>
        <w:spacing w:after="40"/>
      </w:pPr>
      <w:r>
        <w:t>celostni telesni odziv (TPR), jezikovne gibalne igre, delo na postajah ter razvrščanje in prirejanje slik ali predmetov</w:t>
      </w:r>
    </w:p>
    <w:p w14:paraId="288D8778" w14:textId="77777777" w:rsidR="008A5547" w:rsidRDefault="00000000">
      <w:pPr>
        <w:pStyle w:val="Oznaenseznam"/>
        <w:spacing w:after="40"/>
      </w:pPr>
      <w:r>
        <w:t>poimenovanje sveta okoli sebe, ponavljanje ritma in intonacije ter tvorjenje kratkih besednih zvez in povedi po vzorcu</w:t>
      </w:r>
    </w:p>
    <w:p w14:paraId="5892CE13" w14:textId="77777777" w:rsidR="008A5547" w:rsidRDefault="00000000">
      <w:pPr>
        <w:pStyle w:val="Oznaenseznam"/>
        <w:spacing w:after="40"/>
      </w:pPr>
      <w:r>
        <w:t>kratke vodene izmenjave, igre vlog, sodelovalne naloge in predstavitve v paru ali manjši skupini</w:t>
      </w:r>
    </w:p>
    <w:p w14:paraId="12F893AF" w14:textId="77777777" w:rsidR="008A5547" w:rsidRDefault="00000000">
      <w:pPr>
        <w:pStyle w:val="Oznaenseznam"/>
        <w:spacing w:after="40"/>
      </w:pPr>
      <w:r>
        <w:t>doživljanje slikanic, pesmi in kulturnih vsebin ter primerjanje jezikov in navad brez stereotipov</w:t>
      </w:r>
    </w:p>
    <w:p w14:paraId="65465FD0" w14:textId="77777777" w:rsidR="008A5547" w:rsidRDefault="00000000">
      <w:pPr>
        <w:pStyle w:val="Oznaenseznam"/>
        <w:spacing w:after="40"/>
      </w:pPr>
      <w:r>
        <w:t>izbiranje dokazov v jezikovni mapi, samovrednotenje s simboli ter sprejemanje opisne povratne informacije</w:t>
      </w:r>
    </w:p>
    <w:p w14:paraId="57D69417" w14:textId="77777777" w:rsidR="008A5547" w:rsidRDefault="00000000">
      <w:pPr>
        <w:pStyle w:val="Naslov1"/>
        <w:pageBreakBefore/>
        <w:spacing w:before="140" w:after="80"/>
      </w:pPr>
      <w:r>
        <w:rPr>
          <w:rFonts w:ascii="Arial" w:eastAsia="Arial" w:hAnsi="Arial"/>
          <w:color w:val="173B4D"/>
          <w:sz w:val="32"/>
        </w:rPr>
        <w:lastRenderedPageBreak/>
        <w:t>2. Načrt spremljanja, preverjanja in ocenjevanja znanja</w:t>
      </w:r>
    </w:p>
    <w:p w14:paraId="5DFC14EA" w14:textId="77777777" w:rsidR="008A5547" w:rsidRDefault="00000000">
      <w:pPr>
        <w:spacing w:after="60" w:line="252" w:lineRule="auto"/>
      </w:pPr>
      <w:r>
        <w:t>V 1. razredu je ocena opisna. Ocenjevanje sledi učenju in predhodnemu preverjanju: učenec pozna namen in kriterije, večkrat vadi, prejme povratno informacijo ter nato znanje pokaže na napovedan in razvojno primeren način. Načrtovana so 4 ocenjevanja znanja. Vsa so DRUGI NAČINI OCENJEVANJA – praktični, ustni, izvedbeni, opazovalni ali portfolijski; pisno ocenjevanje ni načrtovano.</w:t>
      </w:r>
    </w:p>
    <w:tbl>
      <w:tblPr>
        <w:tblW w:w="9860" w:type="dxa"/>
        <w:jc w:val="center"/>
        <w:tblLayout w:type="fixed"/>
        <w:tblLook w:val="04A0" w:firstRow="1" w:lastRow="0" w:firstColumn="1" w:lastColumn="0" w:noHBand="0" w:noVBand="1"/>
      </w:tblPr>
      <w:tblGrid>
        <w:gridCol w:w="648"/>
        <w:gridCol w:w="1655"/>
        <w:gridCol w:w="1943"/>
        <w:gridCol w:w="2735"/>
        <w:gridCol w:w="2879"/>
      </w:tblGrid>
      <w:tr w:rsidR="008A5547" w14:paraId="20F4F0C1" w14:textId="77777777">
        <w:trPr>
          <w:cantSplit/>
          <w:tblHeader/>
          <w:jc w:val="center"/>
        </w:trPr>
        <w:tc>
          <w:tcPr>
            <w:tcW w:w="64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2ABB37B1" w14:textId="77777777" w:rsidR="008A5547" w:rsidRDefault="00000000">
            <w:pPr>
              <w:spacing w:after="16" w:line="240" w:lineRule="auto"/>
              <w:jc w:val="center"/>
            </w:pPr>
            <w:r>
              <w:rPr>
                <w:b/>
                <w:color w:val="FFFFFF"/>
                <w:sz w:val="12"/>
              </w:rPr>
              <w:t>ZAP.</w:t>
            </w:r>
          </w:p>
        </w:tc>
        <w:tc>
          <w:tcPr>
            <w:tcW w:w="1656"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6B543D3E" w14:textId="77777777" w:rsidR="008A5547" w:rsidRDefault="00000000">
            <w:pPr>
              <w:spacing w:after="16" w:line="240" w:lineRule="auto"/>
              <w:jc w:val="center"/>
            </w:pPr>
            <w:r>
              <w:rPr>
                <w:b/>
                <w:color w:val="FFFFFF"/>
                <w:sz w:val="12"/>
              </w:rPr>
              <w:t>TEDEN / TERMIN</w:t>
            </w:r>
          </w:p>
        </w:tc>
        <w:tc>
          <w:tcPr>
            <w:tcW w:w="1944"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9BE595B" w14:textId="77777777" w:rsidR="008A5547" w:rsidRDefault="00000000">
            <w:pPr>
              <w:spacing w:after="16" w:line="240" w:lineRule="auto"/>
              <w:jc w:val="center"/>
            </w:pPr>
            <w:r>
              <w:rPr>
                <w:b/>
                <w:color w:val="FFFFFF"/>
                <w:sz w:val="12"/>
              </w:rPr>
              <w:t>VSEBINSKI POUDARKI</w:t>
            </w:r>
          </w:p>
        </w:tc>
        <w:tc>
          <w:tcPr>
            <w:tcW w:w="2736"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3676A5D7" w14:textId="77777777" w:rsidR="008A5547" w:rsidRDefault="00000000">
            <w:pPr>
              <w:spacing w:after="16" w:line="240" w:lineRule="auto"/>
              <w:jc w:val="center"/>
            </w:pPr>
            <w:r>
              <w:rPr>
                <w:b/>
                <w:color w:val="FFFFFF"/>
                <w:sz w:val="12"/>
              </w:rPr>
              <w:t>NAČIN OCENJEVANJA</w:t>
            </w:r>
          </w:p>
        </w:tc>
        <w:tc>
          <w:tcPr>
            <w:tcW w:w="2880"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00C50246" w14:textId="77777777" w:rsidR="008A5547" w:rsidRDefault="00000000">
            <w:pPr>
              <w:spacing w:after="16" w:line="240" w:lineRule="auto"/>
              <w:jc w:val="center"/>
            </w:pPr>
            <w:r>
              <w:rPr>
                <w:b/>
                <w:color w:val="FFFFFF"/>
                <w:sz w:val="12"/>
              </w:rPr>
              <w:t>DOKAZI IN KRITERIJI USPEŠNOSTI</w:t>
            </w:r>
          </w:p>
        </w:tc>
      </w:tr>
      <w:tr w:rsidR="008A5547" w14:paraId="7A1F0A48" w14:textId="77777777">
        <w:trPr>
          <w:cantSplit/>
          <w:jc w:val="center"/>
        </w:trPr>
        <w:tc>
          <w:tcPr>
            <w:tcW w:w="64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FC4CDDD" w14:textId="77777777" w:rsidR="008A5547" w:rsidRDefault="00000000">
            <w:pPr>
              <w:spacing w:after="16" w:line="240" w:lineRule="auto"/>
              <w:jc w:val="center"/>
            </w:pPr>
            <w:r>
              <w:rPr>
                <w:b/>
                <w:color w:val="4F81BD"/>
                <w:sz w:val="13"/>
              </w:rPr>
              <w:t>1</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C1A9400" w14:textId="77777777" w:rsidR="008A5547" w:rsidRDefault="00000000">
            <w:pPr>
              <w:spacing w:after="16" w:line="240" w:lineRule="auto"/>
              <w:jc w:val="center"/>
            </w:pPr>
            <w:r>
              <w:rPr>
                <w:color w:val="333333"/>
                <w:sz w:val="13"/>
              </w:rPr>
              <w:t>11. teden</w:t>
            </w:r>
            <w:r>
              <w:rPr>
                <w:color w:val="333333"/>
                <w:sz w:val="13"/>
              </w:rPr>
              <w:br/>
              <w:t>16.–20. 11. 2026</w:t>
            </w:r>
          </w:p>
        </w:tc>
        <w:tc>
          <w:tcPr>
            <w:tcW w:w="194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2ACBE35" w14:textId="77777777" w:rsidR="008A5547" w:rsidRDefault="00000000">
            <w:pPr>
              <w:spacing w:after="16" w:line="240" w:lineRule="auto"/>
            </w:pPr>
            <w:r>
              <w:rPr>
                <w:color w:val="333333"/>
                <w:sz w:val="13"/>
              </w:rPr>
              <w:t>WHERE DOES IT LIVE?</w:t>
            </w:r>
            <w:r>
              <w:rPr>
                <w:color w:val="333333"/>
                <w:sz w:val="13"/>
              </w:rPr>
              <w:br/>
              <w:t>živali in življenjska okolja</w:t>
            </w:r>
          </w:p>
        </w:tc>
        <w:tc>
          <w:tcPr>
            <w:tcW w:w="2736" w:type="dxa"/>
            <w:tcBorders>
              <w:top w:val="single" w:sz="4" w:space="0" w:color="B7C3D0"/>
              <w:left w:val="single" w:sz="4" w:space="0" w:color="B7C3D0"/>
              <w:bottom w:val="single" w:sz="4" w:space="0" w:color="B7C3D0"/>
              <w:right w:val="single" w:sz="4" w:space="0" w:color="B7C3D0"/>
            </w:tcBorders>
            <w:shd w:val="clear" w:color="auto" w:fill="E4DFEC"/>
            <w:tcMar>
              <w:top w:w="55" w:type="dxa"/>
              <w:left w:w="65" w:type="dxa"/>
              <w:bottom w:w="55" w:type="dxa"/>
              <w:right w:w="65" w:type="dxa"/>
            </w:tcMar>
          </w:tcPr>
          <w:p w14:paraId="4809DAFC" w14:textId="77777777" w:rsidR="008A5547" w:rsidRDefault="00000000">
            <w:pPr>
              <w:spacing w:after="16" w:line="240" w:lineRule="auto"/>
            </w:pPr>
            <w:r>
              <w:rPr>
                <w:b/>
                <w:color w:val="365F91"/>
                <w:sz w:val="13"/>
              </w:rPr>
              <w:t>DRUGI NAČINI OCENJEVANJA – praktična jezikovna postaja, razvrščanje slik/predmetov, neposredno opazovanje in kratki ustni odziv</w:t>
            </w:r>
          </w:p>
        </w:tc>
        <w:tc>
          <w:tcPr>
            <w:tcW w:w="288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D22C652" w14:textId="77777777" w:rsidR="008A5547" w:rsidRDefault="00000000">
            <w:pPr>
              <w:spacing w:after="16" w:line="240" w:lineRule="auto"/>
            </w:pPr>
            <w:r>
              <w:rPr>
                <w:color w:val="333333"/>
                <w:sz w:val="13"/>
              </w:rPr>
              <w:t>Učenec/-ka ob poslušanju izbere ali razvrsti ustrezno sliko/predmet, sledi kratkemu navodilu ter poimenuje znano žival ali okolje z besedo oziroma kratko zvezo.</w:t>
            </w:r>
          </w:p>
        </w:tc>
      </w:tr>
      <w:tr w:rsidR="008A5547" w14:paraId="2DE201D5" w14:textId="77777777">
        <w:trPr>
          <w:cantSplit/>
          <w:jc w:val="center"/>
        </w:trPr>
        <w:tc>
          <w:tcPr>
            <w:tcW w:w="64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3DA6BD6" w14:textId="77777777" w:rsidR="008A5547" w:rsidRDefault="00000000">
            <w:pPr>
              <w:spacing w:after="16" w:line="240" w:lineRule="auto"/>
              <w:jc w:val="center"/>
            </w:pPr>
            <w:r>
              <w:rPr>
                <w:b/>
                <w:color w:val="4F81BD"/>
                <w:sz w:val="13"/>
              </w:rPr>
              <w:t>2</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D67B800" w14:textId="77777777" w:rsidR="008A5547" w:rsidRDefault="00000000">
            <w:pPr>
              <w:spacing w:after="16" w:line="240" w:lineRule="auto"/>
              <w:jc w:val="center"/>
            </w:pPr>
            <w:r>
              <w:rPr>
                <w:color w:val="333333"/>
                <w:sz w:val="13"/>
              </w:rPr>
              <w:t>18. teden</w:t>
            </w:r>
            <w:r>
              <w:rPr>
                <w:color w:val="333333"/>
                <w:sz w:val="13"/>
              </w:rPr>
              <w:br/>
              <w:t>11.–15. 1. 2027</w:t>
            </w:r>
          </w:p>
        </w:tc>
        <w:tc>
          <w:tcPr>
            <w:tcW w:w="194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F0AA7DF" w14:textId="77777777" w:rsidR="008A5547" w:rsidRDefault="00000000">
            <w:pPr>
              <w:spacing w:after="16" w:line="240" w:lineRule="auto"/>
            </w:pPr>
            <w:r>
              <w:rPr>
                <w:color w:val="333333"/>
                <w:sz w:val="13"/>
              </w:rPr>
              <w:t>A SIMPLE EXPERIMENT</w:t>
            </w:r>
            <w:r>
              <w:rPr>
                <w:color w:val="333333"/>
                <w:sz w:val="13"/>
              </w:rPr>
              <w:br/>
              <w:t>navodila, barve in stanja</w:t>
            </w:r>
          </w:p>
        </w:tc>
        <w:tc>
          <w:tcPr>
            <w:tcW w:w="2736" w:type="dxa"/>
            <w:tcBorders>
              <w:top w:val="single" w:sz="4" w:space="0" w:color="B7C3D0"/>
              <w:left w:val="single" w:sz="4" w:space="0" w:color="B7C3D0"/>
              <w:bottom w:val="single" w:sz="4" w:space="0" w:color="B7C3D0"/>
              <w:right w:val="single" w:sz="4" w:space="0" w:color="B7C3D0"/>
            </w:tcBorders>
            <w:shd w:val="clear" w:color="auto" w:fill="E4DFEC"/>
            <w:tcMar>
              <w:top w:w="55" w:type="dxa"/>
              <w:left w:w="65" w:type="dxa"/>
              <w:bottom w:w="55" w:type="dxa"/>
              <w:right w:w="65" w:type="dxa"/>
            </w:tcMar>
          </w:tcPr>
          <w:p w14:paraId="66D707FA" w14:textId="77777777" w:rsidR="008A5547" w:rsidRDefault="00000000">
            <w:pPr>
              <w:spacing w:after="16" w:line="240" w:lineRule="auto"/>
            </w:pPr>
            <w:r>
              <w:rPr>
                <w:b/>
                <w:color w:val="365F91"/>
                <w:sz w:val="13"/>
              </w:rPr>
              <w:t>DRUGI NAČINI OCENJEVANJA – praktična izvedba ob poslušanju, celostni telesni odziv (TPR), demonstracija in vodeni ustni odziv</w:t>
            </w:r>
          </w:p>
        </w:tc>
        <w:tc>
          <w:tcPr>
            <w:tcW w:w="288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259E639" w14:textId="77777777" w:rsidR="008A5547" w:rsidRDefault="00000000">
            <w:pPr>
              <w:spacing w:after="16" w:line="240" w:lineRule="auto"/>
            </w:pPr>
            <w:r>
              <w:rPr>
                <w:color w:val="333333"/>
                <w:sz w:val="13"/>
              </w:rPr>
              <w:t>Učenec/-ka razume kratka navodila ob prikazu, varno izvede dogovorjene korake, poimenuje barvo ali stanje in pokaže oziroma ustno predstavi rezultat.</w:t>
            </w:r>
          </w:p>
        </w:tc>
      </w:tr>
      <w:tr w:rsidR="008A5547" w14:paraId="633A9793" w14:textId="77777777">
        <w:trPr>
          <w:cantSplit/>
          <w:jc w:val="center"/>
        </w:trPr>
        <w:tc>
          <w:tcPr>
            <w:tcW w:w="64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26D1C26" w14:textId="77777777" w:rsidR="008A5547" w:rsidRDefault="00000000">
            <w:pPr>
              <w:spacing w:after="16" w:line="240" w:lineRule="auto"/>
              <w:jc w:val="center"/>
            </w:pPr>
            <w:r>
              <w:rPr>
                <w:b/>
                <w:color w:val="4F81BD"/>
                <w:sz w:val="13"/>
              </w:rPr>
              <w:t>3</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EDDBA7E" w14:textId="77777777" w:rsidR="008A5547" w:rsidRDefault="00000000">
            <w:pPr>
              <w:spacing w:after="16" w:line="240" w:lineRule="auto"/>
              <w:jc w:val="center"/>
            </w:pPr>
            <w:r>
              <w:rPr>
                <w:color w:val="333333"/>
                <w:sz w:val="13"/>
              </w:rPr>
              <w:t>26. teden</w:t>
            </w:r>
            <w:r>
              <w:rPr>
                <w:color w:val="333333"/>
                <w:sz w:val="13"/>
              </w:rPr>
              <w:br/>
              <w:t>15.–19. 3. 2027</w:t>
            </w:r>
          </w:p>
        </w:tc>
        <w:tc>
          <w:tcPr>
            <w:tcW w:w="194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B4841B3" w14:textId="77777777" w:rsidR="008A5547" w:rsidRDefault="00000000">
            <w:pPr>
              <w:spacing w:after="16" w:line="240" w:lineRule="auto"/>
            </w:pPr>
            <w:r>
              <w:rPr>
                <w:color w:val="333333"/>
                <w:sz w:val="13"/>
              </w:rPr>
              <w:t>HELP</w:t>
            </w:r>
            <w:r>
              <w:rPr>
                <w:color w:val="333333"/>
                <w:sz w:val="13"/>
              </w:rPr>
              <w:br/>
              <w:t>počutje, pomoč in kratka interakcija</w:t>
            </w:r>
          </w:p>
        </w:tc>
        <w:tc>
          <w:tcPr>
            <w:tcW w:w="2736" w:type="dxa"/>
            <w:tcBorders>
              <w:top w:val="single" w:sz="4" w:space="0" w:color="B7C3D0"/>
              <w:left w:val="single" w:sz="4" w:space="0" w:color="B7C3D0"/>
              <w:bottom w:val="single" w:sz="4" w:space="0" w:color="B7C3D0"/>
              <w:right w:val="single" w:sz="4" w:space="0" w:color="B7C3D0"/>
            </w:tcBorders>
            <w:shd w:val="clear" w:color="auto" w:fill="E4DFEC"/>
            <w:tcMar>
              <w:top w:w="55" w:type="dxa"/>
              <w:left w:w="65" w:type="dxa"/>
              <w:bottom w:w="55" w:type="dxa"/>
              <w:right w:w="65" w:type="dxa"/>
            </w:tcMar>
          </w:tcPr>
          <w:p w14:paraId="7E0D4644" w14:textId="77777777" w:rsidR="008A5547" w:rsidRDefault="00000000">
            <w:pPr>
              <w:spacing w:after="16" w:line="240" w:lineRule="auto"/>
            </w:pPr>
            <w:r>
              <w:rPr>
                <w:b/>
                <w:color w:val="365F91"/>
                <w:sz w:val="13"/>
              </w:rPr>
              <w:t>DRUGI NAČINI OCENJEVANJA – igra vlog v paru, vodeni pogovor, govorni nastop v situaciji in neposredno opazovanje</w:t>
            </w:r>
          </w:p>
        </w:tc>
        <w:tc>
          <w:tcPr>
            <w:tcW w:w="288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E4DA187" w14:textId="77777777" w:rsidR="008A5547" w:rsidRDefault="00000000">
            <w:pPr>
              <w:spacing w:after="16" w:line="240" w:lineRule="auto"/>
            </w:pPr>
            <w:r>
              <w:rPr>
                <w:color w:val="333333"/>
                <w:sz w:val="13"/>
              </w:rPr>
              <w:t>Učenec/-ka prepozna izraz za pomoč ali počutje, se smiselno odzove, uporabi naučen vljudnostni vzorec ter sodeluje v kratki izmenjavi ob slikovni opori.</w:t>
            </w:r>
          </w:p>
        </w:tc>
      </w:tr>
      <w:tr w:rsidR="008A5547" w14:paraId="5FA5F30E" w14:textId="77777777">
        <w:trPr>
          <w:cantSplit/>
          <w:jc w:val="center"/>
        </w:trPr>
        <w:tc>
          <w:tcPr>
            <w:tcW w:w="64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9D5D2F2" w14:textId="77777777" w:rsidR="008A5547" w:rsidRDefault="00000000">
            <w:pPr>
              <w:spacing w:after="16" w:line="240" w:lineRule="auto"/>
              <w:jc w:val="center"/>
            </w:pPr>
            <w:r>
              <w:rPr>
                <w:b/>
                <w:color w:val="4F81BD"/>
                <w:sz w:val="13"/>
              </w:rPr>
              <w:t>4</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B0A6102" w14:textId="5B65AB28" w:rsidR="008A5547" w:rsidRDefault="00000000">
            <w:pPr>
              <w:spacing w:after="16" w:line="240" w:lineRule="auto"/>
              <w:jc w:val="center"/>
            </w:pPr>
            <w:r>
              <w:rPr>
                <w:color w:val="333333"/>
                <w:sz w:val="13"/>
              </w:rPr>
              <w:t>3</w:t>
            </w:r>
            <w:r w:rsidR="002B4A86">
              <w:rPr>
                <w:color w:val="333333"/>
                <w:sz w:val="13"/>
              </w:rPr>
              <w:t>7</w:t>
            </w:r>
            <w:r>
              <w:rPr>
                <w:color w:val="333333"/>
                <w:sz w:val="13"/>
              </w:rPr>
              <w:t xml:space="preserve">. </w:t>
            </w:r>
            <w:proofErr w:type="spellStart"/>
            <w:r>
              <w:rPr>
                <w:color w:val="333333"/>
                <w:sz w:val="13"/>
              </w:rPr>
              <w:t>teden</w:t>
            </w:r>
            <w:proofErr w:type="spellEnd"/>
            <w:r>
              <w:rPr>
                <w:color w:val="333333"/>
                <w:sz w:val="13"/>
              </w:rPr>
              <w:br/>
            </w:r>
            <w:r w:rsidR="002B4A86">
              <w:rPr>
                <w:color w:val="333333"/>
                <w:sz w:val="13"/>
              </w:rPr>
              <w:t>7</w:t>
            </w:r>
            <w:r>
              <w:rPr>
                <w:color w:val="333333"/>
                <w:sz w:val="13"/>
              </w:rPr>
              <w:t>.–1</w:t>
            </w:r>
            <w:r w:rsidR="002B4A86">
              <w:rPr>
                <w:color w:val="333333"/>
                <w:sz w:val="13"/>
              </w:rPr>
              <w:t>1</w:t>
            </w:r>
            <w:r>
              <w:rPr>
                <w:color w:val="333333"/>
                <w:sz w:val="13"/>
              </w:rPr>
              <w:t>. 6. 2027</w:t>
            </w:r>
          </w:p>
        </w:tc>
        <w:tc>
          <w:tcPr>
            <w:tcW w:w="194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838746C" w14:textId="77777777" w:rsidR="008A5547" w:rsidRDefault="00000000">
            <w:pPr>
              <w:spacing w:after="16" w:line="240" w:lineRule="auto"/>
            </w:pPr>
            <w:r>
              <w:rPr>
                <w:color w:val="333333"/>
                <w:sz w:val="13"/>
              </w:rPr>
              <w:t>I CAN</w:t>
            </w:r>
            <w:r>
              <w:rPr>
                <w:color w:val="333333"/>
                <w:sz w:val="13"/>
              </w:rPr>
              <w:br/>
              <w:t>osebni napredek in znane teme</w:t>
            </w:r>
          </w:p>
        </w:tc>
        <w:tc>
          <w:tcPr>
            <w:tcW w:w="2736" w:type="dxa"/>
            <w:tcBorders>
              <w:top w:val="single" w:sz="4" w:space="0" w:color="B7C3D0"/>
              <w:left w:val="single" w:sz="4" w:space="0" w:color="B7C3D0"/>
              <w:bottom w:val="single" w:sz="4" w:space="0" w:color="B7C3D0"/>
              <w:right w:val="single" w:sz="4" w:space="0" w:color="B7C3D0"/>
            </w:tcBorders>
            <w:shd w:val="clear" w:color="auto" w:fill="E4DFEC"/>
            <w:tcMar>
              <w:top w:w="55" w:type="dxa"/>
              <w:left w:w="65" w:type="dxa"/>
              <w:bottom w:w="55" w:type="dxa"/>
              <w:right w:w="65" w:type="dxa"/>
            </w:tcMar>
          </w:tcPr>
          <w:p w14:paraId="08D74641" w14:textId="77777777" w:rsidR="008A5547" w:rsidRDefault="00000000">
            <w:pPr>
              <w:spacing w:after="16" w:line="240" w:lineRule="auto"/>
            </w:pPr>
            <w:r>
              <w:rPr>
                <w:b/>
                <w:color w:val="365F91"/>
                <w:sz w:val="13"/>
              </w:rPr>
              <w:t>DRUGI NAČINI OCENJEVANJA – kratka individualna ali parna predstavitev, izvedbena naloga, izbor dokaza iz jezikovne mape in pogovor</w:t>
            </w:r>
          </w:p>
        </w:tc>
        <w:tc>
          <w:tcPr>
            <w:tcW w:w="288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5AED81F" w14:textId="77777777" w:rsidR="008A5547" w:rsidRDefault="00000000">
            <w:pPr>
              <w:spacing w:after="16" w:line="240" w:lineRule="auto"/>
            </w:pPr>
            <w:r>
              <w:rPr>
                <w:color w:val="333333"/>
                <w:sz w:val="13"/>
              </w:rPr>
              <w:t>Učenec/-ka pokaže razumevanje znanih tem, pove nekaj o sebi, izvede izbrano govorno ali gibalno nalogo ter ob podpori pojasni, kaj že zmore.</w:t>
            </w:r>
          </w:p>
        </w:tc>
      </w:tr>
    </w:tbl>
    <w:p w14:paraId="7C6A3919" w14:textId="77777777" w:rsidR="008A5547" w:rsidRDefault="008A5547">
      <w:pPr>
        <w:spacing w:after="0"/>
        <w:sectPr w:rsidR="008A5547">
          <w:headerReference w:type="first" r:id="rId8"/>
          <w:pgSz w:w="11906" w:h="16838"/>
          <w:pgMar w:top="964" w:right="1020" w:bottom="964" w:left="1020" w:header="340" w:footer="397" w:gutter="0"/>
          <w:cols w:space="720"/>
          <w:titlePg/>
          <w:docGrid w:linePitch="360"/>
        </w:sectPr>
      </w:pPr>
    </w:p>
    <w:p w14:paraId="121D6C32" w14:textId="77777777" w:rsidR="008A5547" w:rsidRDefault="00000000">
      <w:pPr>
        <w:pStyle w:val="Naslov2"/>
        <w:spacing w:before="80" w:after="60"/>
      </w:pPr>
      <w:r>
        <w:rPr>
          <w:rFonts w:ascii="Arial" w:eastAsia="Arial" w:hAnsi="Arial"/>
          <w:color w:val="8565A5"/>
          <w:sz w:val="24"/>
        </w:rPr>
        <w:lastRenderedPageBreak/>
        <w:t>2.1 Splošni opisni kriteriji</w:t>
      </w:r>
    </w:p>
    <w:tbl>
      <w:tblPr>
        <w:tblW w:w="15380" w:type="dxa"/>
        <w:jc w:val="center"/>
        <w:tblLayout w:type="fixed"/>
        <w:tblLook w:val="04A0" w:firstRow="1" w:lastRow="0" w:firstColumn="1" w:lastColumn="0" w:noHBand="0" w:noVBand="1"/>
      </w:tblPr>
      <w:tblGrid>
        <w:gridCol w:w="2400"/>
        <w:gridCol w:w="6600"/>
        <w:gridCol w:w="6380"/>
      </w:tblGrid>
      <w:tr w:rsidR="008A5547" w14:paraId="013B11BA" w14:textId="77777777">
        <w:trPr>
          <w:jc w:val="center"/>
        </w:trPr>
        <w:tc>
          <w:tcPr>
            <w:tcW w:w="24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0DCC743D" w14:textId="77777777" w:rsidR="008A5547" w:rsidRDefault="00000000">
            <w:pPr>
              <w:spacing w:after="24" w:line="240" w:lineRule="auto"/>
              <w:jc w:val="center"/>
            </w:pPr>
            <w:r>
              <w:rPr>
                <w:b/>
                <w:color w:val="FFFFFF"/>
                <w:sz w:val="14"/>
              </w:rPr>
              <w:t>RAVEN DOSEGANJA</w:t>
            </w:r>
          </w:p>
        </w:tc>
        <w:tc>
          <w:tcPr>
            <w:tcW w:w="66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793F2DE" w14:textId="77777777" w:rsidR="008A5547" w:rsidRDefault="00000000">
            <w:pPr>
              <w:spacing w:after="24" w:line="240" w:lineRule="auto"/>
              <w:jc w:val="center"/>
            </w:pPr>
            <w:r>
              <w:rPr>
                <w:b/>
                <w:color w:val="FFFFFF"/>
                <w:sz w:val="14"/>
              </w:rPr>
              <w:t>OPIS</w:t>
            </w:r>
          </w:p>
        </w:tc>
        <w:tc>
          <w:tcPr>
            <w:tcW w:w="638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01D91D06" w14:textId="77777777" w:rsidR="008A5547" w:rsidRDefault="00000000">
            <w:pPr>
              <w:spacing w:after="24" w:line="240" w:lineRule="auto"/>
              <w:jc w:val="center"/>
            </w:pPr>
            <w:r>
              <w:rPr>
                <w:b/>
                <w:color w:val="FFFFFF"/>
                <w:sz w:val="14"/>
              </w:rPr>
              <w:t>UČITELJEV NASLEDNJI KORAK</w:t>
            </w:r>
          </w:p>
        </w:tc>
      </w:tr>
      <w:tr w:rsidR="008A5547" w14:paraId="31635017"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5223B5EF" w14:textId="77777777" w:rsidR="008A5547" w:rsidRDefault="00000000">
            <w:pPr>
              <w:spacing w:after="24" w:line="240" w:lineRule="auto"/>
            </w:pPr>
            <w:r>
              <w:rPr>
                <w:b/>
                <w:color w:val="8565A5"/>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07667D" w14:textId="77777777" w:rsidR="008A5547" w:rsidRDefault="00000000">
            <w:pPr>
              <w:spacing w:after="24" w:line="240" w:lineRule="auto"/>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F399E3" w14:textId="77777777" w:rsidR="008A5547" w:rsidRDefault="00000000">
            <w:pPr>
              <w:spacing w:after="24" w:line="240" w:lineRule="auto"/>
            </w:pPr>
            <w:r>
              <w:rPr>
                <w:color w:val="203038"/>
                <w:sz w:val="14"/>
              </w:rPr>
              <w:t>ponudi prenos znanja v novo situacijo ali zahtevnejši izziv</w:t>
            </w:r>
          </w:p>
        </w:tc>
      </w:tr>
      <w:tr w:rsidR="008A5547" w14:paraId="2B5E6BF3"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4A0445CA" w14:textId="77777777" w:rsidR="008A5547" w:rsidRDefault="00000000">
            <w:pPr>
              <w:spacing w:after="24" w:line="240" w:lineRule="auto"/>
            </w:pPr>
            <w:r>
              <w:rPr>
                <w:b/>
                <w:color w:val="8565A5"/>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F64282" w14:textId="77777777" w:rsidR="008A5547" w:rsidRDefault="00000000">
            <w:pPr>
              <w:spacing w:after="24" w:line="240" w:lineRule="auto"/>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622CD3" w14:textId="77777777" w:rsidR="008A5547" w:rsidRDefault="00000000">
            <w:pPr>
              <w:spacing w:after="24" w:line="240" w:lineRule="auto"/>
            </w:pPr>
            <w:r>
              <w:rPr>
                <w:color w:val="203038"/>
                <w:sz w:val="14"/>
              </w:rPr>
              <w:t>zagotovi dodatno konkretno/gibalno oporo, razčleni korake in omogoči novo vajo</w:t>
            </w:r>
          </w:p>
        </w:tc>
      </w:tr>
      <w:tr w:rsidR="008A5547" w14:paraId="34703380"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60602630" w14:textId="77777777" w:rsidR="008A5547" w:rsidRDefault="00000000">
            <w:pPr>
              <w:spacing w:after="24" w:line="240" w:lineRule="auto"/>
            </w:pPr>
            <w:r>
              <w:rPr>
                <w:b/>
                <w:color w:val="8565A5"/>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A5E244" w14:textId="77777777" w:rsidR="008A5547" w:rsidRDefault="00000000">
            <w:pPr>
              <w:spacing w:after="24" w:line="240" w:lineRule="auto"/>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E63AF1" w14:textId="77777777" w:rsidR="008A5547" w:rsidRDefault="00000000">
            <w:pPr>
              <w:spacing w:after="24" w:line="240" w:lineRule="auto"/>
            </w:pPr>
            <w:r>
              <w:rPr>
                <w:color w:val="203038"/>
                <w:sz w:val="14"/>
              </w:rPr>
              <w:t>ponovno ugotovi predznanje, prilagodi način učenja in določi majhen, opazljiv naslednji cilj</w:t>
            </w:r>
          </w:p>
        </w:tc>
      </w:tr>
    </w:tbl>
    <w:p w14:paraId="4F748A65" w14:textId="77777777" w:rsidR="008A5547" w:rsidRDefault="00000000">
      <w:pPr>
        <w:spacing w:after="60" w:line="252" w:lineRule="auto"/>
      </w:pPr>
      <w:r>
        <w:rPr>
          <w:i/>
          <w:color w:val="60727A"/>
          <w:sz w:val="15"/>
        </w:rPr>
        <w:t>Natančni kriteriji se oblikujejo iz operativnih ciljev in pričakovanih dosežkov ter učencem predstavijo z zgledom uspešnega dokaza. Datum se po potrebi uskladi z razrednim načrtom ocenjevanja in dejansko izvedbo pouka.</w:t>
      </w:r>
    </w:p>
    <w:p w14:paraId="44EE16D0" w14:textId="77777777" w:rsidR="008A5547" w:rsidRDefault="00000000">
      <w:pPr>
        <w:pStyle w:val="Naslov2"/>
      </w:pPr>
      <w:r>
        <w:t>2.2 Minimalni poudarki znanja za 1. razred</w:t>
      </w:r>
    </w:p>
    <w:p w14:paraId="7CEE0665" w14:textId="77777777" w:rsidR="008A5547" w:rsidRDefault="00000000">
      <w:r>
        <w:t>Učni načrt standarde pri tujem jeziku opredeljuje ob koncu prvega vzgojno-izobraževalnega obdobja in za 1. razred ne določa ločene skupine minimalnih standardov. Spodnji poudarki so razvojno prilagojena operativna izpeljava za opisno ocenjevanje v 1. razredu; učenec jih izkazuje ob znani vsebini ter ob slikovni, predmetni, gibalni ali zvočni opori.</w:t>
      </w:r>
    </w:p>
    <w:tbl>
      <w:tblPr>
        <w:tblW w:w="0" w:type="auto"/>
        <w:jc w:val="center"/>
        <w:tblLayout w:type="fixed"/>
        <w:tblLook w:val="04A0" w:firstRow="1" w:lastRow="0" w:firstColumn="1" w:lastColumn="0" w:noHBand="0" w:noVBand="1"/>
      </w:tblPr>
      <w:tblGrid>
        <w:gridCol w:w="2232"/>
        <w:gridCol w:w="8208"/>
        <w:gridCol w:w="4968"/>
      </w:tblGrid>
      <w:tr w:rsidR="008A5547" w14:paraId="1012017B" w14:textId="77777777">
        <w:trPr>
          <w:cantSplit/>
          <w:tblHeader/>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527852EA" w14:textId="77777777" w:rsidR="008A5547" w:rsidRDefault="00000000">
            <w:pPr>
              <w:spacing w:after="16" w:line="240" w:lineRule="auto"/>
              <w:jc w:val="center"/>
            </w:pPr>
            <w:r>
              <w:rPr>
                <w:b/>
                <w:color w:val="FFFFFF"/>
                <w:sz w:val="13"/>
              </w:rPr>
              <w:t>PODROČJE</w:t>
            </w:r>
          </w:p>
        </w:tc>
        <w:tc>
          <w:tcPr>
            <w:tcW w:w="820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6D11CF85" w14:textId="77777777" w:rsidR="008A5547" w:rsidRDefault="00000000">
            <w:pPr>
              <w:spacing w:after="16" w:line="240" w:lineRule="auto"/>
              <w:jc w:val="center"/>
            </w:pPr>
            <w:r>
              <w:rPr>
                <w:b/>
                <w:color w:val="FFFFFF"/>
                <w:sz w:val="13"/>
              </w:rPr>
              <w:t>MINIMALNI OPISNI POUDARKI ZA 1. RAZRED</w:t>
            </w:r>
          </w:p>
        </w:tc>
        <w:tc>
          <w:tcPr>
            <w:tcW w:w="496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5F530C76" w14:textId="77777777" w:rsidR="008A5547" w:rsidRDefault="00000000">
            <w:pPr>
              <w:spacing w:after="16" w:line="240" w:lineRule="auto"/>
              <w:jc w:val="center"/>
            </w:pPr>
            <w:r>
              <w:rPr>
                <w:b/>
                <w:color w:val="FFFFFF"/>
                <w:sz w:val="13"/>
              </w:rPr>
              <w:t>PRIMER DOKAZA</w:t>
            </w:r>
          </w:p>
        </w:tc>
      </w:tr>
      <w:tr w:rsidR="008A5547" w14:paraId="4C57E729"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DCF93C4" w14:textId="77777777" w:rsidR="008A5547" w:rsidRDefault="00000000">
            <w:pPr>
              <w:spacing w:after="16" w:line="240" w:lineRule="auto"/>
            </w:pPr>
            <w:r>
              <w:rPr>
                <w:b/>
                <w:color w:val="4F81BD"/>
                <w:sz w:val="14"/>
              </w:rPr>
              <w:t>Sprejemanje</w:t>
            </w:r>
          </w:p>
        </w:tc>
        <w:tc>
          <w:tcPr>
            <w:tcW w:w="82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F649601" w14:textId="77777777" w:rsidR="008A5547" w:rsidRDefault="00000000">
            <w:pPr>
              <w:spacing w:after="16" w:line="240" w:lineRule="auto"/>
            </w:pPr>
            <w:r>
              <w:rPr>
                <w:color w:val="333333"/>
                <w:sz w:val="14"/>
              </w:rPr>
              <w:t>Razume kratek, počasi in razločno podan pozdrav, navodilo ali sporočilo ter se ustrezno besedno ali nebesedno odzove.</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0DB6900" w14:textId="77777777" w:rsidR="008A5547" w:rsidRDefault="00000000">
            <w:pPr>
              <w:spacing w:after="16" w:line="240" w:lineRule="auto"/>
            </w:pPr>
            <w:r>
              <w:rPr>
                <w:color w:val="333333"/>
                <w:sz w:val="14"/>
              </w:rPr>
              <w:t>izvede navodilo; izbere sliko/predmet; pokaže ali pove odgovor</w:t>
            </w:r>
          </w:p>
        </w:tc>
      </w:tr>
      <w:tr w:rsidR="008A5547" w14:paraId="1B8A04A0"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34BF8A4" w14:textId="77777777" w:rsidR="008A5547" w:rsidRDefault="00000000">
            <w:pPr>
              <w:spacing w:after="16" w:line="240" w:lineRule="auto"/>
            </w:pPr>
            <w:r>
              <w:rPr>
                <w:b/>
                <w:color w:val="4F81BD"/>
                <w:sz w:val="14"/>
              </w:rPr>
              <w:t>Ustno izražanje</w:t>
            </w:r>
          </w:p>
        </w:tc>
        <w:tc>
          <w:tcPr>
            <w:tcW w:w="820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48EA93B" w14:textId="77777777" w:rsidR="008A5547" w:rsidRDefault="00000000">
            <w:pPr>
              <w:spacing w:after="16" w:line="240" w:lineRule="auto"/>
            </w:pPr>
            <w:r>
              <w:rPr>
                <w:color w:val="333333"/>
                <w:sz w:val="14"/>
              </w:rPr>
              <w:t>Poimenuje znane osebe, predmete, živali, barve, dele telesa ali dejavnosti in po vzorcu uporabi besedo oziroma kratko zvezo.</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FFF2DBA" w14:textId="77777777" w:rsidR="008A5547" w:rsidRDefault="00000000">
            <w:pPr>
              <w:spacing w:after="16" w:line="240" w:lineRule="auto"/>
            </w:pPr>
            <w:r>
              <w:rPr>
                <w:color w:val="333333"/>
                <w:sz w:val="14"/>
              </w:rPr>
              <w:t>poimenovanje ob sliki/predmetu; ritmična izreka; kratek opis</w:t>
            </w:r>
          </w:p>
        </w:tc>
      </w:tr>
      <w:tr w:rsidR="008A5547" w14:paraId="3F7AC987"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8E02F9D" w14:textId="77777777" w:rsidR="008A5547" w:rsidRDefault="00000000">
            <w:pPr>
              <w:spacing w:after="16" w:line="240" w:lineRule="auto"/>
            </w:pPr>
            <w:r>
              <w:rPr>
                <w:b/>
                <w:color w:val="4F81BD"/>
                <w:sz w:val="14"/>
              </w:rPr>
              <w:t>Ustna interakcija</w:t>
            </w:r>
          </w:p>
        </w:tc>
        <w:tc>
          <w:tcPr>
            <w:tcW w:w="82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B8F6A6E" w14:textId="77777777" w:rsidR="008A5547" w:rsidRDefault="00000000">
            <w:pPr>
              <w:spacing w:after="16" w:line="240" w:lineRule="auto"/>
            </w:pPr>
            <w:r>
              <w:rPr>
                <w:color w:val="333333"/>
                <w:sz w:val="14"/>
              </w:rPr>
              <w:t>Smiselno odgovori na preprosto vprašanje ali sodeluje v kratki izmenjavi z osnovnim ustaljenim vzorcem.</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7F2FA57" w14:textId="77777777" w:rsidR="008A5547" w:rsidRDefault="00000000">
            <w:pPr>
              <w:spacing w:after="16" w:line="240" w:lineRule="auto"/>
            </w:pPr>
            <w:r>
              <w:rPr>
                <w:color w:val="333333"/>
                <w:sz w:val="14"/>
              </w:rPr>
              <w:t>pozdrav; predstavitev; vprašanje–odgovor; igra vlog</w:t>
            </w:r>
          </w:p>
        </w:tc>
      </w:tr>
      <w:tr w:rsidR="008A5547" w14:paraId="5D7115DC"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4920580" w14:textId="77777777" w:rsidR="008A5547" w:rsidRDefault="00000000">
            <w:pPr>
              <w:spacing w:after="16" w:line="240" w:lineRule="auto"/>
            </w:pPr>
            <w:r>
              <w:rPr>
                <w:b/>
                <w:color w:val="4F81BD"/>
                <w:sz w:val="14"/>
              </w:rPr>
              <w:t>Fonološko zavedanje</w:t>
            </w:r>
          </w:p>
        </w:tc>
        <w:tc>
          <w:tcPr>
            <w:tcW w:w="820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0E9E7F3" w14:textId="77777777" w:rsidR="008A5547" w:rsidRDefault="00000000">
            <w:pPr>
              <w:spacing w:after="16" w:line="240" w:lineRule="auto"/>
            </w:pPr>
            <w:r>
              <w:rPr>
                <w:color w:val="333333"/>
                <w:sz w:val="14"/>
              </w:rPr>
              <w:t>Pozorno posluša, razlikuje in posnema značilne glasove, ritem ter intonacijo angleščine.</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874370F" w14:textId="77777777" w:rsidR="008A5547" w:rsidRDefault="00000000">
            <w:pPr>
              <w:spacing w:after="16" w:line="240" w:lineRule="auto"/>
            </w:pPr>
            <w:r>
              <w:rPr>
                <w:color w:val="333333"/>
                <w:sz w:val="14"/>
              </w:rPr>
              <w:t>posnemanje; pesem; izštevanka; prepoznavanje začetnega glasu</w:t>
            </w:r>
          </w:p>
        </w:tc>
      </w:tr>
      <w:tr w:rsidR="008A5547" w14:paraId="12414FDD"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66089D6" w14:textId="77777777" w:rsidR="008A5547" w:rsidRDefault="00000000">
            <w:pPr>
              <w:spacing w:after="16" w:line="240" w:lineRule="auto"/>
            </w:pPr>
            <w:r>
              <w:rPr>
                <w:b/>
                <w:color w:val="4F81BD"/>
                <w:sz w:val="14"/>
              </w:rPr>
              <w:t>Raznojezičnost</w:t>
            </w:r>
          </w:p>
        </w:tc>
        <w:tc>
          <w:tcPr>
            <w:tcW w:w="82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094CCAE" w14:textId="77777777" w:rsidR="008A5547" w:rsidRDefault="00000000">
            <w:pPr>
              <w:spacing w:after="16" w:line="240" w:lineRule="auto"/>
            </w:pPr>
            <w:r>
              <w:rPr>
                <w:color w:val="333333"/>
                <w:sz w:val="14"/>
              </w:rPr>
              <w:t>Zazna, da obstajajo različni jeziki in kulture, ter se do jezikovne in kulturne različnosti odziva odprto in spoštljivo.</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77D054D" w14:textId="77777777" w:rsidR="008A5547" w:rsidRDefault="00000000">
            <w:pPr>
              <w:spacing w:after="16" w:line="240" w:lineRule="auto"/>
            </w:pPr>
            <w:r>
              <w:rPr>
                <w:color w:val="333333"/>
                <w:sz w:val="14"/>
              </w:rPr>
              <w:t>primerjava pozdravov/pesmi; kulturni predmet ali slika; pogovor</w:t>
            </w:r>
          </w:p>
        </w:tc>
      </w:tr>
    </w:tbl>
    <w:p w14:paraId="6EA1928C" w14:textId="77777777" w:rsidR="008A5547" w:rsidRDefault="00000000">
      <w:pPr>
        <w:pStyle w:val="Naslov1"/>
        <w:spacing w:before="140" w:after="80"/>
      </w:pPr>
      <w:r>
        <w:rPr>
          <w:rFonts w:ascii="Arial" w:eastAsia="Arial" w:hAnsi="Arial"/>
          <w:color w:val="173B4D"/>
          <w:sz w:val="32"/>
        </w:rPr>
        <w:t>3. Vsebinski sklopi, cilji in standardi znanja</w:t>
      </w:r>
    </w:p>
    <w:p w14:paraId="477FE6B7" w14:textId="77777777" w:rsidR="008A5547" w:rsidRDefault="00000000">
      <w:pPr>
        <w:spacing w:after="80" w:line="252" w:lineRule="auto"/>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8A5547" w14:paraId="278B4137" w14:textId="77777777">
        <w:trPr>
          <w:tblHeader/>
          <w:jc w:val="center"/>
        </w:trPr>
        <w:tc>
          <w:tcPr>
            <w:tcW w:w="17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0C2DD04" w14:textId="77777777" w:rsidR="008A5547" w:rsidRDefault="00000000">
            <w:pPr>
              <w:spacing w:after="24" w:line="240" w:lineRule="auto"/>
              <w:jc w:val="center"/>
            </w:pPr>
            <w:r>
              <w:rPr>
                <w:b/>
                <w:color w:val="FFFFFF"/>
                <w:sz w:val="13"/>
              </w:rPr>
              <w:t>VSEBINSKI SKLOP</w:t>
            </w:r>
          </w:p>
        </w:tc>
        <w:tc>
          <w:tcPr>
            <w:tcW w:w="21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EA59076" w14:textId="77777777" w:rsidR="008A5547" w:rsidRDefault="00000000">
            <w:pPr>
              <w:spacing w:after="24" w:line="240" w:lineRule="auto"/>
              <w:jc w:val="center"/>
            </w:pPr>
            <w:r>
              <w:rPr>
                <w:b/>
                <w:color w:val="FFFFFF"/>
                <w:sz w:val="13"/>
              </w:rPr>
              <w:t>VSEBINE / PODTEME</w:t>
            </w:r>
          </w:p>
        </w:tc>
        <w:tc>
          <w:tcPr>
            <w:tcW w:w="33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50A3C693" w14:textId="77777777" w:rsidR="008A5547" w:rsidRDefault="00000000">
            <w:pPr>
              <w:spacing w:after="24" w:line="240" w:lineRule="auto"/>
              <w:jc w:val="center"/>
            </w:pPr>
            <w:r>
              <w:rPr>
                <w:b/>
                <w:color w:val="FFFFFF"/>
                <w:sz w:val="13"/>
              </w:rPr>
              <w:t>PRIČAKOVANI DOSEŽKI IN MINIMALNI POUDARKI</w:t>
            </w:r>
          </w:p>
        </w:tc>
        <w:tc>
          <w:tcPr>
            <w:tcW w:w="25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3605C8B9" w14:textId="77777777" w:rsidR="008A5547" w:rsidRDefault="00000000">
            <w:pPr>
              <w:spacing w:after="24" w:line="240" w:lineRule="auto"/>
              <w:jc w:val="center"/>
            </w:pPr>
            <w:r>
              <w:rPr>
                <w:b/>
                <w:color w:val="FFFFFF"/>
                <w:sz w:val="13"/>
              </w:rPr>
              <w:t>IZKUŠENJSKO UČENJE IN GIBANJE</w:t>
            </w:r>
          </w:p>
        </w:tc>
        <w:tc>
          <w:tcPr>
            <w:tcW w:w="21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6F23A73" w14:textId="77777777" w:rsidR="008A5547" w:rsidRDefault="00000000">
            <w:pPr>
              <w:spacing w:after="24" w:line="240" w:lineRule="auto"/>
              <w:jc w:val="center"/>
            </w:pPr>
            <w:r>
              <w:rPr>
                <w:b/>
                <w:color w:val="FFFFFF"/>
                <w:sz w:val="13"/>
              </w:rPr>
              <w:t>DOKAZI O UČENJU</w:t>
            </w:r>
          </w:p>
        </w:tc>
        <w:tc>
          <w:tcPr>
            <w:tcW w:w="18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5B90E10" w14:textId="77777777" w:rsidR="008A5547" w:rsidRDefault="00000000">
            <w:pPr>
              <w:spacing w:after="24" w:line="240" w:lineRule="auto"/>
              <w:jc w:val="center"/>
            </w:pPr>
            <w:r>
              <w:rPr>
                <w:b/>
                <w:color w:val="FFFFFF"/>
                <w:sz w:val="13"/>
              </w:rPr>
              <w:t>MEDPREDMETNE POVEZAVE</w:t>
            </w:r>
          </w:p>
        </w:tc>
        <w:tc>
          <w:tcPr>
            <w:tcW w:w="163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075D762D" w14:textId="77777777" w:rsidR="008A5547" w:rsidRDefault="00000000">
            <w:pPr>
              <w:spacing w:after="24" w:line="240" w:lineRule="auto"/>
              <w:jc w:val="center"/>
            </w:pPr>
            <w:r>
              <w:rPr>
                <w:b/>
                <w:color w:val="FFFFFF"/>
                <w:sz w:val="13"/>
              </w:rPr>
              <w:t>TERMINI / URE</w:t>
            </w:r>
          </w:p>
        </w:tc>
      </w:tr>
      <w:tr w:rsidR="008A5547" w14:paraId="22CD06B9"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519C8B" w14:textId="77777777" w:rsidR="008A5547" w:rsidRDefault="00000000">
            <w:pPr>
              <w:spacing w:after="24" w:line="240" w:lineRule="auto"/>
            </w:pPr>
            <w:r>
              <w:rPr>
                <w:b/>
                <w:color w:val="8565A5"/>
                <w:sz w:val="14"/>
              </w:rPr>
              <w:t>Jaz, razred in socialni svet</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EF57DC" w14:textId="77777777" w:rsidR="008A5547" w:rsidRDefault="00000000">
            <w:pPr>
              <w:spacing w:after="24" w:line="240" w:lineRule="auto"/>
            </w:pPr>
            <w:r>
              <w:rPr>
                <w:color w:val="203038"/>
                <w:sz w:val="14"/>
              </w:rPr>
              <w:t>pozdravi, ime, počutje, razredni predmeti in navodila, družina, dom, praznovanja, predstavitev napredka</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0A8B2F" w14:textId="77777777" w:rsidR="008A5547" w:rsidRDefault="00000000">
            <w:pPr>
              <w:pStyle w:val="Oznaenseznam"/>
              <w:spacing w:after="16" w:line="235" w:lineRule="auto"/>
              <w:ind w:left="160" w:hanging="100"/>
            </w:pPr>
            <w:r>
              <w:rPr>
                <w:color w:val="203038"/>
                <w:sz w:val="14"/>
              </w:rPr>
              <w:t>razume pogosto rabljene pozdrave, kratka razredna navodila in znano besedišče ob jasni opori</w:t>
            </w:r>
          </w:p>
          <w:p w14:paraId="158A5202" w14:textId="77777777" w:rsidR="008A5547" w:rsidRDefault="00000000">
            <w:pPr>
              <w:pStyle w:val="Oznaenseznam"/>
              <w:spacing w:after="16" w:line="235" w:lineRule="auto"/>
              <w:ind w:left="160" w:hanging="100"/>
            </w:pPr>
            <w:r>
              <w:rPr>
                <w:color w:val="203038"/>
                <w:sz w:val="14"/>
              </w:rPr>
              <w:t>se ustrezno odzove z dejanjem, besedo ali kratko besedno zvezo</w:t>
            </w:r>
          </w:p>
          <w:p w14:paraId="7678D896" w14:textId="77777777" w:rsidR="008A5547" w:rsidRDefault="00000000">
            <w:pPr>
              <w:pStyle w:val="Oznaenseznam"/>
              <w:spacing w:after="16" w:line="235" w:lineRule="auto"/>
              <w:ind w:left="160" w:hanging="100"/>
            </w:pPr>
            <w:r>
              <w:rPr>
                <w:color w:val="203038"/>
                <w:sz w:val="14"/>
              </w:rPr>
              <w:t>po vzoru pove nekaj o sebi, družini ali znani sliki ter sodeluje v kratki izmenjavi</w:t>
            </w:r>
          </w:p>
          <w:p w14:paraId="1519E5BC" w14:textId="77777777" w:rsidR="008A5547" w:rsidRDefault="00000000">
            <w:pPr>
              <w:pStyle w:val="Oznaenseznam"/>
              <w:spacing w:after="16" w:line="235" w:lineRule="auto"/>
              <w:ind w:left="160" w:hanging="100"/>
            </w:pPr>
            <w:r>
              <w:rPr>
                <w:color w:val="203038"/>
                <w:sz w:val="14"/>
              </w:rPr>
              <w:t>izbere jezikovni dokaz, pokaže napredek in zmore uporabiti znano voščilo</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8F1EDD" w14:textId="77777777" w:rsidR="008A5547" w:rsidRDefault="00000000">
            <w:pPr>
              <w:pStyle w:val="Oznaenseznam"/>
              <w:spacing w:after="16" w:line="235" w:lineRule="auto"/>
              <w:ind w:left="160" w:hanging="100"/>
            </w:pPr>
            <w:r>
              <w:rPr>
                <w:color w:val="203038"/>
                <w:sz w:val="14"/>
              </w:rPr>
              <w:t>predmeti, slika, zgodba, pesem, jezikovna igra in kratka sporazumevalna situacija</w:t>
            </w:r>
          </w:p>
          <w:p w14:paraId="169FB54B" w14:textId="77777777" w:rsidR="008A5547" w:rsidRDefault="00000000">
            <w:pPr>
              <w:pStyle w:val="Oznaenseznam"/>
              <w:spacing w:after="16" w:line="235" w:lineRule="auto"/>
              <w:ind w:left="160" w:hanging="100"/>
            </w:pPr>
            <w:r>
              <w:rPr>
                <w:color w:val="203038"/>
                <w:sz w:val="14"/>
              </w:rPr>
              <w:t>celostni telesni odziv (TPR), gibalna pesem, pot po navodilu in jezikovne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FAA9C8" w14:textId="77777777" w:rsidR="008A5547" w:rsidRDefault="00000000">
            <w:pPr>
              <w:spacing w:after="24" w:line="240" w:lineRule="auto"/>
            </w:pPr>
            <w:r>
              <w:rPr>
                <w:color w:val="203038"/>
                <w:sz w:val="14"/>
              </w:rPr>
              <w:t>telesni odziv; kratka govorna izmenjava; poimenovanje ob sliki/predmetu; dokaz v jezikovni mapi</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502597" w14:textId="77777777" w:rsidR="008A5547" w:rsidRDefault="00000000">
            <w:pPr>
              <w:spacing w:after="24" w:line="240" w:lineRule="auto"/>
            </w:pPr>
            <w:r>
              <w:rPr>
                <w:color w:val="203038"/>
                <w:sz w:val="14"/>
              </w:rPr>
              <w:t>SLJ – pogovor; SPO – jaz/družina; GUM – pesem in ritem; ŠPO – TPR</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BED3B8" w14:textId="77777777" w:rsidR="008A5547" w:rsidRDefault="00000000">
            <w:pPr>
              <w:spacing w:after="24" w:line="240" w:lineRule="auto"/>
            </w:pPr>
            <w:r>
              <w:rPr>
                <w:b/>
                <w:color w:val="8565A5"/>
                <w:sz w:val="14"/>
              </w:rPr>
              <w:t>Tedni: 1, 2, 3, 4, 8, 13, 14, 15, 16, 23, 35, 38, 39</w:t>
            </w:r>
            <w:r>
              <w:rPr>
                <w:b/>
                <w:color w:val="8565A5"/>
                <w:sz w:val="14"/>
              </w:rPr>
              <w:br/>
              <w:t>23 ur</w:t>
            </w:r>
          </w:p>
        </w:tc>
      </w:tr>
      <w:tr w:rsidR="008A5547" w14:paraId="14F39465"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87A89F" w14:textId="77777777" w:rsidR="008A5547" w:rsidRDefault="00000000">
            <w:pPr>
              <w:spacing w:after="24" w:line="240" w:lineRule="auto"/>
            </w:pPr>
            <w:r>
              <w:rPr>
                <w:b/>
                <w:color w:val="8565A5"/>
                <w:sz w:val="14"/>
              </w:rPr>
              <w:t>Narava, okolje in letni časi</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5CA532" w14:textId="77777777" w:rsidR="008A5547" w:rsidRDefault="00000000">
            <w:pPr>
              <w:spacing w:after="24" w:line="240" w:lineRule="auto"/>
            </w:pPr>
            <w:r>
              <w:rPr>
                <w:color w:val="203038"/>
                <w:sz w:val="14"/>
              </w:rPr>
              <w:t>vreme, barve, rastline, živali, materiali, svetloba, zvok, pokrajina, poletje in okoljsko ravnanje</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3A22F0" w14:textId="77777777" w:rsidR="008A5547" w:rsidRDefault="00000000">
            <w:pPr>
              <w:pStyle w:val="Oznaenseznam"/>
              <w:spacing w:after="16" w:line="235" w:lineRule="auto"/>
              <w:ind w:left="160" w:hanging="100"/>
            </w:pPr>
            <w:r>
              <w:rPr>
                <w:color w:val="203038"/>
                <w:sz w:val="14"/>
              </w:rPr>
              <w:t>prepozna izbrane besede ob predmetu, sliki, pesmi ali kratkem posnetku</w:t>
            </w:r>
          </w:p>
          <w:p w14:paraId="475B3EBC" w14:textId="77777777" w:rsidR="008A5547" w:rsidRDefault="00000000">
            <w:pPr>
              <w:pStyle w:val="Oznaenseznam"/>
              <w:spacing w:after="16" w:line="235" w:lineRule="auto"/>
              <w:ind w:left="160" w:hanging="100"/>
            </w:pPr>
            <w:r>
              <w:rPr>
                <w:color w:val="203038"/>
                <w:sz w:val="14"/>
              </w:rPr>
              <w:t>sledi preprostemu navodilu in z dejanjem pokaže razumevanje</w:t>
            </w:r>
          </w:p>
          <w:p w14:paraId="12827B5B" w14:textId="77777777" w:rsidR="008A5547" w:rsidRDefault="00000000">
            <w:pPr>
              <w:pStyle w:val="Oznaenseznam"/>
              <w:spacing w:after="16" w:line="235" w:lineRule="auto"/>
              <w:ind w:left="160" w:hanging="100"/>
            </w:pPr>
            <w:r>
              <w:rPr>
                <w:color w:val="203038"/>
                <w:sz w:val="14"/>
              </w:rPr>
              <w:t>poimenuje izbran predmet, živo bitje, barvo, vreme ali krajinski element</w:t>
            </w:r>
          </w:p>
          <w:p w14:paraId="32C3095B" w14:textId="77777777" w:rsidR="008A5547" w:rsidRDefault="00000000">
            <w:pPr>
              <w:pStyle w:val="Oznaenseznam"/>
              <w:spacing w:after="16" w:line="235" w:lineRule="auto"/>
              <w:ind w:left="160" w:hanging="100"/>
            </w:pPr>
            <w:r>
              <w:rPr>
                <w:color w:val="203038"/>
                <w:sz w:val="14"/>
              </w:rPr>
              <w:t>izrazi preprosto všečnost, opažanje ali predlog po naučenem vzoru</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4AC3D8" w14:textId="77777777" w:rsidR="008A5547" w:rsidRDefault="00000000">
            <w:pPr>
              <w:pStyle w:val="Oznaenseznam"/>
              <w:spacing w:after="16" w:line="235" w:lineRule="auto"/>
              <w:ind w:left="160" w:hanging="100"/>
            </w:pPr>
            <w:r>
              <w:rPr>
                <w:color w:val="203038"/>
                <w:sz w:val="14"/>
              </w:rPr>
              <w:t>predmeti, slika, zgodba, pesem, jezikovna igra in kratka sporazumevalna situacija</w:t>
            </w:r>
          </w:p>
          <w:p w14:paraId="724822DC" w14:textId="77777777" w:rsidR="008A5547" w:rsidRDefault="00000000">
            <w:pPr>
              <w:pStyle w:val="Oznaenseznam"/>
              <w:spacing w:after="16" w:line="235" w:lineRule="auto"/>
              <w:ind w:left="160" w:hanging="100"/>
            </w:pPr>
            <w:r>
              <w:rPr>
                <w:color w:val="203038"/>
                <w:sz w:val="14"/>
              </w:rPr>
              <w:t>celostni telesni odziv (TPR), gibalna pesem, pot po navodilu in jezikovne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6E599E" w14:textId="77777777" w:rsidR="008A5547" w:rsidRDefault="00000000">
            <w:pPr>
              <w:spacing w:after="24" w:line="240" w:lineRule="auto"/>
            </w:pPr>
            <w:r>
              <w:rPr>
                <w:color w:val="203038"/>
                <w:sz w:val="14"/>
              </w:rPr>
              <w:t>telesni odziv; kratka govorna izmenjava; poimenovanje ob sliki/predmetu; dokaz v jezikovni mapi</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70DA71" w14:textId="77777777" w:rsidR="008A5547" w:rsidRDefault="00000000">
            <w:pPr>
              <w:spacing w:after="24" w:line="240" w:lineRule="auto"/>
            </w:pPr>
            <w:r>
              <w:rPr>
                <w:color w:val="203038"/>
                <w:sz w:val="14"/>
              </w:rPr>
              <w:t>SPO – narava/pojavi; LUM – barva in slika; GUM – pesem; SLJ – opis</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78E4F0" w14:textId="77777777" w:rsidR="008A5547" w:rsidRDefault="00000000">
            <w:pPr>
              <w:spacing w:after="24" w:line="240" w:lineRule="auto"/>
            </w:pPr>
            <w:r>
              <w:rPr>
                <w:b/>
                <w:color w:val="8565A5"/>
                <w:sz w:val="14"/>
              </w:rPr>
              <w:t>Tedni: 9, 10, 11, 12, 17, 18, 19, 27, 28, 29, 31, 32, 34, 36, 37</w:t>
            </w:r>
            <w:r>
              <w:rPr>
                <w:b/>
                <w:color w:val="8565A5"/>
                <w:sz w:val="14"/>
              </w:rPr>
              <w:br/>
              <w:t>27 ur</w:t>
            </w:r>
          </w:p>
        </w:tc>
      </w:tr>
      <w:tr w:rsidR="008A5547" w14:paraId="4E3524C2"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90ABEC" w14:textId="77777777" w:rsidR="008A5547" w:rsidRDefault="00000000">
            <w:pPr>
              <w:spacing w:after="24" w:line="240" w:lineRule="auto"/>
            </w:pPr>
            <w:r>
              <w:rPr>
                <w:b/>
                <w:color w:val="8565A5"/>
                <w:sz w:val="14"/>
              </w:rPr>
              <w:lastRenderedPageBreak/>
              <w:t>Pot, promet in gibanje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2076A4" w14:textId="77777777" w:rsidR="008A5547" w:rsidRDefault="00000000">
            <w:pPr>
              <w:spacing w:after="24" w:line="240" w:lineRule="auto"/>
            </w:pPr>
            <w:r>
              <w:rPr>
                <w:color w:val="203038"/>
                <w:sz w:val="14"/>
              </w:rPr>
              <w:t>prometna navodila, prevozna sredstva, glagoli gibanja in smeri</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745FBA" w14:textId="77777777" w:rsidR="008A5547" w:rsidRDefault="00000000">
            <w:pPr>
              <w:pStyle w:val="Oznaenseznam"/>
              <w:spacing w:after="16" w:line="235" w:lineRule="auto"/>
              <w:ind w:left="160" w:hanging="100"/>
            </w:pPr>
            <w:r>
              <w:rPr>
                <w:color w:val="203038"/>
                <w:sz w:val="14"/>
              </w:rPr>
              <w:t>razume stop, go, left, right in straight ob gibu ali slikovni opori</w:t>
            </w:r>
          </w:p>
          <w:p w14:paraId="4F89167F" w14:textId="77777777" w:rsidR="008A5547" w:rsidRDefault="00000000">
            <w:pPr>
              <w:pStyle w:val="Oznaenseznam"/>
              <w:spacing w:after="16" w:line="235" w:lineRule="auto"/>
              <w:ind w:left="160" w:hanging="100"/>
            </w:pPr>
            <w:r>
              <w:rPr>
                <w:color w:val="203038"/>
                <w:sz w:val="14"/>
              </w:rPr>
              <w:t>prepozna in poimenuje izbrana prevozna sredstva ali gibe</w:t>
            </w:r>
          </w:p>
          <w:p w14:paraId="5930DB41" w14:textId="77777777" w:rsidR="008A5547" w:rsidRDefault="00000000">
            <w:pPr>
              <w:pStyle w:val="Oznaenseznam"/>
              <w:spacing w:after="16" w:line="235" w:lineRule="auto"/>
              <w:ind w:left="160" w:hanging="100"/>
            </w:pPr>
            <w:r>
              <w:rPr>
                <w:color w:val="203038"/>
                <w:sz w:val="14"/>
              </w:rPr>
              <w:t>sledi kratki poti oziroma gibalnemu navodilu in varno sodeluje</w:t>
            </w:r>
          </w:p>
          <w:p w14:paraId="425833A4" w14:textId="77777777" w:rsidR="008A5547" w:rsidRDefault="00000000">
            <w:pPr>
              <w:pStyle w:val="Oznaenseznam"/>
              <w:spacing w:after="16" w:line="235" w:lineRule="auto"/>
              <w:ind w:left="160" w:hanging="100"/>
            </w:pPr>
            <w:r>
              <w:rPr>
                <w:color w:val="203038"/>
                <w:sz w:val="14"/>
              </w:rPr>
              <w:t>v paru po vzoru izvede kratko izmenjavo o poti ali gibanju</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C1EB0D" w14:textId="77777777" w:rsidR="008A5547" w:rsidRDefault="00000000">
            <w:pPr>
              <w:pStyle w:val="Oznaenseznam"/>
              <w:spacing w:after="16" w:line="235" w:lineRule="auto"/>
              <w:ind w:left="160" w:hanging="100"/>
            </w:pPr>
            <w:r>
              <w:rPr>
                <w:color w:val="203038"/>
                <w:sz w:val="14"/>
              </w:rPr>
              <w:t>predmeti, slika, zgodba, pesem, jezikovna igra in kratka sporazumevalna situacija</w:t>
            </w:r>
          </w:p>
          <w:p w14:paraId="46632EB5" w14:textId="77777777" w:rsidR="008A5547" w:rsidRDefault="00000000">
            <w:pPr>
              <w:pStyle w:val="Oznaenseznam"/>
              <w:spacing w:after="16" w:line="235" w:lineRule="auto"/>
              <w:ind w:left="160" w:hanging="100"/>
            </w:pPr>
            <w:r>
              <w:rPr>
                <w:color w:val="203038"/>
                <w:sz w:val="14"/>
              </w:rPr>
              <w:t>celostni telesni odziv (TPR), gibalna pesem, pot po navodilu in jezikovne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03BF8D" w14:textId="77777777" w:rsidR="008A5547" w:rsidRDefault="00000000">
            <w:pPr>
              <w:spacing w:after="24" w:line="240" w:lineRule="auto"/>
            </w:pPr>
            <w:r>
              <w:rPr>
                <w:color w:val="203038"/>
                <w:sz w:val="14"/>
              </w:rPr>
              <w:t>telesni odziv; kratka govorna izmenjava; poimenovanje ob sliki/predmetu; dokaz v jezikovni mapi</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D87058" w14:textId="77777777" w:rsidR="008A5547" w:rsidRDefault="00000000">
            <w:pPr>
              <w:spacing w:after="24" w:line="240" w:lineRule="auto"/>
            </w:pPr>
            <w:r>
              <w:rPr>
                <w:color w:val="203038"/>
                <w:sz w:val="14"/>
              </w:rPr>
              <w:t>SPO – varna pot; MAT – orientacija; ŠPO – gibalne naloge</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5ABDED" w14:textId="77777777" w:rsidR="008A5547" w:rsidRDefault="00000000">
            <w:pPr>
              <w:spacing w:after="24" w:line="240" w:lineRule="auto"/>
            </w:pPr>
            <w:r>
              <w:rPr>
                <w:b/>
                <w:color w:val="8565A5"/>
                <w:sz w:val="14"/>
              </w:rPr>
              <w:t>Tedni: 5, 6, 7, 30, 33</w:t>
            </w:r>
            <w:r>
              <w:rPr>
                <w:b/>
                <w:color w:val="8565A5"/>
                <w:sz w:val="14"/>
              </w:rPr>
              <w:br/>
              <w:t>9 ur</w:t>
            </w:r>
          </w:p>
        </w:tc>
      </w:tr>
      <w:tr w:rsidR="008A5547" w14:paraId="16C05AFA"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D00363" w14:textId="77777777" w:rsidR="008A5547" w:rsidRDefault="00000000">
            <w:pPr>
              <w:spacing w:after="24" w:line="240" w:lineRule="auto"/>
            </w:pPr>
            <w:r>
              <w:rPr>
                <w:b/>
                <w:color w:val="8565A5"/>
                <w:sz w:val="14"/>
              </w:rPr>
              <w:t>Telo, zdravje in pomoč</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1ECFCC" w14:textId="77777777" w:rsidR="008A5547" w:rsidRDefault="00000000">
            <w:pPr>
              <w:spacing w:after="24" w:line="240" w:lineRule="auto"/>
            </w:pPr>
            <w:r>
              <w:rPr>
                <w:color w:val="203038"/>
                <w:sz w:val="14"/>
              </w:rPr>
              <w:t>deli telesa, zdrava rutina, počutje in osnovni izrazi za pomoč</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168EFD" w14:textId="77777777" w:rsidR="008A5547" w:rsidRDefault="00000000">
            <w:pPr>
              <w:pStyle w:val="Oznaenseznam"/>
              <w:spacing w:after="16" w:line="235" w:lineRule="auto"/>
              <w:ind w:left="160" w:hanging="100"/>
            </w:pPr>
            <w:r>
              <w:rPr>
                <w:color w:val="203038"/>
                <w:sz w:val="14"/>
              </w:rPr>
              <w:t>razume izbrana poimenovanja delov telesa in navodila v gibalni pesmi</w:t>
            </w:r>
          </w:p>
          <w:p w14:paraId="73785D7E" w14:textId="77777777" w:rsidR="008A5547" w:rsidRDefault="00000000">
            <w:pPr>
              <w:pStyle w:val="Oznaenseznam"/>
              <w:spacing w:after="16" w:line="235" w:lineRule="auto"/>
              <w:ind w:left="160" w:hanging="100"/>
            </w:pPr>
            <w:r>
              <w:rPr>
                <w:color w:val="203038"/>
                <w:sz w:val="14"/>
              </w:rPr>
              <w:t>pokaže ali poimenuje del telesa ter pove kratko zvezo o vsakdanji rutini</w:t>
            </w:r>
          </w:p>
          <w:p w14:paraId="6BA7A5F4" w14:textId="77777777" w:rsidR="008A5547" w:rsidRDefault="00000000">
            <w:pPr>
              <w:pStyle w:val="Oznaenseznam"/>
              <w:spacing w:after="16" w:line="235" w:lineRule="auto"/>
              <w:ind w:left="160" w:hanging="100"/>
            </w:pPr>
            <w:r>
              <w:rPr>
                <w:color w:val="203038"/>
                <w:sz w:val="14"/>
              </w:rPr>
              <w:t>razume osnovni izraz za pomoč in po vzoru pove, kako se počuti</w:t>
            </w:r>
          </w:p>
          <w:p w14:paraId="19967329" w14:textId="77777777" w:rsidR="008A5547" w:rsidRDefault="00000000">
            <w:pPr>
              <w:pStyle w:val="Oznaenseznam"/>
              <w:spacing w:after="16" w:line="235" w:lineRule="auto"/>
              <w:ind w:left="160" w:hanging="100"/>
            </w:pPr>
            <w:r>
              <w:rPr>
                <w:color w:val="203038"/>
                <w:sz w:val="14"/>
              </w:rPr>
              <w:t>sodeluje v kratki izmenjavi ob slikovni in gibalni opori</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BCCA690" w14:textId="77777777" w:rsidR="008A5547" w:rsidRDefault="00000000">
            <w:pPr>
              <w:pStyle w:val="Oznaenseznam"/>
              <w:spacing w:after="16" w:line="235" w:lineRule="auto"/>
              <w:ind w:left="160" w:hanging="100"/>
            </w:pPr>
            <w:r>
              <w:rPr>
                <w:color w:val="203038"/>
                <w:sz w:val="14"/>
              </w:rPr>
              <w:t>predmeti, slika, zgodba, pesem, jezikovna igra in kratka sporazumevalna situacija</w:t>
            </w:r>
          </w:p>
          <w:p w14:paraId="351EC4C5" w14:textId="77777777" w:rsidR="008A5547" w:rsidRDefault="00000000">
            <w:pPr>
              <w:pStyle w:val="Oznaenseznam"/>
              <w:spacing w:after="16" w:line="235" w:lineRule="auto"/>
              <w:ind w:left="160" w:hanging="100"/>
            </w:pPr>
            <w:r>
              <w:rPr>
                <w:color w:val="203038"/>
                <w:sz w:val="14"/>
              </w:rPr>
              <w:t>celostni telesni odziv (TPR), gibalna pesem, pot po navodilu in jezikovne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6F86F7" w14:textId="77777777" w:rsidR="008A5547" w:rsidRDefault="00000000">
            <w:pPr>
              <w:spacing w:after="24" w:line="240" w:lineRule="auto"/>
            </w:pPr>
            <w:r>
              <w:rPr>
                <w:color w:val="203038"/>
                <w:sz w:val="14"/>
              </w:rPr>
              <w:t>telesni odziv; kratka govorna izmenjava; poimenovanje ob sliki/predmetu; dokaz v jezikovni mapi</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99A3EB" w14:textId="77777777" w:rsidR="008A5547" w:rsidRDefault="00000000">
            <w:pPr>
              <w:spacing w:after="24" w:line="240" w:lineRule="auto"/>
            </w:pPr>
            <w:r>
              <w:rPr>
                <w:color w:val="203038"/>
                <w:sz w:val="14"/>
              </w:rPr>
              <w:t>SPO – telo/zdravje; ŠPO – gibanje; SLJ – opis sebe in nasvet</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63267AE" w14:textId="77777777" w:rsidR="008A5547" w:rsidRDefault="00000000">
            <w:pPr>
              <w:spacing w:after="24" w:line="240" w:lineRule="auto"/>
            </w:pPr>
            <w:r>
              <w:rPr>
                <w:b/>
                <w:color w:val="8565A5"/>
                <w:sz w:val="14"/>
              </w:rPr>
              <w:t>Tedni: 24, 25, 26</w:t>
            </w:r>
            <w:r>
              <w:rPr>
                <w:b/>
                <w:color w:val="8565A5"/>
                <w:sz w:val="14"/>
              </w:rPr>
              <w:br/>
              <w:t>6 ur</w:t>
            </w:r>
          </w:p>
        </w:tc>
      </w:tr>
      <w:tr w:rsidR="008A5547" w14:paraId="70BAB0D8"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6ED759" w14:textId="77777777" w:rsidR="008A5547" w:rsidRDefault="00000000">
            <w:pPr>
              <w:spacing w:after="24" w:line="240" w:lineRule="auto"/>
            </w:pPr>
            <w:r>
              <w:rPr>
                <w:b/>
                <w:color w:val="8565A5"/>
                <w:sz w:val="14"/>
              </w:rPr>
              <w:t>Ustvarjanje, čas in kultura</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4869D0" w14:textId="77777777" w:rsidR="008A5547" w:rsidRDefault="00000000">
            <w:pPr>
              <w:spacing w:after="24" w:line="240" w:lineRule="auto"/>
            </w:pPr>
            <w:r>
              <w:rPr>
                <w:color w:val="203038"/>
                <w:sz w:val="14"/>
              </w:rPr>
              <w:t>izdelava in predstavitev, nekoč in danes, pesem, kulturna ter jezikovna raznolikost</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1053C3" w14:textId="77777777" w:rsidR="008A5547" w:rsidRDefault="00000000">
            <w:pPr>
              <w:pStyle w:val="Oznaenseznam"/>
              <w:spacing w:after="16" w:line="235" w:lineRule="auto"/>
              <w:ind w:left="160" w:hanging="100"/>
            </w:pPr>
            <w:r>
              <w:rPr>
                <w:color w:val="203038"/>
                <w:sz w:val="14"/>
              </w:rPr>
              <w:t>razume kratko navodilo ob prikazu in poimenuje izbrani predmet ali dejanje</w:t>
            </w:r>
          </w:p>
          <w:p w14:paraId="596A3BC7" w14:textId="77777777" w:rsidR="008A5547" w:rsidRDefault="00000000">
            <w:pPr>
              <w:pStyle w:val="Oznaenseznam"/>
              <w:spacing w:after="16" w:line="235" w:lineRule="auto"/>
              <w:ind w:left="160" w:hanging="100"/>
            </w:pPr>
            <w:r>
              <w:rPr>
                <w:color w:val="203038"/>
                <w:sz w:val="14"/>
              </w:rPr>
              <w:t>ob dveh slikah po vzoru izrazi preprosto razliko med prej in zdaj</w:t>
            </w:r>
          </w:p>
          <w:p w14:paraId="5B841643" w14:textId="77777777" w:rsidR="008A5547" w:rsidRDefault="00000000">
            <w:pPr>
              <w:pStyle w:val="Oznaenseznam"/>
              <w:spacing w:after="16" w:line="235" w:lineRule="auto"/>
              <w:ind w:left="160" w:hanging="100"/>
            </w:pPr>
            <w:r>
              <w:rPr>
                <w:color w:val="203038"/>
                <w:sz w:val="14"/>
              </w:rPr>
              <w:t>sledi ritmu ali kratkemu verzu in spoštljivo posluša različne jezike</w:t>
            </w:r>
          </w:p>
          <w:p w14:paraId="7556E16D" w14:textId="77777777" w:rsidR="008A5547" w:rsidRDefault="00000000">
            <w:pPr>
              <w:pStyle w:val="Oznaenseznam"/>
              <w:spacing w:after="16" w:line="235" w:lineRule="auto"/>
              <w:ind w:left="160" w:hanging="100"/>
            </w:pPr>
            <w:r>
              <w:rPr>
                <w:color w:val="203038"/>
                <w:sz w:val="14"/>
              </w:rPr>
              <w:t>pove kratko poved o izdelku ali kulturnem doživetju ob opori</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1311AE" w14:textId="77777777" w:rsidR="008A5547" w:rsidRDefault="00000000">
            <w:pPr>
              <w:pStyle w:val="Oznaenseznam"/>
              <w:spacing w:after="16" w:line="235" w:lineRule="auto"/>
              <w:ind w:left="160" w:hanging="100"/>
            </w:pPr>
            <w:r>
              <w:rPr>
                <w:color w:val="203038"/>
                <w:sz w:val="14"/>
              </w:rPr>
              <w:t>predmeti, slika, zgodba, pesem, jezikovna igra in kratka sporazumevalna situacija</w:t>
            </w:r>
          </w:p>
          <w:p w14:paraId="7399F615" w14:textId="77777777" w:rsidR="008A5547" w:rsidRDefault="00000000">
            <w:pPr>
              <w:pStyle w:val="Oznaenseznam"/>
              <w:spacing w:after="16" w:line="235" w:lineRule="auto"/>
              <w:ind w:left="160" w:hanging="100"/>
            </w:pPr>
            <w:r>
              <w:rPr>
                <w:color w:val="203038"/>
                <w:sz w:val="14"/>
              </w:rPr>
              <w:t>celostni telesni odziv (TPR), gibalna pesem, pot po navodilu in jezikovne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827478" w14:textId="77777777" w:rsidR="008A5547" w:rsidRDefault="00000000">
            <w:pPr>
              <w:spacing w:after="24" w:line="240" w:lineRule="auto"/>
            </w:pPr>
            <w:r>
              <w:rPr>
                <w:color w:val="203038"/>
                <w:sz w:val="14"/>
              </w:rPr>
              <w:t>telesni odziv; kratka govorna izmenjava; poimenovanje ob sliki/predmetu; dokaz v jezikovni mapi</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BB0EB6" w14:textId="77777777" w:rsidR="008A5547" w:rsidRDefault="00000000">
            <w:pPr>
              <w:spacing w:after="24" w:line="240" w:lineRule="auto"/>
            </w:pPr>
            <w:r>
              <w:rPr>
                <w:color w:val="203038"/>
                <w:sz w:val="14"/>
              </w:rPr>
              <w:t>SPO – dediščina; LUM – izdelek; GUM – pesem; SLJ – primerjanje</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304457" w14:textId="77777777" w:rsidR="008A5547" w:rsidRDefault="00000000">
            <w:pPr>
              <w:spacing w:after="24" w:line="240" w:lineRule="auto"/>
            </w:pPr>
            <w:r>
              <w:rPr>
                <w:b/>
                <w:color w:val="8565A5"/>
                <w:sz w:val="14"/>
              </w:rPr>
              <w:t>Tedni: 20, 21, 22</w:t>
            </w:r>
            <w:r>
              <w:rPr>
                <w:b/>
                <w:color w:val="8565A5"/>
                <w:sz w:val="14"/>
              </w:rPr>
              <w:br/>
              <w:t>5 ur</w:t>
            </w:r>
          </w:p>
        </w:tc>
      </w:tr>
    </w:tbl>
    <w:p w14:paraId="451F363F" w14:textId="77777777" w:rsidR="008A5547" w:rsidRDefault="00000000">
      <w:pPr>
        <w:pStyle w:val="Naslov2"/>
      </w:pPr>
      <w:r>
        <w:t>3.1 Komunikacijske vsebine, jezikovni vzorci in dokazne naloge</w:t>
      </w:r>
    </w:p>
    <w:p w14:paraId="5970D864" w14:textId="77777777" w:rsidR="008A5547" w:rsidRDefault="00000000">
      <w:r>
        <w:t>Jezikovni vzorci so prilagodljiv repertoar za poslušanje, ponavljanje in smiselno rabo v znanih situacijah. V 1. razredu je pomembnejša razumljivost in smiselnost odziva kot slovnična brezhibnost.</w:t>
      </w:r>
    </w:p>
    <w:tbl>
      <w:tblPr>
        <w:tblW w:w="0" w:type="auto"/>
        <w:jc w:val="center"/>
        <w:tblLayout w:type="fixed"/>
        <w:tblLook w:val="04A0" w:firstRow="1" w:lastRow="0" w:firstColumn="1" w:lastColumn="0" w:noHBand="0" w:noVBand="1"/>
      </w:tblPr>
      <w:tblGrid>
        <w:gridCol w:w="2664"/>
        <w:gridCol w:w="5904"/>
        <w:gridCol w:w="6840"/>
      </w:tblGrid>
      <w:tr w:rsidR="008A5547" w14:paraId="526DBE1C" w14:textId="77777777">
        <w:trPr>
          <w:cantSplit/>
          <w:tblHeader/>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592A556F" w14:textId="77777777" w:rsidR="008A5547" w:rsidRDefault="00000000">
            <w:pPr>
              <w:spacing w:after="16" w:line="240" w:lineRule="auto"/>
              <w:jc w:val="center"/>
            </w:pPr>
            <w:r>
              <w:rPr>
                <w:b/>
                <w:color w:val="FFFFFF"/>
                <w:sz w:val="13"/>
              </w:rPr>
              <w:t>KOMUNIKACIJSKO PODROČJE</w:t>
            </w:r>
          </w:p>
        </w:tc>
        <w:tc>
          <w:tcPr>
            <w:tcW w:w="5904"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481C6CC0" w14:textId="77777777" w:rsidR="008A5547" w:rsidRDefault="00000000">
            <w:pPr>
              <w:spacing w:after="16" w:line="240" w:lineRule="auto"/>
              <w:jc w:val="center"/>
            </w:pPr>
            <w:r>
              <w:rPr>
                <w:b/>
                <w:color w:val="FFFFFF"/>
                <w:sz w:val="13"/>
              </w:rPr>
              <w:t>PRIMERI JEZIKOVNEGA REPERTOARJA</w:t>
            </w:r>
          </w:p>
        </w:tc>
        <w:tc>
          <w:tcPr>
            <w:tcW w:w="6840"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0584CB09" w14:textId="77777777" w:rsidR="008A5547" w:rsidRDefault="00000000">
            <w:pPr>
              <w:spacing w:after="16" w:line="240" w:lineRule="auto"/>
              <w:jc w:val="center"/>
            </w:pPr>
            <w:r>
              <w:rPr>
                <w:b/>
                <w:color w:val="FFFFFF"/>
                <w:sz w:val="13"/>
              </w:rPr>
              <w:t>RAZVOJNO PRIMERNA DOKAZNA NALOGA</w:t>
            </w:r>
          </w:p>
        </w:tc>
      </w:tr>
      <w:tr w:rsidR="008A5547" w14:paraId="21F861A0"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7230798" w14:textId="77777777" w:rsidR="008A5547" w:rsidRDefault="00000000">
            <w:pPr>
              <w:spacing w:after="16" w:line="240" w:lineRule="auto"/>
            </w:pPr>
            <w:r>
              <w:rPr>
                <w:b/>
                <w:color w:val="4F81BD"/>
                <w:sz w:val="14"/>
              </w:rPr>
              <w:t>Razred in rutine</w:t>
            </w:r>
          </w:p>
        </w:tc>
        <w:tc>
          <w:tcPr>
            <w:tcW w:w="59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5E740BC" w14:textId="77777777" w:rsidR="008A5547" w:rsidRDefault="00000000">
            <w:pPr>
              <w:spacing w:after="16" w:line="240" w:lineRule="auto"/>
            </w:pPr>
            <w:r>
              <w:rPr>
                <w:color w:val="333333"/>
                <w:sz w:val="14"/>
              </w:rPr>
              <w:t>Hello. Goodbye. Please. Thank you. My name is … Show / take / put / listen / look …</w:t>
            </w:r>
          </w:p>
        </w:tc>
        <w:tc>
          <w:tcPr>
            <w:tcW w:w="684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3AB696D" w14:textId="77777777" w:rsidR="008A5547" w:rsidRDefault="00000000">
            <w:pPr>
              <w:spacing w:after="16" w:line="240" w:lineRule="auto"/>
            </w:pPr>
            <w:r>
              <w:rPr>
                <w:color w:val="333333"/>
                <w:sz w:val="14"/>
              </w:rPr>
              <w:t>TPR ob razrednih navodilih; pozdrav in predstavitev; izbira ustreznega predmeta</w:t>
            </w:r>
          </w:p>
        </w:tc>
      </w:tr>
      <w:tr w:rsidR="008A5547" w14:paraId="1A9E5F15"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0C60799" w14:textId="77777777" w:rsidR="008A5547" w:rsidRDefault="00000000">
            <w:pPr>
              <w:spacing w:after="16" w:line="240" w:lineRule="auto"/>
            </w:pPr>
            <w:r>
              <w:rPr>
                <w:b/>
                <w:color w:val="4F81BD"/>
                <w:sz w:val="14"/>
              </w:rPr>
              <w:t>Jaz, družina in počutje</w:t>
            </w:r>
          </w:p>
        </w:tc>
        <w:tc>
          <w:tcPr>
            <w:tcW w:w="590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81E5591" w14:textId="77777777" w:rsidR="008A5547" w:rsidRDefault="00000000">
            <w:pPr>
              <w:spacing w:after="16" w:line="240" w:lineRule="auto"/>
            </w:pPr>
            <w:r>
              <w:rPr>
                <w:color w:val="333333"/>
                <w:sz w:val="14"/>
              </w:rPr>
              <w:t>This is my … I am … I feel happy/sad … I like …</w:t>
            </w:r>
          </w:p>
        </w:tc>
        <w:tc>
          <w:tcPr>
            <w:tcW w:w="684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EC5857A" w14:textId="77777777" w:rsidR="008A5547" w:rsidRDefault="00000000">
            <w:pPr>
              <w:spacing w:after="16" w:line="240" w:lineRule="auto"/>
            </w:pPr>
            <w:r>
              <w:rPr>
                <w:color w:val="333333"/>
                <w:sz w:val="14"/>
              </w:rPr>
              <w:t>poimenovanje ob fotografiji ali sliki; vodeni pogovor; igra vlog</w:t>
            </w:r>
          </w:p>
        </w:tc>
      </w:tr>
      <w:tr w:rsidR="008A5547" w14:paraId="7D445B47"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8B2603A" w14:textId="77777777" w:rsidR="008A5547" w:rsidRDefault="00000000">
            <w:pPr>
              <w:spacing w:after="16" w:line="240" w:lineRule="auto"/>
            </w:pPr>
            <w:r>
              <w:rPr>
                <w:b/>
                <w:color w:val="4F81BD"/>
                <w:sz w:val="14"/>
              </w:rPr>
              <w:t>Narava, vreme in živali</w:t>
            </w:r>
          </w:p>
        </w:tc>
        <w:tc>
          <w:tcPr>
            <w:tcW w:w="59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E22625D" w14:textId="77777777" w:rsidR="008A5547" w:rsidRDefault="00000000">
            <w:pPr>
              <w:spacing w:after="16" w:line="240" w:lineRule="auto"/>
            </w:pPr>
            <w:r>
              <w:rPr>
                <w:color w:val="333333"/>
                <w:sz w:val="14"/>
              </w:rPr>
              <w:t>It is sunny/rainy … It is a … It lives … I like / I don't like …</w:t>
            </w:r>
          </w:p>
        </w:tc>
        <w:tc>
          <w:tcPr>
            <w:tcW w:w="684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8248D10" w14:textId="77777777" w:rsidR="008A5547" w:rsidRDefault="00000000">
            <w:pPr>
              <w:spacing w:after="16" w:line="240" w:lineRule="auto"/>
            </w:pPr>
            <w:r>
              <w:rPr>
                <w:color w:val="333333"/>
                <w:sz w:val="14"/>
              </w:rPr>
              <w:t>razvrščanje slik; odziv na posnetek; kratko poimenovanje ali opis</w:t>
            </w:r>
          </w:p>
        </w:tc>
      </w:tr>
      <w:tr w:rsidR="008A5547" w14:paraId="38690B2C"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26EA309" w14:textId="77777777" w:rsidR="008A5547" w:rsidRDefault="00000000">
            <w:pPr>
              <w:spacing w:after="16" w:line="240" w:lineRule="auto"/>
            </w:pPr>
            <w:r>
              <w:rPr>
                <w:b/>
                <w:color w:val="4F81BD"/>
                <w:sz w:val="14"/>
              </w:rPr>
              <w:t>Telo, zdravje in pomoč</w:t>
            </w:r>
          </w:p>
        </w:tc>
        <w:tc>
          <w:tcPr>
            <w:tcW w:w="590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9716E02" w14:textId="77777777" w:rsidR="008A5547" w:rsidRDefault="00000000">
            <w:pPr>
              <w:spacing w:after="16" w:line="240" w:lineRule="auto"/>
            </w:pPr>
            <w:r>
              <w:rPr>
                <w:color w:val="333333"/>
                <w:sz w:val="14"/>
              </w:rPr>
              <w:t>This is my … I can … Help, please. I feel …</w:t>
            </w:r>
          </w:p>
        </w:tc>
        <w:tc>
          <w:tcPr>
            <w:tcW w:w="684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F95FF1D" w14:textId="77777777" w:rsidR="008A5547" w:rsidRDefault="00000000">
            <w:pPr>
              <w:spacing w:after="16" w:line="240" w:lineRule="auto"/>
            </w:pPr>
            <w:r>
              <w:rPr>
                <w:color w:val="333333"/>
                <w:sz w:val="14"/>
              </w:rPr>
              <w:t>gibalna pesem; prikaz dela telesa; kratka situacijska igra v paru</w:t>
            </w:r>
          </w:p>
        </w:tc>
      </w:tr>
      <w:tr w:rsidR="008A5547" w14:paraId="522C7D37"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0DE78C4" w14:textId="77777777" w:rsidR="008A5547" w:rsidRDefault="00000000">
            <w:pPr>
              <w:spacing w:after="16" w:line="240" w:lineRule="auto"/>
            </w:pPr>
            <w:r>
              <w:rPr>
                <w:b/>
                <w:color w:val="4F81BD"/>
                <w:sz w:val="14"/>
              </w:rPr>
              <w:t>Pot in gibanje</w:t>
            </w:r>
          </w:p>
        </w:tc>
        <w:tc>
          <w:tcPr>
            <w:tcW w:w="59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1CBD29D" w14:textId="77777777" w:rsidR="008A5547" w:rsidRDefault="00000000">
            <w:pPr>
              <w:spacing w:after="16" w:line="240" w:lineRule="auto"/>
            </w:pPr>
            <w:r>
              <w:rPr>
                <w:color w:val="333333"/>
                <w:sz w:val="14"/>
              </w:rPr>
              <w:t>Stop. Go. Left. Right. Straight. I can run/jump …</w:t>
            </w:r>
          </w:p>
        </w:tc>
        <w:tc>
          <w:tcPr>
            <w:tcW w:w="684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35BC1F3" w14:textId="77777777" w:rsidR="008A5547" w:rsidRDefault="00000000">
            <w:pPr>
              <w:spacing w:after="16" w:line="240" w:lineRule="auto"/>
            </w:pPr>
            <w:r>
              <w:rPr>
                <w:color w:val="333333"/>
                <w:sz w:val="14"/>
              </w:rPr>
              <w:t>gibalna pot po navodilih; delo v paru; kratka izmenjava o gibanju</w:t>
            </w:r>
          </w:p>
        </w:tc>
      </w:tr>
      <w:tr w:rsidR="008A5547" w14:paraId="49FE2590" w14:textId="77777777">
        <w:trPr>
          <w:cantSplit/>
          <w:jc w:val="center"/>
        </w:trPr>
        <w:tc>
          <w:tcPr>
            <w:tcW w:w="266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FCC7D14" w14:textId="77777777" w:rsidR="008A5547" w:rsidRDefault="00000000">
            <w:pPr>
              <w:spacing w:after="16" w:line="240" w:lineRule="auto"/>
            </w:pPr>
            <w:r>
              <w:rPr>
                <w:b/>
                <w:color w:val="4F81BD"/>
                <w:sz w:val="14"/>
              </w:rPr>
              <w:t>Praznovanja, kultura in okolje</w:t>
            </w:r>
          </w:p>
        </w:tc>
        <w:tc>
          <w:tcPr>
            <w:tcW w:w="590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2E7106E" w14:textId="77777777" w:rsidR="008A5547" w:rsidRDefault="00000000">
            <w:pPr>
              <w:spacing w:after="16" w:line="240" w:lineRule="auto"/>
            </w:pPr>
            <w:r>
              <w:rPr>
                <w:color w:val="333333"/>
                <w:sz w:val="14"/>
              </w:rPr>
              <w:t>Happy … Thank you. I like … Let's …</w:t>
            </w:r>
          </w:p>
        </w:tc>
        <w:tc>
          <w:tcPr>
            <w:tcW w:w="684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56E0D39" w14:textId="77777777" w:rsidR="008A5547" w:rsidRDefault="00000000">
            <w:pPr>
              <w:spacing w:after="16" w:line="240" w:lineRule="auto"/>
            </w:pPr>
            <w:r>
              <w:rPr>
                <w:color w:val="333333"/>
                <w:sz w:val="14"/>
              </w:rPr>
              <w:t>pesem ali ritmična izreka; voščilo; predstavitev predmeta ali preprostega predloga</w:t>
            </w:r>
          </w:p>
        </w:tc>
      </w:tr>
    </w:tbl>
    <w:p w14:paraId="35F3E7B2" w14:textId="77777777" w:rsidR="008A5547" w:rsidRDefault="00000000">
      <w:pPr>
        <w:spacing w:after="60" w:line="252" w:lineRule="auto"/>
        <w:jc w:val="right"/>
      </w:pPr>
      <w:r>
        <w:rPr>
          <w:b/>
          <w:color w:val="8565A5"/>
          <w:sz w:val="16"/>
        </w:rPr>
        <w:t>Kontrolni seštevek vsebinskih sklopov: 70 ur.</w:t>
      </w:r>
    </w:p>
    <w:p w14:paraId="690C5E18" w14:textId="77777777" w:rsidR="008A5547" w:rsidRDefault="00000000">
      <w:pPr>
        <w:pStyle w:val="Naslov1"/>
        <w:spacing w:before="140" w:after="80"/>
      </w:pPr>
      <w:r>
        <w:rPr>
          <w:rFonts w:ascii="Arial" w:eastAsia="Arial" w:hAnsi="Arial"/>
          <w:color w:val="173B4D"/>
          <w:sz w:val="32"/>
        </w:rPr>
        <w:t>4. Načrtovane vsebine in časovna razporeditev</w:t>
      </w:r>
    </w:p>
    <w:p w14:paraId="1A82B508" w14:textId="77777777" w:rsidR="008A5547" w:rsidRDefault="00000000">
      <w:pPr>
        <w:spacing w:after="80" w:line="252" w:lineRule="auto"/>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p w14:paraId="2367C67B" w14:textId="77777777" w:rsidR="008A5547" w:rsidRDefault="00000000">
      <w:pPr>
        <w:keepNext/>
        <w:pageBreakBefore/>
        <w:spacing w:after="25"/>
      </w:pPr>
      <w:r>
        <w:rPr>
          <w:b/>
          <w:color w:val="8565A5"/>
          <w:sz w:val="15"/>
        </w:rPr>
        <w:lastRenderedPageBreak/>
        <w:t>4.1 Tedni 1–10</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8A5547" w14:paraId="35203F3B" w14:textId="77777777">
        <w:trPr>
          <w:cantSplit/>
          <w:tblHeader/>
          <w:jc w:val="center"/>
        </w:trPr>
        <w:tc>
          <w:tcPr>
            <w:tcW w:w="10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5F36169A" w14:textId="77777777" w:rsidR="008A5547" w:rsidRDefault="00000000">
            <w:pPr>
              <w:spacing w:after="24" w:line="240" w:lineRule="auto"/>
              <w:jc w:val="center"/>
            </w:pPr>
            <w:r>
              <w:rPr>
                <w:b/>
                <w:color w:val="FFFFFF"/>
                <w:sz w:val="13"/>
              </w:rPr>
              <w:t>TEDEN / DATUM</w:t>
            </w:r>
          </w:p>
        </w:tc>
        <w:tc>
          <w:tcPr>
            <w:tcW w:w="23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390DFB72" w14:textId="77777777" w:rsidR="008A5547" w:rsidRDefault="00000000">
            <w:pPr>
              <w:spacing w:after="24" w:line="240" w:lineRule="auto"/>
              <w:jc w:val="center"/>
            </w:pPr>
            <w:r>
              <w:rPr>
                <w:b/>
                <w:color w:val="FFFFFF"/>
                <w:sz w:val="13"/>
              </w:rPr>
              <w:t>TEMATSKI OKVIR</w:t>
            </w:r>
          </w:p>
        </w:tc>
        <w:tc>
          <w:tcPr>
            <w:tcW w:w="18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87414A9" w14:textId="77777777" w:rsidR="008A5547" w:rsidRDefault="00000000">
            <w:pPr>
              <w:spacing w:after="24" w:line="240" w:lineRule="auto"/>
              <w:jc w:val="center"/>
            </w:pPr>
            <w:r>
              <w:rPr>
                <w:b/>
                <w:color w:val="FFFFFF"/>
                <w:sz w:val="13"/>
              </w:rPr>
              <w:t>VSEBINA PREDMETA</w:t>
            </w:r>
          </w:p>
        </w:tc>
        <w:tc>
          <w:tcPr>
            <w:tcW w:w="40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84985D7" w14:textId="77777777" w:rsidR="008A5547" w:rsidRDefault="00000000">
            <w:pPr>
              <w:spacing w:after="24" w:line="240" w:lineRule="auto"/>
              <w:jc w:val="center"/>
            </w:pPr>
            <w:r>
              <w:rPr>
                <w:b/>
                <w:color w:val="FFFFFF"/>
                <w:sz w:val="13"/>
              </w:rPr>
              <w:t>OPERATIVNI CILJI</w:t>
            </w:r>
          </w:p>
        </w:tc>
        <w:tc>
          <w:tcPr>
            <w:tcW w:w="6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7A058E7" w14:textId="77777777" w:rsidR="008A5547" w:rsidRDefault="00000000">
            <w:pPr>
              <w:spacing w:after="24" w:line="240" w:lineRule="auto"/>
              <w:jc w:val="center"/>
            </w:pPr>
            <w:r>
              <w:rPr>
                <w:b/>
                <w:color w:val="FFFFFF"/>
                <w:sz w:val="13"/>
              </w:rPr>
              <w:t>URE</w:t>
            </w:r>
          </w:p>
        </w:tc>
        <w:tc>
          <w:tcPr>
            <w:tcW w:w="34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D7F80EA" w14:textId="77777777" w:rsidR="008A5547" w:rsidRDefault="00000000">
            <w:pPr>
              <w:spacing w:after="24" w:line="240" w:lineRule="auto"/>
              <w:jc w:val="center"/>
            </w:pPr>
            <w:r>
              <w:rPr>
                <w:b/>
                <w:color w:val="FFFFFF"/>
                <w:sz w:val="13"/>
              </w:rPr>
              <w:t>SODOBNE OBLIKE IN DOKAZI O UČENJU</w:t>
            </w:r>
          </w:p>
        </w:tc>
        <w:tc>
          <w:tcPr>
            <w:tcW w:w="223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F817988" w14:textId="77777777" w:rsidR="008A5547" w:rsidRDefault="00000000">
            <w:pPr>
              <w:spacing w:after="24" w:line="240" w:lineRule="auto"/>
              <w:jc w:val="center"/>
            </w:pPr>
            <w:r>
              <w:rPr>
                <w:b/>
                <w:color w:val="FFFFFF"/>
                <w:sz w:val="13"/>
              </w:rPr>
              <w:t>OCENJEVANJE / DNEVI DEJAVNOSTI</w:t>
            </w:r>
          </w:p>
        </w:tc>
      </w:tr>
      <w:tr w:rsidR="008A5547" w14:paraId="032B4AD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2698B2" w14:textId="77777777" w:rsidR="008A5547" w:rsidRDefault="00000000">
            <w:pPr>
              <w:spacing w:after="16" w:line="240" w:lineRule="auto"/>
            </w:pPr>
            <w:r>
              <w:rPr>
                <w:b/>
                <w:color w:val="8565A5"/>
                <w:sz w:val="14"/>
              </w:rPr>
              <w:t>1. teden</w:t>
            </w:r>
            <w:r>
              <w:rPr>
                <w:b/>
                <w:color w:val="8565A5"/>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BCAB79" w14:textId="77777777" w:rsidR="008A5547" w:rsidRDefault="00000000">
            <w:pPr>
              <w:spacing w:after="16" w:line="240" w:lineRule="auto"/>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0B0D62" w14:textId="77777777" w:rsidR="008A5547" w:rsidRDefault="00000000">
            <w:pPr>
              <w:spacing w:after="16" w:line="240" w:lineRule="auto"/>
            </w:pPr>
            <w:r>
              <w:rPr>
                <w:b/>
                <w:color w:val="203038"/>
                <w:sz w:val="13"/>
              </w:rPr>
              <w:t>HELLO, SCHOOL</w:t>
            </w:r>
            <w:r>
              <w:rPr>
                <w:b/>
                <w:color w:val="203038"/>
                <w:sz w:val="13"/>
              </w:rPr>
              <w:br/>
              <w:t>Tematska povezava: poimenuje barve in šolske predmete ob motivu copat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0D4CEF" w14:textId="77777777" w:rsidR="008A5547" w:rsidRDefault="00000000">
            <w:pPr>
              <w:pStyle w:val="Oznaenseznam"/>
              <w:spacing w:after="16" w:line="235" w:lineRule="auto"/>
              <w:ind w:left="160" w:hanging="100"/>
            </w:pPr>
            <w:r>
              <w:rPr>
                <w:color w:val="203038"/>
                <w:sz w:val="14"/>
              </w:rPr>
              <w:t>razume pozdrav in kratko razredno navodilo</w:t>
            </w:r>
          </w:p>
          <w:p w14:paraId="094D289F" w14:textId="77777777" w:rsidR="008A5547" w:rsidRDefault="00000000">
            <w:pPr>
              <w:pStyle w:val="Oznaenseznam"/>
              <w:spacing w:after="16" w:line="235" w:lineRule="auto"/>
              <w:ind w:left="160" w:hanging="100"/>
            </w:pPr>
            <w:r>
              <w:rPr>
                <w:color w:val="203038"/>
                <w:sz w:val="14"/>
              </w:rPr>
              <w:t>pove svoje ime</w:t>
            </w:r>
          </w:p>
          <w:p w14:paraId="701C0D49" w14:textId="77777777" w:rsidR="008A5547" w:rsidRDefault="00000000">
            <w:pPr>
              <w:pStyle w:val="Oznaenseznam"/>
              <w:spacing w:after="16" w:line="235" w:lineRule="auto"/>
              <w:ind w:left="160" w:hanging="100"/>
            </w:pPr>
            <w:r>
              <w:rPr>
                <w:color w:val="203038"/>
                <w:sz w:val="14"/>
              </w:rPr>
              <w:t>sodeluje v jezikovni igri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36AC31"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78CB9C"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280A99" w14:textId="77777777" w:rsidR="008A5547" w:rsidRDefault="00000000">
            <w:pPr>
              <w:spacing w:after="16" w:line="240" w:lineRule="auto"/>
            </w:pPr>
            <w:r>
              <w:rPr>
                <w:color w:val="203038"/>
                <w:sz w:val="13"/>
              </w:rPr>
              <w:t>sprotno preverjanje in opisna povratna informacija</w:t>
            </w:r>
          </w:p>
        </w:tc>
      </w:tr>
      <w:tr w:rsidR="008A5547" w14:paraId="277BD74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E35AAC" w14:textId="77777777" w:rsidR="008A5547" w:rsidRDefault="00000000">
            <w:pPr>
              <w:spacing w:after="16" w:line="240" w:lineRule="auto"/>
            </w:pPr>
            <w:r>
              <w:rPr>
                <w:b/>
                <w:color w:val="8565A5"/>
                <w:sz w:val="14"/>
              </w:rPr>
              <w:t>2. teden</w:t>
            </w:r>
            <w:r>
              <w:rPr>
                <w:b/>
                <w:color w:val="8565A5"/>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1A4B48" w14:textId="77777777" w:rsidR="008A5547" w:rsidRDefault="00000000">
            <w:pPr>
              <w:spacing w:after="16" w:line="240" w:lineRule="auto"/>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C6EEFD" w14:textId="77777777" w:rsidR="008A5547" w:rsidRDefault="00000000">
            <w:pPr>
              <w:spacing w:after="16" w:line="240" w:lineRule="auto"/>
            </w:pPr>
            <w:r>
              <w:rPr>
                <w:b/>
                <w:color w:val="203038"/>
                <w:sz w:val="13"/>
              </w:rPr>
              <w:t>MY CLASSROOM</w:t>
            </w:r>
            <w:r>
              <w:rPr>
                <w:b/>
                <w:color w:val="203038"/>
                <w:sz w:val="13"/>
              </w:rPr>
              <w:br/>
              <w:t>Tematska povezava: se predstavi in poimenuje izbrane predmete iz učilnice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CB0D9E" w14:textId="77777777" w:rsidR="008A5547" w:rsidRDefault="00000000">
            <w:pPr>
              <w:pStyle w:val="Oznaenseznam"/>
              <w:spacing w:after="16" w:line="235" w:lineRule="auto"/>
              <w:ind w:left="160" w:hanging="100"/>
            </w:pPr>
            <w:r>
              <w:rPr>
                <w:color w:val="203038"/>
                <w:sz w:val="14"/>
              </w:rPr>
              <w:t>prepozna poimenovanja predmetov ob sliki</w:t>
            </w:r>
          </w:p>
          <w:p w14:paraId="1CD63899" w14:textId="77777777" w:rsidR="008A5547" w:rsidRDefault="00000000">
            <w:pPr>
              <w:pStyle w:val="Oznaenseznam"/>
              <w:spacing w:after="16" w:line="235" w:lineRule="auto"/>
              <w:ind w:left="160" w:hanging="100"/>
            </w:pPr>
            <w:r>
              <w:rPr>
                <w:color w:val="203038"/>
                <w:sz w:val="14"/>
              </w:rPr>
              <w:t>razume pokaži, vzemi in odloži</w:t>
            </w:r>
          </w:p>
          <w:p w14:paraId="61461A06" w14:textId="77777777" w:rsidR="008A5547" w:rsidRDefault="00000000">
            <w:pPr>
              <w:pStyle w:val="Oznaenseznam"/>
              <w:spacing w:after="16" w:line="235" w:lineRule="auto"/>
              <w:ind w:left="160" w:hanging="100"/>
            </w:pPr>
            <w:r>
              <w:rPr>
                <w:color w:val="203038"/>
                <w:sz w:val="14"/>
              </w:rPr>
              <w:t>ponovi kratko besedno zvezo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614D37"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DC2C8C"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A5AA1D" w14:textId="77777777" w:rsidR="008A5547" w:rsidRDefault="00000000">
            <w:pPr>
              <w:spacing w:after="16" w:line="240" w:lineRule="auto"/>
            </w:pPr>
            <w:r>
              <w:rPr>
                <w:color w:val="203038"/>
                <w:sz w:val="13"/>
              </w:rPr>
              <w:t>sprotno preverjanje in opisna povratna informacija</w:t>
            </w:r>
          </w:p>
        </w:tc>
      </w:tr>
      <w:tr w:rsidR="008A5547" w14:paraId="13E06E9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FF8AB9" w14:textId="77777777" w:rsidR="008A5547" w:rsidRDefault="00000000">
            <w:pPr>
              <w:spacing w:after="16" w:line="240" w:lineRule="auto"/>
            </w:pPr>
            <w:r>
              <w:rPr>
                <w:b/>
                <w:color w:val="8565A5"/>
                <w:sz w:val="14"/>
              </w:rPr>
              <w:t>3. teden</w:t>
            </w:r>
            <w:r>
              <w:rPr>
                <w:b/>
                <w:color w:val="8565A5"/>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79CEAB" w14:textId="77777777" w:rsidR="008A5547" w:rsidRDefault="00000000">
            <w:pPr>
              <w:spacing w:after="16" w:line="240" w:lineRule="auto"/>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FA72CD" w14:textId="77777777" w:rsidR="008A5547" w:rsidRDefault="00000000">
            <w:pPr>
              <w:spacing w:after="16" w:line="240" w:lineRule="auto"/>
            </w:pPr>
            <w:r>
              <w:rPr>
                <w:b/>
                <w:color w:val="203038"/>
                <w:sz w:val="13"/>
              </w:rPr>
              <w:t>FRIENDS</w:t>
            </w:r>
            <w:r>
              <w:rPr>
                <w:b/>
                <w:color w:val="203038"/>
                <w:sz w:val="13"/>
              </w:rPr>
              <w:br/>
              <w:t>Tematska povezava: uporabi besede za prijatelja in počutje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1305E6" w14:textId="77777777" w:rsidR="008A5547" w:rsidRDefault="00000000">
            <w:pPr>
              <w:pStyle w:val="Oznaenseznam"/>
              <w:spacing w:after="16" w:line="235" w:lineRule="auto"/>
              <w:ind w:left="160" w:hanging="100"/>
            </w:pPr>
            <w:r>
              <w:rPr>
                <w:color w:val="203038"/>
                <w:sz w:val="14"/>
              </w:rPr>
              <w:t>razume osnovno besedišče za počutje</w:t>
            </w:r>
          </w:p>
          <w:p w14:paraId="30D64A2F" w14:textId="77777777" w:rsidR="008A5547" w:rsidRDefault="00000000">
            <w:pPr>
              <w:pStyle w:val="Oznaenseznam"/>
              <w:spacing w:after="16" w:line="235" w:lineRule="auto"/>
              <w:ind w:left="160" w:hanging="100"/>
            </w:pPr>
            <w:r>
              <w:rPr>
                <w:color w:val="203038"/>
                <w:sz w:val="14"/>
              </w:rPr>
              <w:t>odgovori z eno besedo ali kratko zvezo</w:t>
            </w:r>
          </w:p>
          <w:p w14:paraId="27E8A9D8" w14:textId="77777777" w:rsidR="008A5547" w:rsidRDefault="00000000">
            <w:pPr>
              <w:pStyle w:val="Oznaenseznam"/>
              <w:spacing w:after="16" w:line="235" w:lineRule="auto"/>
              <w:ind w:left="160" w:hanging="100"/>
            </w:pPr>
            <w:r>
              <w:rPr>
                <w:color w:val="203038"/>
                <w:sz w:val="14"/>
              </w:rPr>
              <w:t>sodeluje v dialogu po vzoru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C882DC"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E50FF06"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545F7F" w14:textId="77777777" w:rsidR="008A5547" w:rsidRDefault="00000000">
            <w:pPr>
              <w:spacing w:after="16" w:line="240" w:lineRule="auto"/>
            </w:pPr>
            <w:r>
              <w:rPr>
                <w:color w:val="203038"/>
                <w:sz w:val="13"/>
              </w:rPr>
              <w:t>sprotno preverjanje in opisna povratna informacija</w:t>
            </w:r>
          </w:p>
        </w:tc>
      </w:tr>
      <w:tr w:rsidR="008A5547" w14:paraId="54E432E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FE8BF1" w14:textId="77777777" w:rsidR="008A5547" w:rsidRDefault="00000000">
            <w:pPr>
              <w:spacing w:after="16" w:line="240" w:lineRule="auto"/>
            </w:pPr>
            <w:r>
              <w:rPr>
                <w:b/>
                <w:color w:val="8565A5"/>
                <w:sz w:val="14"/>
              </w:rPr>
              <w:t>4. teden</w:t>
            </w:r>
            <w:r>
              <w:rPr>
                <w:b/>
                <w:color w:val="8565A5"/>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4B592A" w14:textId="77777777" w:rsidR="008A5547" w:rsidRDefault="00000000">
            <w:pPr>
              <w:spacing w:after="16" w:line="240" w:lineRule="auto"/>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A89E70" w14:textId="77777777" w:rsidR="008A5547" w:rsidRDefault="00000000">
            <w:pPr>
              <w:spacing w:after="16" w:line="240" w:lineRule="auto"/>
            </w:pPr>
            <w:r>
              <w:rPr>
                <w:b/>
                <w:color w:val="203038"/>
                <w:sz w:val="13"/>
              </w:rPr>
              <w:t>SCHOOL ROUTINE</w:t>
            </w:r>
            <w:r>
              <w:rPr>
                <w:b/>
                <w:color w:val="203038"/>
                <w:sz w:val="13"/>
              </w:rPr>
              <w:br/>
              <w:t>Tematska povezava: poimenuje dele šolske rutine po vzoru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D30407" w14:textId="77777777" w:rsidR="008A5547" w:rsidRDefault="00000000">
            <w:pPr>
              <w:pStyle w:val="Oznaenseznam"/>
              <w:spacing w:after="16" w:line="235" w:lineRule="auto"/>
              <w:ind w:left="160" w:hanging="100"/>
            </w:pPr>
            <w:r>
              <w:rPr>
                <w:color w:val="203038"/>
                <w:sz w:val="14"/>
              </w:rPr>
              <w:t>razume kratke vsakdanje izraze</w:t>
            </w:r>
          </w:p>
          <w:p w14:paraId="5D4E7C79" w14:textId="77777777" w:rsidR="008A5547" w:rsidRDefault="00000000">
            <w:pPr>
              <w:pStyle w:val="Oznaenseznam"/>
              <w:spacing w:after="16" w:line="235" w:lineRule="auto"/>
              <w:ind w:left="160" w:hanging="100"/>
            </w:pPr>
            <w:r>
              <w:rPr>
                <w:color w:val="203038"/>
                <w:sz w:val="14"/>
              </w:rPr>
              <w:t>pove, kaj potrebuje</w:t>
            </w:r>
          </w:p>
          <w:p w14:paraId="270A1895" w14:textId="77777777" w:rsidR="008A5547" w:rsidRDefault="00000000">
            <w:pPr>
              <w:pStyle w:val="Oznaenseznam"/>
              <w:spacing w:after="16" w:line="235" w:lineRule="auto"/>
              <w:ind w:left="160" w:hanging="100"/>
            </w:pPr>
            <w:r>
              <w:rPr>
                <w:color w:val="203038"/>
                <w:sz w:val="14"/>
              </w:rPr>
              <w:t>uporabi vljudnostni izraz</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95DD1D0"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46EF8E"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1EB05E" w14:textId="77777777" w:rsidR="002B4A86" w:rsidRDefault="00000000">
            <w:pPr>
              <w:spacing w:after="16" w:line="240" w:lineRule="auto"/>
              <w:rPr>
                <w:color w:val="203038"/>
                <w:sz w:val="13"/>
              </w:rPr>
            </w:pPr>
            <w:r>
              <w:rPr>
                <w:color w:val="203038"/>
                <w:sz w:val="13"/>
              </w:rPr>
              <w:t xml:space="preserve">ŠPORTNI DAN </w:t>
            </w:r>
          </w:p>
          <w:p w14:paraId="438689B4" w14:textId="77777777" w:rsidR="002B4A86" w:rsidRDefault="002B4A86">
            <w:pPr>
              <w:spacing w:after="16" w:line="240" w:lineRule="auto"/>
              <w:rPr>
                <w:color w:val="203038"/>
                <w:sz w:val="13"/>
              </w:rPr>
            </w:pPr>
          </w:p>
          <w:p w14:paraId="4F60F001" w14:textId="1B5DA0ED" w:rsidR="008A5547" w:rsidRDefault="00000000">
            <w:pPr>
              <w:spacing w:after="16" w:line="240" w:lineRule="auto"/>
            </w:pPr>
            <w:r>
              <w:rPr>
                <w:color w:val="203038"/>
                <w:sz w:val="13"/>
              </w:rPr>
              <w:t xml:space="preserve">ŠPORTNI DAN </w:t>
            </w:r>
          </w:p>
        </w:tc>
      </w:tr>
      <w:tr w:rsidR="008A5547" w14:paraId="1614F06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8187E8" w14:textId="77777777" w:rsidR="008A5547" w:rsidRDefault="00000000">
            <w:pPr>
              <w:spacing w:after="16" w:line="240" w:lineRule="auto"/>
            </w:pPr>
            <w:r>
              <w:rPr>
                <w:b/>
                <w:color w:val="8565A5"/>
                <w:sz w:val="14"/>
              </w:rPr>
              <w:t>5. teden</w:t>
            </w:r>
            <w:r>
              <w:rPr>
                <w:b/>
                <w:color w:val="8565A5"/>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47ADC3" w14:textId="77777777" w:rsidR="008A5547" w:rsidRDefault="00000000">
            <w:pPr>
              <w:spacing w:after="16" w:line="240" w:lineRule="auto"/>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E213EA" w14:textId="77777777" w:rsidR="008A5547" w:rsidRDefault="00000000">
            <w:pPr>
              <w:spacing w:after="16" w:line="240" w:lineRule="auto"/>
            </w:pPr>
            <w:r>
              <w:rPr>
                <w:b/>
                <w:color w:val="203038"/>
                <w:sz w:val="13"/>
              </w:rPr>
              <w:t>ON THE WAY</w:t>
            </w:r>
            <w:r>
              <w:rPr>
                <w:b/>
                <w:color w:val="203038"/>
                <w:sz w:val="13"/>
              </w:rPr>
              <w:br/>
              <w:t>Tematska povezava: ob gibu uporablja stop, go, left in right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22DE70" w14:textId="77777777" w:rsidR="008A5547" w:rsidRDefault="00000000">
            <w:pPr>
              <w:pStyle w:val="Oznaenseznam"/>
              <w:spacing w:after="16" w:line="235" w:lineRule="auto"/>
              <w:ind w:left="160" w:hanging="100"/>
            </w:pPr>
            <w:r>
              <w:rPr>
                <w:color w:val="203038"/>
                <w:sz w:val="14"/>
              </w:rPr>
              <w:t>razume stop, go, left in right ob gibu</w:t>
            </w:r>
          </w:p>
          <w:p w14:paraId="2DBC2DC7" w14:textId="77777777" w:rsidR="008A5547" w:rsidRDefault="00000000">
            <w:pPr>
              <w:pStyle w:val="Oznaenseznam"/>
              <w:spacing w:after="16" w:line="235" w:lineRule="auto"/>
              <w:ind w:left="160" w:hanging="100"/>
            </w:pPr>
            <w:r>
              <w:rPr>
                <w:color w:val="203038"/>
                <w:sz w:val="14"/>
              </w:rPr>
              <w:t>poimenuje izbrana prevozna sredstva</w:t>
            </w:r>
          </w:p>
          <w:p w14:paraId="273502E3" w14:textId="77777777" w:rsidR="008A5547" w:rsidRDefault="00000000">
            <w:pPr>
              <w:pStyle w:val="Oznaenseznam"/>
              <w:spacing w:after="16" w:line="235" w:lineRule="auto"/>
              <w:ind w:left="160" w:hanging="100"/>
            </w:pPr>
            <w:r>
              <w:rPr>
                <w:color w:val="203038"/>
                <w:sz w:val="14"/>
              </w:rPr>
              <w:t>sledi poti po navodilu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BC7EE7"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5D45D9"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4D7F2E" w14:textId="71F3521A" w:rsidR="008A5547" w:rsidRDefault="00000000">
            <w:pPr>
              <w:spacing w:after="16" w:line="240" w:lineRule="auto"/>
            </w:pPr>
            <w:r>
              <w:rPr>
                <w:color w:val="203038"/>
                <w:sz w:val="13"/>
              </w:rPr>
              <w:t xml:space="preserve">TEHNIŠKI DAN </w:t>
            </w:r>
          </w:p>
        </w:tc>
      </w:tr>
      <w:tr w:rsidR="008A5547" w14:paraId="699D081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56D65D" w14:textId="77777777" w:rsidR="008A5547" w:rsidRDefault="00000000">
            <w:pPr>
              <w:spacing w:after="16" w:line="240" w:lineRule="auto"/>
            </w:pPr>
            <w:r>
              <w:rPr>
                <w:b/>
                <w:color w:val="8565A5"/>
                <w:sz w:val="14"/>
              </w:rPr>
              <w:t>6. teden</w:t>
            </w:r>
            <w:r>
              <w:rPr>
                <w:b/>
                <w:color w:val="8565A5"/>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6A83CD" w14:textId="77777777" w:rsidR="008A5547" w:rsidRDefault="00000000">
            <w:pPr>
              <w:spacing w:after="16" w:line="240" w:lineRule="auto"/>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34F3D65" w14:textId="77777777" w:rsidR="008A5547" w:rsidRDefault="00000000">
            <w:pPr>
              <w:spacing w:after="16" w:line="240" w:lineRule="auto"/>
            </w:pPr>
            <w:r>
              <w:rPr>
                <w:b/>
                <w:color w:val="203038"/>
                <w:sz w:val="13"/>
              </w:rPr>
              <w:t>TRAFFIC WORDS</w:t>
            </w:r>
            <w:r>
              <w:rPr>
                <w:b/>
                <w:color w:val="203038"/>
                <w:sz w:val="13"/>
              </w:rPr>
              <w:br/>
              <w:t>Tematska povezava: poimenuje izbrane živali in se odziva na glasovna navodila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F31113" w14:textId="77777777" w:rsidR="008A5547" w:rsidRDefault="00000000">
            <w:pPr>
              <w:pStyle w:val="Oznaenseznam"/>
              <w:spacing w:after="16" w:line="235" w:lineRule="auto"/>
              <w:ind w:left="160" w:hanging="100"/>
            </w:pPr>
            <w:r>
              <w:rPr>
                <w:color w:val="203038"/>
                <w:sz w:val="14"/>
              </w:rPr>
              <w:t>razume izbrano prometno besedišče ob sliki</w:t>
            </w:r>
          </w:p>
          <w:p w14:paraId="44E2E762" w14:textId="77777777" w:rsidR="008A5547" w:rsidRDefault="00000000">
            <w:pPr>
              <w:pStyle w:val="Oznaenseznam"/>
              <w:spacing w:after="16" w:line="235" w:lineRule="auto"/>
              <w:ind w:left="160" w:hanging="100"/>
            </w:pPr>
            <w:r>
              <w:rPr>
                <w:color w:val="203038"/>
                <w:sz w:val="14"/>
              </w:rPr>
              <w:t>ponovi kratko poved</w:t>
            </w:r>
          </w:p>
          <w:p w14:paraId="4FD38081" w14:textId="77777777" w:rsidR="008A5547" w:rsidRDefault="00000000">
            <w:pPr>
              <w:pStyle w:val="Oznaenseznam"/>
              <w:spacing w:after="16" w:line="235" w:lineRule="auto"/>
              <w:ind w:left="160" w:hanging="100"/>
            </w:pPr>
            <w:r>
              <w:rPr>
                <w:color w:val="203038"/>
                <w:sz w:val="14"/>
              </w:rPr>
              <w:t>sodeluje v gibalni igri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F5AFE6"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69FEFF"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683A9A" w14:textId="77777777" w:rsidR="008A5547" w:rsidRDefault="00000000">
            <w:pPr>
              <w:spacing w:after="16" w:line="240" w:lineRule="auto"/>
            </w:pPr>
            <w:r>
              <w:rPr>
                <w:color w:val="203038"/>
                <w:sz w:val="13"/>
              </w:rPr>
              <w:t>sprotno preverjanje in opisna povratna informacija</w:t>
            </w:r>
          </w:p>
        </w:tc>
      </w:tr>
      <w:tr w:rsidR="008A5547" w14:paraId="0A272FE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4CA57C" w14:textId="77777777" w:rsidR="008A5547" w:rsidRDefault="00000000">
            <w:pPr>
              <w:spacing w:after="16" w:line="240" w:lineRule="auto"/>
            </w:pPr>
            <w:r>
              <w:rPr>
                <w:b/>
                <w:color w:val="8565A5"/>
                <w:sz w:val="14"/>
              </w:rPr>
              <w:t>7. teden</w:t>
            </w:r>
            <w:r>
              <w:rPr>
                <w:b/>
                <w:color w:val="8565A5"/>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75704C" w14:textId="77777777" w:rsidR="008A5547" w:rsidRDefault="00000000">
            <w:pPr>
              <w:spacing w:after="16" w:line="240" w:lineRule="auto"/>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61DCD1" w14:textId="77777777" w:rsidR="008A5547" w:rsidRDefault="00000000">
            <w:pPr>
              <w:spacing w:after="16" w:line="240" w:lineRule="auto"/>
            </w:pPr>
            <w:r>
              <w:rPr>
                <w:b/>
                <w:color w:val="203038"/>
                <w:sz w:val="13"/>
              </w:rPr>
              <w:t>HOW DO WE TRAVEL?</w:t>
            </w:r>
            <w:r>
              <w:rPr>
                <w:b/>
                <w:color w:val="203038"/>
                <w:sz w:val="13"/>
              </w:rPr>
              <w:br/>
              <w:t>Tematska povezava: poimenuje prevozna sredstva in izvede kratko izmenjavo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0610329" w14:textId="77777777" w:rsidR="008A5547" w:rsidRDefault="00000000">
            <w:pPr>
              <w:pStyle w:val="Oznaenseznam"/>
              <w:spacing w:after="16" w:line="235" w:lineRule="auto"/>
              <w:ind w:left="160" w:hanging="100"/>
            </w:pPr>
            <w:r>
              <w:rPr>
                <w:color w:val="203038"/>
                <w:sz w:val="14"/>
              </w:rPr>
              <w:t>pove izbrano prevozno sredstvo</w:t>
            </w:r>
          </w:p>
          <w:p w14:paraId="44C30F71" w14:textId="77777777" w:rsidR="008A5547" w:rsidRDefault="00000000">
            <w:pPr>
              <w:pStyle w:val="Oznaenseznam"/>
              <w:spacing w:after="16" w:line="235" w:lineRule="auto"/>
              <w:ind w:left="160" w:hanging="100"/>
            </w:pPr>
            <w:r>
              <w:rPr>
                <w:color w:val="203038"/>
                <w:sz w:val="14"/>
              </w:rPr>
              <w:t>odgovori na vprašanje po vzoru</w:t>
            </w:r>
          </w:p>
          <w:p w14:paraId="0A3429D6" w14:textId="77777777" w:rsidR="008A5547" w:rsidRDefault="00000000">
            <w:pPr>
              <w:pStyle w:val="Oznaenseznam"/>
              <w:spacing w:after="16" w:line="235" w:lineRule="auto"/>
              <w:ind w:left="160" w:hanging="100"/>
            </w:pPr>
            <w:r>
              <w:rPr>
                <w:color w:val="203038"/>
                <w:sz w:val="14"/>
              </w:rPr>
              <w:t>razume kratek posnetek ob slikovni opori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35AAAC"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E1373D"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110630" w14:textId="77777777" w:rsidR="008A5547" w:rsidRDefault="00000000">
            <w:pPr>
              <w:spacing w:after="16" w:line="240" w:lineRule="auto"/>
            </w:pPr>
            <w:r>
              <w:rPr>
                <w:color w:val="203038"/>
                <w:sz w:val="13"/>
              </w:rPr>
              <w:t>sprotno preverjanje in opisna povratna informacija</w:t>
            </w:r>
          </w:p>
        </w:tc>
      </w:tr>
      <w:tr w:rsidR="008A5547" w14:paraId="612DB83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65DAA2" w14:textId="77777777" w:rsidR="008A5547" w:rsidRDefault="00000000">
            <w:pPr>
              <w:spacing w:after="16" w:line="240" w:lineRule="auto"/>
            </w:pPr>
            <w:r>
              <w:rPr>
                <w:b/>
                <w:color w:val="8565A5"/>
                <w:sz w:val="14"/>
              </w:rPr>
              <w:t>8. teden</w:t>
            </w:r>
            <w:r>
              <w:rPr>
                <w:b/>
                <w:color w:val="8565A5"/>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A813C4A" w14:textId="77777777" w:rsidR="008A5547" w:rsidRDefault="00000000">
            <w:pPr>
              <w:spacing w:after="16" w:line="240" w:lineRule="auto"/>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AF2A8A5" w14:textId="77777777" w:rsidR="008A5547" w:rsidRDefault="00000000">
            <w:pPr>
              <w:spacing w:after="16" w:line="240" w:lineRule="auto"/>
            </w:pPr>
            <w:r>
              <w:rPr>
                <w:b/>
                <w:color w:val="203038"/>
                <w:sz w:val="13"/>
              </w:rPr>
              <w:t>REVISION</w:t>
            </w:r>
            <w:r>
              <w:rPr>
                <w:b/>
                <w:color w:val="203038"/>
                <w:sz w:val="13"/>
              </w:rPr>
              <w:br/>
              <w:t>Tematska povezava: poimenuje živali ter ponovi kratko skupinsko poved</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3C7989" w14:textId="77777777" w:rsidR="008A5547" w:rsidRDefault="00000000">
            <w:pPr>
              <w:pStyle w:val="Oznaenseznam"/>
              <w:spacing w:after="16" w:line="235" w:lineRule="auto"/>
              <w:ind w:left="160" w:hanging="100"/>
            </w:pPr>
            <w:r>
              <w:rPr>
                <w:color w:val="203038"/>
                <w:sz w:val="14"/>
              </w:rPr>
              <w:t>razume znane besede in navodila</w:t>
            </w:r>
          </w:p>
          <w:p w14:paraId="2D0F746E" w14:textId="77777777" w:rsidR="008A5547" w:rsidRDefault="00000000">
            <w:pPr>
              <w:pStyle w:val="Oznaenseznam"/>
              <w:spacing w:after="16" w:line="235" w:lineRule="auto"/>
              <w:ind w:left="160" w:hanging="100"/>
            </w:pPr>
            <w:r>
              <w:rPr>
                <w:color w:val="203038"/>
                <w:sz w:val="14"/>
              </w:rPr>
              <w:t>sodeluje v kratki izmenjavi</w:t>
            </w:r>
          </w:p>
          <w:p w14:paraId="44F27CDF" w14:textId="77777777" w:rsidR="008A5547" w:rsidRDefault="00000000">
            <w:pPr>
              <w:pStyle w:val="Oznaenseznam"/>
              <w:spacing w:after="16" w:line="235" w:lineRule="auto"/>
              <w:ind w:left="160" w:hanging="100"/>
            </w:pPr>
            <w:r>
              <w:rPr>
                <w:color w:val="203038"/>
                <w:sz w:val="14"/>
              </w:rPr>
              <w:t>pokaže razumevanje z dejanjem</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AD59D8"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5C7D5A"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419CEB" w14:textId="1EA19D84" w:rsidR="008A5547" w:rsidRDefault="00000000">
            <w:pPr>
              <w:spacing w:after="16" w:line="240" w:lineRule="auto"/>
            </w:pPr>
            <w:r>
              <w:rPr>
                <w:color w:val="203038"/>
                <w:sz w:val="13"/>
              </w:rPr>
              <w:t xml:space="preserve">ŠPORTNI DAN </w:t>
            </w:r>
          </w:p>
        </w:tc>
      </w:tr>
      <w:tr w:rsidR="008A5547" w14:paraId="35CD87B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FFFAF4" w14:textId="77777777" w:rsidR="008A5547" w:rsidRDefault="00000000">
            <w:pPr>
              <w:spacing w:after="16" w:line="240" w:lineRule="auto"/>
            </w:pPr>
            <w:r>
              <w:rPr>
                <w:b/>
                <w:color w:val="8565A5"/>
                <w:sz w:val="14"/>
              </w:rPr>
              <w:t>9. teden</w:t>
            </w:r>
            <w:r>
              <w:rPr>
                <w:b/>
                <w:color w:val="8565A5"/>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4B4399" w14:textId="77777777" w:rsidR="008A5547" w:rsidRDefault="00000000">
            <w:pPr>
              <w:spacing w:after="16" w:line="240" w:lineRule="auto"/>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6D2013" w14:textId="77777777" w:rsidR="008A5547" w:rsidRDefault="00000000">
            <w:pPr>
              <w:spacing w:after="16" w:line="240" w:lineRule="auto"/>
            </w:pPr>
            <w:r>
              <w:rPr>
                <w:b/>
                <w:color w:val="203038"/>
                <w:sz w:val="13"/>
              </w:rPr>
              <w:t>AUTUMN</w:t>
            </w:r>
            <w:r>
              <w:rPr>
                <w:b/>
                <w:color w:val="203038"/>
                <w:sz w:val="13"/>
              </w:rPr>
              <w:br/>
              <w:t>Tematska povezava: poimenuje vreme, barve in izbrane živali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74240F" w14:textId="77777777" w:rsidR="008A5547" w:rsidRDefault="00000000">
            <w:pPr>
              <w:pStyle w:val="Oznaenseznam"/>
              <w:spacing w:after="16" w:line="235" w:lineRule="auto"/>
              <w:ind w:left="160" w:hanging="100"/>
            </w:pPr>
            <w:r>
              <w:rPr>
                <w:color w:val="203038"/>
                <w:sz w:val="14"/>
              </w:rPr>
              <w:t>razume izbrane besede za barve in vreme</w:t>
            </w:r>
          </w:p>
          <w:p w14:paraId="49984544" w14:textId="77777777" w:rsidR="008A5547" w:rsidRDefault="00000000">
            <w:pPr>
              <w:pStyle w:val="Oznaenseznam"/>
              <w:spacing w:after="16" w:line="235" w:lineRule="auto"/>
              <w:ind w:left="160" w:hanging="100"/>
            </w:pPr>
            <w:r>
              <w:rPr>
                <w:color w:val="203038"/>
                <w:sz w:val="14"/>
              </w:rPr>
              <w:t>pove barvo ali predmet</w:t>
            </w:r>
          </w:p>
          <w:p w14:paraId="71A6183E" w14:textId="77777777" w:rsidR="008A5547" w:rsidRDefault="00000000">
            <w:pPr>
              <w:pStyle w:val="Oznaenseznam"/>
              <w:spacing w:after="16" w:line="235" w:lineRule="auto"/>
              <w:ind w:left="160" w:hanging="100"/>
            </w:pPr>
            <w:r>
              <w:rPr>
                <w:color w:val="203038"/>
                <w:sz w:val="14"/>
              </w:rPr>
              <w:t>sodeluje v pesmi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FCFADD"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3098FA"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695422" w14:textId="77777777" w:rsidR="008A5547" w:rsidRDefault="00000000">
            <w:pPr>
              <w:spacing w:after="16" w:line="240" w:lineRule="auto"/>
            </w:pPr>
            <w:r>
              <w:rPr>
                <w:color w:val="203038"/>
                <w:sz w:val="13"/>
              </w:rPr>
              <w:t>sprotno preverjanje in opisna povratna informacija</w:t>
            </w:r>
          </w:p>
        </w:tc>
      </w:tr>
      <w:tr w:rsidR="008A5547" w14:paraId="054F79C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DCC037" w14:textId="77777777" w:rsidR="008A5547" w:rsidRDefault="00000000">
            <w:pPr>
              <w:spacing w:after="16" w:line="240" w:lineRule="auto"/>
            </w:pPr>
            <w:r>
              <w:rPr>
                <w:b/>
                <w:color w:val="8565A5"/>
                <w:sz w:val="14"/>
              </w:rPr>
              <w:t>10. teden</w:t>
            </w:r>
            <w:r>
              <w:rPr>
                <w:b/>
                <w:color w:val="8565A5"/>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C6C90F" w14:textId="77777777" w:rsidR="008A5547" w:rsidRDefault="00000000">
            <w:pPr>
              <w:spacing w:after="16" w:line="240" w:lineRule="auto"/>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1C1E70" w14:textId="77777777" w:rsidR="008A5547" w:rsidRDefault="00000000">
            <w:pPr>
              <w:spacing w:after="16" w:line="240" w:lineRule="auto"/>
            </w:pPr>
            <w:r>
              <w:rPr>
                <w:b/>
                <w:color w:val="203038"/>
                <w:sz w:val="13"/>
              </w:rPr>
              <w:t>ANIMALS AND PLANTS</w:t>
            </w:r>
            <w:r>
              <w:rPr>
                <w:b/>
                <w:color w:val="203038"/>
                <w:sz w:val="13"/>
              </w:rPr>
              <w:br/>
              <w:t>Tematska povezava: poimenuje izbrane živali in vpraša po vzoru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C88E4C" w14:textId="77777777" w:rsidR="008A5547" w:rsidRDefault="00000000">
            <w:pPr>
              <w:pStyle w:val="Oznaenseznam"/>
              <w:spacing w:after="16" w:line="235" w:lineRule="auto"/>
              <w:ind w:left="160" w:hanging="100"/>
            </w:pPr>
            <w:r>
              <w:rPr>
                <w:color w:val="203038"/>
                <w:sz w:val="14"/>
              </w:rPr>
              <w:t>prepozna besede ob sliki</w:t>
            </w:r>
          </w:p>
          <w:p w14:paraId="7607CAC1" w14:textId="77777777" w:rsidR="008A5547" w:rsidRDefault="00000000">
            <w:pPr>
              <w:pStyle w:val="Oznaenseznam"/>
              <w:spacing w:after="16" w:line="235" w:lineRule="auto"/>
              <w:ind w:left="160" w:hanging="100"/>
            </w:pPr>
            <w:r>
              <w:rPr>
                <w:color w:val="203038"/>
                <w:sz w:val="14"/>
              </w:rPr>
              <w:t>razume kratko navodilo</w:t>
            </w:r>
          </w:p>
          <w:p w14:paraId="23FA4374" w14:textId="77777777" w:rsidR="008A5547" w:rsidRDefault="00000000">
            <w:pPr>
              <w:pStyle w:val="Oznaenseznam"/>
              <w:spacing w:after="16" w:line="235" w:lineRule="auto"/>
              <w:ind w:left="160" w:hanging="100"/>
            </w:pPr>
            <w:r>
              <w:rPr>
                <w:color w:val="203038"/>
                <w:sz w:val="14"/>
              </w:rPr>
              <w:t>poimenuje izbrano živo bitje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FA7E00"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C09D10"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56718F" w14:textId="77777777" w:rsidR="008A5547" w:rsidRDefault="00000000">
            <w:pPr>
              <w:spacing w:after="16" w:line="240" w:lineRule="auto"/>
            </w:pPr>
            <w:r>
              <w:rPr>
                <w:color w:val="203038"/>
                <w:sz w:val="13"/>
              </w:rPr>
              <w:t>sprotno preverjanje in opisna povratna informacija</w:t>
            </w:r>
          </w:p>
        </w:tc>
      </w:tr>
    </w:tbl>
    <w:p w14:paraId="55009B3E" w14:textId="77777777" w:rsidR="008A5547" w:rsidRDefault="00000000">
      <w:pPr>
        <w:keepNext/>
        <w:pageBreakBefore/>
        <w:spacing w:after="25"/>
      </w:pPr>
      <w:r>
        <w:rPr>
          <w:b/>
          <w:color w:val="8565A5"/>
          <w:sz w:val="15"/>
        </w:rPr>
        <w:lastRenderedPageBreak/>
        <w:t>4.2 Tedni 11–19</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8A5547" w14:paraId="60E503D4" w14:textId="77777777">
        <w:trPr>
          <w:cantSplit/>
          <w:tblHeader/>
          <w:jc w:val="center"/>
        </w:trPr>
        <w:tc>
          <w:tcPr>
            <w:tcW w:w="10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3507756" w14:textId="77777777" w:rsidR="008A5547" w:rsidRDefault="00000000">
            <w:pPr>
              <w:spacing w:after="24" w:line="240" w:lineRule="auto"/>
              <w:jc w:val="center"/>
            </w:pPr>
            <w:r>
              <w:rPr>
                <w:b/>
                <w:color w:val="FFFFFF"/>
                <w:sz w:val="13"/>
              </w:rPr>
              <w:t>TEDEN / DATUM</w:t>
            </w:r>
          </w:p>
        </w:tc>
        <w:tc>
          <w:tcPr>
            <w:tcW w:w="23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0FEE19B" w14:textId="77777777" w:rsidR="008A5547" w:rsidRDefault="00000000">
            <w:pPr>
              <w:spacing w:after="24" w:line="240" w:lineRule="auto"/>
              <w:jc w:val="center"/>
            </w:pPr>
            <w:r>
              <w:rPr>
                <w:b/>
                <w:color w:val="FFFFFF"/>
                <w:sz w:val="13"/>
              </w:rPr>
              <w:t>TEMATSKI OKVIR</w:t>
            </w:r>
          </w:p>
        </w:tc>
        <w:tc>
          <w:tcPr>
            <w:tcW w:w="18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D21B61A" w14:textId="77777777" w:rsidR="008A5547" w:rsidRDefault="00000000">
            <w:pPr>
              <w:spacing w:after="24" w:line="240" w:lineRule="auto"/>
              <w:jc w:val="center"/>
            </w:pPr>
            <w:r>
              <w:rPr>
                <w:b/>
                <w:color w:val="FFFFFF"/>
                <w:sz w:val="13"/>
              </w:rPr>
              <w:t>VSEBINA PREDMETA</w:t>
            </w:r>
          </w:p>
        </w:tc>
        <w:tc>
          <w:tcPr>
            <w:tcW w:w="40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3153BF2A" w14:textId="77777777" w:rsidR="008A5547" w:rsidRDefault="00000000">
            <w:pPr>
              <w:spacing w:after="24" w:line="240" w:lineRule="auto"/>
              <w:jc w:val="center"/>
            </w:pPr>
            <w:r>
              <w:rPr>
                <w:b/>
                <w:color w:val="FFFFFF"/>
                <w:sz w:val="13"/>
              </w:rPr>
              <w:t>OPERATIVNI CILJI</w:t>
            </w:r>
          </w:p>
        </w:tc>
        <w:tc>
          <w:tcPr>
            <w:tcW w:w="6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4D97F2D" w14:textId="77777777" w:rsidR="008A5547" w:rsidRDefault="00000000">
            <w:pPr>
              <w:spacing w:after="24" w:line="240" w:lineRule="auto"/>
              <w:jc w:val="center"/>
            </w:pPr>
            <w:r>
              <w:rPr>
                <w:b/>
                <w:color w:val="FFFFFF"/>
                <w:sz w:val="13"/>
              </w:rPr>
              <w:t>URE</w:t>
            </w:r>
          </w:p>
        </w:tc>
        <w:tc>
          <w:tcPr>
            <w:tcW w:w="34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56F0E825" w14:textId="77777777" w:rsidR="008A5547" w:rsidRDefault="00000000">
            <w:pPr>
              <w:spacing w:after="24" w:line="240" w:lineRule="auto"/>
              <w:jc w:val="center"/>
            </w:pPr>
            <w:r>
              <w:rPr>
                <w:b/>
                <w:color w:val="FFFFFF"/>
                <w:sz w:val="13"/>
              </w:rPr>
              <w:t>SODOBNE OBLIKE IN DOKAZI O UČENJU</w:t>
            </w:r>
          </w:p>
        </w:tc>
        <w:tc>
          <w:tcPr>
            <w:tcW w:w="223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306A496" w14:textId="77777777" w:rsidR="008A5547" w:rsidRDefault="00000000">
            <w:pPr>
              <w:spacing w:after="24" w:line="240" w:lineRule="auto"/>
              <w:jc w:val="center"/>
            </w:pPr>
            <w:r>
              <w:rPr>
                <w:b/>
                <w:color w:val="FFFFFF"/>
                <w:sz w:val="13"/>
              </w:rPr>
              <w:t>OCENJEVANJE / DNEVI DEJAVNOSTI</w:t>
            </w:r>
          </w:p>
        </w:tc>
      </w:tr>
      <w:tr w:rsidR="008A5547" w14:paraId="3A9F016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D0C73D" w14:textId="77777777" w:rsidR="008A5547" w:rsidRDefault="00000000">
            <w:pPr>
              <w:spacing w:after="16" w:line="240" w:lineRule="auto"/>
            </w:pPr>
            <w:r>
              <w:rPr>
                <w:b/>
                <w:color w:val="8565A5"/>
                <w:sz w:val="14"/>
              </w:rPr>
              <w:t>11. teden</w:t>
            </w:r>
            <w:r>
              <w:rPr>
                <w:b/>
                <w:color w:val="8565A5"/>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78463B" w14:textId="77777777" w:rsidR="008A5547" w:rsidRDefault="00000000">
            <w:pPr>
              <w:spacing w:after="16" w:line="240" w:lineRule="auto"/>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2AFB76" w14:textId="77777777" w:rsidR="008A5547" w:rsidRDefault="00000000">
            <w:pPr>
              <w:spacing w:after="16" w:line="240" w:lineRule="auto"/>
            </w:pPr>
            <w:r>
              <w:rPr>
                <w:b/>
                <w:color w:val="203038"/>
                <w:sz w:val="13"/>
              </w:rPr>
              <w:t>WHERE DOES IT LIVE?</w:t>
            </w:r>
            <w:r>
              <w:rPr>
                <w:b/>
                <w:color w:val="203038"/>
                <w:sz w:val="13"/>
              </w:rPr>
              <w:br/>
              <w:t>Tematska povezava: poimenuje gozdne živali in njihov prostor</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FD8FED" w14:textId="77777777" w:rsidR="008A5547" w:rsidRDefault="00000000">
            <w:pPr>
              <w:pStyle w:val="Oznaenseznam"/>
              <w:spacing w:after="16" w:line="235" w:lineRule="auto"/>
              <w:ind w:left="160" w:hanging="100"/>
            </w:pPr>
            <w:r>
              <w:rPr>
                <w:color w:val="203038"/>
                <w:sz w:val="14"/>
              </w:rPr>
              <w:t>razume povezavo slika–beseda</w:t>
            </w:r>
          </w:p>
          <w:p w14:paraId="02871C9A" w14:textId="77777777" w:rsidR="008A5547" w:rsidRDefault="00000000">
            <w:pPr>
              <w:pStyle w:val="Oznaenseznam"/>
              <w:spacing w:after="16" w:line="235" w:lineRule="auto"/>
              <w:ind w:left="160" w:hanging="100"/>
            </w:pPr>
            <w:r>
              <w:rPr>
                <w:color w:val="203038"/>
                <w:sz w:val="14"/>
              </w:rPr>
              <w:t>odgovori z eno besedo ali zvezo</w:t>
            </w:r>
          </w:p>
          <w:p w14:paraId="14610332" w14:textId="77777777" w:rsidR="008A5547" w:rsidRDefault="00000000">
            <w:pPr>
              <w:pStyle w:val="Oznaenseznam"/>
              <w:spacing w:after="16" w:line="235" w:lineRule="auto"/>
              <w:ind w:left="160" w:hanging="100"/>
            </w:pPr>
            <w:r>
              <w:rPr>
                <w:color w:val="203038"/>
                <w:sz w:val="14"/>
              </w:rPr>
              <w:t>sodeluje pri razvrščanju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C45CAF"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2491A8"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E4DFEC"/>
            <w:tcMar>
              <w:top w:w="70" w:type="dxa"/>
              <w:left w:w="90" w:type="dxa"/>
              <w:bottom w:w="70" w:type="dxa"/>
              <w:right w:w="90" w:type="dxa"/>
            </w:tcMar>
          </w:tcPr>
          <w:p w14:paraId="25F4C7BA" w14:textId="77777777" w:rsidR="008A5547" w:rsidRDefault="00000000">
            <w:pPr>
              <w:spacing w:after="16" w:line="240" w:lineRule="auto"/>
            </w:pPr>
            <w:r>
              <w:rPr>
                <w:b/>
                <w:color w:val="365F91"/>
                <w:sz w:val="14"/>
              </w:rPr>
              <w:t>OCENJEVANJE 1 – DRUGI NAČINI: praktična jezikovna postaja, razvrščanje slik/predmetov, neposredno opazovanje in kratki ustni odziv</w:t>
            </w:r>
          </w:p>
        </w:tc>
      </w:tr>
      <w:tr w:rsidR="008A5547" w14:paraId="75C4B44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10606FE" w14:textId="77777777" w:rsidR="008A5547" w:rsidRDefault="00000000">
            <w:pPr>
              <w:spacing w:after="16" w:line="240" w:lineRule="auto"/>
            </w:pPr>
            <w:r>
              <w:rPr>
                <w:b/>
                <w:color w:val="8565A5"/>
                <w:sz w:val="14"/>
              </w:rPr>
              <w:t>12. teden</w:t>
            </w:r>
            <w:r>
              <w:rPr>
                <w:b/>
                <w:color w:val="8565A5"/>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46FCB0" w14:textId="77777777" w:rsidR="008A5547" w:rsidRDefault="00000000">
            <w:pPr>
              <w:spacing w:after="16" w:line="240" w:lineRule="auto"/>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58D18B" w14:textId="77777777" w:rsidR="008A5547" w:rsidRDefault="00000000">
            <w:pPr>
              <w:spacing w:after="16" w:line="240" w:lineRule="auto"/>
            </w:pPr>
            <w:r>
              <w:rPr>
                <w:b/>
                <w:color w:val="203038"/>
                <w:sz w:val="13"/>
              </w:rPr>
              <w:t>MATERIALS</w:t>
            </w:r>
            <w:r>
              <w:rPr>
                <w:b/>
                <w:color w:val="203038"/>
                <w:sz w:val="13"/>
              </w:rPr>
              <w:br/>
              <w:t>Tematska povezava: poimenuje materiale in živali ob slikovni opori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6B8C21" w14:textId="77777777" w:rsidR="008A5547" w:rsidRDefault="00000000">
            <w:pPr>
              <w:pStyle w:val="Oznaenseznam"/>
              <w:spacing w:after="16" w:line="235" w:lineRule="auto"/>
              <w:ind w:left="160" w:hanging="100"/>
            </w:pPr>
            <w:r>
              <w:rPr>
                <w:color w:val="203038"/>
                <w:sz w:val="14"/>
              </w:rPr>
              <w:t>razume nekaj besed ob predmetih</w:t>
            </w:r>
          </w:p>
          <w:p w14:paraId="43EB7E2B" w14:textId="77777777" w:rsidR="008A5547" w:rsidRDefault="00000000">
            <w:pPr>
              <w:pStyle w:val="Oznaenseznam"/>
              <w:spacing w:after="16" w:line="235" w:lineRule="auto"/>
              <w:ind w:left="160" w:hanging="100"/>
            </w:pPr>
            <w:r>
              <w:rPr>
                <w:color w:val="203038"/>
                <w:sz w:val="14"/>
              </w:rPr>
              <w:t>pove barvo ali lastnost</w:t>
            </w:r>
          </w:p>
          <w:p w14:paraId="3C540998" w14:textId="77777777" w:rsidR="008A5547" w:rsidRDefault="00000000">
            <w:pPr>
              <w:pStyle w:val="Oznaenseznam"/>
              <w:spacing w:after="16" w:line="235" w:lineRule="auto"/>
              <w:ind w:left="160" w:hanging="100"/>
            </w:pPr>
            <w:r>
              <w:rPr>
                <w:color w:val="203038"/>
                <w:sz w:val="14"/>
              </w:rPr>
              <w:t>upošteva kratko navodilo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00DB1D"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E2F200"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6ADD9D" w14:textId="77777777" w:rsidR="008A5547" w:rsidRDefault="00000000">
            <w:pPr>
              <w:spacing w:after="16" w:line="240" w:lineRule="auto"/>
            </w:pPr>
            <w:r>
              <w:rPr>
                <w:color w:val="203038"/>
                <w:sz w:val="13"/>
              </w:rPr>
              <w:t>KULTURNI DAN • november 2026 • Gledališče Koper • točen datum določi šola</w:t>
            </w:r>
          </w:p>
        </w:tc>
      </w:tr>
      <w:tr w:rsidR="008A5547" w14:paraId="3917219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455613" w14:textId="77777777" w:rsidR="008A5547" w:rsidRDefault="00000000">
            <w:pPr>
              <w:spacing w:after="16" w:line="240" w:lineRule="auto"/>
            </w:pPr>
            <w:r>
              <w:rPr>
                <w:b/>
                <w:color w:val="8565A5"/>
                <w:sz w:val="14"/>
              </w:rPr>
              <w:t>13. teden</w:t>
            </w:r>
            <w:r>
              <w:rPr>
                <w:b/>
                <w:color w:val="8565A5"/>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03CC9F" w14:textId="77777777" w:rsidR="008A5547" w:rsidRDefault="00000000">
            <w:pPr>
              <w:spacing w:after="16" w:line="240" w:lineRule="auto"/>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CDF909" w14:textId="77777777" w:rsidR="008A5547" w:rsidRDefault="00000000">
            <w:pPr>
              <w:spacing w:after="16" w:line="240" w:lineRule="auto"/>
            </w:pPr>
            <w:r>
              <w:rPr>
                <w:b/>
                <w:color w:val="203038"/>
                <w:sz w:val="13"/>
              </w:rPr>
              <w:t>MY FAMILY</w:t>
            </w:r>
            <w:r>
              <w:rPr>
                <w:b/>
                <w:color w:val="203038"/>
                <w:sz w:val="13"/>
              </w:rPr>
              <w:br/>
              <w:t>Tematska povezava: poimenuje družinske člane, barve in predmete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D778C2" w14:textId="77777777" w:rsidR="008A5547" w:rsidRDefault="00000000">
            <w:pPr>
              <w:pStyle w:val="Oznaenseznam"/>
              <w:spacing w:after="16" w:line="235" w:lineRule="auto"/>
              <w:ind w:left="160" w:hanging="100"/>
            </w:pPr>
            <w:r>
              <w:rPr>
                <w:color w:val="203038"/>
                <w:sz w:val="14"/>
              </w:rPr>
              <w:t>razume osnovna poimenovanja</w:t>
            </w:r>
          </w:p>
          <w:p w14:paraId="7A405D93" w14:textId="77777777" w:rsidR="008A5547" w:rsidRDefault="00000000">
            <w:pPr>
              <w:pStyle w:val="Oznaenseznam"/>
              <w:spacing w:after="16" w:line="235" w:lineRule="auto"/>
              <w:ind w:left="160" w:hanging="100"/>
            </w:pPr>
            <w:r>
              <w:rPr>
                <w:color w:val="203038"/>
                <w:sz w:val="14"/>
              </w:rPr>
              <w:t>predstavi izbranega člana po vzoru</w:t>
            </w:r>
          </w:p>
          <w:p w14:paraId="1252CBF6" w14:textId="77777777" w:rsidR="008A5547" w:rsidRDefault="00000000">
            <w:pPr>
              <w:pStyle w:val="Oznaenseznam"/>
              <w:spacing w:after="16" w:line="235" w:lineRule="auto"/>
              <w:ind w:left="160" w:hanging="100"/>
            </w:pPr>
            <w:r>
              <w:rPr>
                <w:color w:val="203038"/>
                <w:sz w:val="14"/>
              </w:rPr>
              <w:t>sodeluje v kratkem dialogu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676414"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770039"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5063F3" w14:textId="77777777" w:rsidR="008A5547" w:rsidRDefault="00000000">
            <w:pPr>
              <w:spacing w:after="16" w:line="240" w:lineRule="auto"/>
            </w:pPr>
            <w:r>
              <w:rPr>
                <w:color w:val="203038"/>
                <w:sz w:val="13"/>
              </w:rPr>
              <w:t>sprotno preverjanje in opisna povratna informacija</w:t>
            </w:r>
          </w:p>
        </w:tc>
      </w:tr>
      <w:tr w:rsidR="008A5547" w14:paraId="28B2750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76F8BAC" w14:textId="77777777" w:rsidR="008A5547" w:rsidRDefault="00000000">
            <w:pPr>
              <w:spacing w:after="16" w:line="240" w:lineRule="auto"/>
            </w:pPr>
            <w:r>
              <w:rPr>
                <w:b/>
                <w:color w:val="8565A5"/>
                <w:sz w:val="14"/>
              </w:rPr>
              <w:t>14. teden</w:t>
            </w:r>
            <w:r>
              <w:rPr>
                <w:b/>
                <w:color w:val="8565A5"/>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4E10B7" w14:textId="77777777" w:rsidR="008A5547" w:rsidRDefault="00000000">
            <w:pPr>
              <w:spacing w:after="16" w:line="240" w:lineRule="auto"/>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E3FE0B" w14:textId="77777777" w:rsidR="008A5547" w:rsidRDefault="00000000">
            <w:pPr>
              <w:spacing w:after="16" w:line="240" w:lineRule="auto"/>
            </w:pPr>
            <w:r>
              <w:rPr>
                <w:b/>
                <w:color w:val="203038"/>
                <w:sz w:val="13"/>
              </w:rPr>
              <w:t>AT HOME</w:t>
            </w:r>
            <w:r>
              <w:rPr>
                <w:b/>
                <w:color w:val="203038"/>
                <w:sz w:val="13"/>
              </w:rPr>
              <w:br/>
              <w:t>Tematska povezava: poimenuje hrano in predmete doma ali v pekarni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95C35E" w14:textId="77777777" w:rsidR="008A5547" w:rsidRDefault="00000000">
            <w:pPr>
              <w:pStyle w:val="Oznaenseznam"/>
              <w:spacing w:after="16" w:line="235" w:lineRule="auto"/>
              <w:ind w:left="160" w:hanging="100"/>
            </w:pPr>
            <w:r>
              <w:rPr>
                <w:color w:val="203038"/>
                <w:sz w:val="14"/>
              </w:rPr>
              <w:t>razume poimenovanja prostorov ali dejavnosti</w:t>
            </w:r>
          </w:p>
          <w:p w14:paraId="237498AF" w14:textId="77777777" w:rsidR="008A5547" w:rsidRDefault="00000000">
            <w:pPr>
              <w:pStyle w:val="Oznaenseznam"/>
              <w:spacing w:after="16" w:line="235" w:lineRule="auto"/>
              <w:ind w:left="160" w:hanging="100"/>
            </w:pPr>
            <w:r>
              <w:rPr>
                <w:color w:val="203038"/>
                <w:sz w:val="14"/>
              </w:rPr>
              <w:t>pove kratko zvezo</w:t>
            </w:r>
          </w:p>
          <w:p w14:paraId="4B123981" w14:textId="77777777" w:rsidR="008A5547" w:rsidRDefault="00000000">
            <w:pPr>
              <w:pStyle w:val="Oznaenseznam"/>
              <w:spacing w:after="16" w:line="235" w:lineRule="auto"/>
              <w:ind w:left="160" w:hanging="100"/>
            </w:pPr>
            <w:proofErr w:type="spellStart"/>
            <w:r>
              <w:rPr>
                <w:color w:val="203038"/>
                <w:sz w:val="14"/>
              </w:rPr>
              <w:t>sledi</w:t>
            </w:r>
            <w:proofErr w:type="spellEnd"/>
            <w:r>
              <w:rPr>
                <w:color w:val="203038"/>
                <w:sz w:val="14"/>
              </w:rPr>
              <w:t xml:space="preserve"> </w:t>
            </w:r>
            <w:proofErr w:type="spellStart"/>
            <w:r>
              <w:rPr>
                <w:color w:val="203038"/>
                <w:sz w:val="14"/>
              </w:rPr>
              <w:t>navodilu</w:t>
            </w:r>
            <w:proofErr w:type="spellEnd"/>
            <w:r>
              <w:rPr>
                <w:color w:val="203038"/>
                <w:sz w:val="14"/>
              </w:rPr>
              <w:t xml:space="preserve"> </w:t>
            </w:r>
            <w:proofErr w:type="spellStart"/>
            <w:r>
              <w:rPr>
                <w:color w:val="203038"/>
                <w:sz w:val="14"/>
              </w:rPr>
              <w:t>ob</w:t>
            </w:r>
            <w:proofErr w:type="spellEnd"/>
            <w:r>
              <w:rPr>
                <w:color w:val="203038"/>
                <w:sz w:val="14"/>
              </w:rPr>
              <w:t xml:space="preserve"> </w:t>
            </w:r>
            <w:proofErr w:type="spellStart"/>
            <w:r>
              <w:rPr>
                <w:color w:val="203038"/>
                <w:sz w:val="14"/>
              </w:rPr>
              <w:t>sliki</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34F217"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38293C"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92A436" w14:textId="77777777" w:rsidR="008A5547" w:rsidRDefault="00000000">
            <w:pPr>
              <w:spacing w:after="16" w:line="240" w:lineRule="auto"/>
            </w:pPr>
            <w:r>
              <w:rPr>
                <w:color w:val="203038"/>
                <w:sz w:val="13"/>
              </w:rPr>
              <w:t>sprotno preverjanje in opisna povratna informacija</w:t>
            </w:r>
          </w:p>
        </w:tc>
      </w:tr>
      <w:tr w:rsidR="008A5547" w14:paraId="485B5C5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41277F" w14:textId="77777777" w:rsidR="008A5547" w:rsidRDefault="00000000">
            <w:pPr>
              <w:spacing w:after="16" w:line="240" w:lineRule="auto"/>
            </w:pPr>
            <w:r>
              <w:rPr>
                <w:b/>
                <w:color w:val="8565A5"/>
                <w:sz w:val="14"/>
              </w:rPr>
              <w:t>15. teden</w:t>
            </w:r>
            <w:r>
              <w:rPr>
                <w:b/>
                <w:color w:val="8565A5"/>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9520AF" w14:textId="77777777" w:rsidR="008A5547" w:rsidRDefault="00000000">
            <w:pPr>
              <w:spacing w:after="16" w:line="240" w:lineRule="auto"/>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13A27B" w14:textId="77777777" w:rsidR="008A5547" w:rsidRDefault="00000000">
            <w:pPr>
              <w:spacing w:after="16" w:line="240" w:lineRule="auto"/>
            </w:pPr>
            <w:r>
              <w:rPr>
                <w:b/>
                <w:color w:val="203038"/>
                <w:sz w:val="13"/>
              </w:rPr>
              <w:t>CELEBRATIONS</w:t>
            </w:r>
            <w:r>
              <w:rPr>
                <w:b/>
                <w:color w:val="203038"/>
                <w:sz w:val="13"/>
              </w:rPr>
              <w:br/>
              <w:t>Tematska povezava: uporabi besede za praznovanje, noč in počutje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4D1868" w14:textId="77777777" w:rsidR="008A5547" w:rsidRDefault="00000000">
            <w:pPr>
              <w:pStyle w:val="Oznaenseznam"/>
              <w:spacing w:after="16" w:line="235" w:lineRule="auto"/>
              <w:ind w:left="160" w:hanging="100"/>
            </w:pPr>
            <w:r>
              <w:rPr>
                <w:color w:val="203038"/>
                <w:sz w:val="14"/>
              </w:rPr>
              <w:t>razume nekaj prazničnih besed</w:t>
            </w:r>
          </w:p>
          <w:p w14:paraId="1FAE31D0" w14:textId="77777777" w:rsidR="008A5547" w:rsidRDefault="00000000">
            <w:pPr>
              <w:pStyle w:val="Oznaenseznam"/>
              <w:spacing w:after="16" w:line="235" w:lineRule="auto"/>
              <w:ind w:left="160" w:hanging="100"/>
            </w:pPr>
            <w:r>
              <w:rPr>
                <w:color w:val="203038"/>
                <w:sz w:val="14"/>
              </w:rPr>
              <w:t>zapojé ali ritmično izreka</w:t>
            </w:r>
          </w:p>
          <w:p w14:paraId="78B9BED8" w14:textId="77777777" w:rsidR="008A5547" w:rsidRDefault="00000000">
            <w:pPr>
              <w:pStyle w:val="Oznaenseznam"/>
              <w:spacing w:after="16" w:line="235" w:lineRule="auto"/>
              <w:ind w:left="160" w:hanging="100"/>
            </w:pPr>
            <w:proofErr w:type="spellStart"/>
            <w:r>
              <w:rPr>
                <w:color w:val="203038"/>
                <w:sz w:val="14"/>
              </w:rPr>
              <w:t>izrazi</w:t>
            </w:r>
            <w:proofErr w:type="spellEnd"/>
            <w:r>
              <w:rPr>
                <w:color w:val="203038"/>
                <w:sz w:val="14"/>
              </w:rPr>
              <w:t xml:space="preserve"> </w:t>
            </w:r>
            <w:proofErr w:type="spellStart"/>
            <w:r>
              <w:rPr>
                <w:color w:val="203038"/>
                <w:sz w:val="14"/>
              </w:rPr>
              <w:t>voščilo</w:t>
            </w:r>
            <w:proofErr w:type="spellEnd"/>
            <w:r>
              <w:rPr>
                <w:color w:val="203038"/>
                <w:sz w:val="14"/>
              </w:rPr>
              <w:t xml:space="preserve"> po </w:t>
            </w:r>
            <w:proofErr w:type="spellStart"/>
            <w:r>
              <w:rPr>
                <w:color w:val="203038"/>
                <w:sz w:val="14"/>
              </w:rPr>
              <w:t>vzoru</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DB4CD9"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1FD55B"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48EA90" w14:textId="77777777" w:rsidR="008A5547" w:rsidRDefault="00000000">
            <w:pPr>
              <w:spacing w:after="16" w:line="240" w:lineRule="auto"/>
            </w:pPr>
            <w:r>
              <w:rPr>
                <w:color w:val="203038"/>
                <w:sz w:val="13"/>
              </w:rPr>
              <w:t>sprotno preverjanje in opisna povratna informacija</w:t>
            </w:r>
          </w:p>
        </w:tc>
      </w:tr>
      <w:tr w:rsidR="008A5547" w14:paraId="1A267CF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F37BFB" w14:textId="77777777" w:rsidR="008A5547" w:rsidRDefault="00000000">
            <w:pPr>
              <w:spacing w:after="16" w:line="240" w:lineRule="auto"/>
            </w:pPr>
            <w:r>
              <w:rPr>
                <w:b/>
                <w:color w:val="8565A5"/>
                <w:sz w:val="14"/>
              </w:rPr>
              <w:t>16. teden</w:t>
            </w:r>
            <w:r>
              <w:rPr>
                <w:b/>
                <w:color w:val="8565A5"/>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E8335C" w14:textId="77777777" w:rsidR="008A5547" w:rsidRDefault="00000000">
            <w:pPr>
              <w:spacing w:after="16" w:line="240" w:lineRule="auto"/>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072EE9" w14:textId="77777777" w:rsidR="008A5547" w:rsidRDefault="00000000">
            <w:pPr>
              <w:spacing w:after="16" w:line="240" w:lineRule="auto"/>
            </w:pPr>
            <w:r>
              <w:rPr>
                <w:b/>
                <w:color w:val="203038"/>
                <w:sz w:val="13"/>
              </w:rPr>
              <w:t>REVISION</w:t>
            </w:r>
            <w:r>
              <w:rPr>
                <w:b/>
                <w:color w:val="203038"/>
                <w:sz w:val="13"/>
              </w:rPr>
              <w:br/>
              <w:t>Tematska povezava: sodeluje v kratki ritmični jezikovni igri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9F55FE" w14:textId="77777777" w:rsidR="008A5547" w:rsidRDefault="00000000">
            <w:pPr>
              <w:pStyle w:val="Oznaenseznam"/>
              <w:spacing w:after="16" w:line="235" w:lineRule="auto"/>
              <w:ind w:left="160" w:hanging="100"/>
            </w:pPr>
            <w:r>
              <w:rPr>
                <w:color w:val="203038"/>
                <w:sz w:val="14"/>
              </w:rPr>
              <w:t>prepozna znane besede</w:t>
            </w:r>
          </w:p>
          <w:p w14:paraId="66B2D7B3" w14:textId="77777777" w:rsidR="008A5547" w:rsidRDefault="00000000">
            <w:pPr>
              <w:pStyle w:val="Oznaenseznam"/>
              <w:spacing w:after="16" w:line="235" w:lineRule="auto"/>
              <w:ind w:left="160" w:hanging="100"/>
            </w:pPr>
            <w:r>
              <w:rPr>
                <w:color w:val="203038"/>
                <w:sz w:val="14"/>
              </w:rPr>
              <w:t>se odzove na kratko vprašanje</w:t>
            </w:r>
          </w:p>
          <w:p w14:paraId="7609D37A" w14:textId="77777777" w:rsidR="008A5547" w:rsidRDefault="00000000">
            <w:pPr>
              <w:pStyle w:val="Oznaenseznam"/>
              <w:spacing w:after="16" w:line="235" w:lineRule="auto"/>
              <w:ind w:left="160" w:hanging="100"/>
            </w:pPr>
            <w:r>
              <w:rPr>
                <w:color w:val="203038"/>
                <w:sz w:val="14"/>
              </w:rPr>
              <w:t xml:space="preserve">sodeluje v </w:t>
            </w:r>
            <w:proofErr w:type="spellStart"/>
            <w:r>
              <w:rPr>
                <w:color w:val="203038"/>
                <w:sz w:val="14"/>
              </w:rPr>
              <w:t>pesmi</w:t>
            </w:r>
            <w:proofErr w:type="spellEnd"/>
            <w:r>
              <w:rPr>
                <w:color w:val="203038"/>
                <w:sz w:val="14"/>
              </w:rPr>
              <w:t xml:space="preserve"> ali </w:t>
            </w:r>
            <w:proofErr w:type="spellStart"/>
            <w:r>
              <w:rPr>
                <w:color w:val="203038"/>
                <w:sz w:val="14"/>
              </w:rPr>
              <w:t>igri</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02ED46"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557D4E"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B5024F" w14:textId="3924A459" w:rsidR="008A5547" w:rsidRDefault="00000000">
            <w:pPr>
              <w:spacing w:after="16" w:line="240" w:lineRule="auto"/>
            </w:pPr>
            <w:r>
              <w:rPr>
                <w:color w:val="203038"/>
                <w:sz w:val="13"/>
              </w:rPr>
              <w:t xml:space="preserve">TEHNIŠKI DAN </w:t>
            </w:r>
          </w:p>
        </w:tc>
      </w:tr>
      <w:tr w:rsidR="008A5547" w14:paraId="44A94F6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952211" w14:textId="77777777" w:rsidR="008A5547" w:rsidRDefault="00000000">
            <w:pPr>
              <w:spacing w:after="16" w:line="240" w:lineRule="auto"/>
            </w:pPr>
            <w:r>
              <w:rPr>
                <w:b/>
                <w:color w:val="8565A5"/>
                <w:sz w:val="14"/>
              </w:rPr>
              <w:t>17. teden</w:t>
            </w:r>
            <w:r>
              <w:rPr>
                <w:b/>
                <w:color w:val="8565A5"/>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48B633" w14:textId="77777777" w:rsidR="008A5547" w:rsidRDefault="00000000">
            <w:pPr>
              <w:spacing w:after="16" w:line="240" w:lineRule="auto"/>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829C11" w14:textId="77777777" w:rsidR="008A5547" w:rsidRDefault="00000000">
            <w:pPr>
              <w:spacing w:after="16" w:line="240" w:lineRule="auto"/>
            </w:pPr>
            <w:r>
              <w:rPr>
                <w:b/>
                <w:color w:val="203038"/>
                <w:sz w:val="13"/>
              </w:rPr>
              <w:t>WINTER</w:t>
            </w:r>
            <w:r>
              <w:rPr>
                <w:b/>
                <w:color w:val="203038"/>
                <w:sz w:val="13"/>
              </w:rPr>
              <w:br/>
              <w:t>Tematska povezava: poimenuje zimske, gozdne in prehranske motive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AA1456" w14:textId="77777777" w:rsidR="008A5547" w:rsidRDefault="00000000">
            <w:pPr>
              <w:pStyle w:val="Oznaenseznam"/>
              <w:spacing w:after="16" w:line="235" w:lineRule="auto"/>
              <w:ind w:left="160" w:hanging="100"/>
            </w:pPr>
            <w:r>
              <w:rPr>
                <w:color w:val="203038"/>
                <w:sz w:val="14"/>
              </w:rPr>
              <w:t>razume izbrane besede za vreme in oblačila</w:t>
            </w:r>
          </w:p>
          <w:p w14:paraId="55DB111D" w14:textId="77777777" w:rsidR="008A5547" w:rsidRDefault="00000000">
            <w:pPr>
              <w:pStyle w:val="Oznaenseznam"/>
              <w:spacing w:after="16" w:line="235" w:lineRule="auto"/>
              <w:ind w:left="160" w:hanging="100"/>
            </w:pPr>
            <w:r>
              <w:rPr>
                <w:color w:val="203038"/>
                <w:sz w:val="14"/>
              </w:rPr>
              <w:t>pove kratko zvezo</w:t>
            </w:r>
          </w:p>
          <w:p w14:paraId="502C78A0" w14:textId="77777777" w:rsidR="008A5547" w:rsidRDefault="00000000">
            <w:pPr>
              <w:pStyle w:val="Oznaenseznam"/>
              <w:spacing w:after="16" w:line="235" w:lineRule="auto"/>
              <w:ind w:left="160" w:hanging="100"/>
            </w:pPr>
            <w:proofErr w:type="spellStart"/>
            <w:r>
              <w:rPr>
                <w:color w:val="203038"/>
                <w:sz w:val="14"/>
              </w:rPr>
              <w:t>sledi</w:t>
            </w:r>
            <w:proofErr w:type="spellEnd"/>
            <w:r>
              <w:rPr>
                <w:color w:val="203038"/>
                <w:sz w:val="14"/>
              </w:rPr>
              <w:t xml:space="preserve"> </w:t>
            </w:r>
            <w:proofErr w:type="spellStart"/>
            <w:r>
              <w:rPr>
                <w:color w:val="203038"/>
                <w:sz w:val="14"/>
              </w:rPr>
              <w:t>gibalnemu</w:t>
            </w:r>
            <w:proofErr w:type="spellEnd"/>
            <w:r>
              <w:rPr>
                <w:color w:val="203038"/>
                <w:sz w:val="14"/>
              </w:rPr>
              <w:t xml:space="preserve"> </w:t>
            </w:r>
            <w:proofErr w:type="spellStart"/>
            <w:r>
              <w:rPr>
                <w:color w:val="203038"/>
                <w:sz w:val="14"/>
              </w:rPr>
              <w:t>navodilu</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1C6BF7"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66B467"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23ACD0" w14:textId="77777777" w:rsidR="008A5547" w:rsidRDefault="00000000">
            <w:pPr>
              <w:spacing w:after="16" w:line="240" w:lineRule="auto"/>
            </w:pPr>
            <w:r>
              <w:rPr>
                <w:color w:val="203038"/>
                <w:sz w:val="13"/>
              </w:rPr>
              <w:t>sprotno preverjanje in opisna povratna informacija</w:t>
            </w:r>
          </w:p>
        </w:tc>
      </w:tr>
      <w:tr w:rsidR="008A5547" w14:paraId="3F5D3BF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2E58D45A" w14:textId="77777777" w:rsidR="008A5547" w:rsidRDefault="00000000">
            <w:pPr>
              <w:spacing w:after="16" w:line="240" w:lineRule="auto"/>
            </w:pPr>
            <w:r>
              <w:rPr>
                <w:b/>
                <w:color w:val="8565A5"/>
                <w:sz w:val="14"/>
              </w:rPr>
              <w:t>18. teden</w:t>
            </w:r>
            <w:r>
              <w:rPr>
                <w:b/>
                <w:color w:val="8565A5"/>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20D74CAD" w14:textId="77777777" w:rsidR="008A5547" w:rsidRDefault="00000000">
            <w:pPr>
              <w:spacing w:after="16" w:line="240" w:lineRule="auto"/>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7EA5435D" w14:textId="77777777" w:rsidR="008A5547" w:rsidRDefault="00000000">
            <w:pPr>
              <w:spacing w:after="16" w:line="240" w:lineRule="auto"/>
            </w:pPr>
            <w:r>
              <w:rPr>
                <w:b/>
                <w:color w:val="203038"/>
                <w:sz w:val="13"/>
              </w:rPr>
              <w:t>A SIMPLE EXPERIMENT</w:t>
            </w:r>
            <w:r>
              <w:rPr>
                <w:b/>
                <w:color w:val="203038"/>
                <w:sz w:val="13"/>
              </w:rPr>
              <w:br/>
              <w:t>Tematska povezava: razume kratka navodila za poskus in poimenuje vodo ali led</w:t>
            </w:r>
          </w:p>
        </w:tc>
        <w:tc>
          <w:tcPr>
            <w:tcW w:w="40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251641AB" w14:textId="77777777" w:rsidR="008A5547" w:rsidRDefault="00000000">
            <w:pPr>
              <w:pStyle w:val="Oznaenseznam"/>
              <w:spacing w:after="16" w:line="235" w:lineRule="auto"/>
              <w:ind w:left="160" w:hanging="100"/>
            </w:pPr>
            <w:r>
              <w:rPr>
                <w:color w:val="203038"/>
                <w:sz w:val="14"/>
              </w:rPr>
              <w:t>razume kratko navodilo ob prikazu</w:t>
            </w:r>
          </w:p>
          <w:p w14:paraId="61E212C3" w14:textId="77777777" w:rsidR="008A5547" w:rsidRDefault="00000000">
            <w:pPr>
              <w:pStyle w:val="Oznaenseznam"/>
              <w:spacing w:after="16" w:line="235" w:lineRule="auto"/>
              <w:ind w:left="160" w:hanging="100"/>
            </w:pPr>
            <w:r>
              <w:rPr>
                <w:color w:val="203038"/>
                <w:sz w:val="14"/>
              </w:rPr>
              <w:t>poimenuje barvo ali stanje</w:t>
            </w:r>
          </w:p>
          <w:p w14:paraId="38F6B448" w14:textId="77777777" w:rsidR="008A5547" w:rsidRDefault="00000000">
            <w:pPr>
              <w:pStyle w:val="Oznaenseznam"/>
              <w:spacing w:after="16" w:line="235" w:lineRule="auto"/>
              <w:ind w:left="160" w:hanging="100"/>
            </w:pPr>
            <w:proofErr w:type="spellStart"/>
            <w:r>
              <w:rPr>
                <w:color w:val="203038"/>
                <w:sz w:val="14"/>
              </w:rPr>
              <w:t>pokaže</w:t>
            </w:r>
            <w:proofErr w:type="spellEnd"/>
            <w:r>
              <w:rPr>
                <w:color w:val="203038"/>
                <w:sz w:val="14"/>
              </w:rPr>
              <w:t xml:space="preserve"> </w:t>
            </w:r>
            <w:proofErr w:type="spellStart"/>
            <w:r>
              <w:rPr>
                <w:color w:val="203038"/>
                <w:sz w:val="14"/>
              </w:rPr>
              <w:t>rezultat</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6B6F0825"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1D98530D"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E4DFEC"/>
            <w:tcMar>
              <w:top w:w="70" w:type="dxa"/>
              <w:left w:w="90" w:type="dxa"/>
              <w:bottom w:w="70" w:type="dxa"/>
              <w:right w:w="90" w:type="dxa"/>
            </w:tcMar>
          </w:tcPr>
          <w:p w14:paraId="77B6EADE" w14:textId="77777777" w:rsidR="008A5547" w:rsidRDefault="00000000">
            <w:pPr>
              <w:spacing w:after="16" w:line="240" w:lineRule="auto"/>
            </w:pPr>
            <w:r>
              <w:rPr>
                <w:b/>
                <w:color w:val="365F91"/>
                <w:sz w:val="14"/>
              </w:rPr>
              <w:t>OCENJEVANJE 2 – DRUGI NAČINI: praktična izvedba ob poslušanju, TPR, demonstracija in vodeni ustni odziv</w:t>
            </w:r>
          </w:p>
        </w:tc>
      </w:tr>
      <w:tr w:rsidR="008A5547" w14:paraId="7557D12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D31DC4" w14:textId="77777777" w:rsidR="008A5547" w:rsidRDefault="00000000">
            <w:pPr>
              <w:spacing w:after="16" w:line="240" w:lineRule="auto"/>
            </w:pPr>
            <w:r>
              <w:rPr>
                <w:b/>
                <w:color w:val="8565A5"/>
                <w:sz w:val="14"/>
              </w:rPr>
              <w:t>19. teden</w:t>
            </w:r>
            <w:r>
              <w:rPr>
                <w:b/>
                <w:color w:val="8565A5"/>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29E5A3" w14:textId="77777777" w:rsidR="008A5547" w:rsidRDefault="00000000">
            <w:pPr>
              <w:spacing w:after="16" w:line="240" w:lineRule="auto"/>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5B5464" w14:textId="77777777" w:rsidR="008A5547" w:rsidRDefault="00000000">
            <w:pPr>
              <w:spacing w:after="16" w:line="240" w:lineRule="auto"/>
            </w:pPr>
            <w:r>
              <w:rPr>
                <w:b/>
                <w:color w:val="203038"/>
                <w:sz w:val="13"/>
              </w:rPr>
              <w:t>LIGHT AND SOUND</w:t>
            </w:r>
            <w:r>
              <w:rPr>
                <w:b/>
                <w:color w:val="203038"/>
                <w:sz w:val="13"/>
              </w:rPr>
              <w:br/>
              <w:t>Tematska povezava: poimenuje svetlobo, zvok, barve in ptico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C14051" w14:textId="77777777" w:rsidR="008A5547" w:rsidRDefault="00000000">
            <w:pPr>
              <w:pStyle w:val="Oznaenseznam"/>
              <w:spacing w:after="16" w:line="235" w:lineRule="auto"/>
              <w:ind w:left="160" w:hanging="100"/>
            </w:pPr>
            <w:r>
              <w:rPr>
                <w:color w:val="203038"/>
                <w:sz w:val="14"/>
              </w:rPr>
              <w:t>prepozna besede ob poskusu</w:t>
            </w:r>
          </w:p>
          <w:p w14:paraId="70CD41E8" w14:textId="77777777" w:rsidR="008A5547" w:rsidRDefault="00000000">
            <w:pPr>
              <w:pStyle w:val="Oznaenseznam"/>
              <w:spacing w:after="16" w:line="235" w:lineRule="auto"/>
              <w:ind w:left="160" w:hanging="100"/>
            </w:pPr>
            <w:r>
              <w:rPr>
                <w:color w:val="203038"/>
                <w:sz w:val="14"/>
              </w:rPr>
              <w:t>razume kratko vprašanje</w:t>
            </w:r>
          </w:p>
          <w:p w14:paraId="0D66635C" w14:textId="77777777" w:rsidR="008A5547" w:rsidRDefault="00000000">
            <w:pPr>
              <w:pStyle w:val="Oznaenseznam"/>
              <w:spacing w:after="16" w:line="235" w:lineRule="auto"/>
              <w:ind w:left="160" w:hanging="100"/>
            </w:pPr>
            <w:r>
              <w:rPr>
                <w:color w:val="203038"/>
                <w:sz w:val="14"/>
              </w:rPr>
              <w:t xml:space="preserve">odgovori z </w:t>
            </w:r>
            <w:proofErr w:type="spellStart"/>
            <w:r>
              <w:rPr>
                <w:color w:val="203038"/>
                <w:sz w:val="14"/>
              </w:rPr>
              <w:t>besedo</w:t>
            </w:r>
            <w:proofErr w:type="spellEnd"/>
            <w:r>
              <w:rPr>
                <w:color w:val="203038"/>
                <w:sz w:val="14"/>
              </w:rPr>
              <w:t xml:space="preserve"> ali </w:t>
            </w:r>
            <w:proofErr w:type="spellStart"/>
            <w:r>
              <w:rPr>
                <w:color w:val="203038"/>
                <w:sz w:val="14"/>
              </w:rPr>
              <w:t>zvezo</w:t>
            </w:r>
            <w:proofErr w:type="spellEnd"/>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FE807D"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93FA80"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FDD818" w14:textId="77777777" w:rsidR="008A5547" w:rsidRDefault="00000000">
            <w:pPr>
              <w:spacing w:after="16" w:line="240" w:lineRule="auto"/>
            </w:pPr>
            <w:r>
              <w:rPr>
                <w:color w:val="203038"/>
                <w:sz w:val="13"/>
              </w:rPr>
              <w:t>sprotno preverjanje in opisna povratna informacija</w:t>
            </w:r>
          </w:p>
        </w:tc>
      </w:tr>
    </w:tbl>
    <w:p w14:paraId="44FFCD76" w14:textId="77777777" w:rsidR="008A5547" w:rsidRDefault="00000000">
      <w:pPr>
        <w:keepNext/>
        <w:pageBreakBefore/>
        <w:spacing w:after="25"/>
      </w:pPr>
      <w:r>
        <w:rPr>
          <w:b/>
          <w:color w:val="8565A5"/>
          <w:sz w:val="15"/>
        </w:rPr>
        <w:lastRenderedPageBreak/>
        <w:t>4.3 Tedni 20–29</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8A5547" w14:paraId="4AE93DB9" w14:textId="77777777">
        <w:trPr>
          <w:cantSplit/>
          <w:tblHeader/>
          <w:jc w:val="center"/>
        </w:trPr>
        <w:tc>
          <w:tcPr>
            <w:tcW w:w="10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247A114B" w14:textId="77777777" w:rsidR="008A5547" w:rsidRDefault="00000000">
            <w:pPr>
              <w:spacing w:after="24" w:line="240" w:lineRule="auto"/>
              <w:jc w:val="center"/>
            </w:pPr>
            <w:r>
              <w:rPr>
                <w:b/>
                <w:color w:val="FFFFFF"/>
                <w:sz w:val="13"/>
              </w:rPr>
              <w:t>TEDEN / DATUM</w:t>
            </w:r>
          </w:p>
        </w:tc>
        <w:tc>
          <w:tcPr>
            <w:tcW w:w="23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9F63386" w14:textId="77777777" w:rsidR="008A5547" w:rsidRDefault="00000000">
            <w:pPr>
              <w:spacing w:after="24" w:line="240" w:lineRule="auto"/>
              <w:jc w:val="center"/>
            </w:pPr>
            <w:r>
              <w:rPr>
                <w:b/>
                <w:color w:val="FFFFFF"/>
                <w:sz w:val="13"/>
              </w:rPr>
              <w:t>TEMATSKI OKVIR</w:t>
            </w:r>
          </w:p>
        </w:tc>
        <w:tc>
          <w:tcPr>
            <w:tcW w:w="18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5238E3E" w14:textId="77777777" w:rsidR="008A5547" w:rsidRDefault="00000000">
            <w:pPr>
              <w:spacing w:after="24" w:line="240" w:lineRule="auto"/>
              <w:jc w:val="center"/>
            </w:pPr>
            <w:r>
              <w:rPr>
                <w:b/>
                <w:color w:val="FFFFFF"/>
                <w:sz w:val="13"/>
              </w:rPr>
              <w:t>VSEBINA PREDMETA</w:t>
            </w:r>
          </w:p>
        </w:tc>
        <w:tc>
          <w:tcPr>
            <w:tcW w:w="40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014D662" w14:textId="77777777" w:rsidR="008A5547" w:rsidRDefault="00000000">
            <w:pPr>
              <w:spacing w:after="24" w:line="240" w:lineRule="auto"/>
              <w:jc w:val="center"/>
            </w:pPr>
            <w:r>
              <w:rPr>
                <w:b/>
                <w:color w:val="FFFFFF"/>
                <w:sz w:val="13"/>
              </w:rPr>
              <w:t>OPERATIVNI CILJI</w:t>
            </w:r>
          </w:p>
        </w:tc>
        <w:tc>
          <w:tcPr>
            <w:tcW w:w="6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A716329" w14:textId="77777777" w:rsidR="008A5547" w:rsidRDefault="00000000">
            <w:pPr>
              <w:spacing w:after="24" w:line="240" w:lineRule="auto"/>
              <w:jc w:val="center"/>
            </w:pPr>
            <w:r>
              <w:rPr>
                <w:b/>
                <w:color w:val="FFFFFF"/>
                <w:sz w:val="13"/>
              </w:rPr>
              <w:t>URE</w:t>
            </w:r>
          </w:p>
        </w:tc>
        <w:tc>
          <w:tcPr>
            <w:tcW w:w="34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AF61BF3" w14:textId="77777777" w:rsidR="008A5547" w:rsidRDefault="00000000">
            <w:pPr>
              <w:spacing w:after="24" w:line="240" w:lineRule="auto"/>
              <w:jc w:val="center"/>
            </w:pPr>
            <w:r>
              <w:rPr>
                <w:b/>
                <w:color w:val="FFFFFF"/>
                <w:sz w:val="13"/>
              </w:rPr>
              <w:t>SODOBNE OBLIKE IN DOKAZI O UČENJU</w:t>
            </w:r>
          </w:p>
        </w:tc>
        <w:tc>
          <w:tcPr>
            <w:tcW w:w="223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6E9AFD03" w14:textId="77777777" w:rsidR="008A5547" w:rsidRDefault="00000000">
            <w:pPr>
              <w:spacing w:after="24" w:line="240" w:lineRule="auto"/>
              <w:jc w:val="center"/>
            </w:pPr>
            <w:r>
              <w:rPr>
                <w:b/>
                <w:color w:val="FFFFFF"/>
                <w:sz w:val="13"/>
              </w:rPr>
              <w:t>OCENJEVANJE / DNEVI DEJAVNOSTI</w:t>
            </w:r>
          </w:p>
        </w:tc>
      </w:tr>
      <w:tr w:rsidR="008A5547" w14:paraId="71D1B27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F1AFC1" w14:textId="77777777" w:rsidR="008A5547" w:rsidRDefault="00000000">
            <w:pPr>
              <w:spacing w:after="16" w:line="240" w:lineRule="auto"/>
            </w:pPr>
            <w:r>
              <w:rPr>
                <w:b/>
                <w:color w:val="8565A5"/>
                <w:sz w:val="14"/>
              </w:rPr>
              <w:t>20. teden</w:t>
            </w:r>
            <w:r>
              <w:rPr>
                <w:b/>
                <w:color w:val="8565A5"/>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F07F3F" w14:textId="77777777" w:rsidR="008A5547" w:rsidRDefault="00000000">
            <w:pPr>
              <w:spacing w:after="16" w:line="240" w:lineRule="auto"/>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4E3860" w14:textId="77777777" w:rsidR="008A5547" w:rsidRDefault="00000000">
            <w:pPr>
              <w:spacing w:after="16" w:line="240" w:lineRule="auto"/>
            </w:pPr>
            <w:r>
              <w:rPr>
                <w:b/>
                <w:color w:val="203038"/>
                <w:sz w:val="13"/>
              </w:rPr>
              <w:t>MAKE AND TELL</w:t>
            </w:r>
            <w:r>
              <w:rPr>
                <w:b/>
                <w:color w:val="203038"/>
                <w:sz w:val="13"/>
              </w:rPr>
              <w:br/>
              <w:t>Tematska povezava: poimenuje oblačila, materiale in osnovna dejanja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D5A653" w14:textId="77777777" w:rsidR="008A5547" w:rsidRDefault="00000000">
            <w:pPr>
              <w:pStyle w:val="Oznaenseznam"/>
              <w:spacing w:after="16" w:line="235" w:lineRule="auto"/>
              <w:ind w:left="160" w:hanging="100"/>
            </w:pPr>
            <w:r>
              <w:rPr>
                <w:color w:val="203038"/>
                <w:sz w:val="14"/>
              </w:rPr>
              <w:t>razume navodilo z oporo</w:t>
            </w:r>
          </w:p>
          <w:p w14:paraId="5D5A9AC3" w14:textId="77777777" w:rsidR="008A5547" w:rsidRDefault="00000000">
            <w:pPr>
              <w:pStyle w:val="Oznaenseznam"/>
              <w:spacing w:after="16" w:line="235" w:lineRule="auto"/>
              <w:ind w:left="160" w:hanging="100"/>
            </w:pPr>
            <w:r>
              <w:rPr>
                <w:color w:val="203038"/>
                <w:sz w:val="14"/>
              </w:rPr>
              <w:t>poimenuje izbrani predmet</w:t>
            </w:r>
          </w:p>
          <w:p w14:paraId="77F01828" w14:textId="77777777" w:rsidR="008A5547" w:rsidRDefault="00000000">
            <w:pPr>
              <w:pStyle w:val="Oznaenseznam"/>
              <w:spacing w:after="16" w:line="235" w:lineRule="auto"/>
              <w:ind w:left="160" w:hanging="100"/>
            </w:pPr>
            <w:r>
              <w:rPr>
                <w:color w:val="203038"/>
                <w:sz w:val="14"/>
              </w:rPr>
              <w:t>pove kratko poved po vzoru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0DBB742"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123B37"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767776" w14:textId="401C3D18" w:rsidR="008A5547" w:rsidRDefault="00000000">
            <w:pPr>
              <w:spacing w:after="16" w:line="240" w:lineRule="auto"/>
            </w:pPr>
            <w:r>
              <w:rPr>
                <w:color w:val="203038"/>
                <w:sz w:val="13"/>
              </w:rPr>
              <w:t xml:space="preserve">NARAVOSLOVNI </w:t>
            </w:r>
          </w:p>
        </w:tc>
      </w:tr>
      <w:tr w:rsidR="008A5547" w14:paraId="06C767A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B8A62C" w14:textId="77777777" w:rsidR="008A5547" w:rsidRDefault="00000000">
            <w:pPr>
              <w:spacing w:after="16" w:line="240" w:lineRule="auto"/>
            </w:pPr>
            <w:r>
              <w:rPr>
                <w:b/>
                <w:color w:val="8565A5"/>
                <w:sz w:val="14"/>
              </w:rPr>
              <w:t>21. teden</w:t>
            </w:r>
            <w:r>
              <w:rPr>
                <w:b/>
                <w:color w:val="8565A5"/>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CBB423" w14:textId="77777777" w:rsidR="008A5547" w:rsidRDefault="00000000">
            <w:pPr>
              <w:spacing w:after="16" w:line="240" w:lineRule="auto"/>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CA6780" w14:textId="77777777" w:rsidR="008A5547" w:rsidRDefault="00000000">
            <w:pPr>
              <w:spacing w:after="16" w:line="240" w:lineRule="auto"/>
            </w:pPr>
            <w:r>
              <w:rPr>
                <w:b/>
                <w:color w:val="203038"/>
                <w:sz w:val="13"/>
              </w:rPr>
              <w:t>THEN AND NOW</w:t>
            </w:r>
            <w:r>
              <w:rPr>
                <w:b/>
                <w:color w:val="203038"/>
                <w:sz w:val="13"/>
              </w:rPr>
              <w:br/>
              <w:t>Tematska povezava: primerja izbrane besede za nekoč in danes</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F16999" w14:textId="77777777" w:rsidR="008A5547" w:rsidRDefault="00000000">
            <w:pPr>
              <w:pStyle w:val="Oznaenseznam"/>
              <w:spacing w:after="16" w:line="235" w:lineRule="auto"/>
              <w:ind w:left="160" w:hanging="100"/>
            </w:pPr>
            <w:r>
              <w:rPr>
                <w:color w:val="203038"/>
                <w:sz w:val="14"/>
              </w:rPr>
              <w:t>razume nekaj besed ob slikah</w:t>
            </w:r>
          </w:p>
          <w:p w14:paraId="366CF317" w14:textId="77777777" w:rsidR="008A5547" w:rsidRDefault="00000000">
            <w:pPr>
              <w:pStyle w:val="Oznaenseznam"/>
              <w:spacing w:after="16" w:line="235" w:lineRule="auto"/>
              <w:ind w:left="160" w:hanging="100"/>
            </w:pPr>
            <w:r>
              <w:rPr>
                <w:color w:val="203038"/>
                <w:sz w:val="14"/>
              </w:rPr>
              <w:t>primerja po vzoru</w:t>
            </w:r>
          </w:p>
          <w:p w14:paraId="0CB69166" w14:textId="77777777" w:rsidR="008A5547" w:rsidRDefault="00000000">
            <w:pPr>
              <w:pStyle w:val="Oznaenseznam"/>
              <w:spacing w:after="16" w:line="235" w:lineRule="auto"/>
              <w:ind w:left="160" w:hanging="100"/>
            </w:pPr>
            <w:r>
              <w:rPr>
                <w:color w:val="203038"/>
                <w:sz w:val="14"/>
              </w:rPr>
              <w:t>sodeluje v pogovoru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F4B9F0"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8E1BC2"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CBA6B7" w14:textId="77777777" w:rsidR="008A5547" w:rsidRDefault="00000000">
            <w:pPr>
              <w:spacing w:after="16" w:line="240" w:lineRule="auto"/>
            </w:pPr>
            <w:r>
              <w:rPr>
                <w:color w:val="203038"/>
                <w:sz w:val="13"/>
              </w:rPr>
              <w:t>sprotno preverjanje in opisna povratna informacija</w:t>
            </w:r>
          </w:p>
        </w:tc>
      </w:tr>
      <w:tr w:rsidR="008A5547" w14:paraId="016DBED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E0AC8A" w14:textId="77777777" w:rsidR="008A5547" w:rsidRDefault="00000000">
            <w:pPr>
              <w:spacing w:after="16" w:line="240" w:lineRule="auto"/>
            </w:pPr>
            <w:r>
              <w:rPr>
                <w:b/>
                <w:color w:val="8565A5"/>
                <w:sz w:val="14"/>
              </w:rPr>
              <w:t>22. teden</w:t>
            </w:r>
            <w:r>
              <w:rPr>
                <w:b/>
                <w:color w:val="8565A5"/>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848046D" w14:textId="77777777" w:rsidR="008A5547" w:rsidRDefault="00000000">
            <w:pPr>
              <w:spacing w:after="16" w:line="240" w:lineRule="auto"/>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DE785A" w14:textId="77777777" w:rsidR="008A5547" w:rsidRDefault="00000000">
            <w:pPr>
              <w:spacing w:after="16" w:line="240" w:lineRule="auto"/>
            </w:pPr>
            <w:r>
              <w:rPr>
                <w:b/>
                <w:color w:val="203038"/>
                <w:sz w:val="13"/>
              </w:rPr>
              <w:t>CULTURE</w:t>
            </w:r>
            <w:r>
              <w:rPr>
                <w:b/>
                <w:color w:val="203038"/>
                <w:sz w:val="13"/>
              </w:rPr>
              <w:br/>
              <w:t>Tematska povezava: razume kratko pesem z gibom in slikovno oporo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BBFBB8" w14:textId="77777777" w:rsidR="008A5547" w:rsidRDefault="00000000">
            <w:pPr>
              <w:pStyle w:val="Oznaenseznam"/>
              <w:spacing w:after="16" w:line="235" w:lineRule="auto"/>
              <w:ind w:left="160" w:hanging="100"/>
            </w:pPr>
            <w:r>
              <w:rPr>
                <w:color w:val="203038"/>
                <w:sz w:val="14"/>
              </w:rPr>
              <w:t>razume kratko pesem z oporo</w:t>
            </w:r>
          </w:p>
          <w:p w14:paraId="48B4B8AE" w14:textId="77777777" w:rsidR="008A5547" w:rsidRDefault="00000000">
            <w:pPr>
              <w:pStyle w:val="Oznaenseznam"/>
              <w:spacing w:after="16" w:line="235" w:lineRule="auto"/>
              <w:ind w:left="160" w:hanging="100"/>
            </w:pPr>
            <w:r>
              <w:rPr>
                <w:color w:val="203038"/>
                <w:sz w:val="14"/>
              </w:rPr>
              <w:t>ponovi ritem ali verz</w:t>
            </w:r>
          </w:p>
          <w:p w14:paraId="581DC832" w14:textId="77777777" w:rsidR="008A5547" w:rsidRDefault="00000000">
            <w:pPr>
              <w:pStyle w:val="Oznaenseznam"/>
              <w:spacing w:after="16" w:line="235" w:lineRule="auto"/>
              <w:ind w:left="160" w:hanging="100"/>
            </w:pPr>
            <w:r>
              <w:rPr>
                <w:color w:val="203038"/>
                <w:sz w:val="14"/>
              </w:rPr>
              <w:t>spoštuje raznojezičnost</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960FF7"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EF3C7D"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F0655E" w14:textId="16609CC2" w:rsidR="008A5547" w:rsidRDefault="00000000">
            <w:pPr>
              <w:spacing w:after="16" w:line="240" w:lineRule="auto"/>
            </w:pPr>
            <w:r>
              <w:rPr>
                <w:color w:val="203038"/>
                <w:sz w:val="13"/>
              </w:rPr>
              <w:t xml:space="preserve">KULTURNI DAN </w:t>
            </w:r>
          </w:p>
        </w:tc>
      </w:tr>
      <w:tr w:rsidR="008A5547" w14:paraId="301E7D0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3DE81C" w14:textId="77777777" w:rsidR="008A5547" w:rsidRDefault="00000000">
            <w:pPr>
              <w:spacing w:after="16" w:line="240" w:lineRule="auto"/>
            </w:pPr>
            <w:r>
              <w:rPr>
                <w:b/>
                <w:color w:val="8565A5"/>
                <w:sz w:val="14"/>
              </w:rPr>
              <w:t>23. teden</w:t>
            </w:r>
            <w:r>
              <w:rPr>
                <w:b/>
                <w:color w:val="8565A5"/>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FE5D00" w14:textId="77777777" w:rsidR="008A5547" w:rsidRDefault="00000000">
            <w:pPr>
              <w:spacing w:after="16" w:line="240" w:lineRule="auto"/>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42C4B5" w14:textId="77777777" w:rsidR="008A5547" w:rsidRDefault="00000000">
            <w:pPr>
              <w:spacing w:after="16" w:line="240" w:lineRule="auto"/>
            </w:pPr>
            <w:r>
              <w:rPr>
                <w:b/>
                <w:color w:val="203038"/>
                <w:sz w:val="13"/>
              </w:rPr>
              <w:t>REVISION</w:t>
            </w:r>
            <w:r>
              <w:rPr>
                <w:b/>
                <w:color w:val="203038"/>
                <w:sz w:val="13"/>
              </w:rPr>
              <w:br/>
              <w:t>Tematska povezava: poimenuje živali, dom in izbrane stare predmete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812953" w14:textId="77777777" w:rsidR="008A5547" w:rsidRDefault="00000000">
            <w:pPr>
              <w:pStyle w:val="Oznaenseznam"/>
              <w:spacing w:after="16" w:line="235" w:lineRule="auto"/>
              <w:ind w:left="160" w:hanging="100"/>
            </w:pPr>
            <w:r>
              <w:rPr>
                <w:color w:val="203038"/>
                <w:sz w:val="14"/>
              </w:rPr>
              <w:t>razume znano besedišče</w:t>
            </w:r>
          </w:p>
          <w:p w14:paraId="521B1943" w14:textId="77777777" w:rsidR="008A5547" w:rsidRDefault="00000000">
            <w:pPr>
              <w:pStyle w:val="Oznaenseznam"/>
              <w:spacing w:after="16" w:line="235" w:lineRule="auto"/>
              <w:ind w:left="160" w:hanging="100"/>
            </w:pPr>
            <w:r>
              <w:rPr>
                <w:color w:val="203038"/>
                <w:sz w:val="14"/>
              </w:rPr>
              <w:t>odgovori na preprosto vprašanje</w:t>
            </w:r>
          </w:p>
          <w:p w14:paraId="74A4FD72" w14:textId="77777777" w:rsidR="008A5547" w:rsidRDefault="00000000">
            <w:pPr>
              <w:pStyle w:val="Oznaenseznam"/>
              <w:spacing w:after="16" w:line="235" w:lineRule="auto"/>
              <w:ind w:left="160" w:hanging="100"/>
            </w:pPr>
            <w:r>
              <w:rPr>
                <w:color w:val="203038"/>
                <w:sz w:val="14"/>
              </w:rPr>
              <w:t>primerja dve sliki po vzoru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9C0402"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52BBD6"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FCC500" w14:textId="136A8C8E" w:rsidR="008A5547" w:rsidRDefault="00000000">
            <w:pPr>
              <w:spacing w:after="16" w:line="240" w:lineRule="auto"/>
            </w:pPr>
            <w:r>
              <w:rPr>
                <w:color w:val="203038"/>
                <w:sz w:val="13"/>
              </w:rPr>
              <w:t xml:space="preserve">KULTURNI DAN </w:t>
            </w:r>
          </w:p>
        </w:tc>
      </w:tr>
      <w:tr w:rsidR="008A5547" w14:paraId="4EECAE8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B00C5B" w14:textId="77777777" w:rsidR="008A5547" w:rsidRDefault="00000000">
            <w:pPr>
              <w:spacing w:after="16" w:line="240" w:lineRule="auto"/>
            </w:pPr>
            <w:r>
              <w:rPr>
                <w:b/>
                <w:color w:val="8565A5"/>
                <w:sz w:val="14"/>
              </w:rPr>
              <w:t>24. teden</w:t>
            </w:r>
            <w:r>
              <w:rPr>
                <w:b/>
                <w:color w:val="8565A5"/>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D6AE1E" w14:textId="77777777" w:rsidR="008A5547" w:rsidRDefault="00000000">
            <w:pPr>
              <w:spacing w:after="16" w:line="240" w:lineRule="auto"/>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E26B12" w14:textId="77777777" w:rsidR="008A5547" w:rsidRDefault="00000000">
            <w:pPr>
              <w:spacing w:after="16" w:line="240" w:lineRule="auto"/>
            </w:pPr>
            <w:r>
              <w:rPr>
                <w:b/>
                <w:color w:val="203038"/>
                <w:sz w:val="13"/>
              </w:rPr>
              <w:t>MY BODY</w:t>
            </w:r>
            <w:r>
              <w:rPr>
                <w:b/>
                <w:color w:val="203038"/>
                <w:sz w:val="13"/>
              </w:rPr>
              <w:br/>
              <w:t>Tematska povezava: poimenuje dele telesa in izrazi počutje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3277E4" w14:textId="77777777" w:rsidR="008A5547" w:rsidRDefault="00000000">
            <w:pPr>
              <w:pStyle w:val="Oznaenseznam"/>
              <w:spacing w:after="16" w:line="235" w:lineRule="auto"/>
              <w:ind w:left="160" w:hanging="100"/>
            </w:pPr>
            <w:r>
              <w:rPr>
                <w:color w:val="203038"/>
                <w:sz w:val="14"/>
              </w:rPr>
              <w:t>razume izbrana poimenovanja</w:t>
            </w:r>
          </w:p>
          <w:p w14:paraId="2E2E4450" w14:textId="77777777" w:rsidR="008A5547" w:rsidRDefault="00000000">
            <w:pPr>
              <w:pStyle w:val="Oznaenseznam"/>
              <w:spacing w:after="16" w:line="235" w:lineRule="auto"/>
              <w:ind w:left="160" w:hanging="100"/>
            </w:pPr>
            <w:r>
              <w:rPr>
                <w:color w:val="203038"/>
                <w:sz w:val="14"/>
              </w:rPr>
              <w:t>pokaže ali poimenuje del telesa</w:t>
            </w:r>
          </w:p>
          <w:p w14:paraId="3FFF8CC6" w14:textId="77777777" w:rsidR="008A5547" w:rsidRDefault="00000000">
            <w:pPr>
              <w:pStyle w:val="Oznaenseznam"/>
              <w:spacing w:after="16" w:line="235" w:lineRule="auto"/>
              <w:ind w:left="160" w:hanging="100"/>
            </w:pPr>
            <w:r>
              <w:rPr>
                <w:color w:val="203038"/>
                <w:sz w:val="14"/>
              </w:rPr>
              <w:t>sledi gibalni pesmi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9C86E5B"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3E7E83"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883F2E" w14:textId="77777777" w:rsidR="008A5547" w:rsidRDefault="00000000">
            <w:pPr>
              <w:spacing w:after="16" w:line="240" w:lineRule="auto"/>
            </w:pPr>
            <w:r>
              <w:rPr>
                <w:color w:val="203038"/>
                <w:sz w:val="13"/>
              </w:rPr>
              <w:t>sprotno preverjanje in opisna povratna informacija</w:t>
            </w:r>
          </w:p>
        </w:tc>
      </w:tr>
      <w:tr w:rsidR="008A5547" w14:paraId="141941F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EFB985" w14:textId="77777777" w:rsidR="008A5547" w:rsidRDefault="00000000">
            <w:pPr>
              <w:spacing w:after="16" w:line="240" w:lineRule="auto"/>
            </w:pPr>
            <w:r>
              <w:rPr>
                <w:b/>
                <w:color w:val="8565A5"/>
                <w:sz w:val="14"/>
              </w:rPr>
              <w:t>25. teden</w:t>
            </w:r>
            <w:r>
              <w:rPr>
                <w:b/>
                <w:color w:val="8565A5"/>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AD0CAA" w14:textId="77777777" w:rsidR="008A5547" w:rsidRDefault="00000000">
            <w:pPr>
              <w:spacing w:after="16" w:line="240" w:lineRule="auto"/>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CBBE6F" w14:textId="77777777" w:rsidR="008A5547" w:rsidRDefault="00000000">
            <w:pPr>
              <w:spacing w:after="16" w:line="240" w:lineRule="auto"/>
            </w:pPr>
            <w:r>
              <w:rPr>
                <w:b/>
                <w:color w:val="203038"/>
                <w:sz w:val="13"/>
              </w:rPr>
              <w:t>HEALTHY ROUTINE</w:t>
            </w:r>
            <w:r>
              <w:rPr>
                <w:b/>
                <w:color w:val="203038"/>
                <w:sz w:val="13"/>
              </w:rPr>
              <w:br/>
              <w:t>Tematska povezava: pove kratko zvezo o počutju in dnevni rutini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5578A5" w14:textId="77777777" w:rsidR="008A5547" w:rsidRDefault="00000000">
            <w:pPr>
              <w:pStyle w:val="Oznaenseznam"/>
              <w:spacing w:after="16" w:line="235" w:lineRule="auto"/>
              <w:ind w:left="160" w:hanging="100"/>
            </w:pPr>
            <w:r>
              <w:rPr>
                <w:color w:val="203038"/>
                <w:sz w:val="14"/>
              </w:rPr>
              <w:t>razume nekaj glagolov za rutino</w:t>
            </w:r>
          </w:p>
          <w:p w14:paraId="3D02475B" w14:textId="77777777" w:rsidR="008A5547" w:rsidRDefault="00000000">
            <w:pPr>
              <w:pStyle w:val="Oznaenseznam"/>
              <w:spacing w:after="16" w:line="235" w:lineRule="auto"/>
              <w:ind w:left="160" w:hanging="100"/>
            </w:pPr>
            <w:r>
              <w:rPr>
                <w:color w:val="203038"/>
                <w:sz w:val="14"/>
              </w:rPr>
              <w:t>pove, kaj dela</w:t>
            </w:r>
          </w:p>
          <w:p w14:paraId="1B7839D0" w14:textId="77777777" w:rsidR="008A5547" w:rsidRDefault="00000000">
            <w:pPr>
              <w:pStyle w:val="Oznaenseznam"/>
              <w:spacing w:after="16" w:line="235" w:lineRule="auto"/>
              <w:ind w:left="160" w:hanging="100"/>
            </w:pPr>
            <w:r>
              <w:rPr>
                <w:color w:val="203038"/>
                <w:sz w:val="14"/>
              </w:rPr>
              <w:t>sodeluje v kratki izmenjavi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4EAC8A"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3E0B04"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396D0B" w14:textId="77777777" w:rsidR="008A5547" w:rsidRDefault="00000000">
            <w:pPr>
              <w:spacing w:after="16" w:line="240" w:lineRule="auto"/>
            </w:pPr>
            <w:r>
              <w:rPr>
                <w:color w:val="203038"/>
                <w:sz w:val="13"/>
              </w:rPr>
              <w:t>sprotno preverjanje in opisna povratna informacija</w:t>
            </w:r>
          </w:p>
        </w:tc>
      </w:tr>
      <w:tr w:rsidR="008A5547" w14:paraId="3E50545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04B46A" w14:textId="77777777" w:rsidR="008A5547" w:rsidRDefault="00000000">
            <w:pPr>
              <w:spacing w:after="16" w:line="240" w:lineRule="auto"/>
            </w:pPr>
            <w:r>
              <w:rPr>
                <w:b/>
                <w:color w:val="8565A5"/>
                <w:sz w:val="14"/>
              </w:rPr>
              <w:t>26. teden</w:t>
            </w:r>
            <w:r>
              <w:rPr>
                <w:b/>
                <w:color w:val="8565A5"/>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78A20DF" w14:textId="77777777" w:rsidR="008A5547" w:rsidRDefault="00000000">
            <w:pPr>
              <w:spacing w:after="16" w:line="240" w:lineRule="auto"/>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1BE719" w14:textId="77777777" w:rsidR="008A5547" w:rsidRDefault="00000000">
            <w:pPr>
              <w:spacing w:after="16" w:line="240" w:lineRule="auto"/>
            </w:pPr>
            <w:r>
              <w:rPr>
                <w:b/>
                <w:color w:val="203038"/>
                <w:sz w:val="13"/>
              </w:rPr>
              <w:t>HELP</w:t>
            </w:r>
            <w:r>
              <w:rPr>
                <w:b/>
                <w:color w:val="203038"/>
                <w:sz w:val="13"/>
              </w:rPr>
              <w:br/>
              <w:t>Tematska povezava: uporabi izraze za pomoč, počutje in izbrane živali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7D8CFC" w14:textId="77777777" w:rsidR="008A5547" w:rsidRDefault="00000000">
            <w:pPr>
              <w:pStyle w:val="Oznaenseznam"/>
              <w:spacing w:after="16" w:line="235" w:lineRule="auto"/>
              <w:ind w:left="160" w:hanging="100"/>
            </w:pPr>
            <w:r>
              <w:rPr>
                <w:color w:val="203038"/>
                <w:sz w:val="14"/>
              </w:rPr>
              <w:t>razume osnovni izraz za pomoč</w:t>
            </w:r>
          </w:p>
          <w:p w14:paraId="619696C2" w14:textId="77777777" w:rsidR="008A5547" w:rsidRDefault="00000000">
            <w:pPr>
              <w:pStyle w:val="Oznaenseznam"/>
              <w:spacing w:after="16" w:line="235" w:lineRule="auto"/>
              <w:ind w:left="160" w:hanging="100"/>
            </w:pPr>
            <w:r>
              <w:rPr>
                <w:color w:val="203038"/>
                <w:sz w:val="14"/>
              </w:rPr>
              <w:t>pove, kako se počuti</w:t>
            </w:r>
          </w:p>
          <w:p w14:paraId="69226A04" w14:textId="77777777" w:rsidR="008A5547" w:rsidRDefault="00000000">
            <w:pPr>
              <w:pStyle w:val="Oznaenseznam"/>
              <w:spacing w:after="16" w:line="235" w:lineRule="auto"/>
              <w:ind w:left="160" w:hanging="100"/>
            </w:pPr>
            <w:r>
              <w:rPr>
                <w:color w:val="203038"/>
                <w:sz w:val="14"/>
              </w:rPr>
              <w:t>se odzove na kratko vprašanje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49F79D"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AD2BE8"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E4DFEC"/>
            <w:tcMar>
              <w:top w:w="70" w:type="dxa"/>
              <w:left w:w="90" w:type="dxa"/>
              <w:bottom w:w="70" w:type="dxa"/>
              <w:right w:w="90" w:type="dxa"/>
            </w:tcMar>
          </w:tcPr>
          <w:p w14:paraId="267A565F" w14:textId="77777777" w:rsidR="008A5547" w:rsidRDefault="00000000">
            <w:pPr>
              <w:spacing w:after="16" w:line="240" w:lineRule="auto"/>
            </w:pPr>
            <w:r>
              <w:rPr>
                <w:b/>
                <w:color w:val="365F91"/>
                <w:sz w:val="14"/>
              </w:rPr>
              <w:t>OCENJEVANJE 3 – DRUGI NAČINI: igra vlog v paru, vodeni pogovor in neposredno opazovanje</w:t>
            </w:r>
          </w:p>
        </w:tc>
      </w:tr>
      <w:tr w:rsidR="008A5547" w14:paraId="2459007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C0D25E" w14:textId="77777777" w:rsidR="008A5547" w:rsidRDefault="00000000">
            <w:pPr>
              <w:spacing w:after="16" w:line="240" w:lineRule="auto"/>
            </w:pPr>
            <w:r>
              <w:rPr>
                <w:b/>
                <w:color w:val="8565A5"/>
                <w:sz w:val="14"/>
              </w:rPr>
              <w:t>27. teden</w:t>
            </w:r>
            <w:r>
              <w:rPr>
                <w:b/>
                <w:color w:val="8565A5"/>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53398A" w14:textId="77777777" w:rsidR="008A5547" w:rsidRDefault="00000000">
            <w:pPr>
              <w:spacing w:after="16" w:line="240" w:lineRule="auto"/>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D3315D" w14:textId="77777777" w:rsidR="008A5547" w:rsidRDefault="00000000">
            <w:pPr>
              <w:spacing w:after="16" w:line="240" w:lineRule="auto"/>
            </w:pPr>
            <w:r>
              <w:rPr>
                <w:b/>
                <w:color w:val="203038"/>
                <w:sz w:val="13"/>
              </w:rPr>
              <w:t>SPRING</w:t>
            </w:r>
            <w:r>
              <w:rPr>
                <w:b/>
                <w:color w:val="203038"/>
                <w:sz w:val="13"/>
              </w:rPr>
              <w:br/>
              <w:t>Tematska povezava: poimenuje pomladno vreme, barve in živa bitja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19622C" w14:textId="77777777" w:rsidR="008A5547" w:rsidRDefault="00000000">
            <w:pPr>
              <w:pStyle w:val="Oznaenseznam"/>
              <w:spacing w:after="16" w:line="235" w:lineRule="auto"/>
              <w:ind w:left="160" w:hanging="100"/>
            </w:pPr>
            <w:r>
              <w:rPr>
                <w:color w:val="203038"/>
                <w:sz w:val="14"/>
              </w:rPr>
              <w:t>razume besede za vreme, barve in živa bitja</w:t>
            </w:r>
          </w:p>
          <w:p w14:paraId="3AD82453" w14:textId="77777777" w:rsidR="008A5547" w:rsidRDefault="00000000">
            <w:pPr>
              <w:pStyle w:val="Oznaenseznam"/>
              <w:spacing w:after="16" w:line="235" w:lineRule="auto"/>
              <w:ind w:left="160" w:hanging="100"/>
            </w:pPr>
            <w:r>
              <w:rPr>
                <w:color w:val="203038"/>
                <w:sz w:val="14"/>
              </w:rPr>
              <w:t>poimenuje ob sliki</w:t>
            </w:r>
          </w:p>
          <w:p w14:paraId="10F66530" w14:textId="77777777" w:rsidR="008A5547" w:rsidRDefault="00000000">
            <w:pPr>
              <w:pStyle w:val="Oznaenseznam"/>
              <w:spacing w:after="16" w:line="235" w:lineRule="auto"/>
              <w:ind w:left="160" w:hanging="100"/>
            </w:pPr>
            <w:r>
              <w:rPr>
                <w:color w:val="203038"/>
                <w:sz w:val="14"/>
              </w:rPr>
              <w:t>sodeluje v pesmi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949E87"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9294CE"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374D59" w14:textId="77777777" w:rsidR="002B4A86" w:rsidRDefault="00000000">
            <w:pPr>
              <w:spacing w:after="16" w:line="240" w:lineRule="auto"/>
              <w:rPr>
                <w:color w:val="203038"/>
                <w:sz w:val="13"/>
              </w:rPr>
            </w:pPr>
            <w:r>
              <w:rPr>
                <w:color w:val="203038"/>
                <w:sz w:val="13"/>
              </w:rPr>
              <w:t xml:space="preserve">NARAVOSLOVNI DAN </w:t>
            </w:r>
          </w:p>
          <w:p w14:paraId="503D6BAE" w14:textId="77777777" w:rsidR="002B4A86" w:rsidRDefault="002B4A86">
            <w:pPr>
              <w:spacing w:after="16" w:line="240" w:lineRule="auto"/>
              <w:rPr>
                <w:color w:val="203038"/>
                <w:sz w:val="13"/>
              </w:rPr>
            </w:pPr>
          </w:p>
          <w:p w14:paraId="41639507" w14:textId="5F58DFE8" w:rsidR="008A5547" w:rsidRDefault="00000000">
            <w:pPr>
              <w:spacing w:after="16" w:line="240" w:lineRule="auto"/>
            </w:pPr>
            <w:r>
              <w:rPr>
                <w:color w:val="203038"/>
                <w:sz w:val="13"/>
              </w:rPr>
              <w:t xml:space="preserve">ŠPORTNI DAN </w:t>
            </w:r>
          </w:p>
        </w:tc>
      </w:tr>
      <w:tr w:rsidR="008A5547" w14:paraId="20E55B7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74982D" w14:textId="77777777" w:rsidR="008A5547" w:rsidRDefault="00000000">
            <w:pPr>
              <w:spacing w:after="16" w:line="240" w:lineRule="auto"/>
            </w:pPr>
            <w:r>
              <w:rPr>
                <w:b/>
                <w:color w:val="8565A5"/>
                <w:sz w:val="14"/>
              </w:rPr>
              <w:t>28. teden</w:t>
            </w:r>
            <w:r>
              <w:rPr>
                <w:b/>
                <w:color w:val="8565A5"/>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FEA4E0" w14:textId="77777777" w:rsidR="008A5547" w:rsidRDefault="00000000">
            <w:pPr>
              <w:spacing w:after="16" w:line="240" w:lineRule="auto"/>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081DDD" w14:textId="77777777" w:rsidR="008A5547" w:rsidRDefault="00000000">
            <w:pPr>
              <w:spacing w:after="16" w:line="240" w:lineRule="auto"/>
            </w:pPr>
            <w:r>
              <w:rPr>
                <w:b/>
                <w:color w:val="203038"/>
                <w:sz w:val="13"/>
              </w:rPr>
              <w:t>A PLANT</w:t>
            </w:r>
            <w:r>
              <w:rPr>
                <w:b/>
                <w:color w:val="203038"/>
                <w:sz w:val="13"/>
              </w:rPr>
              <w:br/>
              <w:t>Tematska povezava: poimenuje dele rastline, barve in število štiri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A6E5DC3" w14:textId="77777777" w:rsidR="008A5547" w:rsidRDefault="00000000">
            <w:pPr>
              <w:pStyle w:val="Oznaenseznam"/>
              <w:spacing w:after="16" w:line="235" w:lineRule="auto"/>
              <w:ind w:left="160" w:hanging="100"/>
            </w:pPr>
            <w:r>
              <w:rPr>
                <w:color w:val="203038"/>
                <w:sz w:val="14"/>
              </w:rPr>
              <w:t>razume kratko navodilo za dejavnost</w:t>
            </w:r>
          </w:p>
          <w:p w14:paraId="470FB757" w14:textId="77777777" w:rsidR="008A5547" w:rsidRDefault="00000000">
            <w:pPr>
              <w:pStyle w:val="Oznaenseznam"/>
              <w:spacing w:after="16" w:line="235" w:lineRule="auto"/>
              <w:ind w:left="160" w:hanging="100"/>
            </w:pPr>
            <w:r>
              <w:rPr>
                <w:color w:val="203038"/>
                <w:sz w:val="14"/>
              </w:rPr>
              <w:t>poimenuje barvo ali del</w:t>
            </w:r>
          </w:p>
          <w:p w14:paraId="40F9529B" w14:textId="77777777" w:rsidR="008A5547" w:rsidRDefault="00000000">
            <w:pPr>
              <w:pStyle w:val="Oznaenseznam"/>
              <w:spacing w:after="16" w:line="235" w:lineRule="auto"/>
              <w:ind w:left="160" w:hanging="100"/>
            </w:pPr>
            <w:r>
              <w:rPr>
                <w:color w:val="203038"/>
                <w:sz w:val="14"/>
              </w:rPr>
              <w:t>pokaže razumevanje z dejanjem</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E2E185"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F283A9"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3B1A3CB" w14:textId="6F929E1F" w:rsidR="008A5547" w:rsidRDefault="00000000">
            <w:pPr>
              <w:spacing w:after="16" w:line="240" w:lineRule="auto"/>
            </w:pPr>
            <w:r>
              <w:rPr>
                <w:color w:val="203038"/>
                <w:sz w:val="13"/>
              </w:rPr>
              <w:t xml:space="preserve">ŠPORTNI DAN </w:t>
            </w:r>
          </w:p>
        </w:tc>
      </w:tr>
      <w:tr w:rsidR="008A5547" w14:paraId="346E19A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F2D154" w14:textId="77777777" w:rsidR="008A5547" w:rsidRDefault="00000000">
            <w:pPr>
              <w:spacing w:after="16" w:line="240" w:lineRule="auto"/>
            </w:pPr>
            <w:r>
              <w:rPr>
                <w:b/>
                <w:color w:val="8565A5"/>
                <w:sz w:val="14"/>
              </w:rPr>
              <w:t>29. teden</w:t>
            </w:r>
            <w:r>
              <w:rPr>
                <w:b/>
                <w:color w:val="8565A5"/>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5548FA" w14:textId="77777777" w:rsidR="008A5547" w:rsidRDefault="00000000">
            <w:pPr>
              <w:spacing w:after="16" w:line="240" w:lineRule="auto"/>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DD60E8" w14:textId="77777777" w:rsidR="008A5547" w:rsidRDefault="00000000">
            <w:pPr>
              <w:spacing w:after="16" w:line="240" w:lineRule="auto"/>
            </w:pPr>
            <w:r>
              <w:rPr>
                <w:b/>
                <w:color w:val="203038"/>
                <w:sz w:val="13"/>
              </w:rPr>
              <w:t>NATURE</w:t>
            </w:r>
            <w:r>
              <w:rPr>
                <w:b/>
                <w:color w:val="203038"/>
                <w:sz w:val="13"/>
              </w:rPr>
              <w:br/>
              <w:t>Tematska povezava: razume znane živalske besede v kratkem sporočilu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DB8610" w14:textId="77777777" w:rsidR="008A5547" w:rsidRDefault="00000000">
            <w:pPr>
              <w:pStyle w:val="Oznaenseznam"/>
              <w:spacing w:after="16" w:line="235" w:lineRule="auto"/>
              <w:ind w:left="160" w:hanging="100"/>
            </w:pPr>
            <w:r>
              <w:rPr>
                <w:color w:val="203038"/>
                <w:sz w:val="14"/>
              </w:rPr>
              <w:t>razume znane besede v kratkem posnetku</w:t>
            </w:r>
          </w:p>
          <w:p w14:paraId="1CB2EF3A" w14:textId="77777777" w:rsidR="008A5547" w:rsidRDefault="00000000">
            <w:pPr>
              <w:pStyle w:val="Oznaenseznam"/>
              <w:spacing w:after="16" w:line="235" w:lineRule="auto"/>
              <w:ind w:left="160" w:hanging="100"/>
            </w:pPr>
            <w:r>
              <w:rPr>
                <w:color w:val="203038"/>
                <w:sz w:val="14"/>
              </w:rPr>
              <w:t>odgovori z besedo ali zvezo</w:t>
            </w:r>
          </w:p>
          <w:p w14:paraId="17904EA0" w14:textId="77777777" w:rsidR="008A5547" w:rsidRDefault="00000000">
            <w:pPr>
              <w:pStyle w:val="Oznaenseznam"/>
              <w:spacing w:after="16" w:line="235" w:lineRule="auto"/>
              <w:ind w:left="160" w:hanging="100"/>
            </w:pPr>
            <w:r>
              <w:rPr>
                <w:color w:val="203038"/>
                <w:sz w:val="14"/>
              </w:rPr>
              <w:t>izrazi všečnost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251FB4"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3DEC1F"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982FC9" w14:textId="77777777" w:rsidR="008A5547" w:rsidRDefault="00000000">
            <w:pPr>
              <w:spacing w:after="16" w:line="240" w:lineRule="auto"/>
            </w:pPr>
            <w:r>
              <w:rPr>
                <w:color w:val="203038"/>
                <w:sz w:val="13"/>
              </w:rPr>
              <w:t>sprotno preverjanje in opisna povratna informacija</w:t>
            </w:r>
          </w:p>
        </w:tc>
      </w:tr>
    </w:tbl>
    <w:p w14:paraId="7EDAB0CB" w14:textId="77777777" w:rsidR="008A5547" w:rsidRDefault="00000000">
      <w:pPr>
        <w:keepNext/>
        <w:pageBreakBefore/>
        <w:spacing w:after="25"/>
      </w:pPr>
      <w:r>
        <w:rPr>
          <w:b/>
          <w:color w:val="8565A5"/>
          <w:sz w:val="15"/>
        </w:rPr>
        <w:lastRenderedPageBreak/>
        <w:t>4.4 Tedni 30–39</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8A5547" w14:paraId="01D9732A" w14:textId="77777777">
        <w:trPr>
          <w:cantSplit/>
          <w:tblHeader/>
          <w:jc w:val="center"/>
        </w:trPr>
        <w:tc>
          <w:tcPr>
            <w:tcW w:w="105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26BD647E" w14:textId="77777777" w:rsidR="008A5547" w:rsidRDefault="00000000">
            <w:pPr>
              <w:spacing w:after="24" w:line="240" w:lineRule="auto"/>
              <w:jc w:val="center"/>
            </w:pPr>
            <w:r>
              <w:rPr>
                <w:b/>
                <w:color w:val="FFFFFF"/>
                <w:sz w:val="13"/>
              </w:rPr>
              <w:t>TEDEN / DATUM</w:t>
            </w:r>
          </w:p>
        </w:tc>
        <w:tc>
          <w:tcPr>
            <w:tcW w:w="23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AC4FC48" w14:textId="77777777" w:rsidR="008A5547" w:rsidRDefault="00000000">
            <w:pPr>
              <w:spacing w:after="24" w:line="240" w:lineRule="auto"/>
              <w:jc w:val="center"/>
            </w:pPr>
            <w:r>
              <w:rPr>
                <w:b/>
                <w:color w:val="FFFFFF"/>
                <w:sz w:val="13"/>
              </w:rPr>
              <w:t>TEMATSKI OKVIR</w:t>
            </w:r>
          </w:p>
        </w:tc>
        <w:tc>
          <w:tcPr>
            <w:tcW w:w="18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020F2D14" w14:textId="77777777" w:rsidR="008A5547" w:rsidRDefault="00000000">
            <w:pPr>
              <w:spacing w:after="24" w:line="240" w:lineRule="auto"/>
              <w:jc w:val="center"/>
            </w:pPr>
            <w:r>
              <w:rPr>
                <w:b/>
                <w:color w:val="FFFFFF"/>
                <w:sz w:val="13"/>
              </w:rPr>
              <w:t>VSEBINA PREDMETA</w:t>
            </w:r>
          </w:p>
        </w:tc>
        <w:tc>
          <w:tcPr>
            <w:tcW w:w="40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B41005B" w14:textId="77777777" w:rsidR="008A5547" w:rsidRDefault="00000000">
            <w:pPr>
              <w:spacing w:after="24" w:line="240" w:lineRule="auto"/>
              <w:jc w:val="center"/>
            </w:pPr>
            <w:r>
              <w:rPr>
                <w:b/>
                <w:color w:val="FFFFFF"/>
                <w:sz w:val="13"/>
              </w:rPr>
              <w:t>OPERATIVNI CILJI</w:t>
            </w:r>
          </w:p>
        </w:tc>
        <w:tc>
          <w:tcPr>
            <w:tcW w:w="6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27B75D5B" w14:textId="77777777" w:rsidR="008A5547" w:rsidRDefault="00000000">
            <w:pPr>
              <w:spacing w:after="24" w:line="240" w:lineRule="auto"/>
              <w:jc w:val="center"/>
            </w:pPr>
            <w:r>
              <w:rPr>
                <w:b/>
                <w:color w:val="FFFFFF"/>
                <w:sz w:val="13"/>
              </w:rPr>
              <w:t>URE</w:t>
            </w:r>
          </w:p>
        </w:tc>
        <w:tc>
          <w:tcPr>
            <w:tcW w:w="34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408542AD" w14:textId="77777777" w:rsidR="008A5547" w:rsidRDefault="00000000">
            <w:pPr>
              <w:spacing w:after="24" w:line="240" w:lineRule="auto"/>
              <w:jc w:val="center"/>
            </w:pPr>
            <w:r>
              <w:rPr>
                <w:b/>
                <w:color w:val="FFFFFF"/>
                <w:sz w:val="13"/>
              </w:rPr>
              <w:t>SODOBNE OBLIKE IN DOKAZI O UČENJU</w:t>
            </w:r>
          </w:p>
        </w:tc>
        <w:tc>
          <w:tcPr>
            <w:tcW w:w="223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535BBFC9" w14:textId="77777777" w:rsidR="008A5547" w:rsidRDefault="00000000">
            <w:pPr>
              <w:spacing w:after="24" w:line="240" w:lineRule="auto"/>
              <w:jc w:val="center"/>
            </w:pPr>
            <w:r>
              <w:rPr>
                <w:b/>
                <w:color w:val="FFFFFF"/>
                <w:sz w:val="13"/>
              </w:rPr>
              <w:t>OCENJEVANJE / DNEVI DEJAVNOSTI</w:t>
            </w:r>
          </w:p>
        </w:tc>
      </w:tr>
      <w:tr w:rsidR="008A5547" w14:paraId="3F56204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23D060" w14:textId="77777777" w:rsidR="008A5547" w:rsidRDefault="00000000">
            <w:pPr>
              <w:spacing w:after="16" w:line="240" w:lineRule="auto"/>
            </w:pPr>
            <w:r>
              <w:rPr>
                <w:b/>
                <w:color w:val="8565A5"/>
                <w:sz w:val="14"/>
              </w:rPr>
              <w:t>30. teden</w:t>
            </w:r>
            <w:r>
              <w:rPr>
                <w:b/>
                <w:color w:val="8565A5"/>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FDBC9C" w14:textId="77777777" w:rsidR="008A5547" w:rsidRDefault="00000000">
            <w:pPr>
              <w:spacing w:after="16" w:line="240" w:lineRule="auto"/>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396CF6" w14:textId="77777777" w:rsidR="008A5547" w:rsidRDefault="00000000">
            <w:pPr>
              <w:spacing w:after="16" w:line="240" w:lineRule="auto"/>
            </w:pPr>
            <w:r>
              <w:rPr>
                <w:b/>
                <w:color w:val="203038"/>
                <w:sz w:val="13"/>
              </w:rPr>
              <w:t>MOVE</w:t>
            </w:r>
            <w:r>
              <w:rPr>
                <w:b/>
                <w:color w:val="203038"/>
                <w:sz w:val="13"/>
              </w:rPr>
              <w:br/>
              <w:t>Tematska povezava: uporabi glagole gibanja in kratka navodila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15ED5D" w14:textId="77777777" w:rsidR="008A5547" w:rsidRDefault="00000000">
            <w:pPr>
              <w:pStyle w:val="Oznaenseznam"/>
              <w:spacing w:after="16" w:line="235" w:lineRule="auto"/>
              <w:ind w:left="160" w:hanging="100"/>
            </w:pPr>
            <w:r>
              <w:rPr>
                <w:color w:val="203038"/>
                <w:sz w:val="14"/>
              </w:rPr>
              <w:t>razume glagole gibanja</w:t>
            </w:r>
          </w:p>
          <w:p w14:paraId="313FD404" w14:textId="77777777" w:rsidR="008A5547" w:rsidRDefault="00000000">
            <w:pPr>
              <w:pStyle w:val="Oznaenseznam"/>
              <w:spacing w:after="16" w:line="235" w:lineRule="auto"/>
              <w:ind w:left="160" w:hanging="100"/>
            </w:pPr>
            <w:r>
              <w:rPr>
                <w:color w:val="203038"/>
                <w:sz w:val="14"/>
              </w:rPr>
              <w:t>izvede navodilo</w:t>
            </w:r>
          </w:p>
          <w:p w14:paraId="78B55F03" w14:textId="77777777" w:rsidR="008A5547" w:rsidRDefault="00000000">
            <w:pPr>
              <w:pStyle w:val="Oznaenseznam"/>
              <w:spacing w:after="16" w:line="235" w:lineRule="auto"/>
              <w:ind w:left="160" w:hanging="100"/>
            </w:pPr>
            <w:r>
              <w:rPr>
                <w:color w:val="203038"/>
                <w:sz w:val="14"/>
              </w:rPr>
              <w:t>pove kratko zvezo o gibanju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0AF3D1"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389155"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12C661D" w14:textId="77777777" w:rsidR="008A5547" w:rsidRDefault="00000000">
            <w:pPr>
              <w:spacing w:after="16" w:line="240" w:lineRule="auto"/>
            </w:pPr>
            <w:r>
              <w:rPr>
                <w:color w:val="203038"/>
                <w:sz w:val="13"/>
              </w:rPr>
              <w:t>sprotno preverjanje in opisna povratna informacija</w:t>
            </w:r>
          </w:p>
        </w:tc>
      </w:tr>
      <w:tr w:rsidR="008A5547" w14:paraId="43A99F1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222BE5" w14:textId="77777777" w:rsidR="008A5547" w:rsidRDefault="00000000">
            <w:pPr>
              <w:spacing w:after="16" w:line="240" w:lineRule="auto"/>
            </w:pPr>
            <w:r>
              <w:rPr>
                <w:b/>
                <w:color w:val="8565A5"/>
                <w:sz w:val="14"/>
              </w:rPr>
              <w:t>31. teden</w:t>
            </w:r>
            <w:r>
              <w:rPr>
                <w:b/>
                <w:color w:val="8565A5"/>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FAEF0B" w14:textId="77777777" w:rsidR="008A5547" w:rsidRDefault="00000000">
            <w:pPr>
              <w:spacing w:after="16" w:line="240" w:lineRule="auto"/>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B166B2" w14:textId="77777777" w:rsidR="008A5547" w:rsidRDefault="00000000">
            <w:pPr>
              <w:spacing w:after="16" w:line="240" w:lineRule="auto"/>
            </w:pPr>
            <w:r>
              <w:rPr>
                <w:b/>
                <w:color w:val="203038"/>
                <w:sz w:val="13"/>
              </w:rPr>
              <w:t>LIGHT AND SOUND</w:t>
            </w:r>
            <w:r>
              <w:rPr>
                <w:b/>
                <w:color w:val="203038"/>
                <w:sz w:val="13"/>
              </w:rPr>
              <w:br/>
              <w:t>Tematska povezava: razume kratke izraze za svetlobo, zvok in smer</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BD6B25" w14:textId="77777777" w:rsidR="008A5547" w:rsidRDefault="00000000">
            <w:pPr>
              <w:pStyle w:val="Oznaenseznam"/>
              <w:spacing w:after="16" w:line="235" w:lineRule="auto"/>
              <w:ind w:left="160" w:hanging="100"/>
            </w:pPr>
            <w:r>
              <w:rPr>
                <w:color w:val="203038"/>
                <w:sz w:val="14"/>
              </w:rPr>
              <w:t>razume kratke izraze ob prikazu</w:t>
            </w:r>
          </w:p>
          <w:p w14:paraId="6DC431EC" w14:textId="77777777" w:rsidR="008A5547" w:rsidRDefault="00000000">
            <w:pPr>
              <w:pStyle w:val="Oznaenseznam"/>
              <w:spacing w:after="16" w:line="235" w:lineRule="auto"/>
              <w:ind w:left="160" w:hanging="100"/>
            </w:pPr>
            <w:r>
              <w:rPr>
                <w:color w:val="203038"/>
                <w:sz w:val="14"/>
              </w:rPr>
              <w:t>odgovori na vprašanje</w:t>
            </w:r>
          </w:p>
          <w:p w14:paraId="1ABC1B04" w14:textId="77777777" w:rsidR="008A5547" w:rsidRDefault="00000000">
            <w:pPr>
              <w:pStyle w:val="Oznaenseznam"/>
              <w:spacing w:after="16" w:line="235" w:lineRule="auto"/>
              <w:ind w:left="160" w:hanging="100"/>
            </w:pPr>
            <w:r>
              <w:rPr>
                <w:color w:val="203038"/>
                <w:sz w:val="14"/>
              </w:rPr>
              <w:t>sodeluje v jezikovnem poskusu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653674"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E6DD59"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90D0D6" w14:textId="77777777" w:rsidR="002B4A86" w:rsidRDefault="00000000">
            <w:pPr>
              <w:spacing w:after="16" w:line="240" w:lineRule="auto"/>
              <w:rPr>
                <w:color w:val="203038"/>
                <w:sz w:val="13"/>
              </w:rPr>
            </w:pPr>
            <w:r>
              <w:rPr>
                <w:color w:val="203038"/>
                <w:sz w:val="13"/>
              </w:rPr>
              <w:t xml:space="preserve">TEHNIŠKI DAN </w:t>
            </w:r>
          </w:p>
          <w:p w14:paraId="6F1E0ED9" w14:textId="77777777" w:rsidR="002B4A86" w:rsidRDefault="002B4A86">
            <w:pPr>
              <w:spacing w:after="16" w:line="240" w:lineRule="auto"/>
              <w:rPr>
                <w:color w:val="203038"/>
                <w:sz w:val="13"/>
              </w:rPr>
            </w:pPr>
          </w:p>
          <w:p w14:paraId="29C69E0A" w14:textId="6F2C9CD4" w:rsidR="008A5547" w:rsidRDefault="00000000">
            <w:pPr>
              <w:spacing w:after="16" w:line="240" w:lineRule="auto"/>
            </w:pPr>
            <w:r>
              <w:rPr>
                <w:color w:val="203038"/>
                <w:sz w:val="13"/>
              </w:rPr>
              <w:t xml:space="preserve">KULTURNI DAN </w:t>
            </w:r>
          </w:p>
        </w:tc>
      </w:tr>
      <w:tr w:rsidR="008A5547" w14:paraId="53762A8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498E7F" w14:textId="77777777" w:rsidR="008A5547" w:rsidRDefault="00000000">
            <w:pPr>
              <w:spacing w:after="16" w:line="240" w:lineRule="auto"/>
            </w:pPr>
            <w:r>
              <w:rPr>
                <w:b/>
                <w:color w:val="8565A5"/>
                <w:sz w:val="14"/>
              </w:rPr>
              <w:t>32. teden</w:t>
            </w:r>
            <w:r>
              <w:rPr>
                <w:b/>
                <w:color w:val="8565A5"/>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EC871C" w14:textId="77777777" w:rsidR="008A5547" w:rsidRDefault="00000000">
            <w:pPr>
              <w:spacing w:after="16" w:line="240" w:lineRule="auto"/>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08295F" w14:textId="77777777" w:rsidR="008A5547" w:rsidRDefault="00000000">
            <w:pPr>
              <w:spacing w:after="16" w:line="240" w:lineRule="auto"/>
            </w:pPr>
            <w:r>
              <w:rPr>
                <w:b/>
                <w:color w:val="203038"/>
                <w:sz w:val="13"/>
              </w:rPr>
              <w:t>LANDSCAPE</w:t>
            </w:r>
            <w:r>
              <w:rPr>
                <w:b/>
                <w:color w:val="203038"/>
                <w:sz w:val="13"/>
              </w:rPr>
              <w:br/>
              <w:t>Tematska povezava: poimenuje pokrajinske elemente, barve in mačko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27E013" w14:textId="77777777" w:rsidR="008A5547" w:rsidRDefault="00000000">
            <w:pPr>
              <w:pStyle w:val="Oznaenseznam"/>
              <w:spacing w:after="16" w:line="235" w:lineRule="auto"/>
              <w:ind w:left="160" w:hanging="100"/>
            </w:pPr>
            <w:r>
              <w:rPr>
                <w:color w:val="203038"/>
                <w:sz w:val="14"/>
              </w:rPr>
              <w:t>razume izbrane besede ob fotografiji</w:t>
            </w:r>
          </w:p>
          <w:p w14:paraId="5ACC2C71" w14:textId="77777777" w:rsidR="008A5547" w:rsidRDefault="00000000">
            <w:pPr>
              <w:pStyle w:val="Oznaenseznam"/>
              <w:spacing w:after="16" w:line="235" w:lineRule="auto"/>
              <w:ind w:left="160" w:hanging="100"/>
            </w:pPr>
            <w:r>
              <w:rPr>
                <w:color w:val="203038"/>
                <w:sz w:val="14"/>
              </w:rPr>
              <w:t>poimenuje element</w:t>
            </w:r>
          </w:p>
          <w:p w14:paraId="65D1C87C" w14:textId="77777777" w:rsidR="008A5547" w:rsidRDefault="00000000">
            <w:pPr>
              <w:pStyle w:val="Oznaenseznam"/>
              <w:spacing w:after="16" w:line="235" w:lineRule="auto"/>
              <w:ind w:left="160" w:hanging="100"/>
            </w:pPr>
            <w:r>
              <w:rPr>
                <w:color w:val="203038"/>
                <w:sz w:val="14"/>
              </w:rPr>
              <w:t>pove kratko poved po vzoru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052A4B"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D3452A5"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533DC9" w14:textId="77777777" w:rsidR="008A5547" w:rsidRDefault="00000000">
            <w:pPr>
              <w:spacing w:after="16" w:line="240" w:lineRule="auto"/>
            </w:pPr>
            <w:r>
              <w:rPr>
                <w:color w:val="203038"/>
                <w:sz w:val="13"/>
              </w:rPr>
              <w:t>sprotno preverjanje in opisna povratna informacija</w:t>
            </w:r>
          </w:p>
        </w:tc>
      </w:tr>
      <w:tr w:rsidR="008A5547" w14:paraId="1C0E0E0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4B3797" w14:textId="77777777" w:rsidR="008A5547" w:rsidRDefault="00000000">
            <w:pPr>
              <w:spacing w:after="16" w:line="240" w:lineRule="auto"/>
            </w:pPr>
            <w:r>
              <w:rPr>
                <w:b/>
                <w:color w:val="8565A5"/>
                <w:sz w:val="14"/>
              </w:rPr>
              <w:t>33. teden</w:t>
            </w:r>
            <w:r>
              <w:rPr>
                <w:b/>
                <w:color w:val="8565A5"/>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A089ED" w14:textId="77777777" w:rsidR="008A5547" w:rsidRDefault="00000000">
            <w:pPr>
              <w:spacing w:after="16" w:line="240" w:lineRule="auto"/>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D81C7D" w14:textId="77777777" w:rsidR="008A5547" w:rsidRDefault="00000000">
            <w:pPr>
              <w:spacing w:after="16" w:line="240" w:lineRule="auto"/>
            </w:pPr>
            <w:r>
              <w:rPr>
                <w:b/>
                <w:color w:val="203038"/>
                <w:sz w:val="13"/>
              </w:rPr>
              <w:t>DIRECTIONS</w:t>
            </w:r>
            <w:r>
              <w:rPr>
                <w:b/>
                <w:color w:val="203038"/>
                <w:sz w:val="13"/>
              </w:rPr>
              <w:br/>
              <w:t>Tematska povezava: ob gibu uporablja left, right in straight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C9EDFC" w14:textId="77777777" w:rsidR="008A5547" w:rsidRDefault="00000000">
            <w:pPr>
              <w:pStyle w:val="Oznaenseznam"/>
              <w:spacing w:after="16" w:line="235" w:lineRule="auto"/>
              <w:ind w:left="160" w:hanging="100"/>
            </w:pPr>
            <w:r>
              <w:rPr>
                <w:color w:val="203038"/>
                <w:sz w:val="14"/>
              </w:rPr>
              <w:t>razume left, right in straight ob gibu</w:t>
            </w:r>
          </w:p>
          <w:p w14:paraId="7EBB98B6" w14:textId="77777777" w:rsidR="008A5547" w:rsidRDefault="00000000">
            <w:pPr>
              <w:pStyle w:val="Oznaenseznam"/>
              <w:spacing w:after="16" w:line="235" w:lineRule="auto"/>
              <w:ind w:left="160" w:hanging="100"/>
            </w:pPr>
            <w:r>
              <w:rPr>
                <w:color w:val="203038"/>
                <w:sz w:val="14"/>
              </w:rPr>
              <w:t>sledi navodilu</w:t>
            </w:r>
          </w:p>
          <w:p w14:paraId="7DDE78D9" w14:textId="77777777" w:rsidR="008A5547" w:rsidRDefault="00000000">
            <w:pPr>
              <w:pStyle w:val="Oznaenseznam"/>
              <w:spacing w:after="16" w:line="235" w:lineRule="auto"/>
              <w:ind w:left="160" w:hanging="100"/>
            </w:pPr>
            <w:r>
              <w:rPr>
                <w:color w:val="203038"/>
                <w:sz w:val="14"/>
              </w:rPr>
              <w:t>v paru izvede kratko izmenjavo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CF0B0D"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E7D30E"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98980C" w14:textId="1D8976EA" w:rsidR="008A5547" w:rsidRDefault="00000000">
            <w:pPr>
              <w:spacing w:after="16" w:line="240" w:lineRule="auto"/>
            </w:pPr>
            <w:r>
              <w:rPr>
                <w:color w:val="203038"/>
                <w:sz w:val="13"/>
              </w:rPr>
              <w:t xml:space="preserve">NARAVOSLOVNI DAN </w:t>
            </w:r>
          </w:p>
        </w:tc>
      </w:tr>
      <w:tr w:rsidR="008A5547" w14:paraId="4159752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3C09C3" w14:textId="77777777" w:rsidR="008A5547" w:rsidRDefault="00000000">
            <w:pPr>
              <w:spacing w:after="16" w:line="240" w:lineRule="auto"/>
            </w:pPr>
            <w:r>
              <w:rPr>
                <w:b/>
                <w:color w:val="8565A5"/>
                <w:sz w:val="14"/>
              </w:rPr>
              <w:t>34. teden</w:t>
            </w:r>
            <w:r>
              <w:rPr>
                <w:b/>
                <w:color w:val="8565A5"/>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4F7008" w14:textId="77777777" w:rsidR="008A5547" w:rsidRDefault="00000000">
            <w:pPr>
              <w:spacing w:after="16" w:line="240" w:lineRule="auto"/>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89B5DA" w14:textId="77777777" w:rsidR="008A5547" w:rsidRDefault="00000000">
            <w:pPr>
              <w:spacing w:after="16" w:line="240" w:lineRule="auto"/>
            </w:pPr>
            <w:r>
              <w:rPr>
                <w:b/>
                <w:color w:val="203038"/>
                <w:sz w:val="13"/>
              </w:rPr>
              <w:t>OUR PLACE</w:t>
            </w:r>
            <w:r>
              <w:rPr>
                <w:b/>
                <w:color w:val="203038"/>
                <w:sz w:val="13"/>
              </w:rPr>
              <w:br/>
              <w:t>Tematska povezava: poimenuje pokrajinske elemente, velikost in barve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1248F5" w14:textId="77777777" w:rsidR="008A5547" w:rsidRDefault="00000000">
            <w:pPr>
              <w:pStyle w:val="Oznaenseznam"/>
              <w:spacing w:after="16" w:line="235" w:lineRule="auto"/>
              <w:ind w:left="160" w:hanging="100"/>
            </w:pPr>
            <w:r>
              <w:rPr>
                <w:color w:val="203038"/>
                <w:sz w:val="14"/>
              </w:rPr>
              <w:t>razume kratke povedi ob slikah</w:t>
            </w:r>
          </w:p>
          <w:p w14:paraId="7485B3E5" w14:textId="77777777" w:rsidR="008A5547" w:rsidRDefault="00000000">
            <w:pPr>
              <w:pStyle w:val="Oznaenseznam"/>
              <w:spacing w:after="16" w:line="235" w:lineRule="auto"/>
              <w:ind w:left="160" w:hanging="100"/>
            </w:pPr>
            <w:r>
              <w:rPr>
                <w:color w:val="203038"/>
                <w:sz w:val="14"/>
              </w:rPr>
              <w:t>pove, kaj je v kraju</w:t>
            </w:r>
          </w:p>
          <w:p w14:paraId="485350AD" w14:textId="77777777" w:rsidR="008A5547" w:rsidRDefault="00000000">
            <w:pPr>
              <w:pStyle w:val="Oznaenseznam"/>
              <w:spacing w:after="16" w:line="235" w:lineRule="auto"/>
              <w:ind w:left="160" w:hanging="100"/>
            </w:pPr>
            <w:r>
              <w:rPr>
                <w:color w:val="203038"/>
                <w:sz w:val="14"/>
              </w:rPr>
              <w:t>izrazi všečnost</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4AD9AF"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58DEA70"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6798B1" w14:textId="77777777" w:rsidR="008A5547" w:rsidRDefault="00000000">
            <w:pPr>
              <w:spacing w:after="16" w:line="240" w:lineRule="auto"/>
            </w:pPr>
            <w:r>
              <w:rPr>
                <w:color w:val="203038"/>
                <w:sz w:val="13"/>
              </w:rPr>
              <w:t>sprotno preverjanje in opisna povratna informacija</w:t>
            </w:r>
          </w:p>
        </w:tc>
      </w:tr>
      <w:tr w:rsidR="008A5547" w14:paraId="44817FC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FF00B26" w14:textId="77777777" w:rsidR="008A5547" w:rsidRDefault="00000000">
            <w:pPr>
              <w:spacing w:after="16" w:line="240" w:lineRule="auto"/>
            </w:pPr>
            <w:r>
              <w:rPr>
                <w:b/>
                <w:color w:val="8565A5"/>
                <w:sz w:val="14"/>
              </w:rPr>
              <w:t>35. teden</w:t>
            </w:r>
            <w:r>
              <w:rPr>
                <w:b/>
                <w:color w:val="8565A5"/>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E86A33" w14:textId="77777777" w:rsidR="008A5547" w:rsidRDefault="00000000">
            <w:pPr>
              <w:spacing w:after="16" w:line="240" w:lineRule="auto"/>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3F059D" w14:textId="77777777" w:rsidR="008A5547" w:rsidRDefault="00000000">
            <w:pPr>
              <w:spacing w:after="16" w:line="240" w:lineRule="auto"/>
            </w:pPr>
            <w:r>
              <w:rPr>
                <w:b/>
                <w:color w:val="203038"/>
                <w:sz w:val="13"/>
              </w:rPr>
              <w:t>REVISION</w:t>
            </w:r>
            <w:r>
              <w:rPr>
                <w:b/>
                <w:color w:val="203038"/>
                <w:sz w:val="13"/>
              </w:rPr>
              <w:br/>
              <w:t>Tematska povezava: v dialogu uporabi znano besedišče za potovanje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C71EC4" w14:textId="77777777" w:rsidR="008A5547" w:rsidRDefault="00000000">
            <w:pPr>
              <w:pStyle w:val="Oznaenseznam"/>
              <w:spacing w:after="16" w:line="235" w:lineRule="auto"/>
              <w:ind w:left="160" w:hanging="100"/>
            </w:pPr>
            <w:r>
              <w:rPr>
                <w:color w:val="203038"/>
                <w:sz w:val="14"/>
              </w:rPr>
              <w:t>razume znano besedišče</w:t>
            </w:r>
          </w:p>
          <w:p w14:paraId="22F43107" w14:textId="77777777" w:rsidR="008A5547" w:rsidRDefault="00000000">
            <w:pPr>
              <w:pStyle w:val="Oznaenseznam"/>
              <w:spacing w:after="16" w:line="235" w:lineRule="auto"/>
              <w:ind w:left="160" w:hanging="100"/>
            </w:pPr>
            <w:r>
              <w:rPr>
                <w:color w:val="203038"/>
                <w:sz w:val="14"/>
              </w:rPr>
              <w:t>opiše sliko z besedo ali kratko zvezo</w:t>
            </w:r>
          </w:p>
          <w:p w14:paraId="0D099BA2" w14:textId="77777777" w:rsidR="008A5547" w:rsidRDefault="00000000">
            <w:pPr>
              <w:pStyle w:val="Oznaenseznam"/>
              <w:spacing w:after="16" w:line="235" w:lineRule="auto"/>
              <w:ind w:left="160" w:hanging="100"/>
            </w:pPr>
            <w:r>
              <w:rPr>
                <w:color w:val="203038"/>
                <w:sz w:val="14"/>
              </w:rPr>
              <w:t>sodeluje v dialogu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A45145"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CE9F7A"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C8FC3E" w14:textId="77777777" w:rsidR="008A5547" w:rsidRDefault="00000000">
            <w:pPr>
              <w:spacing w:after="16" w:line="240" w:lineRule="auto"/>
            </w:pPr>
            <w:r>
              <w:rPr>
                <w:color w:val="203038"/>
                <w:sz w:val="13"/>
              </w:rPr>
              <w:t>sprotno preverjanje in opisna povratna informacija</w:t>
            </w:r>
          </w:p>
        </w:tc>
      </w:tr>
      <w:tr w:rsidR="008A5547" w14:paraId="087B9C0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110543" w14:textId="77777777" w:rsidR="008A5547" w:rsidRDefault="00000000">
            <w:pPr>
              <w:spacing w:after="16" w:line="240" w:lineRule="auto"/>
            </w:pPr>
            <w:r>
              <w:rPr>
                <w:b/>
                <w:color w:val="8565A5"/>
                <w:sz w:val="14"/>
              </w:rPr>
              <w:t>36. teden</w:t>
            </w:r>
            <w:r>
              <w:rPr>
                <w:b/>
                <w:color w:val="8565A5"/>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03A5BF" w14:textId="77777777" w:rsidR="008A5547" w:rsidRDefault="00000000">
            <w:pPr>
              <w:spacing w:after="16" w:line="240" w:lineRule="auto"/>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FA5206" w14:textId="77777777" w:rsidR="008A5547" w:rsidRDefault="00000000">
            <w:pPr>
              <w:spacing w:after="16" w:line="240" w:lineRule="auto"/>
            </w:pPr>
            <w:r>
              <w:rPr>
                <w:b/>
                <w:color w:val="203038"/>
                <w:sz w:val="13"/>
              </w:rPr>
              <w:t>SUMMER</w:t>
            </w:r>
            <w:r>
              <w:rPr>
                <w:b/>
                <w:color w:val="203038"/>
                <w:sz w:val="13"/>
              </w:rPr>
              <w:br/>
              <w:t>Tematska povezava: uporabi besede za poletje, vreme in dejavnosti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7298E83" w14:textId="77777777" w:rsidR="008A5547" w:rsidRDefault="00000000">
            <w:pPr>
              <w:pStyle w:val="Oznaenseznam"/>
              <w:spacing w:after="16" w:line="235" w:lineRule="auto"/>
              <w:ind w:left="160" w:hanging="100"/>
            </w:pPr>
            <w:r>
              <w:rPr>
                <w:color w:val="203038"/>
                <w:sz w:val="14"/>
              </w:rPr>
              <w:t>razume besede za vreme in dejavnosti</w:t>
            </w:r>
          </w:p>
          <w:p w14:paraId="404D2BBB" w14:textId="77777777" w:rsidR="008A5547" w:rsidRDefault="00000000">
            <w:pPr>
              <w:pStyle w:val="Oznaenseznam"/>
              <w:spacing w:after="16" w:line="235" w:lineRule="auto"/>
              <w:ind w:left="160" w:hanging="100"/>
            </w:pPr>
            <w:r>
              <w:rPr>
                <w:color w:val="203038"/>
                <w:sz w:val="14"/>
              </w:rPr>
              <w:t>pove kratko poved</w:t>
            </w:r>
          </w:p>
          <w:p w14:paraId="6B936D3D" w14:textId="77777777" w:rsidR="008A5547" w:rsidRDefault="00000000">
            <w:pPr>
              <w:pStyle w:val="Oznaenseznam"/>
              <w:spacing w:after="16" w:line="235" w:lineRule="auto"/>
              <w:ind w:left="160" w:hanging="100"/>
            </w:pPr>
            <w:r>
              <w:rPr>
                <w:color w:val="203038"/>
                <w:sz w:val="14"/>
              </w:rPr>
              <w:t>sodeluje v pesmi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D2A1DE"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9879EB"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8A1605" w14:textId="77777777" w:rsidR="008A5547" w:rsidRDefault="00000000">
            <w:pPr>
              <w:spacing w:after="16" w:line="240" w:lineRule="auto"/>
            </w:pPr>
            <w:r>
              <w:rPr>
                <w:color w:val="203038"/>
                <w:sz w:val="13"/>
              </w:rPr>
              <w:t>sprotno preverjanje in opisna povratna informacija</w:t>
            </w:r>
          </w:p>
        </w:tc>
      </w:tr>
      <w:tr w:rsidR="008A5547" w14:paraId="5186EDA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1C9248" w14:textId="77777777" w:rsidR="008A5547" w:rsidRDefault="00000000">
            <w:pPr>
              <w:spacing w:after="16" w:line="240" w:lineRule="auto"/>
            </w:pPr>
            <w:r>
              <w:rPr>
                <w:b/>
                <w:color w:val="8565A5"/>
                <w:sz w:val="14"/>
              </w:rPr>
              <w:t>37. teden</w:t>
            </w:r>
            <w:r>
              <w:rPr>
                <w:b/>
                <w:color w:val="8565A5"/>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248550" w14:textId="77777777" w:rsidR="008A5547" w:rsidRDefault="00000000">
            <w:pPr>
              <w:spacing w:after="16" w:line="240" w:lineRule="auto"/>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1B0789" w14:textId="77777777" w:rsidR="008A5547" w:rsidRDefault="00000000">
            <w:pPr>
              <w:spacing w:after="16" w:line="240" w:lineRule="auto"/>
            </w:pPr>
            <w:r>
              <w:rPr>
                <w:b/>
                <w:color w:val="203038"/>
                <w:sz w:val="13"/>
              </w:rPr>
              <w:t>OUR ENVIRONMENT</w:t>
            </w:r>
            <w:r>
              <w:rPr>
                <w:b/>
                <w:color w:val="203038"/>
                <w:sz w:val="13"/>
              </w:rPr>
              <w:br/>
              <w:t>Tematska povezava: razume kratko okoljsko sporočilo in izrazi predlog</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FCD275" w14:textId="77777777" w:rsidR="008A5547" w:rsidRDefault="00000000">
            <w:pPr>
              <w:pStyle w:val="Oznaenseznam"/>
              <w:spacing w:after="16" w:line="235" w:lineRule="auto"/>
              <w:ind w:left="160" w:hanging="100"/>
            </w:pPr>
            <w:r>
              <w:rPr>
                <w:color w:val="203038"/>
                <w:sz w:val="14"/>
              </w:rPr>
              <w:t>razume kratko sporočilo</w:t>
            </w:r>
          </w:p>
          <w:p w14:paraId="2522BB7B" w14:textId="77777777" w:rsidR="008A5547" w:rsidRDefault="00000000">
            <w:pPr>
              <w:pStyle w:val="Oznaenseznam"/>
              <w:spacing w:after="16" w:line="235" w:lineRule="auto"/>
              <w:ind w:left="160" w:hanging="100"/>
            </w:pPr>
            <w:r>
              <w:rPr>
                <w:color w:val="203038"/>
                <w:sz w:val="14"/>
              </w:rPr>
              <w:t>poimenuje izbrano dejanje</w:t>
            </w:r>
          </w:p>
          <w:p w14:paraId="407F2384" w14:textId="77777777" w:rsidR="008A5547" w:rsidRDefault="00000000">
            <w:pPr>
              <w:pStyle w:val="Oznaenseznam"/>
              <w:spacing w:after="16" w:line="235" w:lineRule="auto"/>
              <w:ind w:left="160" w:hanging="100"/>
            </w:pPr>
            <w:r>
              <w:rPr>
                <w:color w:val="203038"/>
                <w:sz w:val="14"/>
              </w:rPr>
              <w:t>izrazi preprost predlog po vzoru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8263E1"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3EA246"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E45B15" w14:textId="60139DAF" w:rsidR="008A5547" w:rsidRDefault="00D04F26">
            <w:pPr>
              <w:spacing w:after="16" w:line="240" w:lineRule="auto"/>
            </w:pPr>
            <w:r>
              <w:rPr>
                <w:b/>
                <w:color w:val="365F91"/>
                <w:sz w:val="14"/>
              </w:rPr>
              <w:t xml:space="preserve">OCENJEVANJE 4 – DRUGI NAČINI: kratka predstavitev, izvedbena naloga, </w:t>
            </w:r>
            <w:proofErr w:type="spellStart"/>
            <w:r>
              <w:rPr>
                <w:b/>
                <w:color w:val="365F91"/>
                <w:sz w:val="14"/>
              </w:rPr>
              <w:t>jezikovna</w:t>
            </w:r>
            <w:proofErr w:type="spellEnd"/>
            <w:r>
              <w:rPr>
                <w:b/>
                <w:color w:val="365F91"/>
                <w:sz w:val="14"/>
              </w:rPr>
              <w:t xml:space="preserve"> </w:t>
            </w:r>
            <w:proofErr w:type="spellStart"/>
            <w:r>
              <w:rPr>
                <w:b/>
                <w:color w:val="365F91"/>
                <w:sz w:val="14"/>
              </w:rPr>
              <w:t>mapa</w:t>
            </w:r>
            <w:proofErr w:type="spellEnd"/>
            <w:r>
              <w:rPr>
                <w:b/>
                <w:color w:val="365F91"/>
                <w:sz w:val="14"/>
              </w:rPr>
              <w:t xml:space="preserve"> in </w:t>
            </w:r>
            <w:proofErr w:type="spellStart"/>
            <w:r>
              <w:rPr>
                <w:b/>
                <w:color w:val="365F91"/>
                <w:sz w:val="14"/>
              </w:rPr>
              <w:t>pogovor</w:t>
            </w:r>
            <w:proofErr w:type="spellEnd"/>
            <w:r>
              <w:rPr>
                <w:color w:val="203038"/>
                <w:sz w:val="13"/>
              </w:rPr>
              <w:t xml:space="preserve"> </w:t>
            </w:r>
          </w:p>
        </w:tc>
      </w:tr>
      <w:tr w:rsidR="008A5547" w14:paraId="3EBC937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4057DBE9" w14:textId="77777777" w:rsidR="008A5547" w:rsidRDefault="00000000">
            <w:pPr>
              <w:spacing w:after="16" w:line="240" w:lineRule="auto"/>
            </w:pPr>
            <w:r>
              <w:rPr>
                <w:b/>
                <w:color w:val="8565A5"/>
                <w:sz w:val="14"/>
              </w:rPr>
              <w:t>38. teden</w:t>
            </w:r>
            <w:r>
              <w:rPr>
                <w:b/>
                <w:color w:val="8565A5"/>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059C54FC" w14:textId="77777777" w:rsidR="008A5547" w:rsidRDefault="00000000">
            <w:pPr>
              <w:spacing w:after="16" w:line="240" w:lineRule="auto"/>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59750B22" w14:textId="77777777" w:rsidR="008A5547" w:rsidRDefault="00000000">
            <w:pPr>
              <w:spacing w:after="16" w:line="240" w:lineRule="auto"/>
            </w:pPr>
            <w:r>
              <w:rPr>
                <w:b/>
                <w:color w:val="203038"/>
                <w:sz w:val="13"/>
              </w:rPr>
              <w:t>I CAN</w:t>
            </w:r>
            <w:r>
              <w:rPr>
                <w:b/>
                <w:color w:val="203038"/>
                <w:sz w:val="13"/>
              </w:rPr>
              <w:br/>
              <w:t>Tematska povezava: s kratko predstavitvijo pokaže, kaj že zmore</w:t>
            </w:r>
          </w:p>
        </w:tc>
        <w:tc>
          <w:tcPr>
            <w:tcW w:w="40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7A38EB0B" w14:textId="77777777" w:rsidR="008A5547" w:rsidRDefault="00000000">
            <w:pPr>
              <w:pStyle w:val="Oznaenseznam"/>
              <w:spacing w:after="16" w:line="235" w:lineRule="auto"/>
              <w:ind w:left="160" w:hanging="100"/>
            </w:pPr>
            <w:r>
              <w:rPr>
                <w:color w:val="203038"/>
                <w:sz w:val="14"/>
              </w:rPr>
              <w:t>pokaže razumevanje znanih tem</w:t>
            </w:r>
          </w:p>
          <w:p w14:paraId="749E0113" w14:textId="77777777" w:rsidR="008A5547" w:rsidRDefault="00000000">
            <w:pPr>
              <w:pStyle w:val="Oznaenseznam"/>
              <w:spacing w:after="16" w:line="235" w:lineRule="auto"/>
              <w:ind w:left="160" w:hanging="100"/>
            </w:pPr>
            <w:r>
              <w:rPr>
                <w:color w:val="203038"/>
                <w:sz w:val="14"/>
              </w:rPr>
              <w:t>pove nekaj o sebi</w:t>
            </w:r>
          </w:p>
          <w:p w14:paraId="6C9C2E4F" w14:textId="77777777" w:rsidR="008A5547" w:rsidRDefault="00000000">
            <w:pPr>
              <w:pStyle w:val="Oznaenseznam"/>
              <w:spacing w:after="16" w:line="235" w:lineRule="auto"/>
              <w:ind w:left="160" w:hanging="100"/>
            </w:pPr>
            <w:r>
              <w:rPr>
                <w:color w:val="203038"/>
                <w:sz w:val="14"/>
              </w:rPr>
              <w:t>sodeluje v kratki predstavitvi</w:t>
            </w:r>
          </w:p>
        </w:tc>
        <w:tc>
          <w:tcPr>
            <w:tcW w:w="6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3EA98901" w14:textId="77777777" w:rsidR="008A5547" w:rsidRDefault="00000000">
            <w:pPr>
              <w:spacing w:after="16" w:line="240" w:lineRule="auto"/>
              <w:jc w:val="center"/>
            </w:pPr>
            <w:r>
              <w:rPr>
                <w:b/>
                <w:color w:val="8565A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08F9D265"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E4DFEC"/>
            <w:tcMar>
              <w:top w:w="70" w:type="dxa"/>
              <w:left w:w="90" w:type="dxa"/>
              <w:bottom w:w="70" w:type="dxa"/>
              <w:right w:w="90" w:type="dxa"/>
            </w:tcMar>
          </w:tcPr>
          <w:p w14:paraId="730916CC" w14:textId="7CDA5C4B" w:rsidR="008A5547" w:rsidRDefault="00D04F26">
            <w:pPr>
              <w:spacing w:after="16" w:line="240" w:lineRule="auto"/>
            </w:pPr>
            <w:proofErr w:type="spellStart"/>
            <w:r>
              <w:rPr>
                <w:color w:val="203038"/>
                <w:sz w:val="13"/>
              </w:rPr>
              <w:t>sprotno</w:t>
            </w:r>
            <w:proofErr w:type="spellEnd"/>
            <w:r>
              <w:rPr>
                <w:color w:val="203038"/>
                <w:sz w:val="13"/>
              </w:rPr>
              <w:t xml:space="preserve"> </w:t>
            </w:r>
            <w:proofErr w:type="spellStart"/>
            <w:r>
              <w:rPr>
                <w:color w:val="203038"/>
                <w:sz w:val="13"/>
              </w:rPr>
              <w:t>preverjanje</w:t>
            </w:r>
            <w:proofErr w:type="spellEnd"/>
            <w:r>
              <w:rPr>
                <w:color w:val="203038"/>
                <w:sz w:val="13"/>
              </w:rPr>
              <w:t xml:space="preserve"> in </w:t>
            </w:r>
            <w:proofErr w:type="spellStart"/>
            <w:r>
              <w:rPr>
                <w:color w:val="203038"/>
                <w:sz w:val="13"/>
              </w:rPr>
              <w:t>opisna</w:t>
            </w:r>
            <w:proofErr w:type="spellEnd"/>
            <w:r>
              <w:rPr>
                <w:color w:val="203038"/>
                <w:sz w:val="13"/>
              </w:rPr>
              <w:t xml:space="preserve"> </w:t>
            </w:r>
            <w:proofErr w:type="spellStart"/>
            <w:r>
              <w:rPr>
                <w:color w:val="203038"/>
                <w:sz w:val="13"/>
              </w:rPr>
              <w:t>povratna</w:t>
            </w:r>
            <w:proofErr w:type="spellEnd"/>
            <w:r>
              <w:rPr>
                <w:color w:val="203038"/>
                <w:sz w:val="13"/>
              </w:rPr>
              <w:t xml:space="preserve"> </w:t>
            </w:r>
            <w:proofErr w:type="spellStart"/>
            <w:r>
              <w:rPr>
                <w:color w:val="203038"/>
                <w:sz w:val="13"/>
              </w:rPr>
              <w:t>informacija</w:t>
            </w:r>
            <w:proofErr w:type="spellEnd"/>
          </w:p>
        </w:tc>
      </w:tr>
      <w:tr w:rsidR="008A5547" w14:paraId="7B45E08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71D960" w14:textId="77777777" w:rsidR="008A5547" w:rsidRDefault="00000000">
            <w:pPr>
              <w:spacing w:after="16" w:line="240" w:lineRule="auto"/>
            </w:pPr>
            <w:r>
              <w:rPr>
                <w:b/>
                <w:color w:val="8565A5"/>
                <w:sz w:val="14"/>
              </w:rPr>
              <w:lastRenderedPageBreak/>
              <w:t>39. teden</w:t>
            </w:r>
            <w:r>
              <w:rPr>
                <w:b/>
                <w:color w:val="8565A5"/>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AD2AF8" w14:textId="77777777" w:rsidR="008A5547" w:rsidRDefault="00000000">
            <w:pPr>
              <w:spacing w:after="16" w:line="240" w:lineRule="auto"/>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561F93" w14:textId="77777777" w:rsidR="008A5547" w:rsidRDefault="00000000">
            <w:pPr>
              <w:spacing w:after="16" w:line="240" w:lineRule="auto"/>
            </w:pPr>
            <w:r>
              <w:rPr>
                <w:b/>
                <w:color w:val="203038"/>
                <w:sz w:val="13"/>
              </w:rPr>
              <w:t>GOODBYE</w:t>
            </w:r>
            <w:r>
              <w:rPr>
                <w:b/>
                <w:color w:val="203038"/>
                <w:sz w:val="13"/>
              </w:rPr>
              <w:br/>
              <w:t>Tematska povezava: uporabi voščilo, zahvalo in preprosto počitniško željo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205F5B7" w14:textId="77777777" w:rsidR="008A5547" w:rsidRDefault="00000000">
            <w:pPr>
              <w:pStyle w:val="Oznaenseznam"/>
              <w:spacing w:after="16" w:line="235" w:lineRule="auto"/>
              <w:ind w:left="160" w:hanging="100"/>
            </w:pPr>
            <w:r>
              <w:rPr>
                <w:color w:val="203038"/>
                <w:sz w:val="14"/>
              </w:rPr>
              <w:t>razume in uporabi znano voščilo</w:t>
            </w:r>
          </w:p>
          <w:p w14:paraId="39B02082" w14:textId="77777777" w:rsidR="008A5547" w:rsidRDefault="00000000">
            <w:pPr>
              <w:pStyle w:val="Oznaenseznam"/>
              <w:spacing w:after="16" w:line="235" w:lineRule="auto"/>
              <w:ind w:left="160" w:hanging="100"/>
            </w:pPr>
            <w:r>
              <w:rPr>
                <w:color w:val="203038"/>
                <w:sz w:val="14"/>
              </w:rPr>
              <w:t>zapojé pesem</w:t>
            </w:r>
          </w:p>
          <w:p w14:paraId="34DBE974" w14:textId="77777777" w:rsidR="008A5547" w:rsidRDefault="00000000">
            <w:pPr>
              <w:pStyle w:val="Oznaenseznam"/>
              <w:spacing w:after="16" w:line="235" w:lineRule="auto"/>
              <w:ind w:left="160" w:hanging="100"/>
            </w:pPr>
            <w:r>
              <w:rPr>
                <w:color w:val="203038"/>
                <w:sz w:val="14"/>
              </w:rPr>
              <w:t>izrazi preprosto željo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97E9E5" w14:textId="77777777" w:rsidR="008A5547" w:rsidRDefault="00000000">
            <w:pPr>
              <w:spacing w:after="16" w:line="240" w:lineRule="auto"/>
              <w:jc w:val="center"/>
            </w:pPr>
            <w:r>
              <w:rPr>
                <w:b/>
                <w:color w:val="8565A5"/>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F4DF78" w14:textId="77777777" w:rsidR="008A5547" w:rsidRDefault="00000000">
            <w:pPr>
              <w:spacing w:after="16" w:line="240" w:lineRule="auto"/>
            </w:pPr>
            <w:r>
              <w:rPr>
                <w:color w:val="203038"/>
                <w:sz w:val="13"/>
              </w:rPr>
              <w:t>izkušnja: slika/predmet/pesem; gibanje: TPR in jezikovne postaje; dokaz: odziv, kratka izmenjava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2DBA03" w14:textId="77777777" w:rsidR="008A5547" w:rsidRDefault="00000000">
            <w:pPr>
              <w:spacing w:after="16" w:line="240" w:lineRule="auto"/>
            </w:pPr>
            <w:r>
              <w:rPr>
                <w:color w:val="203038"/>
                <w:sz w:val="13"/>
              </w:rPr>
              <w:t>sprotno preverjanje in opisna povratna informacija</w:t>
            </w:r>
          </w:p>
        </w:tc>
      </w:tr>
    </w:tbl>
    <w:p w14:paraId="42C27F6B" w14:textId="77777777" w:rsidR="008A5547" w:rsidRDefault="00000000">
      <w:pPr>
        <w:spacing w:after="60" w:line="252" w:lineRule="auto"/>
        <w:jc w:val="right"/>
      </w:pPr>
      <w:r>
        <w:rPr>
          <w:b/>
          <w:color w:val="8565A5"/>
        </w:rPr>
        <w:t>SKUPAJ: 70 ur</w:t>
      </w:r>
    </w:p>
    <w:p w14:paraId="3A9EFB85" w14:textId="77777777" w:rsidR="008A5547" w:rsidRDefault="00000000">
      <w:pPr>
        <w:pStyle w:val="Naslov1"/>
        <w:spacing w:before="140" w:after="80"/>
      </w:pPr>
      <w:r>
        <w:rPr>
          <w:rFonts w:ascii="Arial" w:eastAsia="Arial" w:hAnsi="Arial"/>
          <w:color w:val="173B4D"/>
          <w:sz w:val="32"/>
        </w:rPr>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8A5547" w14:paraId="0E4E4265" w14:textId="77777777">
        <w:trPr>
          <w:tblHeader/>
          <w:jc w:val="center"/>
        </w:trPr>
        <w:tc>
          <w:tcPr>
            <w:tcW w:w="17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0023FA62" w14:textId="77777777" w:rsidR="008A5547" w:rsidRDefault="00000000">
            <w:pPr>
              <w:spacing w:after="24" w:line="240" w:lineRule="auto"/>
              <w:jc w:val="center"/>
            </w:pPr>
            <w:r>
              <w:rPr>
                <w:b/>
                <w:color w:val="FFFFFF"/>
                <w:sz w:val="14"/>
              </w:rPr>
              <w:t>OBDOBJE</w:t>
            </w:r>
          </w:p>
        </w:tc>
        <w:tc>
          <w:tcPr>
            <w:tcW w:w="18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7F4925A3" w14:textId="77777777" w:rsidR="008A5547" w:rsidRDefault="00000000">
            <w:pPr>
              <w:spacing w:after="24" w:line="240" w:lineRule="auto"/>
              <w:jc w:val="center"/>
            </w:pPr>
            <w:r>
              <w:rPr>
                <w:b/>
                <w:color w:val="FFFFFF"/>
                <w:sz w:val="14"/>
              </w:rPr>
              <w:t>TEDNI</w:t>
            </w:r>
          </w:p>
        </w:tc>
        <w:tc>
          <w:tcPr>
            <w:tcW w:w="1068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3435EC95" w14:textId="77777777" w:rsidR="008A5547" w:rsidRDefault="00000000">
            <w:pPr>
              <w:spacing w:after="24" w:line="240" w:lineRule="auto"/>
              <w:jc w:val="center"/>
            </w:pPr>
            <w:r>
              <w:rPr>
                <w:b/>
                <w:color w:val="FFFFFF"/>
                <w:sz w:val="14"/>
              </w:rPr>
              <w:t>SKUPNA TEMA</w:t>
            </w:r>
          </w:p>
        </w:tc>
        <w:tc>
          <w:tcPr>
            <w:tcW w:w="1200" w:type="dxa"/>
            <w:tcBorders>
              <w:top w:val="single" w:sz="5" w:space="0" w:color="8565A5"/>
              <w:left w:val="single" w:sz="5" w:space="0" w:color="8565A5"/>
              <w:bottom w:val="single" w:sz="5" w:space="0" w:color="8565A5"/>
              <w:right w:val="single" w:sz="5" w:space="0" w:color="8565A5"/>
            </w:tcBorders>
            <w:shd w:val="clear" w:color="auto" w:fill="8565A5"/>
            <w:tcMar>
              <w:top w:w="70" w:type="dxa"/>
              <w:left w:w="90" w:type="dxa"/>
              <w:bottom w:w="70" w:type="dxa"/>
              <w:right w:w="90" w:type="dxa"/>
            </w:tcMar>
            <w:vAlign w:val="center"/>
          </w:tcPr>
          <w:p w14:paraId="13C1D67D" w14:textId="77777777" w:rsidR="008A5547" w:rsidRDefault="00000000">
            <w:pPr>
              <w:spacing w:after="24" w:line="240" w:lineRule="auto"/>
              <w:jc w:val="center"/>
            </w:pPr>
            <w:r>
              <w:rPr>
                <w:b/>
                <w:color w:val="FFFFFF"/>
                <w:sz w:val="14"/>
              </w:rPr>
              <w:t>URE</w:t>
            </w:r>
          </w:p>
        </w:tc>
      </w:tr>
      <w:tr w:rsidR="008A5547" w14:paraId="54A1394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55CD05" w14:textId="77777777" w:rsidR="008A5547" w:rsidRDefault="00000000">
            <w:pPr>
              <w:spacing w:after="24" w:line="240" w:lineRule="auto"/>
            </w:pPr>
            <w:r>
              <w:rPr>
                <w:b/>
                <w:color w:val="8565A5"/>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A718B9" w14:textId="77777777" w:rsidR="008A5547" w:rsidRDefault="00000000">
            <w:pPr>
              <w:spacing w:after="24" w:line="240" w:lineRule="auto"/>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6C5E3B" w14:textId="77777777" w:rsidR="008A5547" w:rsidRDefault="00000000">
            <w:pPr>
              <w:spacing w:after="24" w:line="240" w:lineRule="auto"/>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67BBED" w14:textId="77777777" w:rsidR="008A5547" w:rsidRDefault="00000000">
            <w:pPr>
              <w:spacing w:after="24" w:line="240" w:lineRule="auto"/>
              <w:jc w:val="center"/>
            </w:pPr>
            <w:r>
              <w:rPr>
                <w:b/>
                <w:color w:val="8565A5"/>
                <w:sz w:val="15"/>
              </w:rPr>
              <w:t>7</w:t>
            </w:r>
          </w:p>
        </w:tc>
      </w:tr>
      <w:tr w:rsidR="008A5547" w14:paraId="4DA7F5B4"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2046BE" w14:textId="77777777" w:rsidR="008A5547" w:rsidRDefault="00000000">
            <w:pPr>
              <w:spacing w:after="24" w:line="240" w:lineRule="auto"/>
            </w:pPr>
            <w:r>
              <w:rPr>
                <w:b/>
                <w:color w:val="8565A5"/>
                <w:sz w:val="15"/>
              </w:rPr>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946C5F6" w14:textId="77777777" w:rsidR="008A5547" w:rsidRDefault="00000000">
            <w:pPr>
              <w:spacing w:after="24" w:line="240" w:lineRule="auto"/>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25272A" w14:textId="77777777" w:rsidR="008A5547" w:rsidRDefault="00000000">
            <w:pPr>
              <w:spacing w:after="24" w:line="240" w:lineRule="auto"/>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5C43F5" w14:textId="77777777" w:rsidR="008A5547" w:rsidRDefault="00000000">
            <w:pPr>
              <w:spacing w:after="24" w:line="240" w:lineRule="auto"/>
              <w:jc w:val="center"/>
            </w:pPr>
            <w:r>
              <w:rPr>
                <w:b/>
                <w:color w:val="8565A5"/>
                <w:sz w:val="15"/>
              </w:rPr>
              <w:t>8</w:t>
            </w:r>
          </w:p>
        </w:tc>
      </w:tr>
      <w:tr w:rsidR="008A5547" w14:paraId="4EC691A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89E337" w14:textId="77777777" w:rsidR="008A5547" w:rsidRDefault="00000000">
            <w:pPr>
              <w:spacing w:after="24" w:line="240" w:lineRule="auto"/>
            </w:pPr>
            <w:r>
              <w:rPr>
                <w:b/>
                <w:color w:val="8565A5"/>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7DE933E" w14:textId="77777777" w:rsidR="008A5547" w:rsidRDefault="00000000">
            <w:pPr>
              <w:spacing w:after="24" w:line="240" w:lineRule="auto"/>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0C37855" w14:textId="77777777" w:rsidR="008A5547" w:rsidRDefault="00000000">
            <w:pPr>
              <w:spacing w:after="24" w:line="240" w:lineRule="auto"/>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EC214F" w14:textId="77777777" w:rsidR="008A5547" w:rsidRDefault="00000000">
            <w:pPr>
              <w:spacing w:after="24" w:line="240" w:lineRule="auto"/>
              <w:jc w:val="center"/>
            </w:pPr>
            <w:r>
              <w:rPr>
                <w:b/>
                <w:color w:val="8565A5"/>
                <w:sz w:val="15"/>
              </w:rPr>
              <w:t>8</w:t>
            </w:r>
          </w:p>
        </w:tc>
      </w:tr>
      <w:tr w:rsidR="008A5547" w14:paraId="7BEEBC9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CF08EA" w14:textId="77777777" w:rsidR="008A5547" w:rsidRDefault="00000000">
            <w:pPr>
              <w:spacing w:after="24" w:line="240" w:lineRule="auto"/>
            </w:pPr>
            <w:r>
              <w:rPr>
                <w:b/>
                <w:color w:val="8565A5"/>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95D0E6" w14:textId="77777777" w:rsidR="008A5547" w:rsidRDefault="00000000">
            <w:pPr>
              <w:spacing w:after="24" w:line="240" w:lineRule="auto"/>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7BE3DE" w14:textId="77777777" w:rsidR="008A5547" w:rsidRDefault="00000000">
            <w:pPr>
              <w:spacing w:after="24" w:line="240" w:lineRule="auto"/>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E18D19" w14:textId="77777777" w:rsidR="008A5547" w:rsidRDefault="00000000">
            <w:pPr>
              <w:spacing w:after="24" w:line="240" w:lineRule="auto"/>
              <w:jc w:val="center"/>
            </w:pPr>
            <w:r>
              <w:rPr>
                <w:b/>
                <w:color w:val="8565A5"/>
                <w:sz w:val="15"/>
              </w:rPr>
              <w:t>7</w:t>
            </w:r>
          </w:p>
        </w:tc>
      </w:tr>
      <w:tr w:rsidR="008A5547" w14:paraId="7F79705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C4E144" w14:textId="77777777" w:rsidR="008A5547" w:rsidRDefault="00000000">
            <w:pPr>
              <w:spacing w:after="24" w:line="240" w:lineRule="auto"/>
            </w:pPr>
            <w:r>
              <w:rPr>
                <w:b/>
                <w:color w:val="8565A5"/>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02B867" w14:textId="77777777" w:rsidR="008A5547" w:rsidRDefault="00000000">
            <w:pPr>
              <w:spacing w:after="24" w:line="240" w:lineRule="auto"/>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694B4B" w14:textId="77777777" w:rsidR="008A5547" w:rsidRDefault="00000000">
            <w:pPr>
              <w:spacing w:after="24" w:line="240" w:lineRule="auto"/>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57A4A19" w14:textId="77777777" w:rsidR="008A5547" w:rsidRDefault="00000000">
            <w:pPr>
              <w:spacing w:after="24" w:line="240" w:lineRule="auto"/>
              <w:jc w:val="center"/>
            </w:pPr>
            <w:r>
              <w:rPr>
                <w:b/>
                <w:color w:val="8565A5"/>
                <w:sz w:val="15"/>
              </w:rPr>
              <w:t>8</w:t>
            </w:r>
          </w:p>
        </w:tc>
      </w:tr>
      <w:tr w:rsidR="008A5547" w14:paraId="20BFF1C7"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D833A3" w14:textId="77777777" w:rsidR="008A5547" w:rsidRDefault="00000000">
            <w:pPr>
              <w:spacing w:after="24" w:line="240" w:lineRule="auto"/>
            </w:pPr>
            <w:r>
              <w:rPr>
                <w:b/>
                <w:color w:val="8565A5"/>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41F9AA" w14:textId="77777777" w:rsidR="008A5547" w:rsidRDefault="00000000">
            <w:pPr>
              <w:spacing w:after="24" w:line="240" w:lineRule="auto"/>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13B591" w14:textId="77777777" w:rsidR="008A5547" w:rsidRDefault="00000000">
            <w:pPr>
              <w:spacing w:after="24" w:line="240" w:lineRule="auto"/>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29481A" w14:textId="77777777" w:rsidR="008A5547" w:rsidRDefault="00000000">
            <w:pPr>
              <w:spacing w:after="24" w:line="240" w:lineRule="auto"/>
              <w:jc w:val="center"/>
            </w:pPr>
            <w:r>
              <w:rPr>
                <w:b/>
                <w:color w:val="8565A5"/>
                <w:sz w:val="15"/>
              </w:rPr>
              <w:t>5</w:t>
            </w:r>
          </w:p>
        </w:tc>
      </w:tr>
      <w:tr w:rsidR="008A5547" w14:paraId="5FAFB061"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AB1B15" w14:textId="77777777" w:rsidR="008A5547" w:rsidRDefault="00000000">
            <w:pPr>
              <w:spacing w:after="24" w:line="240" w:lineRule="auto"/>
            </w:pPr>
            <w:r>
              <w:rPr>
                <w:b/>
                <w:color w:val="8565A5"/>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3AF2E3" w14:textId="77777777" w:rsidR="008A5547" w:rsidRDefault="00000000">
            <w:pPr>
              <w:spacing w:after="24" w:line="240" w:lineRule="auto"/>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84A47D" w14:textId="77777777" w:rsidR="008A5547" w:rsidRDefault="00000000">
            <w:pPr>
              <w:spacing w:after="24" w:line="240" w:lineRule="auto"/>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A727D4" w14:textId="77777777" w:rsidR="008A5547" w:rsidRDefault="00000000">
            <w:pPr>
              <w:spacing w:after="24" w:line="240" w:lineRule="auto"/>
              <w:jc w:val="center"/>
            </w:pPr>
            <w:r>
              <w:rPr>
                <w:b/>
                <w:color w:val="8565A5"/>
                <w:sz w:val="15"/>
              </w:rPr>
              <w:t>6</w:t>
            </w:r>
          </w:p>
        </w:tc>
      </w:tr>
      <w:tr w:rsidR="008A5547" w14:paraId="1FA63674"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0E5433" w14:textId="77777777" w:rsidR="008A5547" w:rsidRDefault="00000000">
            <w:pPr>
              <w:spacing w:after="24" w:line="240" w:lineRule="auto"/>
            </w:pPr>
            <w:r>
              <w:rPr>
                <w:b/>
                <w:color w:val="8565A5"/>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C11600" w14:textId="77777777" w:rsidR="008A5547" w:rsidRDefault="00000000">
            <w:pPr>
              <w:spacing w:after="24" w:line="240" w:lineRule="auto"/>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75C003" w14:textId="77777777" w:rsidR="008A5547" w:rsidRDefault="00000000">
            <w:pPr>
              <w:spacing w:after="24" w:line="240" w:lineRule="auto"/>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540DE7" w14:textId="77777777" w:rsidR="008A5547" w:rsidRDefault="00000000">
            <w:pPr>
              <w:spacing w:after="24" w:line="240" w:lineRule="auto"/>
              <w:jc w:val="center"/>
            </w:pPr>
            <w:r>
              <w:rPr>
                <w:b/>
                <w:color w:val="8565A5"/>
                <w:sz w:val="15"/>
              </w:rPr>
              <w:t>4</w:t>
            </w:r>
          </w:p>
        </w:tc>
      </w:tr>
      <w:tr w:rsidR="008A5547" w14:paraId="1A3D6D8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83CA52" w14:textId="77777777" w:rsidR="008A5547" w:rsidRDefault="00000000">
            <w:pPr>
              <w:spacing w:after="24" w:line="240" w:lineRule="auto"/>
            </w:pPr>
            <w:r>
              <w:rPr>
                <w:b/>
                <w:color w:val="8565A5"/>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F57EE2" w14:textId="77777777" w:rsidR="008A5547" w:rsidRDefault="00000000">
            <w:pPr>
              <w:spacing w:after="24" w:line="240" w:lineRule="auto"/>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118ECE" w14:textId="77777777" w:rsidR="008A5547" w:rsidRDefault="00000000">
            <w:pPr>
              <w:spacing w:after="24" w:line="240" w:lineRule="auto"/>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A01B1F" w14:textId="77777777" w:rsidR="008A5547" w:rsidRDefault="00000000">
            <w:pPr>
              <w:spacing w:after="24" w:line="240" w:lineRule="auto"/>
              <w:jc w:val="center"/>
            </w:pPr>
            <w:r>
              <w:rPr>
                <w:b/>
                <w:color w:val="8565A5"/>
                <w:sz w:val="15"/>
              </w:rPr>
              <w:t>3</w:t>
            </w:r>
          </w:p>
        </w:tc>
      </w:tr>
      <w:tr w:rsidR="008A5547" w14:paraId="69C86B7B"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9E7714" w14:textId="77777777" w:rsidR="008A5547" w:rsidRDefault="00000000">
            <w:pPr>
              <w:spacing w:after="24" w:line="240" w:lineRule="auto"/>
            </w:pPr>
            <w:r>
              <w:rPr>
                <w:b/>
                <w:color w:val="8565A5"/>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4B2137" w14:textId="77777777" w:rsidR="008A5547" w:rsidRDefault="00000000">
            <w:pPr>
              <w:spacing w:after="24" w:line="240" w:lineRule="auto"/>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462ADA" w14:textId="77777777" w:rsidR="008A5547" w:rsidRDefault="00000000">
            <w:pPr>
              <w:spacing w:after="24" w:line="240" w:lineRule="auto"/>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E6A803" w14:textId="77777777" w:rsidR="008A5547" w:rsidRDefault="00000000">
            <w:pPr>
              <w:spacing w:after="24" w:line="240" w:lineRule="auto"/>
              <w:jc w:val="center"/>
            </w:pPr>
            <w:r>
              <w:rPr>
                <w:b/>
                <w:color w:val="8565A5"/>
                <w:sz w:val="15"/>
              </w:rPr>
              <w:t>7</w:t>
            </w:r>
          </w:p>
        </w:tc>
      </w:tr>
      <w:tr w:rsidR="008A5547" w14:paraId="3234E82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D03935" w14:textId="77777777" w:rsidR="008A5547" w:rsidRDefault="00000000">
            <w:pPr>
              <w:spacing w:after="24" w:line="240" w:lineRule="auto"/>
            </w:pPr>
            <w:r>
              <w:rPr>
                <w:b/>
                <w:color w:val="8565A5"/>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2F72D4" w14:textId="77777777" w:rsidR="008A5547" w:rsidRDefault="00000000">
            <w:pPr>
              <w:spacing w:after="24" w:line="240" w:lineRule="auto"/>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552147" w14:textId="77777777" w:rsidR="008A5547" w:rsidRDefault="00000000">
            <w:pPr>
              <w:spacing w:after="24" w:line="240" w:lineRule="auto"/>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EAA125" w14:textId="77777777" w:rsidR="008A5547" w:rsidRDefault="00000000">
            <w:pPr>
              <w:spacing w:after="24" w:line="240" w:lineRule="auto"/>
              <w:jc w:val="center"/>
            </w:pPr>
            <w:r>
              <w:rPr>
                <w:b/>
                <w:color w:val="8565A5"/>
                <w:sz w:val="15"/>
              </w:rPr>
              <w:t>7</w:t>
            </w:r>
          </w:p>
        </w:tc>
      </w:tr>
      <w:tr w:rsidR="008A5547" w14:paraId="5296B45D" w14:textId="77777777">
        <w:trPr>
          <w:jc w:val="center"/>
        </w:trPr>
        <w:tc>
          <w:tcPr>
            <w:tcW w:w="1700" w:type="dxa"/>
            <w:tcBorders>
              <w:top w:val="single" w:sz="7" w:space="0" w:color="8565A5"/>
              <w:left w:val="single" w:sz="7" w:space="0" w:color="8565A5"/>
              <w:bottom w:val="single" w:sz="7" w:space="0" w:color="8565A5"/>
              <w:right w:val="single" w:sz="7" w:space="0" w:color="8565A5"/>
            </w:tcBorders>
            <w:shd w:val="clear" w:color="auto" w:fill="E7F3F2"/>
            <w:tcMar>
              <w:top w:w="70" w:type="dxa"/>
              <w:left w:w="90" w:type="dxa"/>
              <w:bottom w:w="70" w:type="dxa"/>
              <w:right w:w="90" w:type="dxa"/>
            </w:tcMar>
            <w:vAlign w:val="center"/>
          </w:tcPr>
          <w:p w14:paraId="32B9EBBE" w14:textId="77777777" w:rsidR="008A5547" w:rsidRDefault="00000000">
            <w:pPr>
              <w:spacing w:after="24" w:line="240" w:lineRule="auto"/>
            </w:pPr>
            <w:r>
              <w:rPr>
                <w:b/>
                <w:color w:val="8565A5"/>
                <w:sz w:val="16"/>
              </w:rPr>
              <w:t>SKUPAJ</w:t>
            </w:r>
          </w:p>
        </w:tc>
        <w:tc>
          <w:tcPr>
            <w:tcW w:w="1800" w:type="dxa"/>
            <w:tcBorders>
              <w:top w:val="single" w:sz="7" w:space="0" w:color="8565A5"/>
              <w:left w:val="single" w:sz="7" w:space="0" w:color="8565A5"/>
              <w:bottom w:val="single" w:sz="7" w:space="0" w:color="8565A5"/>
              <w:right w:val="single" w:sz="7" w:space="0" w:color="8565A5"/>
            </w:tcBorders>
            <w:shd w:val="clear" w:color="auto" w:fill="E7F3F2"/>
            <w:tcMar>
              <w:top w:w="70" w:type="dxa"/>
              <w:left w:w="90" w:type="dxa"/>
              <w:bottom w:w="70" w:type="dxa"/>
              <w:right w:w="90" w:type="dxa"/>
            </w:tcMar>
            <w:vAlign w:val="center"/>
          </w:tcPr>
          <w:p w14:paraId="2195A2E1" w14:textId="77777777" w:rsidR="008A5547" w:rsidRDefault="008A5547">
            <w:pPr>
              <w:spacing w:after="0"/>
            </w:pPr>
          </w:p>
        </w:tc>
        <w:tc>
          <w:tcPr>
            <w:tcW w:w="10680" w:type="dxa"/>
            <w:tcBorders>
              <w:top w:val="single" w:sz="7" w:space="0" w:color="8565A5"/>
              <w:left w:val="single" w:sz="7" w:space="0" w:color="8565A5"/>
              <w:bottom w:val="single" w:sz="7" w:space="0" w:color="8565A5"/>
              <w:right w:val="single" w:sz="7" w:space="0" w:color="8565A5"/>
            </w:tcBorders>
            <w:shd w:val="clear" w:color="auto" w:fill="E7F3F2"/>
            <w:tcMar>
              <w:top w:w="70" w:type="dxa"/>
              <w:left w:w="90" w:type="dxa"/>
              <w:bottom w:w="70" w:type="dxa"/>
              <w:right w:w="90" w:type="dxa"/>
            </w:tcMar>
            <w:vAlign w:val="center"/>
          </w:tcPr>
          <w:p w14:paraId="049656D3" w14:textId="77777777" w:rsidR="008A5547" w:rsidRDefault="008A5547">
            <w:pPr>
              <w:spacing w:after="0"/>
            </w:pPr>
          </w:p>
        </w:tc>
        <w:tc>
          <w:tcPr>
            <w:tcW w:w="1200" w:type="dxa"/>
            <w:tcBorders>
              <w:top w:val="single" w:sz="7" w:space="0" w:color="8565A5"/>
              <w:left w:val="single" w:sz="7" w:space="0" w:color="8565A5"/>
              <w:bottom w:val="single" w:sz="7" w:space="0" w:color="8565A5"/>
              <w:right w:val="single" w:sz="7" w:space="0" w:color="8565A5"/>
            </w:tcBorders>
            <w:shd w:val="clear" w:color="auto" w:fill="E7F3F2"/>
            <w:tcMar>
              <w:top w:w="70" w:type="dxa"/>
              <w:left w:w="90" w:type="dxa"/>
              <w:bottom w:w="70" w:type="dxa"/>
              <w:right w:w="90" w:type="dxa"/>
            </w:tcMar>
            <w:vAlign w:val="center"/>
          </w:tcPr>
          <w:p w14:paraId="168DA243" w14:textId="77777777" w:rsidR="008A5547" w:rsidRDefault="00000000">
            <w:pPr>
              <w:spacing w:after="24" w:line="240" w:lineRule="auto"/>
              <w:jc w:val="center"/>
            </w:pPr>
            <w:r>
              <w:rPr>
                <w:b/>
                <w:color w:val="8565A5"/>
              </w:rPr>
              <w:t>70</w:t>
            </w:r>
          </w:p>
        </w:tc>
      </w:tr>
    </w:tbl>
    <w:p w14:paraId="7A922D52" w14:textId="77777777" w:rsidR="008A5547" w:rsidRDefault="00000000">
      <w:pPr>
        <w:pStyle w:val="Naslov1"/>
        <w:pageBreakBefore/>
      </w:pPr>
      <w:r>
        <w:lastRenderedPageBreak/>
        <w:t>6. Podrobni obvezni, povezovalni in skupni cilji (iz UN)</w:t>
      </w:r>
    </w:p>
    <w:p w14:paraId="54E1A550" w14:textId="77777777" w:rsidR="008A5547" w:rsidRDefault="00000000">
      <w:r>
        <w:t>Poglavje povzema in za 1. razred operacionalizira cilje Učnega načrta za prvo vzgojno-izobraževalno obdobje (2025), predmet Tuji jezik, ki se uporablja od 1. 9. 2026. Oznaka O pomeni obvezni cilj. Standardi znanja v učnem načrtu veljajo ob koncu prvega vzgojno-izobraževalnega obdobja; v 1. razredu se načrtujejo razvojni koraki s poudarkom na poslušanju, poslušanju z gledanjem, govoru, ustni interakciji in fonološkem zavedanju. Branje in pisanje se le pripravljata ter nista predmet pisnega ocenjevanja.</w:t>
      </w:r>
    </w:p>
    <w:p w14:paraId="6F8FD815" w14:textId="77777777" w:rsidR="008A5547" w:rsidRDefault="00000000">
      <w:pPr>
        <w:pStyle w:val="Naslov2"/>
      </w:pPr>
      <w:r>
        <w:t>6.1 Obvezni predmetni cilji in standardi znanja</w:t>
      </w:r>
    </w:p>
    <w:tbl>
      <w:tblPr>
        <w:tblW w:w="0" w:type="auto"/>
        <w:jc w:val="center"/>
        <w:tblLayout w:type="fixed"/>
        <w:tblLook w:val="04A0" w:firstRow="1" w:lastRow="0" w:firstColumn="1" w:lastColumn="0" w:noHBand="0" w:noVBand="1"/>
      </w:tblPr>
      <w:tblGrid>
        <w:gridCol w:w="2088"/>
        <w:gridCol w:w="4392"/>
        <w:gridCol w:w="3816"/>
        <w:gridCol w:w="3528"/>
        <w:gridCol w:w="1656"/>
      </w:tblGrid>
      <w:tr w:rsidR="008A5547" w14:paraId="3C5C5E1C" w14:textId="77777777">
        <w:trPr>
          <w:cantSplit/>
          <w:tblHeader/>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7C619EA7" w14:textId="77777777" w:rsidR="008A5547" w:rsidRDefault="00000000">
            <w:pPr>
              <w:spacing w:after="16" w:line="240" w:lineRule="auto"/>
              <w:jc w:val="center"/>
            </w:pPr>
            <w:r>
              <w:rPr>
                <w:b/>
                <w:color w:val="FFFFFF"/>
                <w:sz w:val="12"/>
              </w:rPr>
              <w:t>PODROČJE</w:t>
            </w:r>
          </w:p>
        </w:tc>
        <w:tc>
          <w:tcPr>
            <w:tcW w:w="439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481064C7" w14:textId="77777777" w:rsidR="008A5547" w:rsidRDefault="00000000">
            <w:pPr>
              <w:spacing w:after="16" w:line="240" w:lineRule="auto"/>
              <w:jc w:val="center"/>
            </w:pPr>
            <w:r>
              <w:rPr>
                <w:b/>
                <w:color w:val="FFFFFF"/>
                <w:sz w:val="12"/>
              </w:rPr>
              <w:t>OBVEZNI CILJI IZ UN</w:t>
            </w:r>
          </w:p>
        </w:tc>
        <w:tc>
          <w:tcPr>
            <w:tcW w:w="3816"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37F706BA" w14:textId="77777777" w:rsidR="008A5547" w:rsidRDefault="00000000">
            <w:pPr>
              <w:spacing w:after="16" w:line="240" w:lineRule="auto"/>
              <w:jc w:val="center"/>
            </w:pPr>
            <w:r>
              <w:rPr>
                <w:b/>
                <w:color w:val="FFFFFF"/>
                <w:sz w:val="12"/>
              </w:rPr>
              <w:t>STANDARDI ZNANJA / STATUS</w:t>
            </w:r>
          </w:p>
        </w:tc>
        <w:tc>
          <w:tcPr>
            <w:tcW w:w="352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AC9DEA5" w14:textId="77777777" w:rsidR="008A5547" w:rsidRDefault="00000000">
            <w:pPr>
              <w:spacing w:after="16" w:line="240" w:lineRule="auto"/>
              <w:jc w:val="center"/>
            </w:pPr>
            <w:r>
              <w:rPr>
                <w:b/>
                <w:color w:val="FFFFFF"/>
                <w:sz w:val="12"/>
              </w:rPr>
              <w:t>POUDAREK IN DEJAVNOSTI V 1. RAZREDU</w:t>
            </w:r>
          </w:p>
        </w:tc>
        <w:tc>
          <w:tcPr>
            <w:tcW w:w="1656"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4D6F27F2" w14:textId="77777777" w:rsidR="008A5547" w:rsidRDefault="00000000">
            <w:pPr>
              <w:spacing w:after="16" w:line="240" w:lineRule="auto"/>
              <w:jc w:val="center"/>
            </w:pPr>
            <w:r>
              <w:rPr>
                <w:b/>
                <w:color w:val="FFFFFF"/>
                <w:sz w:val="12"/>
              </w:rPr>
              <w:t>POVEZAVA Z LETNO PRIPRAVO</w:t>
            </w:r>
          </w:p>
        </w:tc>
      </w:tr>
      <w:tr w:rsidR="008A5547" w14:paraId="2A51DF31"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E9320ED" w14:textId="77777777" w:rsidR="008A5547" w:rsidRDefault="00000000">
            <w:pPr>
              <w:spacing w:after="16" w:line="240" w:lineRule="auto"/>
            </w:pPr>
            <w:r>
              <w:rPr>
                <w:b/>
                <w:color w:val="4F81BD"/>
                <w:sz w:val="13"/>
              </w:rPr>
              <w:t>Sprejemanje – ustno in avdiovizualno</w:t>
            </w:r>
          </w:p>
        </w:tc>
        <w:tc>
          <w:tcPr>
            <w:tcW w:w="439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D630C40" w14:textId="77777777" w:rsidR="008A5547" w:rsidRDefault="00000000">
            <w:pPr>
              <w:spacing w:after="16" w:line="240" w:lineRule="auto"/>
            </w:pPr>
            <w:r>
              <w:rPr>
                <w:color w:val="333333"/>
                <w:sz w:val="13"/>
              </w:rPr>
              <w:t>O: razvija razumevanje slišanih sporočil in preprostih besedil z vizualno in nebesedno podporo (3.3.2.1 | 1.1.1.1).</w:t>
            </w:r>
            <w:r>
              <w:rPr>
                <w:color w:val="333333"/>
                <w:sz w:val="13"/>
              </w:rPr>
              <w:br/>
              <w:t>O: razvija razumevanje kratkih besedil in preprostih videoposnetkov.</w:t>
            </w:r>
          </w:p>
        </w:tc>
        <w:tc>
          <w:tcPr>
            <w:tcW w:w="381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BD9B928" w14:textId="77777777" w:rsidR="008A5547" w:rsidRDefault="00000000">
            <w:pPr>
              <w:spacing w:after="16" w:line="240" w:lineRule="auto"/>
            </w:pPr>
            <w:r>
              <w:rPr>
                <w:color w:val="333333"/>
                <w:sz w:val="13"/>
              </w:rPr>
              <w:t>Ob kratkih, preprostih, počasi in razločno podanih besedilih, videoposnetkih ali navodilih se ustrezno besedno/nebesedno odzove; prepozna temo in bistvene poudarke; izlušči pomembne podatke.</w:t>
            </w:r>
          </w:p>
        </w:tc>
        <w:tc>
          <w:tcPr>
            <w:tcW w:w="352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AA11F6D" w14:textId="77777777" w:rsidR="008A5547" w:rsidRDefault="00000000">
            <w:pPr>
              <w:spacing w:after="16" w:line="240" w:lineRule="auto"/>
            </w:pPr>
            <w:r>
              <w:rPr>
                <w:color w:val="333333"/>
                <w:sz w:val="13"/>
              </w:rPr>
              <w:t>Bogati jezikovni vnos; razredna navodila; pesmi, zgodbe in kratke risanke; TPR; izbira, prirejanje in razvrščanje slik/predmetov.</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23F8805" w14:textId="77777777" w:rsidR="008A5547" w:rsidRDefault="00000000">
            <w:pPr>
              <w:spacing w:after="16" w:line="240" w:lineRule="auto"/>
            </w:pPr>
            <w:r>
              <w:rPr>
                <w:color w:val="333333"/>
                <w:sz w:val="13"/>
              </w:rPr>
              <w:t>Vsi tedni; posebej ocenjevanja 1 in 2.</w:t>
            </w:r>
          </w:p>
        </w:tc>
      </w:tr>
      <w:tr w:rsidR="008A5547" w14:paraId="022C6A9B"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1EC1732" w14:textId="77777777" w:rsidR="008A5547" w:rsidRDefault="00000000">
            <w:pPr>
              <w:spacing w:after="16" w:line="240" w:lineRule="auto"/>
            </w:pPr>
            <w:r>
              <w:rPr>
                <w:b/>
                <w:color w:val="4F81BD"/>
                <w:sz w:val="13"/>
              </w:rPr>
              <w:t>Sprejemanje – bralno razumevanje</w:t>
            </w:r>
          </w:p>
        </w:tc>
        <w:tc>
          <w:tcPr>
            <w:tcW w:w="439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9429C12" w14:textId="77777777" w:rsidR="008A5547" w:rsidRDefault="00000000">
            <w:pPr>
              <w:spacing w:after="16" w:line="240" w:lineRule="auto"/>
            </w:pPr>
            <w:r>
              <w:rPr>
                <w:color w:val="333333"/>
                <w:sz w:val="13"/>
              </w:rPr>
              <w:t>O: razvija razumevanje kratkih, preprostih in vizualno podprtih besedil; spoznava enostavne bralne strategije; razvija interes za branje (4.1.1.1 | 1.1.4.1).</w:t>
            </w:r>
          </w:p>
        </w:tc>
        <w:tc>
          <w:tcPr>
            <w:tcW w:w="381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B6A669D" w14:textId="77777777" w:rsidR="008A5547" w:rsidRDefault="00000000">
            <w:pPr>
              <w:spacing w:after="16" w:line="240" w:lineRule="auto"/>
            </w:pPr>
            <w:r>
              <w:rPr>
                <w:color w:val="333333"/>
                <w:sz w:val="13"/>
              </w:rPr>
              <w:t>Standardi so v UN izrecno vezani na 3. razred: razume pomen besed/fraz, prepozna temo, bistvene poudarke in nekatere podrobnosti.</w:t>
            </w:r>
          </w:p>
        </w:tc>
        <w:tc>
          <w:tcPr>
            <w:tcW w:w="352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BEF431F" w14:textId="77777777" w:rsidR="008A5547" w:rsidRDefault="00000000">
            <w:pPr>
              <w:spacing w:after="16" w:line="240" w:lineRule="auto"/>
            </w:pPr>
            <w:r>
              <w:rPr>
                <w:color w:val="333333"/>
                <w:sz w:val="13"/>
              </w:rPr>
              <w:t>V 1. razredu le porajajoče se branje: globalno prepoznavanje nekaj znanih zapisov ob sliki, logotipu ali slikanici; brez pisnega ocenjevanja.</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4EEA492" w14:textId="77777777" w:rsidR="008A5547" w:rsidRDefault="00000000">
            <w:pPr>
              <w:spacing w:after="16" w:line="240" w:lineRule="auto"/>
            </w:pPr>
            <w:r>
              <w:rPr>
                <w:color w:val="333333"/>
                <w:sz w:val="13"/>
              </w:rPr>
              <w:t>Slikanice, napisi v razredu, kartice z besedo in sliko.</w:t>
            </w:r>
          </w:p>
        </w:tc>
      </w:tr>
      <w:tr w:rsidR="008A5547" w14:paraId="4D5706BA"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D026FA2" w14:textId="77777777" w:rsidR="008A5547" w:rsidRDefault="00000000">
            <w:pPr>
              <w:spacing w:after="16" w:line="240" w:lineRule="auto"/>
            </w:pPr>
            <w:r>
              <w:rPr>
                <w:b/>
                <w:color w:val="4F81BD"/>
                <w:sz w:val="13"/>
              </w:rPr>
              <w:t>Tvorjenje – ustno izražanje</w:t>
            </w:r>
          </w:p>
        </w:tc>
        <w:tc>
          <w:tcPr>
            <w:tcW w:w="439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18183F3" w14:textId="77777777" w:rsidR="008A5547" w:rsidRDefault="00000000">
            <w:pPr>
              <w:spacing w:after="16" w:line="240" w:lineRule="auto"/>
            </w:pPr>
            <w:r>
              <w:rPr>
                <w:color w:val="333333"/>
                <w:sz w:val="13"/>
              </w:rPr>
              <w:t>O: razvija in preizkuša izgovarjavo, intonacijo in ritem; razvija ustno izražanje (1.1.2.1 | 1.1.5.1); razvija enostavne strategije sporočanja (3.3.2.1).</w:t>
            </w:r>
          </w:p>
        </w:tc>
        <w:tc>
          <w:tcPr>
            <w:tcW w:w="381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0AFF9FD" w14:textId="77777777" w:rsidR="008A5547" w:rsidRDefault="00000000">
            <w:pPr>
              <w:spacing w:after="16" w:line="240" w:lineRule="auto"/>
            </w:pPr>
            <w:r>
              <w:rPr>
                <w:color w:val="333333"/>
                <w:sz w:val="13"/>
              </w:rPr>
              <w:t>V vodenih govornih dejavnostih ob slikovni/nebesedni podpori poimenuje svet okoli sebe; tvori preproste fraze in kratke povedi; tvori kratko besedilo po vzorcu.</w:t>
            </w:r>
          </w:p>
        </w:tc>
        <w:tc>
          <w:tcPr>
            <w:tcW w:w="352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A162A4A" w14:textId="77777777" w:rsidR="008A5547" w:rsidRDefault="00000000">
            <w:pPr>
              <w:spacing w:after="16" w:line="240" w:lineRule="auto"/>
            </w:pPr>
            <w:r>
              <w:rPr>
                <w:color w:val="333333"/>
                <w:sz w:val="13"/>
              </w:rPr>
              <w:t>Posnemanje in ritmična izreka; poimenovanje; kratke povedi po vzorcu; opis slike/predmeta; pesem; kratka predstavitev.</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F612861" w14:textId="77777777" w:rsidR="008A5547" w:rsidRDefault="00000000">
            <w:pPr>
              <w:spacing w:after="16" w:line="240" w:lineRule="auto"/>
            </w:pPr>
            <w:r>
              <w:rPr>
                <w:color w:val="333333"/>
                <w:sz w:val="13"/>
              </w:rPr>
              <w:t>Vsi tematski sklopi; posebej ocenjevanje 4.</w:t>
            </w:r>
          </w:p>
        </w:tc>
      </w:tr>
      <w:tr w:rsidR="008A5547" w14:paraId="40E3A016"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EA9E038" w14:textId="77777777" w:rsidR="008A5547" w:rsidRDefault="00000000">
            <w:pPr>
              <w:spacing w:after="16" w:line="240" w:lineRule="auto"/>
            </w:pPr>
            <w:r>
              <w:rPr>
                <w:b/>
                <w:color w:val="4F81BD"/>
                <w:sz w:val="13"/>
              </w:rPr>
              <w:t>Tvorjenje – pisno izražanje</w:t>
            </w:r>
          </w:p>
        </w:tc>
        <w:tc>
          <w:tcPr>
            <w:tcW w:w="439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60B853B" w14:textId="77777777" w:rsidR="008A5547" w:rsidRDefault="00000000">
            <w:pPr>
              <w:spacing w:after="16" w:line="240" w:lineRule="auto"/>
            </w:pPr>
            <w:r>
              <w:rPr>
                <w:color w:val="333333"/>
                <w:sz w:val="13"/>
              </w:rPr>
              <w:t>O: tvori različna besedila po vzorcu, predlogi ali modelu; soustvarja preprosta besedila v tujem jeziku.</w:t>
            </w:r>
          </w:p>
        </w:tc>
        <w:tc>
          <w:tcPr>
            <w:tcW w:w="381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3030DD0" w14:textId="77777777" w:rsidR="008A5547" w:rsidRDefault="00000000">
            <w:pPr>
              <w:spacing w:after="16" w:line="240" w:lineRule="auto"/>
            </w:pPr>
            <w:r>
              <w:rPr>
                <w:color w:val="333333"/>
                <w:sz w:val="13"/>
              </w:rPr>
              <w:t>Skupina ciljev v UN nima standardov znanja.</w:t>
            </w:r>
          </w:p>
        </w:tc>
        <w:tc>
          <w:tcPr>
            <w:tcW w:w="352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735B543" w14:textId="77777777" w:rsidR="008A5547" w:rsidRDefault="00000000">
            <w:pPr>
              <w:spacing w:after="16" w:line="240" w:lineRule="auto"/>
            </w:pPr>
            <w:r>
              <w:rPr>
                <w:color w:val="333333"/>
                <w:sz w:val="13"/>
              </w:rPr>
              <w:t>V 1. razredu cilj ni ocenjevalni poudarek. Dovoljene so prostovoljne predpisalne dejavnosti, povezovanje slike z zapisom in skupinsko soustvarjanje ob učiteljevem zapisu.</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27796DF" w14:textId="77777777" w:rsidR="008A5547" w:rsidRDefault="00000000">
            <w:pPr>
              <w:spacing w:after="16" w:line="240" w:lineRule="auto"/>
            </w:pPr>
            <w:r>
              <w:rPr>
                <w:color w:val="333333"/>
                <w:sz w:val="13"/>
              </w:rPr>
              <w:t>Brez pisnega ocenjevanja; le podpora ustnemu učenju.</w:t>
            </w:r>
          </w:p>
        </w:tc>
      </w:tr>
      <w:tr w:rsidR="008A5547" w14:paraId="60EA2E26"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78132E0" w14:textId="77777777" w:rsidR="008A5547" w:rsidRDefault="00000000">
            <w:pPr>
              <w:spacing w:after="16" w:line="240" w:lineRule="auto"/>
            </w:pPr>
            <w:r>
              <w:rPr>
                <w:b/>
                <w:color w:val="4F81BD"/>
                <w:sz w:val="13"/>
              </w:rPr>
              <w:t>Interakcija – ustna</w:t>
            </w:r>
          </w:p>
        </w:tc>
        <w:tc>
          <w:tcPr>
            <w:tcW w:w="439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289A5C6" w14:textId="77777777" w:rsidR="008A5547" w:rsidRDefault="00000000">
            <w:pPr>
              <w:spacing w:after="16" w:line="240" w:lineRule="auto"/>
            </w:pPr>
            <w:r>
              <w:rPr>
                <w:color w:val="333333"/>
                <w:sz w:val="13"/>
              </w:rPr>
              <w:t>O: smiselno se vključuje v pogovor in odziva na sogovorca; razvija sporazumevanje z osnovnimi ustaljenimi vzorci; spoznava strategije ustnega sporazumevanja (3.3.2.1 | 3.3.4.1 | 1.1.1.1 | 1.1.5.1).</w:t>
            </w:r>
          </w:p>
        </w:tc>
        <w:tc>
          <w:tcPr>
            <w:tcW w:w="381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5A97412" w14:textId="77777777" w:rsidR="008A5547" w:rsidRDefault="00000000">
            <w:pPr>
              <w:spacing w:after="16" w:line="240" w:lineRule="auto"/>
            </w:pPr>
            <w:r>
              <w:rPr>
                <w:color w:val="333333"/>
                <w:sz w:val="13"/>
              </w:rPr>
              <w:t>V preprostem pogovoru o znani temi smiselno odgovarja, uporablja vzorce, se vključuje in zastavlja kratka vprašanja.</w:t>
            </w:r>
          </w:p>
        </w:tc>
        <w:tc>
          <w:tcPr>
            <w:tcW w:w="352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0D6B9E5" w14:textId="77777777" w:rsidR="008A5547" w:rsidRDefault="00000000">
            <w:pPr>
              <w:spacing w:after="16" w:line="240" w:lineRule="auto"/>
            </w:pPr>
            <w:r>
              <w:rPr>
                <w:color w:val="333333"/>
                <w:sz w:val="13"/>
              </w:rPr>
              <w:t>Pozdrav, predstavitev, vprašanje–odgovor, igra vlog, sodelovanje v paru; možnost nebesedne in slikovne opore.</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8A65A7D" w14:textId="77777777" w:rsidR="008A5547" w:rsidRDefault="00000000">
            <w:pPr>
              <w:spacing w:after="16" w:line="240" w:lineRule="auto"/>
            </w:pPr>
            <w:r>
              <w:rPr>
                <w:color w:val="333333"/>
                <w:sz w:val="13"/>
              </w:rPr>
              <w:t>Tedni 3, 7, 13, 25, 26, 33, 35, 38; posebej ocenjevanje 3.</w:t>
            </w:r>
          </w:p>
        </w:tc>
      </w:tr>
      <w:tr w:rsidR="008A5547" w14:paraId="5EF6F3A4"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2F93F40" w14:textId="77777777" w:rsidR="008A5547" w:rsidRDefault="00000000">
            <w:pPr>
              <w:spacing w:after="16" w:line="240" w:lineRule="auto"/>
            </w:pPr>
            <w:r>
              <w:rPr>
                <w:b/>
                <w:color w:val="4F81BD"/>
                <w:sz w:val="13"/>
              </w:rPr>
              <w:t>Interakcija – pisna</w:t>
            </w:r>
          </w:p>
        </w:tc>
        <w:tc>
          <w:tcPr>
            <w:tcW w:w="439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EFC2CC0" w14:textId="77777777" w:rsidR="008A5547" w:rsidRDefault="00000000">
            <w:pPr>
              <w:spacing w:after="16" w:line="240" w:lineRule="auto"/>
            </w:pPr>
            <w:r>
              <w:rPr>
                <w:color w:val="333333"/>
                <w:sz w:val="13"/>
              </w:rPr>
              <w:t>O: tvori in izmenjuje kratka, zelo preprosta sporočila (1.1.1.1); zapiše pogosto rabljena vprašanja in odgovore z osnovnimi vzorci.</w:t>
            </w:r>
          </w:p>
        </w:tc>
        <w:tc>
          <w:tcPr>
            <w:tcW w:w="381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B4DABED" w14:textId="77777777" w:rsidR="008A5547" w:rsidRDefault="00000000">
            <w:pPr>
              <w:spacing w:after="16" w:line="240" w:lineRule="auto"/>
            </w:pPr>
            <w:r>
              <w:rPr>
                <w:color w:val="333333"/>
                <w:sz w:val="13"/>
              </w:rPr>
              <w:t>Skupina ciljev v UN nima standardov znanja.</w:t>
            </w:r>
          </w:p>
        </w:tc>
        <w:tc>
          <w:tcPr>
            <w:tcW w:w="352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DC96568" w14:textId="77777777" w:rsidR="008A5547" w:rsidRDefault="00000000">
            <w:pPr>
              <w:spacing w:after="16" w:line="240" w:lineRule="auto"/>
            </w:pPr>
            <w:r>
              <w:rPr>
                <w:color w:val="333333"/>
                <w:sz w:val="13"/>
              </w:rPr>
              <w:t>V 1. razredu ni ocenjevalni poudarek. Morebitni skupinski zapis nastane po modelu in ob učiteljevi podpori.</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2443D79" w14:textId="77777777" w:rsidR="008A5547" w:rsidRDefault="00000000">
            <w:pPr>
              <w:spacing w:after="16" w:line="240" w:lineRule="auto"/>
            </w:pPr>
            <w:r>
              <w:rPr>
                <w:color w:val="333333"/>
                <w:sz w:val="13"/>
              </w:rPr>
              <w:t>Brez pisnega ocenjevanja.</w:t>
            </w:r>
          </w:p>
        </w:tc>
      </w:tr>
      <w:tr w:rsidR="008A5547" w14:paraId="08AAFAD9"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2EDCC9E" w14:textId="77777777" w:rsidR="008A5547" w:rsidRDefault="00000000">
            <w:pPr>
              <w:spacing w:after="16" w:line="240" w:lineRule="auto"/>
            </w:pPr>
            <w:r>
              <w:rPr>
                <w:b/>
                <w:color w:val="4F81BD"/>
                <w:sz w:val="13"/>
              </w:rPr>
              <w:t>Fonološko in glasovno zavedanje</w:t>
            </w:r>
          </w:p>
        </w:tc>
        <w:tc>
          <w:tcPr>
            <w:tcW w:w="439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7CFB4C6" w14:textId="77777777" w:rsidR="008A5547" w:rsidRDefault="00000000">
            <w:pPr>
              <w:spacing w:after="16" w:line="240" w:lineRule="auto"/>
            </w:pPr>
            <w:r>
              <w:rPr>
                <w:color w:val="333333"/>
                <w:sz w:val="13"/>
              </w:rPr>
              <w:t>O: razvija slušno razločevanje in razčlenjevanje besed, zlogov in glasov; razvija izgovarjavo glasov, ki se razlikujejo od učnega jezika; razvija izgovarjavo besed in povedi.</w:t>
            </w:r>
          </w:p>
        </w:tc>
        <w:tc>
          <w:tcPr>
            <w:tcW w:w="381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656CE92" w14:textId="77777777" w:rsidR="008A5547" w:rsidRDefault="00000000">
            <w:pPr>
              <w:spacing w:after="16" w:line="240" w:lineRule="auto"/>
            </w:pPr>
            <w:r>
              <w:rPr>
                <w:color w:val="333333"/>
                <w:sz w:val="13"/>
              </w:rPr>
              <w:t>Skupina ciljev v UN nima standardov znanja; napredek se spremlja opisno.</w:t>
            </w:r>
          </w:p>
        </w:tc>
        <w:tc>
          <w:tcPr>
            <w:tcW w:w="352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B3F8B2F" w14:textId="77777777" w:rsidR="008A5547" w:rsidRDefault="00000000">
            <w:pPr>
              <w:spacing w:after="16" w:line="240" w:lineRule="auto"/>
            </w:pPr>
            <w:r>
              <w:rPr>
                <w:color w:val="333333"/>
                <w:sz w:val="13"/>
              </w:rPr>
              <w:t>Igre poslušanja; rime; izštevanke; ritmično ploskanje; prepoznavanje začetnega glasu; posnemanje izgovarjave in intonacije.</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FCB633E" w14:textId="77777777" w:rsidR="008A5547" w:rsidRDefault="00000000">
            <w:pPr>
              <w:spacing w:after="16" w:line="240" w:lineRule="auto"/>
            </w:pPr>
            <w:r>
              <w:rPr>
                <w:color w:val="333333"/>
                <w:sz w:val="13"/>
              </w:rPr>
              <w:t>Pesmi, zgodbe in ritmične igre skozi vse leto.</w:t>
            </w:r>
          </w:p>
        </w:tc>
      </w:tr>
      <w:tr w:rsidR="008A5547" w14:paraId="34E78CCC"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2660896" w14:textId="77777777" w:rsidR="008A5547" w:rsidRDefault="00000000">
            <w:pPr>
              <w:spacing w:after="16" w:line="240" w:lineRule="auto"/>
            </w:pPr>
            <w:r>
              <w:rPr>
                <w:b/>
                <w:color w:val="4F81BD"/>
                <w:sz w:val="13"/>
              </w:rPr>
              <w:t>Začetno opismenjevanje v tujem jeziku</w:t>
            </w:r>
          </w:p>
        </w:tc>
        <w:tc>
          <w:tcPr>
            <w:tcW w:w="439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F642D59" w14:textId="77777777" w:rsidR="008A5547" w:rsidRDefault="00000000">
            <w:pPr>
              <w:spacing w:after="16" w:line="240" w:lineRule="auto"/>
            </w:pPr>
            <w:r>
              <w:rPr>
                <w:color w:val="333333"/>
                <w:sz w:val="13"/>
              </w:rPr>
              <w:t>O: spoznava načela zapisovanja; povezuje glasove s črkami; prepoznava vzorce; spoznava drugače zapisane/izgovorjene črke; razvija tekočnost branja in razumevanje (1.1.3.1).</w:t>
            </w:r>
          </w:p>
        </w:tc>
        <w:tc>
          <w:tcPr>
            <w:tcW w:w="381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12C746C" w14:textId="77777777" w:rsidR="008A5547" w:rsidRDefault="00000000">
            <w:pPr>
              <w:spacing w:after="16" w:line="240" w:lineRule="auto"/>
            </w:pPr>
            <w:r>
              <w:rPr>
                <w:color w:val="333333"/>
                <w:sz w:val="13"/>
              </w:rPr>
              <w:t>Skupina ciljev v UN nima standardov znanja. UN določa, da se začetno opismenjevanje praviloma začne od 2. razreda oziroma po opismenitvi v učnem jeziku.</w:t>
            </w:r>
          </w:p>
        </w:tc>
        <w:tc>
          <w:tcPr>
            <w:tcW w:w="352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17AF27B" w14:textId="77777777" w:rsidR="008A5547" w:rsidRDefault="00000000">
            <w:pPr>
              <w:spacing w:after="16" w:line="240" w:lineRule="auto"/>
            </w:pPr>
            <w:r>
              <w:rPr>
                <w:color w:val="333333"/>
                <w:sz w:val="13"/>
              </w:rPr>
              <w:t>V 1. razredu le fonološka priprava in občasno globalno prepoznavanje znanih zapisov, če je razvojno primerno.</w:t>
            </w:r>
          </w:p>
        </w:tc>
        <w:tc>
          <w:tcPr>
            <w:tcW w:w="16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4B528B6" w14:textId="77777777" w:rsidR="008A5547" w:rsidRDefault="00000000">
            <w:pPr>
              <w:spacing w:after="16" w:line="240" w:lineRule="auto"/>
            </w:pPr>
            <w:r>
              <w:rPr>
                <w:color w:val="333333"/>
                <w:sz w:val="13"/>
              </w:rPr>
              <w:t>Ni vključeno v ocenjevanje znanja.</w:t>
            </w:r>
          </w:p>
        </w:tc>
      </w:tr>
      <w:tr w:rsidR="008A5547" w14:paraId="0D2D323D" w14:textId="77777777">
        <w:trPr>
          <w:cantSplit/>
          <w:jc w:val="center"/>
        </w:trPr>
        <w:tc>
          <w:tcPr>
            <w:tcW w:w="208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211328F" w14:textId="77777777" w:rsidR="008A5547" w:rsidRDefault="00000000">
            <w:pPr>
              <w:spacing w:after="16" w:line="240" w:lineRule="auto"/>
            </w:pPr>
            <w:r>
              <w:rPr>
                <w:b/>
                <w:color w:val="4F81BD"/>
                <w:sz w:val="13"/>
              </w:rPr>
              <w:t>Raznojezičnost in medkulturnost</w:t>
            </w:r>
          </w:p>
        </w:tc>
        <w:tc>
          <w:tcPr>
            <w:tcW w:w="439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8CD5BDF" w14:textId="77777777" w:rsidR="008A5547" w:rsidRDefault="00000000">
            <w:pPr>
              <w:spacing w:after="16" w:line="240" w:lineRule="auto"/>
            </w:pPr>
            <w:r>
              <w:rPr>
                <w:color w:val="333333"/>
                <w:sz w:val="13"/>
              </w:rPr>
              <w:t>O: zaznava različne jezike in razlike med njimi (1.1.3.1 | 1.1.3.2 | 3.3.1.2); spoznava in primerja kulture (1.3.1.1 | 1.3.2.1 | 3.3.1.2); razvija odprtost; zaveda se pomena maternega jezika in lastne kulture.</w:t>
            </w:r>
          </w:p>
        </w:tc>
        <w:tc>
          <w:tcPr>
            <w:tcW w:w="381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94A59E2" w14:textId="77777777" w:rsidR="008A5547" w:rsidRDefault="00000000">
            <w:pPr>
              <w:spacing w:after="16" w:line="240" w:lineRule="auto"/>
            </w:pPr>
            <w:r>
              <w:rPr>
                <w:color w:val="333333"/>
                <w:sz w:val="13"/>
              </w:rPr>
              <w:t>Skupina ciljev v UN nima standardov znanja; napredek se spremlja v vedenju, odzivih in sodelovanju.</w:t>
            </w:r>
          </w:p>
        </w:tc>
        <w:tc>
          <w:tcPr>
            <w:tcW w:w="352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467096C" w14:textId="77777777" w:rsidR="008A5547" w:rsidRDefault="00000000">
            <w:pPr>
              <w:spacing w:after="16" w:line="240" w:lineRule="auto"/>
            </w:pPr>
            <w:r>
              <w:rPr>
                <w:color w:val="333333"/>
                <w:sz w:val="13"/>
              </w:rPr>
              <w:t>Primerjanje pozdravov, pesmi, praznikov, imen in predmetov; vključevanje jezikov učencev; spoštljiv pogovor brez posploševanja in stereotipov.</w:t>
            </w:r>
          </w:p>
        </w:tc>
        <w:tc>
          <w:tcPr>
            <w:tcW w:w="16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FE1314D" w14:textId="77777777" w:rsidR="008A5547" w:rsidRDefault="00000000">
            <w:pPr>
              <w:spacing w:after="16" w:line="240" w:lineRule="auto"/>
            </w:pPr>
            <w:r>
              <w:rPr>
                <w:color w:val="333333"/>
                <w:sz w:val="13"/>
              </w:rPr>
              <w:t>Tedni 7, 15, 22, 39 ter sproti ob avtentičnih priložnostih.</w:t>
            </w:r>
          </w:p>
        </w:tc>
      </w:tr>
    </w:tbl>
    <w:p w14:paraId="19ED0AC8" w14:textId="77777777" w:rsidR="008A5547" w:rsidRDefault="00000000">
      <w:pPr>
        <w:pStyle w:val="Naslov2"/>
      </w:pPr>
      <w:r>
        <w:t>6.2 Povezovalni cilji prvega vzgojno-izobraževalnega obdobja</w:t>
      </w:r>
    </w:p>
    <w:p w14:paraId="35C34C1C" w14:textId="77777777" w:rsidR="008A5547" w:rsidRDefault="00000000">
      <w:r>
        <w:t>Povezovalni cilji so nadpredmetni in se ne izpeljujejo v samostojne standarde; njihovi učinki se kažejo v doseganju predmetnih ciljev in v učenčevem ravnanju.</w:t>
      </w:r>
    </w:p>
    <w:tbl>
      <w:tblPr>
        <w:tblW w:w="0" w:type="auto"/>
        <w:jc w:val="center"/>
        <w:tblLayout w:type="fixed"/>
        <w:tblLook w:val="04A0" w:firstRow="1" w:lastRow="0" w:firstColumn="1" w:lastColumn="0" w:noHBand="0" w:noVBand="1"/>
      </w:tblPr>
      <w:tblGrid>
        <w:gridCol w:w="2232"/>
        <w:gridCol w:w="5112"/>
        <w:gridCol w:w="4608"/>
        <w:gridCol w:w="3456"/>
      </w:tblGrid>
      <w:tr w:rsidR="008A5547" w14:paraId="2ADF3402" w14:textId="77777777">
        <w:trPr>
          <w:cantSplit/>
          <w:tblHeader/>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204BA384" w14:textId="77777777" w:rsidR="008A5547" w:rsidRDefault="00000000">
            <w:pPr>
              <w:spacing w:after="16" w:line="240" w:lineRule="auto"/>
              <w:jc w:val="center"/>
            </w:pPr>
            <w:r>
              <w:rPr>
                <w:b/>
                <w:color w:val="FFFFFF"/>
                <w:sz w:val="13"/>
              </w:rPr>
              <w:t>SKUPINA POVEZOVALNIH CILJEV</w:t>
            </w:r>
          </w:p>
        </w:tc>
        <w:tc>
          <w:tcPr>
            <w:tcW w:w="511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0CCD486" w14:textId="77777777" w:rsidR="008A5547" w:rsidRDefault="00000000">
            <w:pPr>
              <w:spacing w:after="16" w:line="240" w:lineRule="auto"/>
              <w:jc w:val="center"/>
            </w:pPr>
            <w:r>
              <w:rPr>
                <w:b/>
                <w:color w:val="FFFFFF"/>
                <w:sz w:val="13"/>
              </w:rPr>
              <w:t>IZBOR OBVEZNIH CILJEV IZ UN</w:t>
            </w:r>
          </w:p>
        </w:tc>
        <w:tc>
          <w:tcPr>
            <w:tcW w:w="460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D01DCCB" w14:textId="77777777" w:rsidR="008A5547" w:rsidRDefault="00000000">
            <w:pPr>
              <w:spacing w:after="16" w:line="240" w:lineRule="auto"/>
              <w:jc w:val="center"/>
            </w:pPr>
            <w:r>
              <w:rPr>
                <w:b/>
                <w:color w:val="FFFFFF"/>
                <w:sz w:val="13"/>
              </w:rPr>
              <w:t>URESNIČEVANJE PRI ANGLEŠČINI</w:t>
            </w:r>
          </w:p>
        </w:tc>
        <w:tc>
          <w:tcPr>
            <w:tcW w:w="3456"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6B800F7E" w14:textId="77777777" w:rsidR="008A5547" w:rsidRDefault="00000000">
            <w:pPr>
              <w:spacing w:after="16" w:line="240" w:lineRule="auto"/>
              <w:jc w:val="center"/>
            </w:pPr>
            <w:r>
              <w:rPr>
                <w:b/>
                <w:color w:val="FFFFFF"/>
                <w:sz w:val="13"/>
              </w:rPr>
              <w:t>OPAZLJIVI DOKAZI</w:t>
            </w:r>
          </w:p>
        </w:tc>
      </w:tr>
      <w:tr w:rsidR="008A5547" w14:paraId="634F10FC"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FDB0578" w14:textId="77777777" w:rsidR="008A5547" w:rsidRDefault="00000000">
            <w:pPr>
              <w:spacing w:after="16" w:line="240" w:lineRule="auto"/>
            </w:pPr>
            <w:r>
              <w:rPr>
                <w:b/>
                <w:color w:val="4F81BD"/>
                <w:sz w:val="13"/>
              </w:rPr>
              <w:t>Šolsko okolje in medsebojni odnosi</w:t>
            </w:r>
          </w:p>
        </w:tc>
        <w:tc>
          <w:tcPr>
            <w:tcW w:w="51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06DB725" w14:textId="77777777" w:rsidR="008A5547" w:rsidRDefault="00000000">
            <w:pPr>
              <w:spacing w:after="16" w:line="240" w:lineRule="auto"/>
            </w:pPr>
            <w:r>
              <w:rPr>
                <w:color w:val="333333"/>
                <w:sz w:val="13"/>
              </w:rPr>
              <w:t>Vzpostavlja dobre odnose; uporablja vljudno izražanje; soustvarja varno okolje; spoznava jezikovno/kulturno raznolikost; prepoznava čustva; sodeluje v skupini (3.3.1.1 | 1.1.5.1 | 3.3.3.1).</w:t>
            </w:r>
          </w:p>
        </w:tc>
        <w:tc>
          <w:tcPr>
            <w:tcW w:w="46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C17C528" w14:textId="77777777" w:rsidR="008A5547" w:rsidRDefault="00000000">
            <w:pPr>
              <w:spacing w:after="16" w:line="240" w:lineRule="auto"/>
            </w:pPr>
            <w:r>
              <w:rPr>
                <w:color w:val="333333"/>
                <w:sz w:val="13"/>
              </w:rPr>
              <w:t>Razredni pozdravi in rutine, dogovor o pravilih, parno delo, jezik za počutje, vključujoče kulturne vsebine.</w:t>
            </w:r>
          </w:p>
        </w:tc>
        <w:tc>
          <w:tcPr>
            <w:tcW w:w="34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6F36AA5" w14:textId="77777777" w:rsidR="008A5547" w:rsidRDefault="00000000">
            <w:pPr>
              <w:spacing w:after="16" w:line="240" w:lineRule="auto"/>
            </w:pPr>
            <w:r>
              <w:rPr>
                <w:color w:val="333333"/>
                <w:sz w:val="13"/>
              </w:rPr>
              <w:t>pozdravi, se zahvali ali prosi; čaka na vrsto; sodeluje; se primerno odzove na počutje drugega</w:t>
            </w:r>
          </w:p>
        </w:tc>
      </w:tr>
      <w:tr w:rsidR="008A5547" w14:paraId="4C37AF0A"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B4B739A" w14:textId="77777777" w:rsidR="008A5547" w:rsidRDefault="00000000">
            <w:pPr>
              <w:spacing w:after="16" w:line="240" w:lineRule="auto"/>
            </w:pPr>
            <w:r>
              <w:rPr>
                <w:b/>
                <w:color w:val="4F81BD"/>
                <w:sz w:val="13"/>
              </w:rPr>
              <w:t>Učenje učenja</w:t>
            </w:r>
          </w:p>
        </w:tc>
        <w:tc>
          <w:tcPr>
            <w:tcW w:w="511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89ED5E7" w14:textId="77777777" w:rsidR="008A5547" w:rsidRDefault="00000000">
            <w:pPr>
              <w:spacing w:after="16" w:line="240" w:lineRule="auto"/>
            </w:pPr>
            <w:r>
              <w:rPr>
                <w:color w:val="333333"/>
                <w:sz w:val="13"/>
              </w:rPr>
              <w:t>Razume navodila; uporablja strategije pomnjenja; pove, kaj se uči; načrtuje in spremlja delo; napako sprejme kot priložnost; razvija radovednost in ustvarjalnost (3.1.2.4 | 3.1.3.1 | 3.1.3.2).</w:t>
            </w:r>
          </w:p>
        </w:tc>
        <w:tc>
          <w:tcPr>
            <w:tcW w:w="460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080DB9C" w14:textId="77777777" w:rsidR="008A5547" w:rsidRDefault="00000000">
            <w:pPr>
              <w:spacing w:after="16" w:line="240" w:lineRule="auto"/>
            </w:pPr>
            <w:r>
              <w:rPr>
                <w:color w:val="333333"/>
                <w:sz w:val="13"/>
              </w:rPr>
              <w:t>Slikovni potek naloge, geste, ponavljanje, razvrščanje, samovrednotenje s simboli, izbira naslednjega koraka.</w:t>
            </w:r>
          </w:p>
        </w:tc>
        <w:tc>
          <w:tcPr>
            <w:tcW w:w="34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A75973C" w14:textId="77777777" w:rsidR="008A5547" w:rsidRDefault="00000000">
            <w:pPr>
              <w:spacing w:after="16" w:line="240" w:lineRule="auto"/>
            </w:pPr>
            <w:r>
              <w:rPr>
                <w:color w:val="333333"/>
                <w:sz w:val="13"/>
              </w:rPr>
              <w:t>sledi korakom; izbere oporo; popravi odziv; pojasni, kaj že zmore</w:t>
            </w:r>
          </w:p>
        </w:tc>
      </w:tr>
      <w:tr w:rsidR="008A5547" w14:paraId="0EB97E67"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F42EF19" w14:textId="77777777" w:rsidR="008A5547" w:rsidRDefault="00000000">
            <w:pPr>
              <w:spacing w:after="16" w:line="240" w:lineRule="auto"/>
            </w:pPr>
            <w:r>
              <w:rPr>
                <w:b/>
                <w:color w:val="4F81BD"/>
                <w:sz w:val="13"/>
              </w:rPr>
              <w:lastRenderedPageBreak/>
              <w:t>Rutine</w:t>
            </w:r>
          </w:p>
        </w:tc>
        <w:tc>
          <w:tcPr>
            <w:tcW w:w="51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5DB4B1B" w14:textId="77777777" w:rsidR="008A5547" w:rsidRDefault="00000000">
            <w:pPr>
              <w:spacing w:after="16" w:line="240" w:lineRule="auto"/>
            </w:pPr>
            <w:r>
              <w:rPr>
                <w:color w:val="333333"/>
                <w:sz w:val="13"/>
              </w:rPr>
              <w:t>Upošteva navodila; pripravlja in ureja učni prostor; razvija samostojnost in vztrajnost; skrbi za dobro počutje ter zmanjšuje nastajanje odpadkov (3.1.2.4 | 3.1.3.3 | 2.2.2.1).</w:t>
            </w:r>
          </w:p>
        </w:tc>
        <w:tc>
          <w:tcPr>
            <w:tcW w:w="46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8DD070E" w14:textId="77777777" w:rsidR="008A5547" w:rsidRDefault="00000000">
            <w:pPr>
              <w:spacing w:after="16" w:line="240" w:lineRule="auto"/>
            </w:pPr>
            <w:r>
              <w:rPr>
                <w:color w:val="333333"/>
                <w:sz w:val="13"/>
              </w:rPr>
              <w:t>Stalni angleški izrazi za začetek, prehod in zaključek ure; skrb za gradiva; urejene jezikovne postaje.</w:t>
            </w:r>
          </w:p>
        </w:tc>
        <w:tc>
          <w:tcPr>
            <w:tcW w:w="34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264590F" w14:textId="77777777" w:rsidR="008A5547" w:rsidRDefault="00000000">
            <w:pPr>
              <w:spacing w:after="16" w:line="240" w:lineRule="auto"/>
            </w:pPr>
            <w:r>
              <w:rPr>
                <w:color w:val="333333"/>
                <w:sz w:val="13"/>
              </w:rPr>
              <w:t>samostojno pripravi pripomočke; zaključi dogovorjeni korak; pospravi in razvrsti gradiva</w:t>
            </w:r>
          </w:p>
        </w:tc>
      </w:tr>
      <w:tr w:rsidR="008A5547" w14:paraId="24021B12"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D32E2E5" w14:textId="77777777" w:rsidR="008A5547" w:rsidRDefault="00000000">
            <w:pPr>
              <w:spacing w:after="16" w:line="240" w:lineRule="auto"/>
            </w:pPr>
            <w:r>
              <w:rPr>
                <w:b/>
                <w:color w:val="4F81BD"/>
                <w:sz w:val="13"/>
              </w:rPr>
              <w:t>Igra in gibanje</w:t>
            </w:r>
          </w:p>
        </w:tc>
        <w:tc>
          <w:tcPr>
            <w:tcW w:w="511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4377536" w14:textId="77777777" w:rsidR="008A5547" w:rsidRDefault="00000000">
            <w:pPr>
              <w:spacing w:after="16" w:line="240" w:lineRule="auto"/>
            </w:pPr>
            <w:r>
              <w:rPr>
                <w:color w:val="333333"/>
                <w:sz w:val="13"/>
              </w:rPr>
              <w:t>V igri razvija socialne interakcije; z gibanjem izraža občutke; znanje pridobiva z gibanjem; upošteva pravila in varnost (3.1.4.2 | 3.2.1.1–3.2.1.4 | 3.2.4.2).</w:t>
            </w:r>
          </w:p>
        </w:tc>
        <w:tc>
          <w:tcPr>
            <w:tcW w:w="460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E986291" w14:textId="77777777" w:rsidR="008A5547" w:rsidRDefault="00000000">
            <w:pPr>
              <w:spacing w:after="16" w:line="240" w:lineRule="auto"/>
            </w:pPr>
            <w:r>
              <w:rPr>
                <w:color w:val="333333"/>
                <w:sz w:val="13"/>
              </w:rPr>
              <w:t>TPR, gibalne pesmi, pantomima, poti po navodilu, igre vlog in učenje na prostem.</w:t>
            </w:r>
          </w:p>
        </w:tc>
        <w:tc>
          <w:tcPr>
            <w:tcW w:w="34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70A5F98" w14:textId="77777777" w:rsidR="008A5547" w:rsidRDefault="00000000">
            <w:pPr>
              <w:spacing w:after="16" w:line="240" w:lineRule="auto"/>
            </w:pPr>
            <w:r>
              <w:rPr>
                <w:color w:val="333333"/>
                <w:sz w:val="13"/>
              </w:rPr>
              <w:t>varno sledi gibalnemu navodilu; upošteva pravila; se izrazi z gibom in sodeluje</w:t>
            </w:r>
          </w:p>
        </w:tc>
      </w:tr>
      <w:tr w:rsidR="008A5547" w14:paraId="155B6803"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FD534A3" w14:textId="77777777" w:rsidR="008A5547" w:rsidRDefault="00000000">
            <w:pPr>
              <w:spacing w:after="16" w:line="240" w:lineRule="auto"/>
            </w:pPr>
            <w:r>
              <w:rPr>
                <w:b/>
                <w:color w:val="4F81BD"/>
                <w:sz w:val="13"/>
              </w:rPr>
              <w:t>Jezik in kultura</w:t>
            </w:r>
          </w:p>
        </w:tc>
        <w:tc>
          <w:tcPr>
            <w:tcW w:w="51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1514CC6" w14:textId="77777777" w:rsidR="008A5547" w:rsidRDefault="00000000">
            <w:pPr>
              <w:spacing w:after="16" w:line="240" w:lineRule="auto"/>
            </w:pPr>
            <w:r>
              <w:rPr>
                <w:color w:val="333333"/>
                <w:sz w:val="13"/>
              </w:rPr>
              <w:t>Razvija interes za poslušanje in branje; pozorno posluša in se odziva; bogati besedišče; spoznava raznolikost kultur in jezikov (1.1.1.1 | 1.1.2.1 | 1.1.5.1 | 1.1.4.1).</w:t>
            </w:r>
          </w:p>
        </w:tc>
        <w:tc>
          <w:tcPr>
            <w:tcW w:w="460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6FB0FA4" w14:textId="77777777" w:rsidR="008A5547" w:rsidRDefault="00000000">
            <w:pPr>
              <w:spacing w:after="16" w:line="240" w:lineRule="auto"/>
            </w:pPr>
            <w:r>
              <w:rPr>
                <w:color w:val="333333"/>
                <w:sz w:val="13"/>
              </w:rPr>
              <w:t>Slikanice, pesmi, izštevanke, kratki posnetki, kulturni dogodki, primerjanje besed in običajev.</w:t>
            </w:r>
          </w:p>
        </w:tc>
        <w:tc>
          <w:tcPr>
            <w:tcW w:w="3456"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893B389" w14:textId="77777777" w:rsidR="008A5547" w:rsidRDefault="00000000">
            <w:pPr>
              <w:spacing w:after="16" w:line="240" w:lineRule="auto"/>
            </w:pPr>
            <w:r>
              <w:rPr>
                <w:color w:val="333333"/>
                <w:sz w:val="13"/>
              </w:rPr>
              <w:t>pozorno posluša; postavi ali odgovori na vprašanje; uporabi novo besedo; spoštljivo primerja</w:t>
            </w:r>
          </w:p>
        </w:tc>
      </w:tr>
      <w:tr w:rsidR="008A5547" w14:paraId="24EAB011" w14:textId="77777777">
        <w:trPr>
          <w:cantSplit/>
          <w:jc w:val="center"/>
        </w:trPr>
        <w:tc>
          <w:tcPr>
            <w:tcW w:w="22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EB1FB60" w14:textId="77777777" w:rsidR="008A5547" w:rsidRDefault="00000000">
            <w:pPr>
              <w:spacing w:after="16" w:line="240" w:lineRule="auto"/>
            </w:pPr>
            <w:r>
              <w:rPr>
                <w:b/>
                <w:color w:val="4F81BD"/>
                <w:sz w:val="13"/>
              </w:rPr>
              <w:t>Digitalni svet</w:t>
            </w:r>
          </w:p>
        </w:tc>
        <w:tc>
          <w:tcPr>
            <w:tcW w:w="511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3D058C3C" w14:textId="77777777" w:rsidR="008A5547" w:rsidRDefault="00000000">
            <w:pPr>
              <w:spacing w:after="16" w:line="240" w:lineRule="auto"/>
            </w:pPr>
            <w:r>
              <w:rPr>
                <w:color w:val="333333"/>
                <w:sz w:val="13"/>
              </w:rPr>
              <w:t>Spoznava naprave in osnovno programsko opremo; sestavlja zaporedje navodil; ravna varno in odgovorno; ob podpori ustvarja preproste digitalne vsebine (4.5.1.1 | 4.3.4.1 | 4.4.3.1).</w:t>
            </w:r>
          </w:p>
        </w:tc>
        <w:tc>
          <w:tcPr>
            <w:tcW w:w="460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8E1A51A" w14:textId="77777777" w:rsidR="008A5547" w:rsidRDefault="00000000">
            <w:pPr>
              <w:spacing w:after="16" w:line="240" w:lineRule="auto"/>
            </w:pPr>
            <w:r>
              <w:rPr>
                <w:color w:val="333333"/>
                <w:sz w:val="13"/>
              </w:rPr>
              <w:t>Kratki avdiovizualni vnosi, interaktivna slikovna/slušna dejavnost, snemanje izbranega govornega dokaza pod učiteljevim vodstvom.</w:t>
            </w:r>
          </w:p>
        </w:tc>
        <w:tc>
          <w:tcPr>
            <w:tcW w:w="3456"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3879EFA" w14:textId="77777777" w:rsidR="008A5547" w:rsidRDefault="00000000">
            <w:pPr>
              <w:spacing w:after="16" w:line="240" w:lineRule="auto"/>
            </w:pPr>
            <w:r>
              <w:rPr>
                <w:color w:val="333333"/>
                <w:sz w:val="13"/>
              </w:rPr>
              <w:t>upošteva dogovor varne rabe; zažene/zaključi dejavnost ob pomoči; posluša ali posname kratek odziv</w:t>
            </w:r>
          </w:p>
        </w:tc>
      </w:tr>
    </w:tbl>
    <w:p w14:paraId="5A714E72" w14:textId="77777777" w:rsidR="008A5547" w:rsidRDefault="00000000">
      <w:pPr>
        <w:pStyle w:val="Naslov2"/>
      </w:pPr>
      <w:r>
        <w:t>6.3 Skupni cilji splošnega izobraževanja</w:t>
      </w:r>
    </w:p>
    <w:p w14:paraId="47DB5630" w14:textId="77777777" w:rsidR="008A5547" w:rsidRDefault="00000000">
      <w:r>
        <w:t>Skupni cilji so smiselno vtkani v predmetne in povezovalne cilje. Spodaj je njihova predmetna operacionalizacija za angleščino v 1. razredu.</w:t>
      </w:r>
    </w:p>
    <w:tbl>
      <w:tblPr>
        <w:tblW w:w="0" w:type="auto"/>
        <w:jc w:val="center"/>
        <w:tblLayout w:type="fixed"/>
        <w:tblLook w:val="04A0" w:firstRow="1" w:lastRow="0" w:firstColumn="1" w:lastColumn="0" w:noHBand="0" w:noVBand="1"/>
      </w:tblPr>
      <w:tblGrid>
        <w:gridCol w:w="2304"/>
        <w:gridCol w:w="4824"/>
        <w:gridCol w:w="4968"/>
        <w:gridCol w:w="3312"/>
      </w:tblGrid>
      <w:tr w:rsidR="008A5547" w14:paraId="67B19EC6" w14:textId="77777777">
        <w:trPr>
          <w:cantSplit/>
          <w:tblHeader/>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4486430F" w14:textId="77777777" w:rsidR="008A5547" w:rsidRDefault="00000000">
            <w:pPr>
              <w:spacing w:after="16" w:line="240" w:lineRule="auto"/>
              <w:jc w:val="center"/>
            </w:pPr>
            <w:r>
              <w:rPr>
                <w:b/>
                <w:color w:val="FFFFFF"/>
                <w:sz w:val="13"/>
              </w:rPr>
              <w:t>PODROČJE SKUPNIH CILJEV</w:t>
            </w:r>
          </w:p>
        </w:tc>
        <w:tc>
          <w:tcPr>
            <w:tcW w:w="4824"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6DC76532" w14:textId="77777777" w:rsidR="008A5547" w:rsidRDefault="00000000">
            <w:pPr>
              <w:spacing w:after="16" w:line="240" w:lineRule="auto"/>
              <w:jc w:val="center"/>
            </w:pPr>
            <w:r>
              <w:rPr>
                <w:b/>
                <w:color w:val="FFFFFF"/>
                <w:sz w:val="13"/>
              </w:rPr>
              <w:t>NAMEN V LETNI PRIPRAVI</w:t>
            </w:r>
          </w:p>
        </w:tc>
        <w:tc>
          <w:tcPr>
            <w:tcW w:w="496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5822BB3" w14:textId="77777777" w:rsidR="008A5547" w:rsidRDefault="00000000">
            <w:pPr>
              <w:spacing w:after="16" w:line="240" w:lineRule="auto"/>
              <w:jc w:val="center"/>
            </w:pPr>
            <w:r>
              <w:rPr>
                <w:b/>
                <w:color w:val="FFFFFF"/>
                <w:sz w:val="13"/>
              </w:rPr>
              <w:t>PRIMERI DEJAVNOSTI</w:t>
            </w:r>
          </w:p>
        </w:tc>
        <w:tc>
          <w:tcPr>
            <w:tcW w:w="331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3DD3214F" w14:textId="77777777" w:rsidR="008A5547" w:rsidRDefault="00000000">
            <w:pPr>
              <w:spacing w:after="16" w:line="240" w:lineRule="auto"/>
              <w:jc w:val="center"/>
            </w:pPr>
            <w:r>
              <w:rPr>
                <w:b/>
                <w:color w:val="FFFFFF"/>
                <w:sz w:val="13"/>
              </w:rPr>
              <w:t>DOKAZ NAPREDKA</w:t>
            </w:r>
          </w:p>
        </w:tc>
      </w:tr>
      <w:tr w:rsidR="008A5547" w14:paraId="1F657932" w14:textId="77777777">
        <w:trPr>
          <w:cantSplit/>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4251249" w14:textId="77777777" w:rsidR="008A5547" w:rsidRDefault="00000000">
            <w:pPr>
              <w:spacing w:after="16" w:line="240" w:lineRule="auto"/>
            </w:pPr>
            <w:r>
              <w:rPr>
                <w:b/>
                <w:color w:val="4F81BD"/>
                <w:sz w:val="14"/>
              </w:rPr>
              <w:t>Jezik, državljanstvo, kultura in umetnost</w:t>
            </w:r>
          </w:p>
        </w:tc>
        <w:tc>
          <w:tcPr>
            <w:tcW w:w="482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D3B33C4" w14:textId="77777777" w:rsidR="008A5547" w:rsidRDefault="00000000">
            <w:pPr>
              <w:spacing w:after="16" w:line="240" w:lineRule="auto"/>
            </w:pPr>
            <w:r>
              <w:rPr>
                <w:color w:val="333333"/>
                <w:sz w:val="14"/>
              </w:rPr>
              <w:t>Razumljivo in spoštljivo sporazumevanje; doživljanje pesmi, zgodb in umetnosti; zavedanje jezikovne ter kulturne raznolikosti.</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33DB75A" w14:textId="77777777" w:rsidR="008A5547" w:rsidRDefault="00000000">
            <w:pPr>
              <w:spacing w:after="16" w:line="240" w:lineRule="auto"/>
            </w:pPr>
            <w:r>
              <w:rPr>
                <w:color w:val="333333"/>
                <w:sz w:val="14"/>
              </w:rPr>
              <w:t>pozdravi in vljudnostni vzorci; slikanica; pesem; praznovanje; primerjanje jezikov in običajev</w:t>
            </w:r>
          </w:p>
        </w:tc>
        <w:tc>
          <w:tcPr>
            <w:tcW w:w="33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1AFC6AC" w14:textId="77777777" w:rsidR="008A5547" w:rsidRDefault="00000000">
            <w:pPr>
              <w:spacing w:after="16" w:line="240" w:lineRule="auto"/>
            </w:pPr>
            <w:r>
              <w:rPr>
                <w:color w:val="333333"/>
                <w:sz w:val="14"/>
              </w:rPr>
              <w:t>smiseln odziv; kratka izmenjava; sodelovanje v kulturni dejavnosti; spoštljiva primerjava</w:t>
            </w:r>
          </w:p>
        </w:tc>
      </w:tr>
      <w:tr w:rsidR="008A5547" w14:paraId="11A9F83B" w14:textId="77777777">
        <w:trPr>
          <w:cantSplit/>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2E73C4C" w14:textId="77777777" w:rsidR="008A5547" w:rsidRDefault="00000000">
            <w:pPr>
              <w:spacing w:after="16" w:line="240" w:lineRule="auto"/>
            </w:pPr>
            <w:r>
              <w:rPr>
                <w:b/>
                <w:color w:val="4F81BD"/>
                <w:sz w:val="14"/>
              </w:rPr>
              <w:t>Trajnostni razvoj</w:t>
            </w:r>
          </w:p>
        </w:tc>
        <w:tc>
          <w:tcPr>
            <w:tcW w:w="482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C00EDE0" w14:textId="77777777" w:rsidR="008A5547" w:rsidRDefault="00000000">
            <w:pPr>
              <w:spacing w:after="16" w:line="240" w:lineRule="auto"/>
            </w:pPr>
            <w:r>
              <w:rPr>
                <w:color w:val="333333"/>
                <w:sz w:val="14"/>
              </w:rPr>
              <w:t>Razumevanje povezanosti človeka in narave ter oblikovanje preprostih odgovornih ravnanj.</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AB2820A" w14:textId="77777777" w:rsidR="008A5547" w:rsidRDefault="00000000">
            <w:pPr>
              <w:spacing w:after="16" w:line="240" w:lineRule="auto"/>
            </w:pPr>
            <w:r>
              <w:rPr>
                <w:color w:val="333333"/>
                <w:sz w:val="14"/>
              </w:rPr>
              <w:t>teme vreme, živali, materiali, okolje; razvrščanje; ponovna uporaba; preprost predlog po vzorcu</w:t>
            </w:r>
          </w:p>
        </w:tc>
        <w:tc>
          <w:tcPr>
            <w:tcW w:w="331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D33A768" w14:textId="77777777" w:rsidR="008A5547" w:rsidRDefault="00000000">
            <w:pPr>
              <w:spacing w:after="16" w:line="240" w:lineRule="auto"/>
            </w:pPr>
            <w:r>
              <w:rPr>
                <w:color w:val="333333"/>
                <w:sz w:val="14"/>
              </w:rPr>
              <w:t>poimenuje pojav ali dejanje; izbere odgovorno ravnanje; sodeluje pri urejanju gradiv</w:t>
            </w:r>
          </w:p>
        </w:tc>
      </w:tr>
      <w:tr w:rsidR="008A5547" w14:paraId="4B1B6826" w14:textId="77777777">
        <w:trPr>
          <w:cantSplit/>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40A4B2CB" w14:textId="77777777" w:rsidR="008A5547" w:rsidRDefault="00000000">
            <w:pPr>
              <w:spacing w:after="16" w:line="240" w:lineRule="auto"/>
            </w:pPr>
            <w:r>
              <w:rPr>
                <w:b/>
                <w:color w:val="4F81BD"/>
                <w:sz w:val="14"/>
              </w:rPr>
              <w:t>Zdravje in dobrobit</w:t>
            </w:r>
          </w:p>
        </w:tc>
        <w:tc>
          <w:tcPr>
            <w:tcW w:w="482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96BFAE7" w14:textId="77777777" w:rsidR="008A5547" w:rsidRDefault="00000000">
            <w:pPr>
              <w:spacing w:after="16" w:line="240" w:lineRule="auto"/>
            </w:pPr>
            <w:r>
              <w:rPr>
                <w:color w:val="333333"/>
                <w:sz w:val="14"/>
              </w:rPr>
              <w:t>Varno in spodbudno učno okolje; izražanje počutja; pomoč; zdrave rutine in gibanje.</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E852BA4" w14:textId="77777777" w:rsidR="008A5547" w:rsidRDefault="00000000">
            <w:pPr>
              <w:spacing w:after="16" w:line="240" w:lineRule="auto"/>
            </w:pPr>
            <w:r>
              <w:rPr>
                <w:color w:val="333333"/>
                <w:sz w:val="14"/>
              </w:rPr>
              <w:t>jezik za čustva, telo in pomoč; gibalne pesmi; sprostitvena rutina; sodelovalna igra</w:t>
            </w:r>
          </w:p>
        </w:tc>
        <w:tc>
          <w:tcPr>
            <w:tcW w:w="33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5E7DD24" w14:textId="77777777" w:rsidR="008A5547" w:rsidRDefault="00000000">
            <w:pPr>
              <w:spacing w:after="16" w:line="240" w:lineRule="auto"/>
            </w:pPr>
            <w:r>
              <w:rPr>
                <w:color w:val="333333"/>
                <w:sz w:val="14"/>
              </w:rPr>
              <w:t>pove ali pokaže počutje; prosi za pomoč; varno sodeluje; upošteva rutino</w:t>
            </w:r>
          </w:p>
        </w:tc>
      </w:tr>
      <w:tr w:rsidR="008A5547" w14:paraId="2F4DD6FF" w14:textId="77777777">
        <w:trPr>
          <w:cantSplit/>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5774AE0" w14:textId="77777777" w:rsidR="008A5547" w:rsidRDefault="00000000">
            <w:pPr>
              <w:spacing w:after="16" w:line="240" w:lineRule="auto"/>
            </w:pPr>
            <w:r>
              <w:rPr>
                <w:b/>
                <w:color w:val="4F81BD"/>
                <w:sz w:val="14"/>
              </w:rPr>
              <w:t>Digitalna kompetentnost</w:t>
            </w:r>
          </w:p>
        </w:tc>
        <w:tc>
          <w:tcPr>
            <w:tcW w:w="4824"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7C8061BE" w14:textId="77777777" w:rsidR="008A5547" w:rsidRDefault="00000000">
            <w:pPr>
              <w:spacing w:after="16" w:line="240" w:lineRule="auto"/>
            </w:pPr>
            <w:r>
              <w:rPr>
                <w:color w:val="333333"/>
                <w:sz w:val="14"/>
              </w:rPr>
              <w:t>Smiselna, omejena, varna in odgovorna raba digitalnih gradiv za poslušanje, gledanje, sporazumevanje in dokumentiranje napredka.</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432A54A" w14:textId="77777777" w:rsidR="008A5547" w:rsidRDefault="00000000">
            <w:pPr>
              <w:spacing w:after="16" w:line="240" w:lineRule="auto"/>
            </w:pPr>
            <w:r>
              <w:rPr>
                <w:color w:val="333333"/>
                <w:sz w:val="14"/>
              </w:rPr>
              <w:t>izbran zvočni/video zapis; interaktivna naloga; učiteljevo snemanje govornega dokaza z dogovorjenim namenom</w:t>
            </w:r>
          </w:p>
        </w:tc>
        <w:tc>
          <w:tcPr>
            <w:tcW w:w="331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05FBFE0C" w14:textId="77777777" w:rsidR="008A5547" w:rsidRDefault="00000000">
            <w:pPr>
              <w:spacing w:after="16" w:line="240" w:lineRule="auto"/>
            </w:pPr>
            <w:r>
              <w:rPr>
                <w:color w:val="333333"/>
                <w:sz w:val="14"/>
              </w:rPr>
              <w:t>razume vsebino; upošteva pravila; ob podpori izbere ali ustvari preprost digitalni dokaz</w:t>
            </w:r>
          </w:p>
        </w:tc>
      </w:tr>
      <w:tr w:rsidR="008A5547" w14:paraId="56931DB2" w14:textId="77777777">
        <w:trPr>
          <w:cantSplit/>
          <w:jc w:val="center"/>
        </w:trPr>
        <w:tc>
          <w:tcPr>
            <w:tcW w:w="230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83DB6CC" w14:textId="77777777" w:rsidR="008A5547" w:rsidRDefault="00000000">
            <w:pPr>
              <w:spacing w:after="16" w:line="240" w:lineRule="auto"/>
            </w:pPr>
            <w:r>
              <w:rPr>
                <w:b/>
                <w:color w:val="4F81BD"/>
                <w:sz w:val="14"/>
              </w:rPr>
              <w:t>Podjetnost</w:t>
            </w:r>
          </w:p>
        </w:tc>
        <w:tc>
          <w:tcPr>
            <w:tcW w:w="4824"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29A98DC" w14:textId="77777777" w:rsidR="008A5547" w:rsidRDefault="00000000">
            <w:pPr>
              <w:spacing w:after="16" w:line="240" w:lineRule="auto"/>
            </w:pPr>
            <w:r>
              <w:rPr>
                <w:color w:val="333333"/>
                <w:sz w:val="14"/>
              </w:rPr>
              <w:t>Samoiniciativnost, ustvarjalnost, načrtovanje preproste naloge, sodelovanje in predstavitev dosežka.</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FE70737" w14:textId="77777777" w:rsidR="008A5547" w:rsidRDefault="00000000">
            <w:pPr>
              <w:spacing w:after="16" w:line="240" w:lineRule="auto"/>
            </w:pPr>
            <w:r>
              <w:rPr>
                <w:color w:val="333333"/>
                <w:sz w:val="14"/>
              </w:rPr>
              <w:t>izbira naloge ali vloge; izdelava in predstavitev; reševanje preprostega jezikovnega izziva; jezikovna mapa</w:t>
            </w:r>
          </w:p>
        </w:tc>
        <w:tc>
          <w:tcPr>
            <w:tcW w:w="331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D0C93E9" w14:textId="77777777" w:rsidR="008A5547" w:rsidRDefault="00000000">
            <w:pPr>
              <w:spacing w:after="16" w:line="240" w:lineRule="auto"/>
            </w:pPr>
            <w:r>
              <w:rPr>
                <w:color w:val="333333"/>
                <w:sz w:val="14"/>
              </w:rPr>
              <w:t>vztraja pri nalogi; prispeva idejo; predstavi rezultat; ob podpori ovrednoti svoj napredek</w:t>
            </w:r>
          </w:p>
        </w:tc>
      </w:tr>
    </w:tbl>
    <w:p w14:paraId="64E71D83" w14:textId="77777777" w:rsidR="008A5547" w:rsidRDefault="00000000">
      <w:pPr>
        <w:pStyle w:val="Naslov2"/>
      </w:pPr>
      <w:r>
        <w:t>6.4 Povezava ciljev s štirimi ocenjevanji znanja</w:t>
      </w:r>
    </w:p>
    <w:tbl>
      <w:tblPr>
        <w:tblW w:w="0" w:type="auto"/>
        <w:jc w:val="center"/>
        <w:tblLayout w:type="fixed"/>
        <w:tblLook w:val="04A0" w:firstRow="1" w:lastRow="0" w:firstColumn="1" w:lastColumn="0" w:noHBand="0" w:noVBand="1"/>
      </w:tblPr>
      <w:tblGrid>
        <w:gridCol w:w="2448"/>
        <w:gridCol w:w="3960"/>
        <w:gridCol w:w="4968"/>
        <w:gridCol w:w="4032"/>
      </w:tblGrid>
      <w:tr w:rsidR="008A5547" w14:paraId="2408EAF0" w14:textId="77777777">
        <w:trPr>
          <w:cantSplit/>
          <w:tblHeader/>
          <w:jc w:val="center"/>
        </w:trPr>
        <w:tc>
          <w:tcPr>
            <w:tcW w:w="244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164215B" w14:textId="77777777" w:rsidR="008A5547" w:rsidRDefault="00000000">
            <w:pPr>
              <w:spacing w:after="16" w:line="240" w:lineRule="auto"/>
              <w:jc w:val="center"/>
            </w:pPr>
            <w:r>
              <w:rPr>
                <w:b/>
                <w:color w:val="FFFFFF"/>
                <w:sz w:val="13"/>
              </w:rPr>
              <w:t>OCENJEVANJE</w:t>
            </w:r>
          </w:p>
        </w:tc>
        <w:tc>
          <w:tcPr>
            <w:tcW w:w="3960"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49604FB6" w14:textId="77777777" w:rsidR="008A5547" w:rsidRDefault="00000000">
            <w:pPr>
              <w:spacing w:after="16" w:line="240" w:lineRule="auto"/>
              <w:jc w:val="center"/>
            </w:pPr>
            <w:r>
              <w:rPr>
                <w:b/>
                <w:color w:val="FFFFFF"/>
                <w:sz w:val="13"/>
              </w:rPr>
              <w:t>OBVEZNI PREDMETNI CILJI</w:t>
            </w:r>
          </w:p>
        </w:tc>
        <w:tc>
          <w:tcPr>
            <w:tcW w:w="4968"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0EDEE70A" w14:textId="77777777" w:rsidR="008A5547" w:rsidRDefault="00000000">
            <w:pPr>
              <w:spacing w:after="16" w:line="240" w:lineRule="auto"/>
              <w:jc w:val="center"/>
            </w:pPr>
            <w:r>
              <w:rPr>
                <w:b/>
                <w:color w:val="FFFFFF"/>
                <w:sz w:val="13"/>
              </w:rPr>
              <w:t>POVEZOVALNI IN SKUPNI CILJI</w:t>
            </w:r>
          </w:p>
        </w:tc>
        <w:tc>
          <w:tcPr>
            <w:tcW w:w="4032" w:type="dxa"/>
            <w:tcBorders>
              <w:top w:val="single" w:sz="4" w:space="0" w:color="B7C3D0"/>
              <w:left w:val="single" w:sz="4" w:space="0" w:color="B7C3D0"/>
              <w:bottom w:val="single" w:sz="4" w:space="0" w:color="B7C3D0"/>
              <w:right w:val="single" w:sz="4" w:space="0" w:color="B7C3D0"/>
            </w:tcBorders>
            <w:shd w:val="clear" w:color="auto" w:fill="8565A5"/>
            <w:tcMar>
              <w:top w:w="55" w:type="dxa"/>
              <w:left w:w="65" w:type="dxa"/>
              <w:bottom w:w="55" w:type="dxa"/>
              <w:right w:w="65" w:type="dxa"/>
            </w:tcMar>
          </w:tcPr>
          <w:p w14:paraId="18523005" w14:textId="77777777" w:rsidR="008A5547" w:rsidRDefault="00000000">
            <w:pPr>
              <w:spacing w:after="16" w:line="240" w:lineRule="auto"/>
              <w:jc w:val="center"/>
            </w:pPr>
            <w:r>
              <w:rPr>
                <w:b/>
                <w:color w:val="FFFFFF"/>
                <w:sz w:val="13"/>
              </w:rPr>
              <w:t>DOKAZ / NAČIN</w:t>
            </w:r>
          </w:p>
        </w:tc>
      </w:tr>
      <w:tr w:rsidR="008A5547" w14:paraId="213A1DE6" w14:textId="77777777">
        <w:trPr>
          <w:cantSplit/>
          <w:jc w:val="center"/>
        </w:trPr>
        <w:tc>
          <w:tcPr>
            <w:tcW w:w="244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0529B8BB" w14:textId="77777777" w:rsidR="008A5547" w:rsidRDefault="00000000">
            <w:pPr>
              <w:spacing w:after="16" w:line="240" w:lineRule="auto"/>
            </w:pPr>
            <w:r>
              <w:rPr>
                <w:b/>
                <w:color w:val="4F81BD"/>
                <w:sz w:val="14"/>
              </w:rPr>
              <w:t>1 • 11. teden</w:t>
            </w:r>
            <w:r>
              <w:rPr>
                <w:b/>
                <w:color w:val="4F81BD"/>
                <w:sz w:val="14"/>
              </w:rPr>
              <w:br/>
              <w:t>WHERE DOES IT LIVE?</w:t>
            </w:r>
          </w:p>
        </w:tc>
        <w:tc>
          <w:tcPr>
            <w:tcW w:w="396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CA0929C" w14:textId="77777777" w:rsidR="008A5547" w:rsidRDefault="00000000">
            <w:pPr>
              <w:spacing w:after="16" w:line="240" w:lineRule="auto"/>
            </w:pPr>
            <w:r>
              <w:rPr>
                <w:color w:val="333333"/>
                <w:sz w:val="14"/>
              </w:rPr>
              <w:t>sprejemanje; ustno izražanje; fonološko zavedanje</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272538C0" w14:textId="77777777" w:rsidR="008A5547" w:rsidRDefault="00000000">
            <w:pPr>
              <w:spacing w:after="16" w:line="240" w:lineRule="auto"/>
            </w:pPr>
            <w:r>
              <w:rPr>
                <w:color w:val="333333"/>
                <w:sz w:val="14"/>
              </w:rPr>
              <w:t>učenje učenja; igra in gibanje; jezik in kultura; trajnostni razvoj</w:t>
            </w:r>
          </w:p>
        </w:tc>
        <w:tc>
          <w:tcPr>
            <w:tcW w:w="40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59FEDB91" w14:textId="77777777" w:rsidR="008A5547" w:rsidRDefault="00000000">
            <w:pPr>
              <w:spacing w:after="16" w:line="240" w:lineRule="auto"/>
            </w:pPr>
            <w:r>
              <w:rPr>
                <w:color w:val="333333"/>
                <w:sz w:val="14"/>
              </w:rPr>
              <w:t>DRUGI NAČINI: praktična postaja, razvrščanje, opazovanje, kratki ustni odziv</w:t>
            </w:r>
          </w:p>
        </w:tc>
      </w:tr>
      <w:tr w:rsidR="008A5547" w14:paraId="44062C3A" w14:textId="77777777">
        <w:trPr>
          <w:cantSplit/>
          <w:jc w:val="center"/>
        </w:trPr>
        <w:tc>
          <w:tcPr>
            <w:tcW w:w="244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D99BA53" w14:textId="77777777" w:rsidR="008A5547" w:rsidRDefault="00000000">
            <w:pPr>
              <w:spacing w:after="16" w:line="240" w:lineRule="auto"/>
            </w:pPr>
            <w:r>
              <w:rPr>
                <w:b/>
                <w:color w:val="4F81BD"/>
                <w:sz w:val="14"/>
              </w:rPr>
              <w:t>2 • 18. teden</w:t>
            </w:r>
            <w:r>
              <w:rPr>
                <w:b/>
                <w:color w:val="4F81BD"/>
                <w:sz w:val="14"/>
              </w:rPr>
              <w:br/>
              <w:t>A SIMPLE EXPERIMENT</w:t>
            </w:r>
          </w:p>
        </w:tc>
        <w:tc>
          <w:tcPr>
            <w:tcW w:w="396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D8DDDB8" w14:textId="77777777" w:rsidR="008A5547" w:rsidRDefault="00000000">
            <w:pPr>
              <w:spacing w:after="16" w:line="240" w:lineRule="auto"/>
            </w:pPr>
            <w:r>
              <w:rPr>
                <w:color w:val="333333"/>
                <w:sz w:val="14"/>
              </w:rPr>
              <w:t>sprejemanje; ustno izražanje</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667F8DF8" w14:textId="77777777" w:rsidR="008A5547" w:rsidRDefault="00000000">
            <w:pPr>
              <w:spacing w:after="16" w:line="240" w:lineRule="auto"/>
            </w:pPr>
            <w:r>
              <w:rPr>
                <w:color w:val="333333"/>
                <w:sz w:val="14"/>
              </w:rPr>
              <w:t>rutine; učenje učenja; digitalni svet po potrebi; zdravje in dobrobit</w:t>
            </w:r>
          </w:p>
        </w:tc>
        <w:tc>
          <w:tcPr>
            <w:tcW w:w="40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67650CA" w14:textId="77777777" w:rsidR="008A5547" w:rsidRDefault="00000000">
            <w:pPr>
              <w:spacing w:after="16" w:line="240" w:lineRule="auto"/>
            </w:pPr>
            <w:r>
              <w:rPr>
                <w:color w:val="333333"/>
                <w:sz w:val="14"/>
              </w:rPr>
              <w:t>DRUGI NAČINI: praktična izvedba, TPR, demonstracija, vodeni ustni odziv</w:t>
            </w:r>
          </w:p>
        </w:tc>
      </w:tr>
      <w:tr w:rsidR="008A5547" w14:paraId="23871485" w14:textId="77777777">
        <w:trPr>
          <w:cantSplit/>
          <w:jc w:val="center"/>
        </w:trPr>
        <w:tc>
          <w:tcPr>
            <w:tcW w:w="244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3BDB748D" w14:textId="77777777" w:rsidR="008A5547" w:rsidRDefault="00000000">
            <w:pPr>
              <w:spacing w:after="16" w:line="240" w:lineRule="auto"/>
            </w:pPr>
            <w:r>
              <w:rPr>
                <w:b/>
                <w:color w:val="4F81BD"/>
                <w:sz w:val="14"/>
              </w:rPr>
              <w:t>3 • 26. teden</w:t>
            </w:r>
            <w:r>
              <w:rPr>
                <w:b/>
                <w:color w:val="4F81BD"/>
                <w:sz w:val="14"/>
              </w:rPr>
              <w:br/>
              <w:t>HELP</w:t>
            </w:r>
          </w:p>
        </w:tc>
        <w:tc>
          <w:tcPr>
            <w:tcW w:w="3960"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6D132A00" w14:textId="77777777" w:rsidR="008A5547" w:rsidRDefault="00000000">
            <w:pPr>
              <w:spacing w:after="16" w:line="240" w:lineRule="auto"/>
            </w:pPr>
            <w:r>
              <w:rPr>
                <w:color w:val="333333"/>
                <w:sz w:val="14"/>
              </w:rPr>
              <w:t>ustna interakcija; sprejemanje; ustno izražanje</w:t>
            </w:r>
          </w:p>
        </w:tc>
        <w:tc>
          <w:tcPr>
            <w:tcW w:w="4968"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133F279B" w14:textId="77777777" w:rsidR="008A5547" w:rsidRDefault="00000000">
            <w:pPr>
              <w:spacing w:after="16" w:line="240" w:lineRule="auto"/>
            </w:pPr>
            <w:r>
              <w:rPr>
                <w:color w:val="333333"/>
                <w:sz w:val="14"/>
              </w:rPr>
              <w:t>medsebojni odnosi; jezik in kultura; zdravje in dobrobit</w:t>
            </w:r>
          </w:p>
        </w:tc>
        <w:tc>
          <w:tcPr>
            <w:tcW w:w="4032" w:type="dxa"/>
            <w:tcBorders>
              <w:top w:val="single" w:sz="4" w:space="0" w:color="B7C3D0"/>
              <w:left w:val="single" w:sz="4" w:space="0" w:color="B7C3D0"/>
              <w:bottom w:val="single" w:sz="4" w:space="0" w:color="B7C3D0"/>
              <w:right w:val="single" w:sz="4" w:space="0" w:color="B7C3D0"/>
            </w:tcBorders>
            <w:shd w:val="clear" w:color="auto" w:fill="FFFFFF"/>
            <w:tcMar>
              <w:top w:w="55" w:type="dxa"/>
              <w:left w:w="65" w:type="dxa"/>
              <w:bottom w:w="55" w:type="dxa"/>
              <w:right w:w="65" w:type="dxa"/>
            </w:tcMar>
          </w:tcPr>
          <w:p w14:paraId="78DF2478" w14:textId="77777777" w:rsidR="008A5547" w:rsidRDefault="00000000">
            <w:pPr>
              <w:spacing w:after="16" w:line="240" w:lineRule="auto"/>
            </w:pPr>
            <w:r>
              <w:rPr>
                <w:color w:val="333333"/>
                <w:sz w:val="14"/>
              </w:rPr>
              <w:t>DRUGI NAČINI: igra vlog, pogovor, neposredno opazovanje</w:t>
            </w:r>
          </w:p>
        </w:tc>
      </w:tr>
      <w:tr w:rsidR="008A5547" w14:paraId="58138AB5" w14:textId="77777777">
        <w:trPr>
          <w:cantSplit/>
          <w:jc w:val="center"/>
        </w:trPr>
        <w:tc>
          <w:tcPr>
            <w:tcW w:w="244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102AEEC9" w14:textId="77777777" w:rsidR="008A5547" w:rsidRDefault="00000000">
            <w:pPr>
              <w:spacing w:after="16" w:line="240" w:lineRule="auto"/>
            </w:pPr>
            <w:r>
              <w:rPr>
                <w:b/>
                <w:color w:val="4F81BD"/>
                <w:sz w:val="14"/>
              </w:rPr>
              <w:t>4 • 38. teden</w:t>
            </w:r>
            <w:r>
              <w:rPr>
                <w:b/>
                <w:color w:val="4F81BD"/>
                <w:sz w:val="14"/>
              </w:rPr>
              <w:br/>
              <w:t>I CAN</w:t>
            </w:r>
          </w:p>
        </w:tc>
        <w:tc>
          <w:tcPr>
            <w:tcW w:w="3960"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5A175EE6" w14:textId="77777777" w:rsidR="008A5547" w:rsidRDefault="00000000">
            <w:pPr>
              <w:spacing w:after="16" w:line="240" w:lineRule="auto"/>
            </w:pPr>
            <w:r>
              <w:rPr>
                <w:color w:val="333333"/>
                <w:sz w:val="14"/>
              </w:rPr>
              <w:t>ustno izražanje; sprejemanje; ustna interakcija</w:t>
            </w:r>
          </w:p>
        </w:tc>
        <w:tc>
          <w:tcPr>
            <w:tcW w:w="4968"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4DA07B24" w14:textId="77777777" w:rsidR="008A5547" w:rsidRDefault="00000000">
            <w:pPr>
              <w:spacing w:after="16" w:line="240" w:lineRule="auto"/>
            </w:pPr>
            <w:r>
              <w:rPr>
                <w:color w:val="333333"/>
                <w:sz w:val="14"/>
              </w:rPr>
              <w:t>učenje učenja; podjetnost; jezik in kultura</w:t>
            </w:r>
          </w:p>
        </w:tc>
        <w:tc>
          <w:tcPr>
            <w:tcW w:w="4032" w:type="dxa"/>
            <w:tcBorders>
              <w:top w:val="single" w:sz="4" w:space="0" w:color="B7C3D0"/>
              <w:left w:val="single" w:sz="4" w:space="0" w:color="B7C3D0"/>
              <w:bottom w:val="single" w:sz="4" w:space="0" w:color="B7C3D0"/>
              <w:right w:val="single" w:sz="4" w:space="0" w:color="B7C3D0"/>
            </w:tcBorders>
            <w:shd w:val="clear" w:color="auto" w:fill="F4F7F8"/>
            <w:tcMar>
              <w:top w:w="55" w:type="dxa"/>
              <w:left w:w="65" w:type="dxa"/>
              <w:bottom w:w="55" w:type="dxa"/>
              <w:right w:w="65" w:type="dxa"/>
            </w:tcMar>
          </w:tcPr>
          <w:p w14:paraId="20A0E8E6" w14:textId="77777777" w:rsidR="008A5547" w:rsidRDefault="00000000">
            <w:pPr>
              <w:spacing w:after="16" w:line="240" w:lineRule="auto"/>
            </w:pPr>
            <w:r>
              <w:rPr>
                <w:color w:val="333333"/>
                <w:sz w:val="14"/>
              </w:rPr>
              <w:t>DRUGI NAČINI: kratka predstavitev, izvedbena naloga, jezikovna mapa, pogovor</w:t>
            </w:r>
          </w:p>
        </w:tc>
      </w:tr>
    </w:tbl>
    <w:p w14:paraId="3B9C7541" w14:textId="77777777" w:rsidR="008A5547" w:rsidRDefault="008A5547">
      <w:pPr>
        <w:spacing w:after="0"/>
        <w:sectPr w:rsidR="008A5547">
          <w:headerReference w:type="default" r:id="rId9"/>
          <w:footerReference w:type="default" r:id="rId10"/>
          <w:pgSz w:w="16838" w:h="11906" w:orient="landscape"/>
          <w:pgMar w:top="680" w:right="720" w:bottom="737" w:left="720" w:header="340" w:footer="397" w:gutter="0"/>
          <w:cols w:space="720"/>
          <w:docGrid w:linePitch="360"/>
        </w:sectPr>
      </w:pPr>
    </w:p>
    <w:p w14:paraId="7C4B22B7" w14:textId="4D071967" w:rsidR="008A5547" w:rsidRDefault="002B4A86">
      <w:pPr>
        <w:pStyle w:val="Naslov1"/>
        <w:spacing w:before="140" w:after="80"/>
      </w:pPr>
      <w:r>
        <w:rPr>
          <w:rFonts w:ascii="Arial" w:hAnsi="Arial"/>
        </w:rPr>
        <w:lastRenderedPageBreak/>
        <w:t>7</w:t>
      </w:r>
      <w:r w:rsidR="00000000">
        <w:rPr>
          <w:rFonts w:ascii="Arial" w:hAnsi="Arial"/>
        </w:rPr>
        <w:t>. Prilagoditve, evidence in viri</w:t>
      </w:r>
    </w:p>
    <w:p w14:paraId="697FBA18" w14:textId="082385AB" w:rsidR="008A5547" w:rsidRDefault="002B4A86">
      <w:pPr>
        <w:pStyle w:val="Naslov2"/>
        <w:spacing w:before="80" w:after="60"/>
      </w:pPr>
      <w:r>
        <w:rPr>
          <w:rFonts w:ascii="Arial" w:hAnsi="Arial"/>
        </w:rPr>
        <w:t>7</w:t>
      </w:r>
      <w:r w:rsidR="00000000">
        <w:rPr>
          <w:rFonts w:ascii="Arial" w:hAnsi="Arial"/>
        </w:rPr>
        <w:t xml:space="preserve">.1 </w:t>
      </w:r>
      <w:proofErr w:type="spellStart"/>
      <w:r w:rsidR="00000000">
        <w:rPr>
          <w:rFonts w:ascii="Arial" w:hAnsi="Arial"/>
        </w:rPr>
        <w:t>Sprotna</w:t>
      </w:r>
      <w:proofErr w:type="spellEnd"/>
      <w:r w:rsidR="00000000">
        <w:rPr>
          <w:rFonts w:ascii="Arial" w:hAnsi="Arial"/>
        </w:rPr>
        <w:t xml:space="preserve"> </w:t>
      </w:r>
      <w:proofErr w:type="spellStart"/>
      <w:r w:rsidR="00000000">
        <w:rPr>
          <w:rFonts w:ascii="Arial" w:hAnsi="Arial"/>
        </w:rPr>
        <w:t>evidenca</w:t>
      </w:r>
      <w:proofErr w:type="spellEnd"/>
      <w:r w:rsidR="00000000">
        <w:rPr>
          <w:rFonts w:ascii="Arial" w:hAnsi="Arial"/>
        </w:rPr>
        <w:t xml:space="preserve"> in prilagajanje</w:t>
      </w:r>
    </w:p>
    <w:p w14:paraId="64130F0C" w14:textId="77777777" w:rsidR="008A5547" w:rsidRDefault="00000000">
      <w:pPr>
        <w:pStyle w:val="Oznaenseznam"/>
        <w:spacing w:after="30"/>
        <w:ind w:left="280" w:hanging="140"/>
      </w:pPr>
      <w:r>
        <w:rPr>
          <w:color w:val="203038"/>
          <w:sz w:val="17"/>
        </w:rPr>
        <w:t>Učitelj/-ica v dnevnih pripravah zabeleži dejansko izvedeno vsebino, odsotnosti, uporabljene podpore in bistvena opažanja o učenju.</w:t>
      </w:r>
    </w:p>
    <w:p w14:paraId="4A352184" w14:textId="77777777" w:rsidR="008A5547" w:rsidRDefault="00000000">
      <w:pPr>
        <w:pStyle w:val="Oznaenseznam"/>
        <w:spacing w:after="30"/>
        <w:ind w:left="280" w:hanging="140"/>
      </w:pPr>
      <w:r>
        <w:rPr>
          <w:color w:val="203038"/>
          <w:sz w:val="17"/>
        </w:rPr>
        <w:t>Če več učencev kriterija še ne dosega, se pred ocenjevanjem načrtujejo drugačna izkušnja, dodatna vaja ter nov dokaz razumevanja.</w:t>
      </w:r>
    </w:p>
    <w:p w14:paraId="73539CD7" w14:textId="77777777" w:rsidR="008A5547" w:rsidRDefault="00000000">
      <w:pPr>
        <w:pStyle w:val="Oznaenseznam"/>
        <w:spacing w:after="30"/>
        <w:ind w:left="280" w:hanging="140"/>
      </w:pPr>
      <w:r>
        <w:rPr>
          <w:color w:val="203038"/>
          <w:sz w:val="17"/>
        </w:rPr>
        <w:t>Za učence s posebnimi potrebami, učnimi težavami ali naprednejšim znanjem se cilji, opore, čas, gradiva in način dokazovanja prilagodijo individualnim potrebam, ne da bi se znižala smiselnost učnega cilja.</w:t>
      </w:r>
    </w:p>
    <w:p w14:paraId="69B4E6C7" w14:textId="77777777" w:rsidR="008A5547" w:rsidRDefault="00000000">
      <w:pPr>
        <w:pStyle w:val="Oznaenseznam"/>
        <w:spacing w:after="30"/>
        <w:ind w:left="280" w:hanging="140"/>
      </w:pPr>
      <w:r>
        <w:rPr>
          <w:color w:val="203038"/>
          <w:sz w:val="17"/>
        </w:rPr>
        <w:t>Izdelki, fotografije, avdio/video posnetki in opazovalni zapisi se hranijo skladno s šolskimi pravili varstva osebnih podatkov.</w:t>
      </w:r>
    </w:p>
    <w:p w14:paraId="5C06581A" w14:textId="77777777" w:rsidR="008A5547" w:rsidRDefault="00000000">
      <w:pPr>
        <w:pStyle w:val="Oznaenseznam"/>
        <w:spacing w:after="30"/>
        <w:ind w:left="280" w:hanging="140"/>
      </w:pPr>
      <w:r>
        <w:rPr>
          <w:color w:val="203038"/>
          <w:sz w:val="17"/>
        </w:rPr>
        <w:t>Spremembe vrstnega reda ali števila ur se zapišejo v evidenco; ob koncu obdobja se preveri doseganje letnega obsega in vseh ključnih področij.</w:t>
      </w:r>
    </w:p>
    <w:p w14:paraId="7A6EC84A" w14:textId="7EE3E55B" w:rsidR="008A5547" w:rsidRDefault="002B4A86">
      <w:pPr>
        <w:pStyle w:val="Naslov2"/>
        <w:spacing w:before="80" w:after="60"/>
      </w:pPr>
      <w:r>
        <w:rPr>
          <w:rFonts w:ascii="Arial" w:hAnsi="Arial"/>
        </w:rPr>
        <w:t>7</w:t>
      </w:r>
      <w:r w:rsidR="00000000">
        <w:rPr>
          <w:rFonts w:ascii="Arial" w:hAnsi="Arial"/>
        </w:rPr>
        <w:t xml:space="preserve">.2 Viri in </w:t>
      </w:r>
      <w:proofErr w:type="spellStart"/>
      <w:r w:rsidR="00000000">
        <w:rPr>
          <w:rFonts w:ascii="Arial" w:hAnsi="Arial"/>
        </w:rPr>
        <w:t>podlage</w:t>
      </w:r>
      <w:proofErr w:type="spellEnd"/>
    </w:p>
    <w:p w14:paraId="0706BFD7" w14:textId="77777777" w:rsidR="008A5547" w:rsidRDefault="00000000">
      <w:pPr>
        <w:pStyle w:val="Oznaenseznam"/>
        <w:spacing w:after="30"/>
        <w:ind w:left="280" w:hanging="140"/>
      </w:pPr>
      <w:r>
        <w:rPr>
          <w:color w:val="203038"/>
          <w:sz w:val="17"/>
        </w:rPr>
        <w:t>Tabele razporeda snovi za 1. razred 2026/27 – tematski tedni in dnevi dejavnosti (priloženi vir).</w:t>
      </w:r>
    </w:p>
    <w:p w14:paraId="28FA3F73" w14:textId="77777777" w:rsidR="008A5547" w:rsidRDefault="00000000">
      <w:pPr>
        <w:pStyle w:val="Oznaenseznam"/>
        <w:spacing w:after="30"/>
        <w:ind w:left="280" w:hanging="140"/>
      </w:pPr>
      <w:r>
        <w:rPr>
          <w:color w:val="203038"/>
          <w:sz w:val="17"/>
        </w:rPr>
        <w:t>Dnevne učne priprave za predmet Tuji jezik – angleščina, 1. razred, 2026/27 (izdelane na podlagi iste tabele).</w:t>
      </w:r>
    </w:p>
    <w:p w14:paraId="2360D5ED" w14:textId="77777777" w:rsidR="008A5547" w:rsidRDefault="00000000">
      <w:pPr>
        <w:pStyle w:val="Oznaenseznam"/>
        <w:spacing w:after="30"/>
        <w:ind w:left="280" w:hanging="140"/>
      </w:pPr>
      <w:r>
        <w:t>Izhodiščna letna učna priprava za Tuji jezik – angleščina, 1. razred, 2026/27, ter pripadajoča tematska tabela in dnevne priprave (združevalna podlaga).</w:t>
      </w:r>
    </w:p>
    <w:p w14:paraId="54FBB2F2" w14:textId="77777777" w:rsidR="008A5547" w:rsidRDefault="00000000">
      <w:pPr>
        <w:pStyle w:val="Oznaenseznam"/>
        <w:spacing w:after="30"/>
        <w:ind w:left="280" w:hanging="140"/>
      </w:pPr>
      <w:r>
        <w:t>Ministrstvo za vzgojo in izobraževanje in Zavod RS za šolstvo (2025): Učni načrt za prvo vzgojno-izobraževalno obdobje, predmet Tuji jezik, str. 88–103; v uporabi od 1. 9. 2026. Portal GOV.SI: Programi in učni načrti v osnovni šoli.</w:t>
      </w:r>
    </w:p>
    <w:p w14:paraId="570CE38D" w14:textId="77777777" w:rsidR="008A5547" w:rsidRDefault="00000000">
      <w:pPr>
        <w:pStyle w:val="Oznaenseznam"/>
        <w:spacing w:after="30"/>
        <w:ind w:left="280" w:hanging="140"/>
      </w:pPr>
      <w:r>
        <w:rPr>
          <w:color w:val="203038"/>
          <w:sz w:val="17"/>
        </w:rPr>
        <w:t>Pravilnik o ocenjevanju znanja in napredovanju učencev v osnovni šoli (Uradni list RS, veljavna različica za šolsko leto 2026/27).</w:t>
      </w:r>
    </w:p>
    <w:p w14:paraId="248278CF" w14:textId="241E1E47" w:rsidR="008A5547" w:rsidRDefault="002B4A86">
      <w:pPr>
        <w:pStyle w:val="Naslov2"/>
        <w:spacing w:before="80" w:after="60"/>
      </w:pPr>
      <w:r>
        <w:rPr>
          <w:rFonts w:ascii="Arial" w:hAnsi="Arial"/>
        </w:rPr>
        <w:t>7</w:t>
      </w:r>
      <w:r w:rsidR="00000000">
        <w:rPr>
          <w:rFonts w:ascii="Arial" w:hAnsi="Arial"/>
        </w:rPr>
        <w:t xml:space="preserve">.3 </w:t>
      </w:r>
      <w:proofErr w:type="spellStart"/>
      <w:r w:rsidR="00000000">
        <w:rPr>
          <w:rFonts w:ascii="Arial" w:hAnsi="Arial"/>
        </w:rPr>
        <w:t>Zaključna</w:t>
      </w:r>
      <w:proofErr w:type="spellEnd"/>
      <w:r w:rsidR="00000000">
        <w:rPr>
          <w:rFonts w:ascii="Arial" w:hAnsi="Arial"/>
        </w:rPr>
        <w:t xml:space="preserve"> </w:t>
      </w:r>
      <w:proofErr w:type="spellStart"/>
      <w:r w:rsidR="00000000">
        <w:rPr>
          <w:rFonts w:ascii="Arial" w:hAnsi="Arial"/>
        </w:rPr>
        <w:t>kontrola</w:t>
      </w:r>
      <w:proofErr w:type="spellEnd"/>
    </w:p>
    <w:tbl>
      <w:tblPr>
        <w:tblW w:w="9860" w:type="dxa"/>
        <w:jc w:val="center"/>
        <w:tblLayout w:type="fixed"/>
        <w:tblLook w:val="04A0" w:firstRow="1" w:lastRow="0" w:firstColumn="1" w:lastColumn="0" w:noHBand="0" w:noVBand="1"/>
      </w:tblPr>
      <w:tblGrid>
        <w:gridCol w:w="700"/>
        <w:gridCol w:w="9160"/>
      </w:tblGrid>
      <w:tr w:rsidR="008A5547" w14:paraId="61DA2829"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6155D8"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272598" w14:textId="77777777" w:rsidR="008A5547" w:rsidRDefault="00000000">
            <w:pPr>
              <w:spacing w:after="24" w:line="240" w:lineRule="auto"/>
            </w:pPr>
            <w:r>
              <w:rPr>
                <w:color w:val="203038"/>
                <w:sz w:val="16"/>
              </w:rPr>
              <w:t>Letni obseg ur je preverjen: 70 ur.</w:t>
            </w:r>
          </w:p>
        </w:tc>
      </w:tr>
      <w:tr w:rsidR="008A5547" w14:paraId="5D658D7D"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439520"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BC9324" w14:textId="77777777" w:rsidR="008A5547" w:rsidRDefault="00000000">
            <w:pPr>
              <w:spacing w:after="24" w:line="240" w:lineRule="auto"/>
            </w:pPr>
            <w:r>
              <w:rPr>
                <w:color w:val="203038"/>
                <w:sz w:val="16"/>
              </w:rPr>
              <w:t>Vseh 39 tednov vsebuje operativne cilje, sodobne oblike poučevanja in predvidene dokaze o učenju.</w:t>
            </w:r>
          </w:p>
        </w:tc>
      </w:tr>
      <w:tr w:rsidR="008A5547" w14:paraId="2603BB4E"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F1E435"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CC847F" w14:textId="77777777" w:rsidR="008A5547" w:rsidRDefault="00000000">
            <w:pPr>
              <w:spacing w:after="24" w:line="240" w:lineRule="auto"/>
            </w:pPr>
            <w:r>
              <w:t>Načrt ocenjevanja vsebuje 4 ocenjevanja; vsa so drugi načini ocenjevanja in nobeno ni pisno.</w:t>
            </w:r>
          </w:p>
        </w:tc>
      </w:tr>
      <w:tr w:rsidR="008A5547" w14:paraId="125A3160"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355787"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6BDF17" w14:textId="77777777" w:rsidR="008A5547" w:rsidRDefault="00000000">
            <w:pPr>
              <w:spacing w:after="24" w:line="240" w:lineRule="auto"/>
            </w:pPr>
            <w:r>
              <w:rPr>
                <w:color w:val="203038"/>
                <w:sz w:val="16"/>
              </w:rPr>
              <w:t>Dnevi dejavnosti in okvirni termini so preneseni iz izhodiščne tabele.</w:t>
            </w:r>
          </w:p>
        </w:tc>
      </w:tr>
      <w:tr w:rsidR="008A5547" w14:paraId="3D6126E0"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24F64F"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0A04A7" w14:textId="77777777" w:rsidR="008A5547" w:rsidRDefault="00000000">
            <w:pPr>
              <w:spacing w:after="24" w:line="240" w:lineRule="auto"/>
            </w:pPr>
            <w:r>
              <w:rPr>
                <w:color w:val="203038"/>
                <w:sz w:val="16"/>
              </w:rPr>
              <w:t>Medpredmetne povezave podpirajo skupne tematske tedne, predmetni cilji pa ostajajo razvidni.</w:t>
            </w:r>
          </w:p>
        </w:tc>
      </w:tr>
      <w:tr w:rsidR="008A5547" w14:paraId="79B4A6A7"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1D3FA8" w14:textId="77777777" w:rsidR="008A5547" w:rsidRDefault="00000000">
            <w:pPr>
              <w:spacing w:after="24" w:line="240" w:lineRule="auto"/>
              <w:jc w:val="center"/>
            </w:pPr>
            <w:r>
              <w:rPr>
                <w:b/>
                <w:color w:val="8565A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1FF988" w14:textId="77777777" w:rsidR="008A5547" w:rsidRDefault="00000000">
            <w:pPr>
              <w:spacing w:after="24" w:line="240" w:lineRule="auto"/>
            </w:pPr>
            <w:r>
              <w:rPr>
                <w:color w:val="203038"/>
                <w:sz w:val="16"/>
              </w:rPr>
              <w:t>Morebitne spremembe med letom se evidentirajo v dnevnih pripravah in letni evalvaciji.</w:t>
            </w:r>
          </w:p>
        </w:tc>
      </w:tr>
    </w:tbl>
    <w:p w14:paraId="226A431D" w14:textId="77777777" w:rsidR="008A5547" w:rsidRDefault="008A5547">
      <w:pPr>
        <w:spacing w:after="0" w:line="252" w:lineRule="auto"/>
      </w:pPr>
    </w:p>
    <w:tbl>
      <w:tblPr>
        <w:tblW w:w="9860" w:type="dxa"/>
        <w:jc w:val="center"/>
        <w:tblLayout w:type="fixed"/>
        <w:tblLook w:val="04A0" w:firstRow="1" w:lastRow="0" w:firstColumn="1" w:lastColumn="0" w:noHBand="0" w:noVBand="1"/>
      </w:tblPr>
      <w:tblGrid>
        <w:gridCol w:w="4930"/>
        <w:gridCol w:w="4930"/>
      </w:tblGrid>
      <w:tr w:rsidR="008A5547" w14:paraId="4B42AFAE" w14:textId="77777777">
        <w:trPr>
          <w:jc w:val="center"/>
        </w:trPr>
        <w:tc>
          <w:tcPr>
            <w:tcW w:w="4930" w:type="dxa"/>
            <w:tcMar>
              <w:top w:w="70" w:type="dxa"/>
              <w:left w:w="90" w:type="dxa"/>
              <w:bottom w:w="70" w:type="dxa"/>
              <w:right w:w="90" w:type="dxa"/>
            </w:tcMar>
            <w:vAlign w:val="center"/>
          </w:tcPr>
          <w:p w14:paraId="619D7F7B" w14:textId="77777777" w:rsidR="008A5547" w:rsidRDefault="00000000">
            <w:pPr>
              <w:spacing w:after="24" w:line="240" w:lineRule="auto"/>
              <w:jc w:val="center"/>
            </w:pPr>
            <w:r>
              <w:rPr>
                <w:b/>
                <w:color w:val="60727A"/>
                <w:sz w:val="16"/>
              </w:rPr>
              <w:t>Izvajalka</w:t>
            </w:r>
          </w:p>
        </w:tc>
        <w:tc>
          <w:tcPr>
            <w:tcW w:w="4930" w:type="dxa"/>
            <w:tcMar>
              <w:top w:w="70" w:type="dxa"/>
              <w:left w:w="90" w:type="dxa"/>
              <w:bottom w:w="70" w:type="dxa"/>
              <w:right w:w="90" w:type="dxa"/>
            </w:tcMar>
            <w:vAlign w:val="center"/>
          </w:tcPr>
          <w:p w14:paraId="72308A9D" w14:textId="77777777" w:rsidR="008A5547" w:rsidRDefault="00000000">
            <w:pPr>
              <w:spacing w:after="24" w:line="240" w:lineRule="auto"/>
              <w:jc w:val="center"/>
            </w:pPr>
            <w:r>
              <w:rPr>
                <w:b/>
                <w:color w:val="60727A"/>
                <w:sz w:val="16"/>
              </w:rPr>
              <w:t>Ravnateljica / pregledala</w:t>
            </w:r>
          </w:p>
        </w:tc>
      </w:tr>
      <w:tr w:rsidR="008A5547" w14:paraId="45E28D1F" w14:textId="77777777">
        <w:trPr>
          <w:jc w:val="center"/>
        </w:trPr>
        <w:tc>
          <w:tcPr>
            <w:tcW w:w="4930" w:type="dxa"/>
            <w:tcMar>
              <w:top w:w="70" w:type="dxa"/>
              <w:left w:w="90" w:type="dxa"/>
              <w:bottom w:w="70" w:type="dxa"/>
              <w:right w:w="90" w:type="dxa"/>
            </w:tcMar>
            <w:vAlign w:val="center"/>
          </w:tcPr>
          <w:p w14:paraId="585A8FC9" w14:textId="77777777" w:rsidR="008A5547"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254AE93D" w14:textId="77777777" w:rsidR="008A5547" w:rsidRDefault="00000000">
            <w:pPr>
              <w:spacing w:after="24" w:line="240" w:lineRule="auto"/>
              <w:jc w:val="center"/>
            </w:pPr>
            <w:r>
              <w:rPr>
                <w:color w:val="203038"/>
              </w:rPr>
              <w:t>____________________________</w:t>
            </w:r>
          </w:p>
        </w:tc>
      </w:tr>
    </w:tbl>
    <w:p w14:paraId="1F4CAE70" w14:textId="77777777" w:rsidR="008A5547" w:rsidRDefault="00000000">
      <w:pPr>
        <w:spacing w:after="0" w:line="252" w:lineRule="auto"/>
        <w:jc w:val="center"/>
      </w:pPr>
      <w:r>
        <w:rPr>
          <w:i/>
          <w:color w:val="60727A"/>
          <w:sz w:val="16"/>
        </w:rPr>
        <w:t>Opomba: vsebine in termini se lahko prilagodijo dejanskim dogodkom, razredni dinamiki ter potrebam učencev, pri čemer se ohranijo cilji, standardi in letni obseg predmeta.</w:t>
      </w:r>
    </w:p>
    <w:sectPr w:rsidR="008A5547" w:rsidSect="00034616">
      <w:headerReference w:type="default" r:id="rId11"/>
      <w:footerReference w:type="default" r:id="rId12"/>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FB6D8" w14:textId="77777777" w:rsidR="00AE583D" w:rsidRDefault="00AE583D">
      <w:pPr>
        <w:spacing w:after="0" w:line="240" w:lineRule="auto"/>
      </w:pPr>
      <w:r>
        <w:separator/>
      </w:r>
    </w:p>
  </w:endnote>
  <w:endnote w:type="continuationSeparator" w:id="0">
    <w:p w14:paraId="39CAB805" w14:textId="77777777" w:rsidR="00AE583D" w:rsidRDefault="00AE5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A1D9" w14:textId="74B0DD07" w:rsidR="008A5547" w:rsidRPr="002B4A86" w:rsidRDefault="008A5547" w:rsidP="002B4A8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5394A" w14:textId="6AE9F3FD" w:rsidR="008A5547" w:rsidRPr="00D04F26" w:rsidRDefault="008A5547" w:rsidP="00D04F2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4A4CA" w14:textId="77777777" w:rsidR="00AE583D" w:rsidRDefault="00AE583D">
      <w:pPr>
        <w:spacing w:after="0" w:line="240" w:lineRule="auto"/>
      </w:pPr>
      <w:r>
        <w:separator/>
      </w:r>
    </w:p>
  </w:footnote>
  <w:footnote w:type="continuationSeparator" w:id="0">
    <w:p w14:paraId="78709738" w14:textId="77777777" w:rsidR="00AE583D" w:rsidRDefault="00AE5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F032" w14:textId="534028D9" w:rsidR="002B4A86" w:rsidRDefault="002B4A86" w:rsidP="002B4A86">
    <w:pPr>
      <w:pStyle w:val="Glava"/>
      <w:jc w:val="center"/>
    </w:pPr>
    <w:r>
      <w:rPr>
        <w:noProof/>
      </w:rPr>
      <w:drawing>
        <wp:inline distT="0" distB="0" distL="0" distR="0" wp14:anchorId="5F6BF881" wp14:editId="4C294760">
          <wp:extent cx="2121535" cy="1048385"/>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7472" w14:textId="77777777" w:rsidR="008A5547" w:rsidRDefault="00000000">
    <w:pPr>
      <w:pStyle w:val="Glava"/>
      <w:jc w:val="right"/>
    </w:pPr>
    <w:r>
      <w:rPr>
        <w:b/>
        <w:color w:val="8565A5"/>
        <w:sz w:val="14"/>
      </w:rPr>
      <w:t>LETNA UČNA PRIPRAVA • TUJI JEZIK – ANGLEŠČINA • 1. RAZRED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E3FC" w14:textId="77777777" w:rsidR="008A5547" w:rsidRDefault="00000000">
    <w:pPr>
      <w:pStyle w:val="Glava"/>
      <w:jc w:val="right"/>
    </w:pPr>
    <w:r>
      <w:rPr>
        <w:b/>
        <w:color w:val="8565A5"/>
        <w:sz w:val="14"/>
      </w:rPr>
      <w:t>LETNA UČNA PRIPRAVA • TUJI JEZIK – ANGLEŠČINA • 1. RAZRED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458065015">
    <w:abstractNumId w:val="8"/>
  </w:num>
  <w:num w:numId="2" w16cid:durableId="148373966">
    <w:abstractNumId w:val="6"/>
  </w:num>
  <w:num w:numId="3" w16cid:durableId="967664803">
    <w:abstractNumId w:val="5"/>
  </w:num>
  <w:num w:numId="4" w16cid:durableId="1411388963">
    <w:abstractNumId w:val="4"/>
  </w:num>
  <w:num w:numId="5" w16cid:durableId="1917976836">
    <w:abstractNumId w:val="7"/>
  </w:num>
  <w:num w:numId="6" w16cid:durableId="229274675">
    <w:abstractNumId w:val="3"/>
  </w:num>
  <w:num w:numId="7" w16cid:durableId="985400720">
    <w:abstractNumId w:val="2"/>
  </w:num>
  <w:num w:numId="8" w16cid:durableId="91634740">
    <w:abstractNumId w:val="1"/>
  </w:num>
  <w:num w:numId="9" w16cid:durableId="31772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A86"/>
    <w:rsid w:val="00326F90"/>
    <w:rsid w:val="008A5547"/>
    <w:rsid w:val="009501A2"/>
    <w:rsid w:val="00AA1D8D"/>
    <w:rsid w:val="00AE583D"/>
    <w:rsid w:val="00B47730"/>
    <w:rsid w:val="00CB0664"/>
    <w:rsid w:val="00D04F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3C96E2"/>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6835</Words>
  <Characters>38961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Tuji jezik (angleščina), 1. razred, 2026/27 – združena in posodobljena</dc:title>
  <dc:subject>70 ur, 39 tednov, 4 ocenjevanja z drugimi načini, podrobni cilji iz učnega načrta</dc:subject>
  <dc:creator>Narrayani Premal</dc:creator>
  <cp:keywords>1. razred, letna priprava, formativno spremljanje, 2026/27</cp:keywords>
  <dc:description>generated by python-docx</dc:description>
  <cp:lastModifiedBy>Narrayani Premal</cp:lastModifiedBy>
  <cp:revision>3</cp:revision>
  <dcterms:created xsi:type="dcterms:W3CDTF">2013-12-23T23:15:00Z</dcterms:created>
  <dcterms:modified xsi:type="dcterms:W3CDTF">2026-08-17T10:03:00Z</dcterms:modified>
  <cp:category/>
</cp:coreProperties>
</file>