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81B65" w14:textId="77777777" w:rsidR="00C327F0" w:rsidRDefault="00C327F0">
      <w:pPr>
        <w:spacing w:after="40" w:line="252" w:lineRule="auto"/>
        <w:jc w:val="center"/>
        <w:rPr>
          <w:b/>
          <w:color w:val="173B4D"/>
          <w:sz w:val="50"/>
        </w:rPr>
      </w:pPr>
    </w:p>
    <w:p w14:paraId="37BFD220" w14:textId="77777777" w:rsidR="00C327F0" w:rsidRDefault="00C327F0">
      <w:pPr>
        <w:spacing w:after="40" w:line="252" w:lineRule="auto"/>
        <w:jc w:val="center"/>
        <w:rPr>
          <w:b/>
          <w:color w:val="173B4D"/>
          <w:sz w:val="50"/>
        </w:rPr>
      </w:pPr>
    </w:p>
    <w:p w14:paraId="54ECE6B2" w14:textId="77777777" w:rsidR="00D27883" w:rsidRDefault="00000000">
      <w:pPr>
        <w:spacing w:after="40" w:line="252" w:lineRule="auto"/>
        <w:jc w:val="center"/>
      </w:pPr>
      <w:r>
        <w:rPr>
          <w:b/>
          <w:color w:val="173B4D"/>
          <w:sz w:val="50"/>
        </w:rPr>
        <w:t>LETNA PRIPRAVA</w:t>
      </w:r>
    </w:p>
    <w:p w14:paraId="1F5B2909" w14:textId="77777777" w:rsidR="00D27883" w:rsidRDefault="00000000">
      <w:pPr>
        <w:spacing w:after="480" w:line="252" w:lineRule="auto"/>
        <w:jc w:val="center"/>
      </w:pPr>
      <w:r>
        <w:rPr>
          <w:b/>
          <w:color w:val="2E6D8E"/>
          <w:sz w:val="26"/>
        </w:rPr>
        <w:t>NA VZGOJNO-IZOBRAŽEVALNO DELO</w:t>
      </w:r>
    </w:p>
    <w:tbl>
      <w:tblPr>
        <w:tblW w:w="9860" w:type="dxa"/>
        <w:jc w:val="center"/>
        <w:tblLayout w:type="fixed"/>
        <w:tblLook w:val="04A0" w:firstRow="1" w:lastRow="0" w:firstColumn="1" w:lastColumn="0" w:noHBand="0" w:noVBand="1"/>
      </w:tblPr>
      <w:tblGrid>
        <w:gridCol w:w="9860"/>
      </w:tblGrid>
      <w:tr w:rsidR="00D27883" w14:paraId="0B173934" w14:textId="77777777">
        <w:trPr>
          <w:cantSplit/>
          <w:jc w:val="center"/>
        </w:trPr>
        <w:tc>
          <w:tcPr>
            <w:tcW w:w="9860" w:type="dxa"/>
            <w:tcBorders>
              <w:top w:val="single" w:sz="7" w:space="0" w:color="2E6D8E"/>
              <w:left w:val="single" w:sz="7" w:space="0" w:color="2E6D8E"/>
              <w:bottom w:val="single" w:sz="7" w:space="0" w:color="2E6D8E"/>
              <w:right w:val="single" w:sz="7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42071B" w14:textId="77777777" w:rsidR="00D27883" w:rsidRDefault="00000000">
            <w:pPr>
              <w:spacing w:after="40" w:line="240" w:lineRule="auto"/>
              <w:jc w:val="center"/>
            </w:pPr>
            <w:r>
              <w:rPr>
                <w:b/>
                <w:color w:val="FFFFFF"/>
                <w:sz w:val="36"/>
              </w:rPr>
              <w:t>SLOVENŠČINA</w:t>
            </w:r>
          </w:p>
        </w:tc>
      </w:tr>
      <w:tr w:rsidR="00D27883" w14:paraId="5FB6761E" w14:textId="77777777">
        <w:trPr>
          <w:cantSplit/>
          <w:jc w:val="center"/>
        </w:trPr>
        <w:tc>
          <w:tcPr>
            <w:tcW w:w="9860" w:type="dxa"/>
            <w:tcBorders>
              <w:top w:val="single" w:sz="7" w:space="0" w:color="2E6D8E"/>
              <w:left w:val="single" w:sz="7" w:space="0" w:color="2E6D8E"/>
              <w:bottom w:val="single" w:sz="7" w:space="0" w:color="2E6D8E"/>
              <w:right w:val="single" w:sz="7" w:space="0" w:color="2E6D8E"/>
            </w:tcBorders>
            <w:shd w:val="clear" w:color="auto" w:fill="E7F3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FA41AE" w14:textId="77777777" w:rsidR="00D27883" w:rsidRDefault="00000000">
            <w:pPr>
              <w:spacing w:after="40" w:line="240" w:lineRule="auto"/>
              <w:jc w:val="center"/>
            </w:pPr>
            <w:r>
              <w:rPr>
                <w:b/>
                <w:color w:val="173B4D"/>
                <w:sz w:val="20"/>
              </w:rPr>
              <w:t xml:space="preserve">1. </w:t>
            </w:r>
            <w:proofErr w:type="spellStart"/>
            <w:r>
              <w:rPr>
                <w:b/>
                <w:color w:val="173B4D"/>
                <w:sz w:val="20"/>
              </w:rPr>
              <w:t>razred</w:t>
            </w:r>
            <w:proofErr w:type="spellEnd"/>
            <w:r>
              <w:rPr>
                <w:b/>
                <w:color w:val="173B4D"/>
                <w:sz w:val="20"/>
              </w:rPr>
              <w:t xml:space="preserve"> </w:t>
            </w:r>
            <w:r w:rsidR="00C327F0">
              <w:rPr>
                <w:b/>
                <w:color w:val="173B4D"/>
                <w:sz w:val="20"/>
              </w:rPr>
              <w:t xml:space="preserve">   -   </w:t>
            </w:r>
            <w:r>
              <w:rPr>
                <w:b/>
                <w:color w:val="173B4D"/>
                <w:sz w:val="20"/>
              </w:rPr>
              <w:t xml:space="preserve"> </w:t>
            </w:r>
            <w:proofErr w:type="spellStart"/>
            <w:r>
              <w:rPr>
                <w:b/>
                <w:color w:val="173B4D"/>
                <w:sz w:val="20"/>
              </w:rPr>
              <w:t>šolsko</w:t>
            </w:r>
            <w:proofErr w:type="spellEnd"/>
            <w:r>
              <w:rPr>
                <w:b/>
                <w:color w:val="173B4D"/>
                <w:sz w:val="20"/>
              </w:rPr>
              <w:t xml:space="preserve"> </w:t>
            </w:r>
            <w:proofErr w:type="spellStart"/>
            <w:r>
              <w:rPr>
                <w:b/>
                <w:color w:val="173B4D"/>
                <w:sz w:val="20"/>
              </w:rPr>
              <w:t>leto</w:t>
            </w:r>
            <w:proofErr w:type="spellEnd"/>
            <w:r>
              <w:rPr>
                <w:b/>
                <w:color w:val="173B4D"/>
                <w:sz w:val="20"/>
              </w:rPr>
              <w:t xml:space="preserve"> 2026/2027</w:t>
            </w:r>
          </w:p>
        </w:tc>
      </w:tr>
    </w:tbl>
    <w:p w14:paraId="75DE48CB" w14:textId="77777777" w:rsidR="00D27883" w:rsidRDefault="00D27883">
      <w:pPr>
        <w:spacing w:after="240" w:line="252" w:lineRule="auto"/>
      </w:pPr>
    </w:p>
    <w:tbl>
      <w:tblPr>
        <w:tblW w:w="9860" w:type="dxa"/>
        <w:jc w:val="center"/>
        <w:tblLayout w:type="fixed"/>
        <w:tblLook w:val="04A0" w:firstRow="1" w:lastRow="0" w:firstColumn="1" w:lastColumn="0" w:noHBand="0" w:noVBand="1"/>
      </w:tblPr>
      <w:tblGrid>
        <w:gridCol w:w="3300"/>
        <w:gridCol w:w="6560"/>
      </w:tblGrid>
      <w:tr w:rsidR="00D27883" w14:paraId="52E9561A" w14:textId="77777777">
        <w:trPr>
          <w:cantSplit/>
          <w:jc w:val="center"/>
        </w:trPr>
        <w:tc>
          <w:tcPr>
            <w:tcW w:w="33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9B832A" w14:textId="1A1134E6" w:rsidR="00D27883" w:rsidRDefault="00FF0B5B">
            <w:pPr>
              <w:spacing w:after="24" w:line="240" w:lineRule="auto"/>
            </w:pPr>
            <w:r>
              <w:rPr>
                <w:b/>
                <w:color w:val="2E6D8E"/>
                <w:sz w:val="16"/>
              </w:rPr>
              <w:t>UČITELJICA</w:t>
            </w:r>
          </w:p>
        </w:tc>
        <w:tc>
          <w:tcPr>
            <w:tcW w:w="65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03BFFE" w14:textId="3C2D358A" w:rsidR="00D27883" w:rsidRDefault="00FF0B5B">
            <w:pPr>
              <w:spacing w:after="24" w:line="240" w:lineRule="auto"/>
            </w:pPr>
            <w:r>
              <w:rPr>
                <w:b/>
                <w:color w:val="203038"/>
              </w:rPr>
              <w:t>mag. Narrayani Premal</w:t>
            </w:r>
          </w:p>
        </w:tc>
      </w:tr>
      <w:tr w:rsidR="00D27883" w14:paraId="2FA6FD80" w14:textId="77777777">
        <w:trPr>
          <w:cantSplit/>
          <w:jc w:val="center"/>
        </w:trPr>
        <w:tc>
          <w:tcPr>
            <w:tcW w:w="33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9913B0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6"/>
              </w:rPr>
              <w:t>ŠOLA</w:t>
            </w:r>
          </w:p>
        </w:tc>
        <w:tc>
          <w:tcPr>
            <w:tcW w:w="65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952485" w14:textId="77777777" w:rsidR="00D27883" w:rsidRDefault="00000000">
            <w:pPr>
              <w:spacing w:after="24" w:line="240" w:lineRule="auto"/>
            </w:pPr>
            <w:r>
              <w:rPr>
                <w:color w:val="203038"/>
              </w:rPr>
              <w:t>OŠ Lucija</w:t>
            </w:r>
          </w:p>
        </w:tc>
      </w:tr>
      <w:tr w:rsidR="00D27883" w14:paraId="310E329D" w14:textId="77777777">
        <w:trPr>
          <w:cantSplit/>
          <w:jc w:val="center"/>
        </w:trPr>
        <w:tc>
          <w:tcPr>
            <w:tcW w:w="33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57E2A7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6"/>
              </w:rPr>
              <w:t>TEDENSKO / LETNO</w:t>
            </w:r>
          </w:p>
        </w:tc>
        <w:tc>
          <w:tcPr>
            <w:tcW w:w="65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9F01A0" w14:textId="77777777" w:rsidR="00D27883" w:rsidRDefault="00000000">
            <w:pPr>
              <w:spacing w:after="24" w:line="240" w:lineRule="auto"/>
            </w:pPr>
            <w:r>
              <w:rPr>
                <w:color w:val="203038"/>
              </w:rPr>
              <w:t xml:space="preserve">6 </w:t>
            </w:r>
            <w:proofErr w:type="spellStart"/>
            <w:r>
              <w:rPr>
                <w:color w:val="203038"/>
              </w:rPr>
              <w:t>ur</w:t>
            </w:r>
            <w:proofErr w:type="spellEnd"/>
            <w:r>
              <w:rPr>
                <w:color w:val="203038"/>
              </w:rPr>
              <w:t xml:space="preserve"> / 210 </w:t>
            </w:r>
            <w:proofErr w:type="spellStart"/>
            <w:r>
              <w:rPr>
                <w:color w:val="203038"/>
              </w:rPr>
              <w:t>ur</w:t>
            </w:r>
            <w:proofErr w:type="spellEnd"/>
          </w:p>
        </w:tc>
      </w:tr>
      <w:tr w:rsidR="00D27883" w14:paraId="19D90CE3" w14:textId="77777777">
        <w:trPr>
          <w:cantSplit/>
          <w:jc w:val="center"/>
        </w:trPr>
        <w:tc>
          <w:tcPr>
            <w:tcW w:w="33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B88290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6"/>
              </w:rPr>
              <w:t>TEMATSKI TEDNI</w:t>
            </w:r>
          </w:p>
        </w:tc>
        <w:tc>
          <w:tcPr>
            <w:tcW w:w="65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757367" w14:textId="77777777" w:rsidR="00D27883" w:rsidRDefault="00000000">
            <w:pPr>
              <w:spacing w:after="24" w:line="240" w:lineRule="auto"/>
            </w:pPr>
            <w:r>
              <w:rPr>
                <w:color w:val="203038"/>
              </w:rPr>
              <w:t xml:space="preserve">39 </w:t>
            </w:r>
            <w:proofErr w:type="spellStart"/>
            <w:r>
              <w:rPr>
                <w:color w:val="203038"/>
              </w:rPr>
              <w:t>tednov</w:t>
            </w:r>
            <w:proofErr w:type="spellEnd"/>
            <w:r>
              <w:rPr>
                <w:color w:val="203038"/>
              </w:rPr>
              <w:t xml:space="preserve"> </w:t>
            </w:r>
            <w:r w:rsidR="00C327F0">
              <w:rPr>
                <w:color w:val="203038"/>
              </w:rPr>
              <w:t xml:space="preserve">  (</w:t>
            </w:r>
            <w:r>
              <w:rPr>
                <w:color w:val="203038"/>
              </w:rPr>
              <w:t xml:space="preserve">11 </w:t>
            </w:r>
            <w:proofErr w:type="spellStart"/>
            <w:r>
              <w:rPr>
                <w:color w:val="203038"/>
              </w:rPr>
              <w:t>tematskih</w:t>
            </w:r>
            <w:proofErr w:type="spellEnd"/>
            <w:r>
              <w:rPr>
                <w:color w:val="203038"/>
              </w:rPr>
              <w:t xml:space="preserve"> </w:t>
            </w:r>
            <w:proofErr w:type="spellStart"/>
            <w:r>
              <w:rPr>
                <w:color w:val="203038"/>
              </w:rPr>
              <w:t>obdobij</w:t>
            </w:r>
            <w:proofErr w:type="spellEnd"/>
            <w:r w:rsidR="00C327F0">
              <w:rPr>
                <w:color w:val="203038"/>
              </w:rPr>
              <w:t>)</w:t>
            </w:r>
          </w:p>
        </w:tc>
      </w:tr>
      <w:tr w:rsidR="00D27883" w14:paraId="561A03C4" w14:textId="77777777">
        <w:trPr>
          <w:cantSplit/>
          <w:jc w:val="center"/>
        </w:trPr>
        <w:tc>
          <w:tcPr>
            <w:tcW w:w="33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D02B78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6"/>
              </w:rPr>
              <w:t>DATUM PRIPRAVE</w:t>
            </w:r>
          </w:p>
        </w:tc>
        <w:tc>
          <w:tcPr>
            <w:tcW w:w="65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206D9D" w14:textId="77777777" w:rsidR="00D27883" w:rsidRDefault="00000000">
            <w:pPr>
              <w:spacing w:after="24" w:line="240" w:lineRule="auto"/>
            </w:pPr>
            <w:r>
              <w:rPr>
                <w:color w:val="203038"/>
              </w:rPr>
              <w:t>31. 8. 2026</w:t>
            </w:r>
          </w:p>
        </w:tc>
      </w:tr>
    </w:tbl>
    <w:p w14:paraId="3F0F470D" w14:textId="77777777" w:rsidR="00D27883" w:rsidRDefault="00D27883">
      <w:pPr>
        <w:spacing w:after="360" w:line="252" w:lineRule="auto"/>
      </w:pPr>
    </w:p>
    <w:p w14:paraId="48259730" w14:textId="77777777" w:rsidR="00D27883" w:rsidRDefault="00000000">
      <w:pPr>
        <w:spacing w:after="280" w:line="252" w:lineRule="auto"/>
        <w:jc w:val="center"/>
      </w:pPr>
      <w:proofErr w:type="spellStart"/>
      <w:r>
        <w:rPr>
          <w:i/>
          <w:color w:val="60727A"/>
          <w:sz w:val="17"/>
        </w:rPr>
        <w:t>Letna</w:t>
      </w:r>
      <w:proofErr w:type="spellEnd"/>
      <w:r>
        <w:rPr>
          <w:i/>
          <w:color w:val="60727A"/>
          <w:sz w:val="17"/>
        </w:rPr>
        <w:t xml:space="preserve"> </w:t>
      </w:r>
      <w:proofErr w:type="spellStart"/>
      <w:r>
        <w:rPr>
          <w:i/>
          <w:color w:val="60727A"/>
          <w:sz w:val="17"/>
        </w:rPr>
        <w:t>priprava</w:t>
      </w:r>
      <w:proofErr w:type="spellEnd"/>
      <w:r>
        <w:rPr>
          <w:i/>
          <w:color w:val="60727A"/>
          <w:sz w:val="17"/>
        </w:rPr>
        <w:t xml:space="preserve"> je </w:t>
      </w:r>
      <w:proofErr w:type="spellStart"/>
      <w:r>
        <w:rPr>
          <w:i/>
          <w:color w:val="60727A"/>
          <w:sz w:val="17"/>
        </w:rPr>
        <w:t>usklajena</w:t>
      </w:r>
      <w:proofErr w:type="spellEnd"/>
      <w:r>
        <w:rPr>
          <w:i/>
          <w:color w:val="60727A"/>
          <w:sz w:val="17"/>
        </w:rPr>
        <w:t xml:space="preserve"> s </w:t>
      </w:r>
      <w:proofErr w:type="spellStart"/>
      <w:r>
        <w:rPr>
          <w:i/>
          <w:color w:val="60727A"/>
          <w:sz w:val="17"/>
        </w:rPr>
        <w:t>priloženo</w:t>
      </w:r>
      <w:proofErr w:type="spellEnd"/>
      <w:r>
        <w:rPr>
          <w:i/>
          <w:color w:val="60727A"/>
          <w:sz w:val="17"/>
        </w:rPr>
        <w:t xml:space="preserve"> </w:t>
      </w:r>
      <w:proofErr w:type="spellStart"/>
      <w:r>
        <w:rPr>
          <w:i/>
          <w:color w:val="60727A"/>
          <w:sz w:val="17"/>
        </w:rPr>
        <w:t>tematsko</w:t>
      </w:r>
      <w:proofErr w:type="spellEnd"/>
      <w:r>
        <w:rPr>
          <w:i/>
          <w:color w:val="60727A"/>
          <w:sz w:val="17"/>
        </w:rPr>
        <w:t xml:space="preserve"> </w:t>
      </w:r>
      <w:proofErr w:type="spellStart"/>
      <w:r>
        <w:rPr>
          <w:i/>
          <w:color w:val="60727A"/>
          <w:sz w:val="17"/>
        </w:rPr>
        <w:t>tabelo</w:t>
      </w:r>
      <w:proofErr w:type="spellEnd"/>
      <w:r>
        <w:rPr>
          <w:i/>
          <w:color w:val="60727A"/>
          <w:sz w:val="17"/>
        </w:rPr>
        <w:t xml:space="preserve">, </w:t>
      </w:r>
      <w:proofErr w:type="spellStart"/>
      <w:r>
        <w:rPr>
          <w:i/>
          <w:color w:val="60727A"/>
          <w:sz w:val="17"/>
        </w:rPr>
        <w:t>dnevnimi</w:t>
      </w:r>
      <w:proofErr w:type="spellEnd"/>
      <w:r>
        <w:rPr>
          <w:i/>
          <w:color w:val="60727A"/>
          <w:sz w:val="17"/>
        </w:rPr>
        <w:t xml:space="preserve"> </w:t>
      </w:r>
      <w:proofErr w:type="spellStart"/>
      <w:r>
        <w:rPr>
          <w:i/>
          <w:color w:val="60727A"/>
          <w:sz w:val="17"/>
        </w:rPr>
        <w:t>učnimi</w:t>
      </w:r>
      <w:proofErr w:type="spellEnd"/>
      <w:r>
        <w:rPr>
          <w:i/>
          <w:color w:val="60727A"/>
          <w:sz w:val="17"/>
        </w:rPr>
        <w:t xml:space="preserve"> </w:t>
      </w:r>
      <w:proofErr w:type="spellStart"/>
      <w:r>
        <w:rPr>
          <w:i/>
          <w:color w:val="60727A"/>
          <w:sz w:val="17"/>
        </w:rPr>
        <w:t>pripravami</w:t>
      </w:r>
      <w:proofErr w:type="spellEnd"/>
      <w:r>
        <w:rPr>
          <w:i/>
          <w:color w:val="60727A"/>
          <w:sz w:val="17"/>
        </w:rPr>
        <w:t xml:space="preserve"> in </w:t>
      </w:r>
      <w:proofErr w:type="spellStart"/>
      <w:r>
        <w:rPr>
          <w:i/>
          <w:color w:val="60727A"/>
          <w:sz w:val="17"/>
        </w:rPr>
        <w:t>načrtovanimi</w:t>
      </w:r>
      <w:proofErr w:type="spellEnd"/>
      <w:r>
        <w:rPr>
          <w:i/>
          <w:color w:val="60727A"/>
          <w:sz w:val="17"/>
        </w:rPr>
        <w:t xml:space="preserve"> </w:t>
      </w:r>
      <w:proofErr w:type="spellStart"/>
      <w:r>
        <w:rPr>
          <w:i/>
          <w:color w:val="60727A"/>
          <w:sz w:val="17"/>
        </w:rPr>
        <w:t>dnevi</w:t>
      </w:r>
      <w:proofErr w:type="spellEnd"/>
      <w:r>
        <w:rPr>
          <w:i/>
          <w:color w:val="60727A"/>
          <w:sz w:val="17"/>
        </w:rPr>
        <w:t xml:space="preserve"> </w:t>
      </w:r>
      <w:proofErr w:type="spellStart"/>
      <w:r>
        <w:rPr>
          <w:i/>
          <w:color w:val="60727A"/>
          <w:sz w:val="17"/>
        </w:rPr>
        <w:t>dejavnosti</w:t>
      </w:r>
      <w:proofErr w:type="spellEnd"/>
      <w:r>
        <w:rPr>
          <w:i/>
          <w:color w:val="60727A"/>
          <w:sz w:val="17"/>
        </w:rPr>
        <w:t>.</w:t>
      </w:r>
    </w:p>
    <w:tbl>
      <w:tblPr>
        <w:tblW w:w="9860" w:type="dxa"/>
        <w:jc w:val="center"/>
        <w:tblLayout w:type="fixed"/>
        <w:tblLook w:val="04A0" w:firstRow="1" w:lastRow="0" w:firstColumn="1" w:lastColumn="0" w:noHBand="0" w:noVBand="1"/>
      </w:tblPr>
      <w:tblGrid>
        <w:gridCol w:w="4930"/>
        <w:gridCol w:w="4930"/>
      </w:tblGrid>
      <w:tr w:rsidR="00D27883" w14:paraId="38842066" w14:textId="77777777">
        <w:trPr>
          <w:jc w:val="center"/>
        </w:trPr>
        <w:tc>
          <w:tcPr>
            <w:tcW w:w="49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25E1A1" w14:textId="77777777" w:rsidR="00D27883" w:rsidRDefault="00000000">
            <w:pPr>
              <w:spacing w:after="24" w:line="240" w:lineRule="auto"/>
              <w:jc w:val="center"/>
            </w:pPr>
            <w:proofErr w:type="spellStart"/>
            <w:r>
              <w:rPr>
                <w:b/>
                <w:color w:val="60727A"/>
                <w:sz w:val="16"/>
              </w:rPr>
              <w:t>Letno</w:t>
            </w:r>
            <w:proofErr w:type="spellEnd"/>
            <w:r>
              <w:rPr>
                <w:b/>
                <w:color w:val="60727A"/>
                <w:sz w:val="16"/>
              </w:rPr>
              <w:t xml:space="preserve"> </w:t>
            </w:r>
            <w:proofErr w:type="spellStart"/>
            <w:r>
              <w:rPr>
                <w:b/>
                <w:color w:val="60727A"/>
                <w:sz w:val="16"/>
              </w:rPr>
              <w:t>pripravo</w:t>
            </w:r>
            <w:proofErr w:type="spellEnd"/>
            <w:r>
              <w:rPr>
                <w:b/>
                <w:color w:val="60727A"/>
                <w:sz w:val="16"/>
              </w:rPr>
              <w:t xml:space="preserve"> </w:t>
            </w:r>
            <w:proofErr w:type="spellStart"/>
            <w:r>
              <w:rPr>
                <w:b/>
                <w:color w:val="60727A"/>
                <w:sz w:val="16"/>
              </w:rPr>
              <w:t>izdelala</w:t>
            </w:r>
            <w:proofErr w:type="spellEnd"/>
          </w:p>
        </w:tc>
        <w:tc>
          <w:tcPr>
            <w:tcW w:w="49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4DCB7B" w14:textId="77777777" w:rsidR="00D27883" w:rsidRDefault="00000000">
            <w:pPr>
              <w:spacing w:after="24" w:line="240" w:lineRule="auto"/>
              <w:jc w:val="center"/>
            </w:pPr>
            <w:proofErr w:type="spellStart"/>
            <w:r>
              <w:rPr>
                <w:b/>
                <w:color w:val="60727A"/>
                <w:sz w:val="16"/>
              </w:rPr>
              <w:t>Letno</w:t>
            </w:r>
            <w:proofErr w:type="spellEnd"/>
            <w:r>
              <w:rPr>
                <w:b/>
                <w:color w:val="60727A"/>
                <w:sz w:val="16"/>
              </w:rPr>
              <w:t xml:space="preserve"> </w:t>
            </w:r>
            <w:proofErr w:type="spellStart"/>
            <w:r>
              <w:rPr>
                <w:b/>
                <w:color w:val="60727A"/>
                <w:sz w:val="16"/>
              </w:rPr>
              <w:t>pripravo</w:t>
            </w:r>
            <w:proofErr w:type="spellEnd"/>
            <w:r>
              <w:rPr>
                <w:b/>
                <w:color w:val="60727A"/>
                <w:sz w:val="16"/>
              </w:rPr>
              <w:t xml:space="preserve"> </w:t>
            </w:r>
            <w:proofErr w:type="spellStart"/>
            <w:r>
              <w:rPr>
                <w:b/>
                <w:color w:val="60727A"/>
                <w:sz w:val="16"/>
              </w:rPr>
              <w:t>pregledala</w:t>
            </w:r>
            <w:proofErr w:type="spellEnd"/>
          </w:p>
        </w:tc>
      </w:tr>
      <w:tr w:rsidR="00D27883" w14:paraId="47527E6D" w14:textId="77777777">
        <w:trPr>
          <w:jc w:val="center"/>
        </w:trPr>
        <w:tc>
          <w:tcPr>
            <w:tcW w:w="49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DBC67E" w14:textId="77777777" w:rsidR="00D27883" w:rsidRDefault="00000000">
            <w:pPr>
              <w:spacing w:after="24" w:line="240" w:lineRule="auto"/>
              <w:jc w:val="center"/>
            </w:pPr>
            <w:r>
              <w:rPr>
                <w:color w:val="203038"/>
              </w:rPr>
              <w:t>____________________________</w:t>
            </w:r>
          </w:p>
        </w:tc>
        <w:tc>
          <w:tcPr>
            <w:tcW w:w="49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5A96A7" w14:textId="77777777" w:rsidR="00D27883" w:rsidRDefault="00000000">
            <w:pPr>
              <w:spacing w:after="24" w:line="240" w:lineRule="auto"/>
              <w:jc w:val="center"/>
            </w:pPr>
            <w:r>
              <w:rPr>
                <w:color w:val="203038"/>
              </w:rPr>
              <w:t>____________________________</w:t>
            </w:r>
          </w:p>
        </w:tc>
      </w:tr>
    </w:tbl>
    <w:p w14:paraId="42C8FBE1" w14:textId="77777777" w:rsidR="00D27883" w:rsidRDefault="00000000">
      <w:r>
        <w:br w:type="page"/>
      </w:r>
    </w:p>
    <w:p w14:paraId="3373D03D" w14:textId="77777777" w:rsidR="00D27883" w:rsidRPr="00C327F0" w:rsidRDefault="00000000">
      <w:pPr>
        <w:pStyle w:val="Naslov1"/>
        <w:spacing w:before="140" w:after="80"/>
      </w:pPr>
      <w:r w:rsidRPr="00C327F0">
        <w:rPr>
          <w:rFonts w:ascii="Arial" w:eastAsia="Arial" w:hAnsi="Arial"/>
          <w:color w:val="173B4D"/>
        </w:rPr>
        <w:lastRenderedPageBreak/>
        <w:t xml:space="preserve">1. </w:t>
      </w:r>
      <w:proofErr w:type="spellStart"/>
      <w:r w:rsidRPr="00C327F0">
        <w:rPr>
          <w:rFonts w:ascii="Arial" w:eastAsia="Arial" w:hAnsi="Arial"/>
          <w:color w:val="173B4D"/>
        </w:rPr>
        <w:t>Letni</w:t>
      </w:r>
      <w:proofErr w:type="spellEnd"/>
      <w:r w:rsidRPr="00C327F0">
        <w:rPr>
          <w:rFonts w:ascii="Arial" w:eastAsia="Arial" w:hAnsi="Arial"/>
          <w:color w:val="173B4D"/>
        </w:rPr>
        <w:t xml:space="preserve"> </w:t>
      </w:r>
      <w:proofErr w:type="spellStart"/>
      <w:r w:rsidRPr="00C327F0">
        <w:rPr>
          <w:rFonts w:ascii="Arial" w:eastAsia="Arial" w:hAnsi="Arial"/>
          <w:color w:val="173B4D"/>
        </w:rPr>
        <w:t>okvir</w:t>
      </w:r>
      <w:proofErr w:type="spellEnd"/>
      <w:r w:rsidRPr="00C327F0">
        <w:rPr>
          <w:rFonts w:ascii="Arial" w:eastAsia="Arial" w:hAnsi="Arial"/>
          <w:color w:val="173B4D"/>
        </w:rPr>
        <w:t xml:space="preserve"> </w:t>
      </w:r>
      <w:proofErr w:type="spellStart"/>
      <w:r w:rsidRPr="00C327F0">
        <w:rPr>
          <w:rFonts w:ascii="Arial" w:eastAsia="Arial" w:hAnsi="Arial"/>
          <w:color w:val="173B4D"/>
        </w:rPr>
        <w:t>predmeta</w:t>
      </w:r>
      <w:proofErr w:type="spellEnd"/>
    </w:p>
    <w:p w14:paraId="7D088468" w14:textId="77777777" w:rsidR="00D27883" w:rsidRDefault="00000000" w:rsidP="00FF0B5B">
      <w:pPr>
        <w:spacing w:after="60" w:line="252" w:lineRule="auto"/>
        <w:jc w:val="both"/>
      </w:pPr>
      <w:proofErr w:type="spellStart"/>
      <w:r>
        <w:rPr>
          <w:color w:val="203038"/>
        </w:rPr>
        <w:t>Predmet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Slovenščina</w:t>
      </w:r>
      <w:proofErr w:type="spellEnd"/>
      <w:r>
        <w:rPr>
          <w:color w:val="203038"/>
        </w:rPr>
        <w:t xml:space="preserve"> je </w:t>
      </w:r>
      <w:proofErr w:type="spellStart"/>
      <w:r>
        <w:rPr>
          <w:color w:val="203038"/>
        </w:rPr>
        <w:t>načrtovan</w:t>
      </w:r>
      <w:proofErr w:type="spellEnd"/>
      <w:r>
        <w:rPr>
          <w:color w:val="203038"/>
        </w:rPr>
        <w:t xml:space="preserve"> v </w:t>
      </w:r>
      <w:proofErr w:type="spellStart"/>
      <w:r>
        <w:rPr>
          <w:color w:val="203038"/>
        </w:rPr>
        <w:t>obsegu</w:t>
      </w:r>
      <w:proofErr w:type="spellEnd"/>
      <w:r>
        <w:rPr>
          <w:color w:val="203038"/>
        </w:rPr>
        <w:t xml:space="preserve"> 6 </w:t>
      </w:r>
      <w:proofErr w:type="spellStart"/>
      <w:r>
        <w:rPr>
          <w:color w:val="203038"/>
        </w:rPr>
        <w:t>ur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tedensko</w:t>
      </w:r>
      <w:proofErr w:type="spellEnd"/>
      <w:r>
        <w:rPr>
          <w:color w:val="203038"/>
        </w:rPr>
        <w:t xml:space="preserve"> in 210 </w:t>
      </w:r>
      <w:proofErr w:type="spellStart"/>
      <w:r>
        <w:rPr>
          <w:color w:val="203038"/>
        </w:rPr>
        <w:t>ur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letno</w:t>
      </w:r>
      <w:proofErr w:type="spellEnd"/>
      <w:r>
        <w:rPr>
          <w:color w:val="203038"/>
        </w:rPr>
        <w:t xml:space="preserve">. </w:t>
      </w:r>
      <w:proofErr w:type="spellStart"/>
      <w:r>
        <w:rPr>
          <w:color w:val="203038"/>
        </w:rPr>
        <w:t>Razporeditev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upošteva</w:t>
      </w:r>
      <w:proofErr w:type="spellEnd"/>
      <w:r>
        <w:rPr>
          <w:color w:val="203038"/>
        </w:rPr>
        <w:t xml:space="preserve"> 39 </w:t>
      </w:r>
      <w:proofErr w:type="spellStart"/>
      <w:r>
        <w:rPr>
          <w:color w:val="203038"/>
        </w:rPr>
        <w:t>tematskih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tednov</w:t>
      </w:r>
      <w:proofErr w:type="spellEnd"/>
      <w:r>
        <w:rPr>
          <w:color w:val="203038"/>
        </w:rPr>
        <w:t xml:space="preserve">, </w:t>
      </w:r>
      <w:proofErr w:type="spellStart"/>
      <w:r>
        <w:rPr>
          <w:color w:val="203038"/>
        </w:rPr>
        <w:t>krajše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tedne</w:t>
      </w:r>
      <w:proofErr w:type="spellEnd"/>
      <w:r>
        <w:rPr>
          <w:color w:val="203038"/>
        </w:rPr>
        <w:t xml:space="preserve">, </w:t>
      </w:r>
      <w:proofErr w:type="spellStart"/>
      <w:r>
        <w:rPr>
          <w:color w:val="203038"/>
        </w:rPr>
        <w:t>pouka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proste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dni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ter</w:t>
      </w:r>
      <w:proofErr w:type="spellEnd"/>
      <w:r>
        <w:rPr>
          <w:color w:val="203038"/>
        </w:rPr>
        <w:t xml:space="preserve"> 15 </w:t>
      </w:r>
      <w:proofErr w:type="spellStart"/>
      <w:r>
        <w:rPr>
          <w:color w:val="203038"/>
        </w:rPr>
        <w:t>dni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dejavnosti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iz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šolskega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koledarja</w:t>
      </w:r>
      <w:proofErr w:type="spellEnd"/>
      <w:r>
        <w:rPr>
          <w:color w:val="203038"/>
        </w:rPr>
        <w:t xml:space="preserve">. Ker </w:t>
      </w:r>
      <w:proofErr w:type="spellStart"/>
      <w:r>
        <w:rPr>
          <w:color w:val="203038"/>
        </w:rPr>
        <w:t>konkretni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dnevi</w:t>
      </w:r>
      <w:proofErr w:type="spellEnd"/>
      <w:r>
        <w:rPr>
          <w:color w:val="203038"/>
        </w:rPr>
        <w:t xml:space="preserve"> v </w:t>
      </w:r>
      <w:proofErr w:type="spellStart"/>
      <w:r>
        <w:rPr>
          <w:color w:val="203038"/>
        </w:rPr>
        <w:t>tedenskem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urniku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niso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določeni</w:t>
      </w:r>
      <w:proofErr w:type="spellEnd"/>
      <w:r>
        <w:rPr>
          <w:color w:val="203038"/>
        </w:rPr>
        <w:t xml:space="preserve"> v </w:t>
      </w:r>
      <w:proofErr w:type="spellStart"/>
      <w:r>
        <w:rPr>
          <w:color w:val="203038"/>
        </w:rPr>
        <w:t>viru</w:t>
      </w:r>
      <w:proofErr w:type="spellEnd"/>
      <w:r>
        <w:rPr>
          <w:color w:val="203038"/>
        </w:rPr>
        <w:t xml:space="preserve">, je </w:t>
      </w:r>
      <w:proofErr w:type="spellStart"/>
      <w:r>
        <w:rPr>
          <w:color w:val="203038"/>
        </w:rPr>
        <w:t>število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ur</w:t>
      </w:r>
      <w:proofErr w:type="spellEnd"/>
      <w:r>
        <w:rPr>
          <w:color w:val="203038"/>
        </w:rPr>
        <w:t xml:space="preserve"> po </w:t>
      </w:r>
      <w:proofErr w:type="spellStart"/>
      <w:r>
        <w:rPr>
          <w:color w:val="203038"/>
        </w:rPr>
        <w:t>tednih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sorazmerno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prilagojeno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razpoložljivim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učnim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dnem</w:t>
      </w:r>
      <w:proofErr w:type="spellEnd"/>
      <w:r>
        <w:rPr>
          <w:color w:val="203038"/>
        </w:rPr>
        <w:t xml:space="preserve">; </w:t>
      </w:r>
      <w:proofErr w:type="spellStart"/>
      <w:r>
        <w:rPr>
          <w:color w:val="203038"/>
        </w:rPr>
        <w:t>letni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seštevek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ostaja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natančen</w:t>
      </w:r>
      <w:proofErr w:type="spellEnd"/>
      <w:r>
        <w:rPr>
          <w:color w:val="203038"/>
        </w:rPr>
        <w:t>.</w:t>
      </w:r>
    </w:p>
    <w:tbl>
      <w:tblPr>
        <w:tblW w:w="9860" w:type="dxa"/>
        <w:jc w:val="center"/>
        <w:tblLayout w:type="fixed"/>
        <w:tblLook w:val="04A0" w:firstRow="1" w:lastRow="0" w:firstColumn="1" w:lastColumn="0" w:noHBand="0" w:noVBand="1"/>
      </w:tblPr>
      <w:tblGrid>
        <w:gridCol w:w="2465"/>
        <w:gridCol w:w="2465"/>
        <w:gridCol w:w="2465"/>
        <w:gridCol w:w="2465"/>
      </w:tblGrid>
      <w:tr w:rsidR="00D27883" w14:paraId="3E069763" w14:textId="77777777">
        <w:trPr>
          <w:jc w:val="center"/>
        </w:trPr>
        <w:tc>
          <w:tcPr>
            <w:tcW w:w="2465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CC783A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4"/>
              </w:rPr>
              <w:t>LETNI OBSEG</w:t>
            </w:r>
          </w:p>
        </w:tc>
        <w:tc>
          <w:tcPr>
            <w:tcW w:w="2465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2D1905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4"/>
              </w:rPr>
              <w:t>TEDENSKI OBSEG</w:t>
            </w:r>
          </w:p>
        </w:tc>
        <w:tc>
          <w:tcPr>
            <w:tcW w:w="2465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25A763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4"/>
              </w:rPr>
              <w:t>UČNI DNEVI</w:t>
            </w:r>
          </w:p>
        </w:tc>
        <w:tc>
          <w:tcPr>
            <w:tcW w:w="2465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93613F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4"/>
              </w:rPr>
              <w:t>DNEVI DEJAVNOSTI</w:t>
            </w:r>
          </w:p>
        </w:tc>
      </w:tr>
      <w:tr w:rsidR="00D27883" w14:paraId="2AFCD3A6" w14:textId="77777777">
        <w:trPr>
          <w:jc w:val="center"/>
        </w:trPr>
        <w:tc>
          <w:tcPr>
            <w:tcW w:w="2465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E7F3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EA8137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173B4D"/>
                <w:sz w:val="24"/>
              </w:rPr>
              <w:t xml:space="preserve">210 </w:t>
            </w:r>
            <w:proofErr w:type="spellStart"/>
            <w:r>
              <w:rPr>
                <w:b/>
                <w:color w:val="173B4D"/>
                <w:sz w:val="24"/>
              </w:rPr>
              <w:t>ur</w:t>
            </w:r>
            <w:proofErr w:type="spellEnd"/>
          </w:p>
        </w:tc>
        <w:tc>
          <w:tcPr>
            <w:tcW w:w="2465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E7F3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6BE310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173B4D"/>
                <w:sz w:val="24"/>
              </w:rPr>
              <w:t xml:space="preserve">6 </w:t>
            </w:r>
            <w:proofErr w:type="spellStart"/>
            <w:r>
              <w:rPr>
                <w:b/>
                <w:color w:val="173B4D"/>
                <w:sz w:val="24"/>
              </w:rPr>
              <w:t>ur</w:t>
            </w:r>
            <w:proofErr w:type="spellEnd"/>
          </w:p>
        </w:tc>
        <w:tc>
          <w:tcPr>
            <w:tcW w:w="2465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E7F3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F2AC9C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173B4D"/>
                <w:sz w:val="24"/>
              </w:rPr>
              <w:t xml:space="preserve">175 </w:t>
            </w:r>
            <w:proofErr w:type="spellStart"/>
            <w:r>
              <w:rPr>
                <w:b/>
                <w:color w:val="173B4D"/>
                <w:sz w:val="24"/>
              </w:rPr>
              <w:t>dni</w:t>
            </w:r>
            <w:proofErr w:type="spellEnd"/>
          </w:p>
        </w:tc>
        <w:tc>
          <w:tcPr>
            <w:tcW w:w="2465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E7F3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D4C7AC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173B4D"/>
                <w:sz w:val="24"/>
              </w:rPr>
              <w:t xml:space="preserve">15 </w:t>
            </w:r>
            <w:proofErr w:type="spellStart"/>
            <w:r>
              <w:rPr>
                <w:b/>
                <w:color w:val="173B4D"/>
                <w:sz w:val="24"/>
              </w:rPr>
              <w:t>dni</w:t>
            </w:r>
            <w:proofErr w:type="spellEnd"/>
          </w:p>
        </w:tc>
      </w:tr>
    </w:tbl>
    <w:p w14:paraId="405049B1" w14:textId="77777777" w:rsidR="00D27883" w:rsidRDefault="00000000">
      <w:pPr>
        <w:pStyle w:val="Naslov2"/>
        <w:spacing w:before="80" w:after="60"/>
      </w:pPr>
      <w:r>
        <w:rPr>
          <w:rFonts w:ascii="Arial" w:eastAsia="Arial" w:hAnsi="Arial"/>
          <w:color w:val="2E6D8E"/>
          <w:sz w:val="24"/>
        </w:rPr>
        <w:t xml:space="preserve">1.1 </w:t>
      </w:r>
      <w:proofErr w:type="spellStart"/>
      <w:r>
        <w:rPr>
          <w:rFonts w:ascii="Arial" w:eastAsia="Arial" w:hAnsi="Arial"/>
          <w:color w:val="2E6D8E"/>
          <w:sz w:val="24"/>
        </w:rPr>
        <w:t>Splošni</w:t>
      </w:r>
      <w:proofErr w:type="spellEnd"/>
      <w:r>
        <w:rPr>
          <w:rFonts w:ascii="Arial" w:eastAsia="Arial" w:hAnsi="Arial"/>
          <w:color w:val="2E6D8E"/>
          <w:sz w:val="24"/>
        </w:rPr>
        <w:t xml:space="preserve"> </w:t>
      </w:r>
      <w:proofErr w:type="spellStart"/>
      <w:r>
        <w:rPr>
          <w:rFonts w:ascii="Arial" w:eastAsia="Arial" w:hAnsi="Arial"/>
          <w:color w:val="2E6D8E"/>
          <w:sz w:val="24"/>
        </w:rPr>
        <w:t>cilji</w:t>
      </w:r>
      <w:proofErr w:type="spellEnd"/>
    </w:p>
    <w:p w14:paraId="6327E297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</w:rPr>
        <w:t>razvija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sporazumevalno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zmožnost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pri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poslušanju</w:t>
      </w:r>
      <w:proofErr w:type="spellEnd"/>
      <w:r>
        <w:rPr>
          <w:color w:val="203038"/>
        </w:rPr>
        <w:t xml:space="preserve">, </w:t>
      </w:r>
      <w:proofErr w:type="spellStart"/>
      <w:r>
        <w:rPr>
          <w:color w:val="203038"/>
        </w:rPr>
        <w:t>govorjenju</w:t>
      </w:r>
      <w:proofErr w:type="spellEnd"/>
      <w:r>
        <w:rPr>
          <w:color w:val="203038"/>
        </w:rPr>
        <w:t xml:space="preserve">, </w:t>
      </w:r>
      <w:proofErr w:type="spellStart"/>
      <w:r>
        <w:rPr>
          <w:color w:val="203038"/>
        </w:rPr>
        <w:t>začetnem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branju</w:t>
      </w:r>
      <w:proofErr w:type="spellEnd"/>
      <w:r>
        <w:rPr>
          <w:color w:val="203038"/>
        </w:rPr>
        <w:t xml:space="preserve"> in </w:t>
      </w:r>
      <w:proofErr w:type="spellStart"/>
      <w:r>
        <w:rPr>
          <w:color w:val="203038"/>
        </w:rPr>
        <w:t>pisanju</w:t>
      </w:r>
      <w:proofErr w:type="spellEnd"/>
    </w:p>
    <w:p w14:paraId="0C2CAC27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</w:rPr>
        <w:t>upošteva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pravila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pogovora</w:t>
      </w:r>
      <w:proofErr w:type="spellEnd"/>
      <w:r>
        <w:rPr>
          <w:color w:val="203038"/>
        </w:rPr>
        <w:t xml:space="preserve">, </w:t>
      </w:r>
      <w:proofErr w:type="spellStart"/>
      <w:r>
        <w:rPr>
          <w:color w:val="203038"/>
        </w:rPr>
        <w:t>tvori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razumljiva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sporočila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ter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prilagaja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govor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namenu</w:t>
      </w:r>
      <w:proofErr w:type="spellEnd"/>
      <w:r>
        <w:rPr>
          <w:color w:val="203038"/>
        </w:rPr>
        <w:t xml:space="preserve"> in </w:t>
      </w:r>
      <w:proofErr w:type="spellStart"/>
      <w:r>
        <w:rPr>
          <w:color w:val="203038"/>
        </w:rPr>
        <w:t>naslovniku</w:t>
      </w:r>
      <w:proofErr w:type="spellEnd"/>
    </w:p>
    <w:p w14:paraId="28D4F9DC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</w:rPr>
        <w:t>razvija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glasovno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zavedanje</w:t>
      </w:r>
      <w:proofErr w:type="spellEnd"/>
      <w:r>
        <w:rPr>
          <w:color w:val="203038"/>
        </w:rPr>
        <w:t xml:space="preserve">, </w:t>
      </w:r>
      <w:proofErr w:type="spellStart"/>
      <w:r>
        <w:rPr>
          <w:color w:val="203038"/>
        </w:rPr>
        <w:t>orientacijo</w:t>
      </w:r>
      <w:proofErr w:type="spellEnd"/>
      <w:r>
        <w:rPr>
          <w:color w:val="203038"/>
        </w:rPr>
        <w:t xml:space="preserve">, </w:t>
      </w:r>
      <w:proofErr w:type="spellStart"/>
      <w:r>
        <w:rPr>
          <w:color w:val="203038"/>
        </w:rPr>
        <w:t>grafomotoriko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ter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postopno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avtomatizira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začetno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branje</w:t>
      </w:r>
      <w:proofErr w:type="spellEnd"/>
      <w:r>
        <w:rPr>
          <w:color w:val="203038"/>
        </w:rPr>
        <w:t xml:space="preserve"> in </w:t>
      </w:r>
      <w:proofErr w:type="spellStart"/>
      <w:r>
        <w:rPr>
          <w:color w:val="203038"/>
        </w:rPr>
        <w:t>pisanje</w:t>
      </w:r>
      <w:proofErr w:type="spellEnd"/>
    </w:p>
    <w:p w14:paraId="0D822E6A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</w:rPr>
        <w:t>sprejema</w:t>
      </w:r>
      <w:proofErr w:type="spellEnd"/>
      <w:r>
        <w:rPr>
          <w:color w:val="203038"/>
        </w:rPr>
        <w:t xml:space="preserve">, </w:t>
      </w:r>
      <w:proofErr w:type="spellStart"/>
      <w:r>
        <w:rPr>
          <w:color w:val="203038"/>
        </w:rPr>
        <w:t>doživlja</w:t>
      </w:r>
      <w:proofErr w:type="spellEnd"/>
      <w:r>
        <w:rPr>
          <w:color w:val="203038"/>
        </w:rPr>
        <w:t xml:space="preserve"> in </w:t>
      </w:r>
      <w:proofErr w:type="spellStart"/>
      <w:r>
        <w:rPr>
          <w:color w:val="203038"/>
        </w:rPr>
        <w:t>razume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književna</w:t>
      </w:r>
      <w:proofErr w:type="spellEnd"/>
      <w:r>
        <w:rPr>
          <w:color w:val="203038"/>
        </w:rPr>
        <w:t xml:space="preserve"> besedila </w:t>
      </w:r>
      <w:proofErr w:type="spellStart"/>
      <w:r>
        <w:rPr>
          <w:color w:val="203038"/>
        </w:rPr>
        <w:t>ter</w:t>
      </w:r>
      <w:proofErr w:type="spellEnd"/>
      <w:r>
        <w:rPr>
          <w:color w:val="203038"/>
        </w:rPr>
        <w:t xml:space="preserve"> se </w:t>
      </w:r>
      <w:proofErr w:type="spellStart"/>
      <w:r>
        <w:rPr>
          <w:color w:val="203038"/>
        </w:rPr>
        <w:t>nanje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ustvarjalno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odziva</w:t>
      </w:r>
      <w:proofErr w:type="spellEnd"/>
      <w:r>
        <w:rPr>
          <w:color w:val="203038"/>
        </w:rPr>
        <w:t xml:space="preserve"> z </w:t>
      </w:r>
      <w:proofErr w:type="spellStart"/>
      <w:r>
        <w:rPr>
          <w:color w:val="203038"/>
        </w:rPr>
        <w:t>govorom</w:t>
      </w:r>
      <w:proofErr w:type="spellEnd"/>
      <w:r>
        <w:rPr>
          <w:color w:val="203038"/>
        </w:rPr>
        <w:t xml:space="preserve">, </w:t>
      </w:r>
      <w:proofErr w:type="spellStart"/>
      <w:r>
        <w:rPr>
          <w:color w:val="203038"/>
        </w:rPr>
        <w:t>gibanjem</w:t>
      </w:r>
      <w:proofErr w:type="spellEnd"/>
      <w:r>
        <w:rPr>
          <w:color w:val="203038"/>
        </w:rPr>
        <w:t xml:space="preserve">, </w:t>
      </w:r>
      <w:proofErr w:type="spellStart"/>
      <w:r>
        <w:rPr>
          <w:color w:val="203038"/>
        </w:rPr>
        <w:t>risbo</w:t>
      </w:r>
      <w:proofErr w:type="spellEnd"/>
      <w:r>
        <w:rPr>
          <w:color w:val="203038"/>
        </w:rPr>
        <w:t xml:space="preserve"> in </w:t>
      </w:r>
      <w:proofErr w:type="spellStart"/>
      <w:r>
        <w:rPr>
          <w:color w:val="203038"/>
        </w:rPr>
        <w:t>zapisom</w:t>
      </w:r>
      <w:proofErr w:type="spellEnd"/>
    </w:p>
    <w:p w14:paraId="563B428B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</w:rPr>
        <w:t>bogati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besedišče</w:t>
      </w:r>
      <w:proofErr w:type="spellEnd"/>
      <w:r>
        <w:rPr>
          <w:color w:val="203038"/>
        </w:rPr>
        <w:t xml:space="preserve">, </w:t>
      </w:r>
      <w:proofErr w:type="spellStart"/>
      <w:r>
        <w:rPr>
          <w:color w:val="203038"/>
        </w:rPr>
        <w:t>oblikuje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povedi</w:t>
      </w:r>
      <w:proofErr w:type="spellEnd"/>
      <w:r>
        <w:rPr>
          <w:color w:val="203038"/>
        </w:rPr>
        <w:t xml:space="preserve">, </w:t>
      </w:r>
      <w:proofErr w:type="spellStart"/>
      <w:r>
        <w:rPr>
          <w:color w:val="203038"/>
        </w:rPr>
        <w:t>pripoveduje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ob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slikovnem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zaporedju</w:t>
      </w:r>
      <w:proofErr w:type="spellEnd"/>
      <w:r>
        <w:rPr>
          <w:color w:val="203038"/>
        </w:rPr>
        <w:t xml:space="preserve"> in </w:t>
      </w:r>
      <w:proofErr w:type="spellStart"/>
      <w:r>
        <w:rPr>
          <w:color w:val="203038"/>
        </w:rPr>
        <w:t>išče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bistvene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podatke</w:t>
      </w:r>
      <w:proofErr w:type="spellEnd"/>
    </w:p>
    <w:p w14:paraId="3A74A484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</w:rPr>
        <w:t>razvija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bralno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kulturo</w:t>
      </w:r>
      <w:proofErr w:type="spellEnd"/>
      <w:r>
        <w:rPr>
          <w:color w:val="203038"/>
        </w:rPr>
        <w:t xml:space="preserve">, </w:t>
      </w:r>
      <w:proofErr w:type="spellStart"/>
      <w:r>
        <w:rPr>
          <w:color w:val="203038"/>
        </w:rPr>
        <w:t>jezikovno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samozavest</w:t>
      </w:r>
      <w:proofErr w:type="spellEnd"/>
      <w:r>
        <w:rPr>
          <w:color w:val="203038"/>
        </w:rPr>
        <w:t xml:space="preserve">, </w:t>
      </w:r>
      <w:proofErr w:type="spellStart"/>
      <w:r>
        <w:rPr>
          <w:color w:val="203038"/>
        </w:rPr>
        <w:t>samovrednotenje</w:t>
      </w:r>
      <w:proofErr w:type="spellEnd"/>
      <w:r>
        <w:rPr>
          <w:color w:val="203038"/>
        </w:rPr>
        <w:t xml:space="preserve"> in </w:t>
      </w:r>
      <w:proofErr w:type="spellStart"/>
      <w:r>
        <w:rPr>
          <w:color w:val="203038"/>
        </w:rPr>
        <w:t>strategije</w:t>
      </w:r>
      <w:proofErr w:type="spellEnd"/>
      <w:r>
        <w:rPr>
          <w:color w:val="203038"/>
        </w:rPr>
        <w:t xml:space="preserve"> za </w:t>
      </w:r>
      <w:proofErr w:type="spellStart"/>
      <w:r>
        <w:rPr>
          <w:color w:val="203038"/>
        </w:rPr>
        <w:t>izboljšanje</w:t>
      </w:r>
      <w:proofErr w:type="spellEnd"/>
      <w:r>
        <w:rPr>
          <w:color w:val="203038"/>
        </w:rPr>
        <w:t xml:space="preserve"> </w:t>
      </w:r>
      <w:proofErr w:type="spellStart"/>
      <w:r>
        <w:rPr>
          <w:color w:val="203038"/>
        </w:rPr>
        <w:t>sporočanja</w:t>
      </w:r>
      <w:proofErr w:type="spellEnd"/>
    </w:p>
    <w:p w14:paraId="27D82383" w14:textId="77777777" w:rsidR="00D27883" w:rsidRDefault="00000000">
      <w:pPr>
        <w:pStyle w:val="Naslov2"/>
        <w:spacing w:before="80" w:after="60"/>
      </w:pPr>
      <w:r>
        <w:rPr>
          <w:rFonts w:ascii="Arial" w:eastAsia="Arial" w:hAnsi="Arial"/>
          <w:color w:val="2E6D8E"/>
          <w:sz w:val="24"/>
        </w:rPr>
        <w:t xml:space="preserve">1.2 </w:t>
      </w:r>
      <w:proofErr w:type="spellStart"/>
      <w:r>
        <w:rPr>
          <w:rFonts w:ascii="Arial" w:eastAsia="Arial" w:hAnsi="Arial"/>
          <w:color w:val="2E6D8E"/>
          <w:sz w:val="24"/>
        </w:rPr>
        <w:t>Didaktična</w:t>
      </w:r>
      <w:proofErr w:type="spellEnd"/>
      <w:r>
        <w:rPr>
          <w:rFonts w:ascii="Arial" w:eastAsia="Arial" w:hAnsi="Arial"/>
          <w:color w:val="2E6D8E"/>
          <w:sz w:val="24"/>
        </w:rPr>
        <w:t xml:space="preserve"> </w:t>
      </w:r>
      <w:proofErr w:type="spellStart"/>
      <w:r>
        <w:rPr>
          <w:rFonts w:ascii="Arial" w:eastAsia="Arial" w:hAnsi="Arial"/>
          <w:color w:val="2E6D8E"/>
          <w:sz w:val="24"/>
        </w:rPr>
        <w:t>izhodišča</w:t>
      </w:r>
      <w:proofErr w:type="spellEnd"/>
      <w:r>
        <w:rPr>
          <w:rFonts w:ascii="Arial" w:eastAsia="Arial" w:hAnsi="Arial"/>
          <w:color w:val="2E6D8E"/>
          <w:sz w:val="24"/>
        </w:rPr>
        <w:t xml:space="preserve"> in </w:t>
      </w:r>
      <w:proofErr w:type="spellStart"/>
      <w:r>
        <w:rPr>
          <w:rFonts w:ascii="Arial" w:eastAsia="Arial" w:hAnsi="Arial"/>
          <w:color w:val="2E6D8E"/>
          <w:sz w:val="24"/>
        </w:rPr>
        <w:t>sodobne</w:t>
      </w:r>
      <w:proofErr w:type="spellEnd"/>
      <w:r>
        <w:rPr>
          <w:rFonts w:ascii="Arial" w:eastAsia="Arial" w:hAnsi="Arial"/>
          <w:color w:val="2E6D8E"/>
          <w:sz w:val="24"/>
        </w:rPr>
        <w:t xml:space="preserve"> </w:t>
      </w:r>
      <w:proofErr w:type="spellStart"/>
      <w:r>
        <w:rPr>
          <w:rFonts w:ascii="Arial" w:eastAsia="Arial" w:hAnsi="Arial"/>
          <w:color w:val="2E6D8E"/>
          <w:sz w:val="24"/>
        </w:rPr>
        <w:t>oblike</w:t>
      </w:r>
      <w:proofErr w:type="spellEnd"/>
      <w:r>
        <w:rPr>
          <w:rFonts w:ascii="Arial" w:eastAsia="Arial" w:hAnsi="Arial"/>
          <w:color w:val="2E6D8E"/>
          <w:sz w:val="24"/>
        </w:rPr>
        <w:t xml:space="preserve"> </w:t>
      </w:r>
      <w:proofErr w:type="spellStart"/>
      <w:r>
        <w:rPr>
          <w:rFonts w:ascii="Arial" w:eastAsia="Arial" w:hAnsi="Arial"/>
          <w:color w:val="2E6D8E"/>
          <w:sz w:val="24"/>
        </w:rPr>
        <w:t>poučevanja</w:t>
      </w:r>
      <w:proofErr w:type="spellEnd"/>
    </w:p>
    <w:p w14:paraId="29D71DFA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  <w:sz w:val="17"/>
        </w:rPr>
        <w:t>Formativno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spremljanje</w:t>
      </w:r>
      <w:proofErr w:type="spellEnd"/>
      <w:r>
        <w:rPr>
          <w:color w:val="203038"/>
          <w:sz w:val="17"/>
        </w:rPr>
        <w:t xml:space="preserve">: </w:t>
      </w:r>
      <w:proofErr w:type="spellStart"/>
      <w:r>
        <w:rPr>
          <w:color w:val="203038"/>
          <w:sz w:val="17"/>
        </w:rPr>
        <w:t>učni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nameni</w:t>
      </w:r>
      <w:proofErr w:type="spellEnd"/>
      <w:r>
        <w:rPr>
          <w:color w:val="203038"/>
          <w:sz w:val="17"/>
        </w:rPr>
        <w:t xml:space="preserve"> in </w:t>
      </w:r>
      <w:proofErr w:type="spellStart"/>
      <w:r>
        <w:rPr>
          <w:color w:val="203038"/>
          <w:sz w:val="17"/>
        </w:rPr>
        <w:t>kriteriji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uspešnosti</w:t>
      </w:r>
      <w:proofErr w:type="spellEnd"/>
      <w:r>
        <w:rPr>
          <w:color w:val="203038"/>
          <w:sz w:val="17"/>
        </w:rPr>
        <w:t xml:space="preserve"> so </w:t>
      </w:r>
      <w:proofErr w:type="spellStart"/>
      <w:r>
        <w:rPr>
          <w:color w:val="203038"/>
          <w:sz w:val="17"/>
        </w:rPr>
        <w:t>učencem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predstavljeni</w:t>
      </w:r>
      <w:proofErr w:type="spellEnd"/>
      <w:r>
        <w:rPr>
          <w:color w:val="203038"/>
          <w:sz w:val="17"/>
        </w:rPr>
        <w:t xml:space="preserve"> v </w:t>
      </w:r>
      <w:proofErr w:type="spellStart"/>
      <w:r>
        <w:rPr>
          <w:color w:val="203038"/>
          <w:sz w:val="17"/>
        </w:rPr>
        <w:t>razumljivem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jeziku</w:t>
      </w:r>
      <w:proofErr w:type="spellEnd"/>
      <w:r>
        <w:rPr>
          <w:color w:val="203038"/>
          <w:sz w:val="17"/>
        </w:rPr>
        <w:t xml:space="preserve">; </w:t>
      </w:r>
      <w:proofErr w:type="spellStart"/>
      <w:r>
        <w:rPr>
          <w:color w:val="203038"/>
          <w:sz w:val="17"/>
        </w:rPr>
        <w:t>učitelj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zbira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raznolike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dokaze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daje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sprotno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opisno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povratno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informacijo</w:t>
      </w:r>
      <w:proofErr w:type="spellEnd"/>
      <w:r>
        <w:rPr>
          <w:color w:val="203038"/>
          <w:sz w:val="17"/>
        </w:rPr>
        <w:t xml:space="preserve"> in </w:t>
      </w:r>
      <w:proofErr w:type="spellStart"/>
      <w:r>
        <w:rPr>
          <w:color w:val="203038"/>
          <w:sz w:val="17"/>
        </w:rPr>
        <w:t>skupaj</w:t>
      </w:r>
      <w:proofErr w:type="spellEnd"/>
      <w:r>
        <w:rPr>
          <w:color w:val="203038"/>
          <w:sz w:val="17"/>
        </w:rPr>
        <w:t xml:space="preserve"> z </w:t>
      </w:r>
      <w:proofErr w:type="spellStart"/>
      <w:r>
        <w:rPr>
          <w:color w:val="203038"/>
          <w:sz w:val="17"/>
        </w:rPr>
        <w:t>učencem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določa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naslednji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korak</w:t>
      </w:r>
      <w:proofErr w:type="spellEnd"/>
      <w:r>
        <w:rPr>
          <w:color w:val="203038"/>
          <w:sz w:val="17"/>
        </w:rPr>
        <w:t>.</w:t>
      </w:r>
    </w:p>
    <w:p w14:paraId="3CA5BAF0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  <w:sz w:val="17"/>
        </w:rPr>
        <w:t>Izkušenjsko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učenje</w:t>
      </w:r>
      <w:proofErr w:type="spellEnd"/>
      <w:r>
        <w:rPr>
          <w:color w:val="203038"/>
          <w:sz w:val="17"/>
        </w:rPr>
        <w:t xml:space="preserve">: </w:t>
      </w:r>
      <w:proofErr w:type="spellStart"/>
      <w:r>
        <w:rPr>
          <w:color w:val="203038"/>
          <w:sz w:val="17"/>
        </w:rPr>
        <w:t>pogovor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ob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resničnem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predmetu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dogodku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sliki</w:t>
      </w:r>
      <w:proofErr w:type="spellEnd"/>
      <w:r>
        <w:rPr>
          <w:color w:val="203038"/>
          <w:sz w:val="17"/>
        </w:rPr>
        <w:t xml:space="preserve"> ali </w:t>
      </w:r>
      <w:proofErr w:type="spellStart"/>
      <w:r>
        <w:rPr>
          <w:color w:val="203038"/>
          <w:sz w:val="17"/>
        </w:rPr>
        <w:t>književnem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doživetju</w:t>
      </w:r>
      <w:proofErr w:type="spellEnd"/>
      <w:r>
        <w:rPr>
          <w:color w:val="203038"/>
          <w:sz w:val="17"/>
        </w:rPr>
        <w:t xml:space="preserve">; </w:t>
      </w:r>
      <w:proofErr w:type="spellStart"/>
      <w:r>
        <w:rPr>
          <w:color w:val="203038"/>
          <w:sz w:val="17"/>
        </w:rPr>
        <w:t>dramatizacija</w:t>
      </w:r>
      <w:proofErr w:type="spellEnd"/>
      <w:r>
        <w:rPr>
          <w:color w:val="203038"/>
          <w:sz w:val="17"/>
        </w:rPr>
        <w:t xml:space="preserve"> in </w:t>
      </w:r>
      <w:proofErr w:type="spellStart"/>
      <w:r>
        <w:rPr>
          <w:color w:val="203038"/>
          <w:sz w:val="17"/>
        </w:rPr>
        <w:t>ustvarjalni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odziv</w:t>
      </w:r>
      <w:proofErr w:type="spellEnd"/>
      <w:r>
        <w:rPr>
          <w:color w:val="203038"/>
          <w:sz w:val="17"/>
        </w:rPr>
        <w:t>.</w:t>
      </w:r>
    </w:p>
    <w:p w14:paraId="3D016F17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  <w:sz w:val="17"/>
        </w:rPr>
        <w:t>Poučevanje</w:t>
      </w:r>
      <w:proofErr w:type="spellEnd"/>
      <w:r>
        <w:rPr>
          <w:color w:val="203038"/>
          <w:sz w:val="17"/>
        </w:rPr>
        <w:t xml:space="preserve"> v </w:t>
      </w:r>
      <w:proofErr w:type="spellStart"/>
      <w:r>
        <w:rPr>
          <w:color w:val="203038"/>
          <w:sz w:val="17"/>
        </w:rPr>
        <w:t>gibanju</w:t>
      </w:r>
      <w:proofErr w:type="spellEnd"/>
      <w:r>
        <w:rPr>
          <w:color w:val="203038"/>
          <w:sz w:val="17"/>
        </w:rPr>
        <w:t xml:space="preserve">: </w:t>
      </w:r>
      <w:proofErr w:type="spellStart"/>
      <w:r>
        <w:rPr>
          <w:color w:val="203038"/>
          <w:sz w:val="17"/>
        </w:rPr>
        <w:t>glasovne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zlogovne</w:t>
      </w:r>
      <w:proofErr w:type="spellEnd"/>
      <w:r>
        <w:rPr>
          <w:color w:val="203038"/>
          <w:sz w:val="17"/>
        </w:rPr>
        <w:t xml:space="preserve"> in </w:t>
      </w:r>
      <w:proofErr w:type="spellStart"/>
      <w:r>
        <w:rPr>
          <w:color w:val="203038"/>
          <w:sz w:val="17"/>
        </w:rPr>
        <w:t>bralne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postaje</w:t>
      </w:r>
      <w:proofErr w:type="spellEnd"/>
      <w:r>
        <w:rPr>
          <w:color w:val="203038"/>
          <w:sz w:val="17"/>
        </w:rPr>
        <w:t xml:space="preserve">, hoja po </w:t>
      </w:r>
      <w:proofErr w:type="spellStart"/>
      <w:r>
        <w:rPr>
          <w:color w:val="203038"/>
          <w:sz w:val="17"/>
        </w:rPr>
        <w:t>zaporedju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slik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telesno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ponazarjanje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pomena</w:t>
      </w:r>
      <w:proofErr w:type="spellEnd"/>
      <w:r>
        <w:rPr>
          <w:color w:val="203038"/>
          <w:sz w:val="17"/>
        </w:rPr>
        <w:t>.</w:t>
      </w:r>
    </w:p>
    <w:p w14:paraId="7B0FA064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  <w:sz w:val="17"/>
        </w:rPr>
        <w:t>Sodelovalno</w:t>
      </w:r>
      <w:proofErr w:type="spellEnd"/>
      <w:r>
        <w:rPr>
          <w:color w:val="203038"/>
          <w:sz w:val="17"/>
        </w:rPr>
        <w:t xml:space="preserve"> in </w:t>
      </w:r>
      <w:proofErr w:type="spellStart"/>
      <w:r>
        <w:rPr>
          <w:color w:val="203038"/>
          <w:sz w:val="17"/>
        </w:rPr>
        <w:t>problemsko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učenje</w:t>
      </w:r>
      <w:proofErr w:type="spellEnd"/>
      <w:r>
        <w:rPr>
          <w:color w:val="203038"/>
          <w:sz w:val="17"/>
        </w:rPr>
        <w:t xml:space="preserve">: </w:t>
      </w:r>
      <w:proofErr w:type="spellStart"/>
      <w:r>
        <w:rPr>
          <w:color w:val="203038"/>
          <w:sz w:val="17"/>
        </w:rPr>
        <w:t>delo</w:t>
      </w:r>
      <w:proofErr w:type="spellEnd"/>
      <w:r>
        <w:rPr>
          <w:color w:val="203038"/>
          <w:sz w:val="17"/>
        </w:rPr>
        <w:t xml:space="preserve"> v </w:t>
      </w:r>
      <w:proofErr w:type="spellStart"/>
      <w:r>
        <w:rPr>
          <w:color w:val="203038"/>
          <w:sz w:val="17"/>
        </w:rPr>
        <w:t>paru</w:t>
      </w:r>
      <w:proofErr w:type="spellEnd"/>
      <w:r>
        <w:rPr>
          <w:color w:val="203038"/>
          <w:sz w:val="17"/>
        </w:rPr>
        <w:t xml:space="preserve"> ali </w:t>
      </w:r>
      <w:proofErr w:type="spellStart"/>
      <w:r>
        <w:rPr>
          <w:color w:val="203038"/>
          <w:sz w:val="17"/>
        </w:rPr>
        <w:t>manjši</w:t>
      </w:r>
      <w:proofErr w:type="spellEnd"/>
      <w:r>
        <w:rPr>
          <w:color w:val="203038"/>
          <w:sz w:val="17"/>
        </w:rPr>
        <w:t xml:space="preserve"> skupini, </w:t>
      </w:r>
      <w:proofErr w:type="spellStart"/>
      <w:r>
        <w:rPr>
          <w:color w:val="203038"/>
          <w:sz w:val="17"/>
        </w:rPr>
        <w:t>postaje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izbira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strategije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razlaga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postopka</w:t>
      </w:r>
      <w:proofErr w:type="spellEnd"/>
      <w:r>
        <w:rPr>
          <w:color w:val="203038"/>
          <w:sz w:val="17"/>
        </w:rPr>
        <w:t xml:space="preserve"> in </w:t>
      </w:r>
      <w:proofErr w:type="spellStart"/>
      <w:r>
        <w:rPr>
          <w:color w:val="203038"/>
          <w:sz w:val="17"/>
        </w:rPr>
        <w:t>skupna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refleksija</w:t>
      </w:r>
      <w:proofErr w:type="spellEnd"/>
      <w:r>
        <w:rPr>
          <w:color w:val="203038"/>
          <w:sz w:val="17"/>
        </w:rPr>
        <w:t>.</w:t>
      </w:r>
    </w:p>
    <w:p w14:paraId="218910C5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  <w:sz w:val="17"/>
        </w:rPr>
        <w:t>Diferenciacija</w:t>
      </w:r>
      <w:proofErr w:type="spellEnd"/>
      <w:r>
        <w:rPr>
          <w:color w:val="203038"/>
          <w:sz w:val="17"/>
        </w:rPr>
        <w:t xml:space="preserve"> in </w:t>
      </w:r>
      <w:proofErr w:type="spellStart"/>
      <w:r>
        <w:rPr>
          <w:color w:val="203038"/>
          <w:sz w:val="17"/>
        </w:rPr>
        <w:t>vključevanje</w:t>
      </w:r>
      <w:proofErr w:type="spellEnd"/>
      <w:r>
        <w:rPr>
          <w:color w:val="203038"/>
          <w:sz w:val="17"/>
        </w:rPr>
        <w:t xml:space="preserve">: </w:t>
      </w:r>
      <w:proofErr w:type="spellStart"/>
      <w:r>
        <w:rPr>
          <w:color w:val="203038"/>
          <w:sz w:val="17"/>
        </w:rPr>
        <w:t>izbira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zahtevnosti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konkretna</w:t>
      </w:r>
      <w:proofErr w:type="spellEnd"/>
      <w:r>
        <w:rPr>
          <w:color w:val="203038"/>
          <w:sz w:val="17"/>
        </w:rPr>
        <w:t>/</w:t>
      </w:r>
      <w:proofErr w:type="spellStart"/>
      <w:r>
        <w:rPr>
          <w:color w:val="203038"/>
          <w:sz w:val="17"/>
        </w:rPr>
        <w:t>slikovna</w:t>
      </w:r>
      <w:proofErr w:type="spellEnd"/>
      <w:r>
        <w:rPr>
          <w:color w:val="203038"/>
          <w:sz w:val="17"/>
        </w:rPr>
        <w:t>/</w:t>
      </w:r>
      <w:proofErr w:type="spellStart"/>
      <w:r>
        <w:rPr>
          <w:color w:val="203038"/>
          <w:sz w:val="17"/>
        </w:rPr>
        <w:t>gibalna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opora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dodatni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čas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alternativni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način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odgovora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ter</w:t>
      </w:r>
      <w:proofErr w:type="spellEnd"/>
      <w:r>
        <w:rPr>
          <w:color w:val="203038"/>
          <w:sz w:val="17"/>
        </w:rPr>
        <w:t xml:space="preserve"> naloge za </w:t>
      </w:r>
      <w:proofErr w:type="spellStart"/>
      <w:r>
        <w:rPr>
          <w:color w:val="203038"/>
          <w:sz w:val="17"/>
        </w:rPr>
        <w:t>poglabljanje</w:t>
      </w:r>
      <w:proofErr w:type="spellEnd"/>
      <w:r>
        <w:rPr>
          <w:color w:val="203038"/>
          <w:sz w:val="17"/>
        </w:rPr>
        <w:t>.</w:t>
      </w:r>
    </w:p>
    <w:p w14:paraId="22551389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  <w:sz w:val="17"/>
        </w:rPr>
        <w:t>Medpredmetno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povezovanje</w:t>
      </w:r>
      <w:proofErr w:type="spellEnd"/>
      <w:r>
        <w:rPr>
          <w:color w:val="203038"/>
          <w:sz w:val="17"/>
        </w:rPr>
        <w:t xml:space="preserve">: </w:t>
      </w:r>
      <w:proofErr w:type="spellStart"/>
      <w:r>
        <w:rPr>
          <w:color w:val="203038"/>
          <w:sz w:val="17"/>
        </w:rPr>
        <w:t>tedenske</w:t>
      </w:r>
      <w:proofErr w:type="spellEnd"/>
      <w:r>
        <w:rPr>
          <w:color w:val="203038"/>
          <w:sz w:val="17"/>
        </w:rPr>
        <w:t xml:space="preserve"> vsebine se </w:t>
      </w:r>
      <w:proofErr w:type="spellStart"/>
      <w:r>
        <w:rPr>
          <w:color w:val="203038"/>
          <w:sz w:val="17"/>
        </w:rPr>
        <w:t>navezujejo</w:t>
      </w:r>
      <w:proofErr w:type="spellEnd"/>
      <w:r>
        <w:rPr>
          <w:color w:val="203038"/>
          <w:sz w:val="17"/>
        </w:rPr>
        <w:t xml:space="preserve"> na </w:t>
      </w:r>
      <w:proofErr w:type="spellStart"/>
      <w:r>
        <w:rPr>
          <w:color w:val="203038"/>
          <w:sz w:val="17"/>
        </w:rPr>
        <w:t>skupni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tematski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motiv</w:t>
      </w:r>
      <w:proofErr w:type="spellEnd"/>
      <w:r>
        <w:rPr>
          <w:color w:val="203038"/>
          <w:sz w:val="17"/>
        </w:rPr>
        <w:t xml:space="preserve"> in </w:t>
      </w:r>
      <w:proofErr w:type="spellStart"/>
      <w:r>
        <w:rPr>
          <w:color w:val="203038"/>
          <w:sz w:val="17"/>
        </w:rPr>
        <w:t>književno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izhodišče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vendar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cilji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posameznega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predmeta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ostajajo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razvidni</w:t>
      </w:r>
      <w:proofErr w:type="spellEnd"/>
      <w:r>
        <w:rPr>
          <w:color w:val="203038"/>
          <w:sz w:val="17"/>
        </w:rPr>
        <w:t xml:space="preserve"> in </w:t>
      </w:r>
      <w:proofErr w:type="spellStart"/>
      <w:r>
        <w:rPr>
          <w:color w:val="203038"/>
          <w:sz w:val="17"/>
        </w:rPr>
        <w:t>preverljivi</w:t>
      </w:r>
      <w:proofErr w:type="spellEnd"/>
      <w:r>
        <w:rPr>
          <w:color w:val="203038"/>
          <w:sz w:val="17"/>
        </w:rPr>
        <w:t>.</w:t>
      </w:r>
    </w:p>
    <w:p w14:paraId="34DB2A90" w14:textId="77777777" w:rsidR="00D27883" w:rsidRDefault="00000000">
      <w:pPr>
        <w:pStyle w:val="Naslov2"/>
        <w:spacing w:before="80" w:after="60"/>
      </w:pPr>
      <w:r>
        <w:rPr>
          <w:rFonts w:ascii="Arial" w:eastAsia="Arial" w:hAnsi="Arial"/>
          <w:color w:val="2E6D8E"/>
          <w:sz w:val="24"/>
        </w:rPr>
        <w:t xml:space="preserve">1.3 </w:t>
      </w:r>
      <w:proofErr w:type="spellStart"/>
      <w:r>
        <w:rPr>
          <w:rFonts w:ascii="Arial" w:eastAsia="Arial" w:hAnsi="Arial"/>
          <w:color w:val="2E6D8E"/>
          <w:sz w:val="24"/>
        </w:rPr>
        <w:t>Dokazi</w:t>
      </w:r>
      <w:proofErr w:type="spellEnd"/>
      <w:r>
        <w:rPr>
          <w:rFonts w:ascii="Arial" w:eastAsia="Arial" w:hAnsi="Arial"/>
          <w:color w:val="2E6D8E"/>
          <w:sz w:val="24"/>
        </w:rPr>
        <w:t xml:space="preserve"> o </w:t>
      </w:r>
      <w:proofErr w:type="spellStart"/>
      <w:r>
        <w:rPr>
          <w:rFonts w:ascii="Arial" w:eastAsia="Arial" w:hAnsi="Arial"/>
          <w:color w:val="2E6D8E"/>
          <w:sz w:val="24"/>
        </w:rPr>
        <w:t>učenju</w:t>
      </w:r>
      <w:proofErr w:type="spellEnd"/>
      <w:r>
        <w:rPr>
          <w:rFonts w:ascii="Arial" w:eastAsia="Arial" w:hAnsi="Arial"/>
          <w:color w:val="2E6D8E"/>
          <w:sz w:val="24"/>
        </w:rPr>
        <w:t xml:space="preserve"> in </w:t>
      </w:r>
      <w:proofErr w:type="spellStart"/>
      <w:r>
        <w:rPr>
          <w:rFonts w:ascii="Arial" w:eastAsia="Arial" w:hAnsi="Arial"/>
          <w:color w:val="2E6D8E"/>
          <w:sz w:val="24"/>
        </w:rPr>
        <w:t>učenčeva</w:t>
      </w:r>
      <w:proofErr w:type="spellEnd"/>
      <w:r>
        <w:rPr>
          <w:rFonts w:ascii="Arial" w:eastAsia="Arial" w:hAnsi="Arial"/>
          <w:color w:val="2E6D8E"/>
          <w:sz w:val="24"/>
        </w:rPr>
        <w:t xml:space="preserve"> </w:t>
      </w:r>
      <w:proofErr w:type="spellStart"/>
      <w:r>
        <w:rPr>
          <w:rFonts w:ascii="Arial" w:eastAsia="Arial" w:hAnsi="Arial"/>
          <w:color w:val="2E6D8E"/>
          <w:sz w:val="24"/>
        </w:rPr>
        <w:t>vloga</w:t>
      </w:r>
      <w:proofErr w:type="spellEnd"/>
    </w:p>
    <w:tbl>
      <w:tblPr>
        <w:tblW w:w="9860" w:type="dxa"/>
        <w:jc w:val="center"/>
        <w:tblLayout w:type="fixed"/>
        <w:tblLook w:val="04A0" w:firstRow="1" w:lastRow="0" w:firstColumn="1" w:lastColumn="0" w:noHBand="0" w:noVBand="1"/>
      </w:tblPr>
      <w:tblGrid>
        <w:gridCol w:w="2500"/>
        <w:gridCol w:w="4300"/>
        <w:gridCol w:w="3060"/>
      </w:tblGrid>
      <w:tr w:rsidR="00D27883" w14:paraId="211FFF18" w14:textId="77777777">
        <w:trPr>
          <w:jc w:val="center"/>
        </w:trPr>
        <w:tc>
          <w:tcPr>
            <w:tcW w:w="250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FCAE34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4"/>
              </w:rPr>
              <w:t>KORAK</w:t>
            </w:r>
          </w:p>
        </w:tc>
        <w:tc>
          <w:tcPr>
            <w:tcW w:w="430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B3DD34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4"/>
              </w:rPr>
              <w:t>DEJANJE UČENCA</w:t>
            </w:r>
          </w:p>
        </w:tc>
        <w:tc>
          <w:tcPr>
            <w:tcW w:w="306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39E557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4"/>
              </w:rPr>
              <w:t>DOKAZ / POVRATNA INFORMACIJA</w:t>
            </w:r>
          </w:p>
        </w:tc>
      </w:tr>
      <w:tr w:rsidR="00D27883" w14:paraId="29EF199B" w14:textId="77777777">
        <w:trPr>
          <w:cantSplit/>
          <w:jc w:val="center"/>
        </w:trPr>
        <w:tc>
          <w:tcPr>
            <w:tcW w:w="25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89EFF1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5"/>
              </w:rPr>
              <w:t xml:space="preserve">Pred </w:t>
            </w:r>
            <w:proofErr w:type="spellStart"/>
            <w:r>
              <w:rPr>
                <w:b/>
                <w:color w:val="2E6D8E"/>
                <w:sz w:val="15"/>
              </w:rPr>
              <w:t>učenjem</w:t>
            </w:r>
            <w:proofErr w:type="spellEnd"/>
          </w:p>
        </w:tc>
        <w:tc>
          <w:tcPr>
            <w:tcW w:w="43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C6E18B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5"/>
              </w:rPr>
              <w:t>pove</w:t>
            </w:r>
            <w:proofErr w:type="spellEnd"/>
            <w:r>
              <w:rPr>
                <w:color w:val="203038"/>
                <w:sz w:val="15"/>
              </w:rPr>
              <w:t xml:space="preserve">, </w:t>
            </w:r>
            <w:proofErr w:type="spellStart"/>
            <w:r>
              <w:rPr>
                <w:color w:val="203038"/>
                <w:sz w:val="15"/>
              </w:rPr>
              <w:t>kaj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že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zna</w:t>
            </w:r>
            <w:proofErr w:type="spellEnd"/>
            <w:r>
              <w:rPr>
                <w:color w:val="203038"/>
                <w:sz w:val="15"/>
              </w:rPr>
              <w:t xml:space="preserve">, in </w:t>
            </w:r>
            <w:proofErr w:type="spellStart"/>
            <w:r>
              <w:rPr>
                <w:color w:val="203038"/>
                <w:sz w:val="15"/>
              </w:rPr>
              <w:t>pomaga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oblikovati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kriterij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uspešnosti</w:t>
            </w:r>
            <w:proofErr w:type="spellEnd"/>
          </w:p>
        </w:tc>
        <w:tc>
          <w:tcPr>
            <w:tcW w:w="30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7680B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5"/>
              </w:rPr>
              <w:t>vprašanje</w:t>
            </w:r>
            <w:proofErr w:type="spellEnd"/>
            <w:r>
              <w:rPr>
                <w:color w:val="203038"/>
                <w:sz w:val="15"/>
              </w:rPr>
              <w:t xml:space="preserve">, </w:t>
            </w:r>
            <w:proofErr w:type="spellStart"/>
            <w:r>
              <w:rPr>
                <w:color w:val="203038"/>
                <w:sz w:val="15"/>
              </w:rPr>
              <w:t>razvrstitev</w:t>
            </w:r>
            <w:proofErr w:type="spellEnd"/>
            <w:r>
              <w:rPr>
                <w:color w:val="203038"/>
                <w:sz w:val="15"/>
              </w:rPr>
              <w:t xml:space="preserve">, KWL, </w:t>
            </w:r>
            <w:proofErr w:type="spellStart"/>
            <w:r>
              <w:rPr>
                <w:color w:val="203038"/>
                <w:sz w:val="15"/>
              </w:rPr>
              <w:t>risba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predznanja</w:t>
            </w:r>
            <w:proofErr w:type="spellEnd"/>
          </w:p>
        </w:tc>
      </w:tr>
      <w:tr w:rsidR="00D27883" w14:paraId="1EADFBBE" w14:textId="77777777">
        <w:trPr>
          <w:cantSplit/>
          <w:jc w:val="center"/>
        </w:trPr>
        <w:tc>
          <w:tcPr>
            <w:tcW w:w="25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B61E35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5"/>
              </w:rPr>
              <w:t xml:space="preserve">Med </w:t>
            </w:r>
            <w:proofErr w:type="spellStart"/>
            <w:r>
              <w:rPr>
                <w:b/>
                <w:color w:val="2E6D8E"/>
                <w:sz w:val="15"/>
              </w:rPr>
              <w:t>učenjem</w:t>
            </w:r>
            <w:proofErr w:type="spellEnd"/>
          </w:p>
        </w:tc>
        <w:tc>
          <w:tcPr>
            <w:tcW w:w="43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B1BB5B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5"/>
              </w:rPr>
              <w:t>preizkuša</w:t>
            </w:r>
            <w:proofErr w:type="spellEnd"/>
            <w:r>
              <w:rPr>
                <w:color w:val="203038"/>
                <w:sz w:val="15"/>
              </w:rPr>
              <w:t xml:space="preserve">, </w:t>
            </w:r>
            <w:proofErr w:type="spellStart"/>
            <w:r>
              <w:rPr>
                <w:color w:val="203038"/>
                <w:sz w:val="15"/>
              </w:rPr>
              <w:t>primerja</w:t>
            </w:r>
            <w:proofErr w:type="spellEnd"/>
            <w:r>
              <w:rPr>
                <w:color w:val="203038"/>
                <w:sz w:val="15"/>
              </w:rPr>
              <w:t xml:space="preserve">, </w:t>
            </w:r>
            <w:proofErr w:type="spellStart"/>
            <w:r>
              <w:rPr>
                <w:color w:val="203038"/>
                <w:sz w:val="15"/>
              </w:rPr>
              <w:t>sprašuje</w:t>
            </w:r>
            <w:proofErr w:type="spellEnd"/>
            <w:r>
              <w:rPr>
                <w:color w:val="203038"/>
                <w:sz w:val="15"/>
              </w:rPr>
              <w:t xml:space="preserve"> in </w:t>
            </w:r>
            <w:proofErr w:type="spellStart"/>
            <w:r>
              <w:rPr>
                <w:color w:val="203038"/>
                <w:sz w:val="15"/>
              </w:rPr>
              <w:t>pojasnjuje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strategijo</w:t>
            </w:r>
            <w:proofErr w:type="spellEnd"/>
          </w:p>
        </w:tc>
        <w:tc>
          <w:tcPr>
            <w:tcW w:w="30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6D85AC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5"/>
              </w:rPr>
              <w:t>ustni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posnetek</w:t>
            </w:r>
            <w:proofErr w:type="spellEnd"/>
            <w:r>
              <w:rPr>
                <w:color w:val="203038"/>
                <w:sz w:val="15"/>
              </w:rPr>
              <w:t xml:space="preserve"> ali </w:t>
            </w:r>
            <w:proofErr w:type="spellStart"/>
            <w:r>
              <w:rPr>
                <w:color w:val="203038"/>
                <w:sz w:val="15"/>
              </w:rPr>
              <w:t>nastop</w:t>
            </w:r>
            <w:proofErr w:type="spellEnd"/>
            <w:r>
              <w:rPr>
                <w:color w:val="203038"/>
                <w:sz w:val="15"/>
              </w:rPr>
              <w:t xml:space="preserve">; </w:t>
            </w:r>
            <w:proofErr w:type="spellStart"/>
            <w:r>
              <w:rPr>
                <w:color w:val="203038"/>
                <w:sz w:val="15"/>
              </w:rPr>
              <w:t>bralni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odziv</w:t>
            </w:r>
            <w:proofErr w:type="spellEnd"/>
            <w:r>
              <w:rPr>
                <w:color w:val="203038"/>
                <w:sz w:val="15"/>
              </w:rPr>
              <w:t xml:space="preserve">; </w:t>
            </w:r>
            <w:proofErr w:type="spellStart"/>
            <w:r>
              <w:rPr>
                <w:color w:val="203038"/>
                <w:sz w:val="15"/>
              </w:rPr>
              <w:t>grafomotorični</w:t>
            </w:r>
            <w:proofErr w:type="spellEnd"/>
            <w:r>
              <w:rPr>
                <w:color w:val="203038"/>
                <w:sz w:val="15"/>
              </w:rPr>
              <w:t>/</w:t>
            </w:r>
            <w:proofErr w:type="spellStart"/>
            <w:r>
              <w:rPr>
                <w:color w:val="203038"/>
                <w:sz w:val="15"/>
              </w:rPr>
              <w:t>pisni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izdelek</w:t>
            </w:r>
            <w:proofErr w:type="spellEnd"/>
            <w:r>
              <w:rPr>
                <w:color w:val="203038"/>
                <w:sz w:val="15"/>
              </w:rPr>
              <w:t xml:space="preserve">; </w:t>
            </w:r>
            <w:proofErr w:type="spellStart"/>
            <w:r>
              <w:rPr>
                <w:color w:val="203038"/>
                <w:sz w:val="15"/>
              </w:rPr>
              <w:t>zapis</w:t>
            </w:r>
            <w:proofErr w:type="spellEnd"/>
            <w:r>
              <w:rPr>
                <w:color w:val="203038"/>
                <w:sz w:val="15"/>
              </w:rPr>
              <w:t xml:space="preserve"> v jezikovni </w:t>
            </w:r>
            <w:proofErr w:type="spellStart"/>
            <w:r>
              <w:rPr>
                <w:color w:val="203038"/>
                <w:sz w:val="15"/>
              </w:rPr>
              <w:t>mapi</w:t>
            </w:r>
            <w:proofErr w:type="spellEnd"/>
          </w:p>
        </w:tc>
      </w:tr>
      <w:tr w:rsidR="00D27883" w14:paraId="5DA3A8C0" w14:textId="77777777">
        <w:trPr>
          <w:cantSplit/>
          <w:jc w:val="center"/>
        </w:trPr>
        <w:tc>
          <w:tcPr>
            <w:tcW w:w="25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9F5CDA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b/>
                <w:color w:val="2E6D8E"/>
                <w:sz w:val="15"/>
              </w:rPr>
              <w:t>Vrstniški</w:t>
            </w:r>
            <w:proofErr w:type="spellEnd"/>
            <w:r>
              <w:rPr>
                <w:b/>
                <w:color w:val="2E6D8E"/>
                <w:sz w:val="15"/>
              </w:rPr>
              <w:t xml:space="preserve"> </w:t>
            </w:r>
            <w:proofErr w:type="spellStart"/>
            <w:r>
              <w:rPr>
                <w:b/>
                <w:color w:val="2E6D8E"/>
                <w:sz w:val="15"/>
              </w:rPr>
              <w:t>odziv</w:t>
            </w:r>
            <w:proofErr w:type="spellEnd"/>
          </w:p>
        </w:tc>
        <w:tc>
          <w:tcPr>
            <w:tcW w:w="43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B9CCD8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5"/>
              </w:rPr>
              <w:t>opiše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opaženo</w:t>
            </w:r>
            <w:proofErr w:type="spellEnd"/>
            <w:r>
              <w:rPr>
                <w:color w:val="203038"/>
                <w:sz w:val="15"/>
              </w:rPr>
              <w:t xml:space="preserve"> in </w:t>
            </w:r>
            <w:proofErr w:type="spellStart"/>
            <w:r>
              <w:rPr>
                <w:color w:val="203038"/>
                <w:sz w:val="15"/>
              </w:rPr>
              <w:t>poda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prijazen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predlog</w:t>
            </w:r>
            <w:proofErr w:type="spellEnd"/>
            <w:r>
              <w:rPr>
                <w:color w:val="203038"/>
                <w:sz w:val="15"/>
              </w:rPr>
              <w:t xml:space="preserve">, </w:t>
            </w:r>
            <w:proofErr w:type="spellStart"/>
            <w:r>
              <w:rPr>
                <w:color w:val="203038"/>
                <w:sz w:val="15"/>
              </w:rPr>
              <w:t>vezan</w:t>
            </w:r>
            <w:proofErr w:type="spellEnd"/>
            <w:r>
              <w:rPr>
                <w:color w:val="203038"/>
                <w:sz w:val="15"/>
              </w:rPr>
              <w:t xml:space="preserve"> na </w:t>
            </w:r>
            <w:proofErr w:type="spellStart"/>
            <w:r>
              <w:rPr>
                <w:color w:val="203038"/>
                <w:sz w:val="15"/>
              </w:rPr>
              <w:t>kriterij</w:t>
            </w:r>
            <w:proofErr w:type="spellEnd"/>
          </w:p>
        </w:tc>
        <w:tc>
          <w:tcPr>
            <w:tcW w:w="30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F45667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5"/>
              </w:rPr>
              <w:t>dve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pohvali</w:t>
            </w:r>
            <w:proofErr w:type="spellEnd"/>
            <w:r>
              <w:rPr>
                <w:color w:val="203038"/>
                <w:sz w:val="15"/>
              </w:rPr>
              <w:t xml:space="preserve"> in </w:t>
            </w:r>
            <w:proofErr w:type="spellStart"/>
            <w:r>
              <w:rPr>
                <w:color w:val="203038"/>
                <w:sz w:val="15"/>
              </w:rPr>
              <w:t>en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naslednji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korak</w:t>
            </w:r>
            <w:proofErr w:type="spellEnd"/>
            <w:r>
              <w:rPr>
                <w:color w:val="203038"/>
                <w:sz w:val="15"/>
              </w:rPr>
              <w:t xml:space="preserve">; </w:t>
            </w:r>
            <w:proofErr w:type="spellStart"/>
            <w:r>
              <w:rPr>
                <w:color w:val="203038"/>
                <w:sz w:val="15"/>
              </w:rPr>
              <w:t>pogovor</w:t>
            </w:r>
            <w:proofErr w:type="spellEnd"/>
            <w:r>
              <w:rPr>
                <w:color w:val="203038"/>
                <w:sz w:val="15"/>
              </w:rPr>
              <w:t xml:space="preserve"> v </w:t>
            </w:r>
            <w:proofErr w:type="spellStart"/>
            <w:r>
              <w:rPr>
                <w:color w:val="203038"/>
                <w:sz w:val="15"/>
              </w:rPr>
              <w:t>paru</w:t>
            </w:r>
            <w:proofErr w:type="spellEnd"/>
          </w:p>
        </w:tc>
      </w:tr>
      <w:tr w:rsidR="00D27883" w14:paraId="2A595786" w14:textId="77777777">
        <w:trPr>
          <w:cantSplit/>
          <w:jc w:val="center"/>
        </w:trPr>
        <w:tc>
          <w:tcPr>
            <w:tcW w:w="25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DA6D6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5"/>
              </w:rPr>
              <w:t xml:space="preserve">Po </w:t>
            </w:r>
            <w:proofErr w:type="spellStart"/>
            <w:r>
              <w:rPr>
                <w:b/>
                <w:color w:val="2E6D8E"/>
                <w:sz w:val="15"/>
              </w:rPr>
              <w:t>učenju</w:t>
            </w:r>
            <w:proofErr w:type="spellEnd"/>
          </w:p>
        </w:tc>
        <w:tc>
          <w:tcPr>
            <w:tcW w:w="43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465ED2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5"/>
              </w:rPr>
              <w:t>izbere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dokaz</w:t>
            </w:r>
            <w:proofErr w:type="spellEnd"/>
            <w:r>
              <w:rPr>
                <w:color w:val="203038"/>
                <w:sz w:val="15"/>
              </w:rPr>
              <w:t xml:space="preserve">, se </w:t>
            </w:r>
            <w:proofErr w:type="spellStart"/>
            <w:r>
              <w:rPr>
                <w:color w:val="203038"/>
                <w:sz w:val="15"/>
              </w:rPr>
              <w:t>samovrednoti</w:t>
            </w:r>
            <w:proofErr w:type="spellEnd"/>
            <w:r>
              <w:rPr>
                <w:color w:val="203038"/>
                <w:sz w:val="15"/>
              </w:rPr>
              <w:t xml:space="preserve"> in </w:t>
            </w:r>
            <w:proofErr w:type="spellStart"/>
            <w:r>
              <w:rPr>
                <w:color w:val="203038"/>
                <w:sz w:val="15"/>
              </w:rPr>
              <w:t>določi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dosegljiv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korak</w:t>
            </w:r>
            <w:proofErr w:type="spellEnd"/>
          </w:p>
        </w:tc>
        <w:tc>
          <w:tcPr>
            <w:tcW w:w="30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B07A87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5"/>
              </w:rPr>
              <w:t>semafor</w:t>
            </w:r>
            <w:proofErr w:type="spellEnd"/>
            <w:r>
              <w:rPr>
                <w:color w:val="203038"/>
                <w:sz w:val="15"/>
              </w:rPr>
              <w:t xml:space="preserve">, </w:t>
            </w:r>
            <w:proofErr w:type="spellStart"/>
            <w:r>
              <w:rPr>
                <w:color w:val="203038"/>
                <w:sz w:val="15"/>
              </w:rPr>
              <w:t>lestvica</w:t>
            </w:r>
            <w:proofErr w:type="spellEnd"/>
            <w:r>
              <w:rPr>
                <w:color w:val="203038"/>
                <w:sz w:val="15"/>
              </w:rPr>
              <w:t xml:space="preserve">, </w:t>
            </w:r>
            <w:proofErr w:type="spellStart"/>
            <w:r>
              <w:rPr>
                <w:color w:val="203038"/>
                <w:sz w:val="15"/>
              </w:rPr>
              <w:t>izhodni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listek</w:t>
            </w:r>
            <w:proofErr w:type="spellEnd"/>
            <w:r>
              <w:rPr>
                <w:color w:val="203038"/>
                <w:sz w:val="15"/>
              </w:rPr>
              <w:t xml:space="preserve">, </w:t>
            </w:r>
            <w:proofErr w:type="spellStart"/>
            <w:r>
              <w:rPr>
                <w:color w:val="203038"/>
                <w:sz w:val="15"/>
              </w:rPr>
              <w:t>mapa</w:t>
            </w:r>
            <w:proofErr w:type="spellEnd"/>
            <w:r>
              <w:rPr>
                <w:color w:val="203038"/>
                <w:sz w:val="15"/>
              </w:rPr>
              <w:t xml:space="preserve"> </w:t>
            </w:r>
            <w:proofErr w:type="spellStart"/>
            <w:r>
              <w:rPr>
                <w:color w:val="203038"/>
                <w:sz w:val="15"/>
              </w:rPr>
              <w:t>dosežkov</w:t>
            </w:r>
            <w:proofErr w:type="spellEnd"/>
          </w:p>
        </w:tc>
      </w:tr>
    </w:tbl>
    <w:p w14:paraId="407F7849" w14:textId="77777777" w:rsidR="00D27883" w:rsidRPr="007F27C9" w:rsidRDefault="00000000">
      <w:pPr>
        <w:pStyle w:val="Naslov1"/>
        <w:pageBreakBefore/>
        <w:spacing w:before="140" w:after="80"/>
      </w:pPr>
      <w:r w:rsidRPr="007F27C9">
        <w:rPr>
          <w:rFonts w:ascii="Arial" w:eastAsia="Arial" w:hAnsi="Arial"/>
          <w:color w:val="173B4D"/>
        </w:rPr>
        <w:lastRenderedPageBreak/>
        <w:t xml:space="preserve">2. </w:t>
      </w:r>
      <w:proofErr w:type="spellStart"/>
      <w:r w:rsidRPr="007F27C9">
        <w:rPr>
          <w:rFonts w:ascii="Arial" w:eastAsia="Arial" w:hAnsi="Arial"/>
          <w:color w:val="173B4D"/>
        </w:rPr>
        <w:t>Načrt</w:t>
      </w:r>
      <w:proofErr w:type="spellEnd"/>
      <w:r w:rsidRPr="007F27C9">
        <w:rPr>
          <w:rFonts w:ascii="Arial" w:eastAsia="Arial" w:hAnsi="Arial"/>
          <w:color w:val="173B4D"/>
        </w:rPr>
        <w:t xml:space="preserve"> </w:t>
      </w:r>
      <w:proofErr w:type="spellStart"/>
      <w:r w:rsidRPr="007F27C9">
        <w:rPr>
          <w:rFonts w:ascii="Arial" w:eastAsia="Arial" w:hAnsi="Arial"/>
          <w:color w:val="173B4D"/>
        </w:rPr>
        <w:t>spremljanja</w:t>
      </w:r>
      <w:proofErr w:type="spellEnd"/>
      <w:r w:rsidRPr="007F27C9">
        <w:rPr>
          <w:rFonts w:ascii="Arial" w:eastAsia="Arial" w:hAnsi="Arial"/>
          <w:color w:val="173B4D"/>
        </w:rPr>
        <w:t xml:space="preserve">, </w:t>
      </w:r>
      <w:proofErr w:type="spellStart"/>
      <w:r w:rsidRPr="007F27C9">
        <w:rPr>
          <w:rFonts w:ascii="Arial" w:eastAsia="Arial" w:hAnsi="Arial"/>
          <w:color w:val="173B4D"/>
        </w:rPr>
        <w:t>preverjanja</w:t>
      </w:r>
      <w:proofErr w:type="spellEnd"/>
      <w:r w:rsidRPr="007F27C9">
        <w:rPr>
          <w:rFonts w:ascii="Arial" w:eastAsia="Arial" w:hAnsi="Arial"/>
          <w:color w:val="173B4D"/>
        </w:rPr>
        <w:t xml:space="preserve"> in </w:t>
      </w:r>
      <w:proofErr w:type="spellStart"/>
      <w:r w:rsidRPr="007F27C9">
        <w:rPr>
          <w:rFonts w:ascii="Arial" w:eastAsia="Arial" w:hAnsi="Arial"/>
          <w:color w:val="173B4D"/>
        </w:rPr>
        <w:t>ocenjevanja</w:t>
      </w:r>
      <w:proofErr w:type="spellEnd"/>
      <w:r w:rsidRPr="007F27C9">
        <w:rPr>
          <w:rFonts w:ascii="Arial" w:eastAsia="Arial" w:hAnsi="Arial"/>
          <w:color w:val="173B4D"/>
        </w:rPr>
        <w:t xml:space="preserve"> </w:t>
      </w:r>
      <w:proofErr w:type="spellStart"/>
      <w:r w:rsidRPr="007F27C9">
        <w:rPr>
          <w:rFonts w:ascii="Arial" w:eastAsia="Arial" w:hAnsi="Arial"/>
          <w:color w:val="173B4D"/>
        </w:rPr>
        <w:t>znanja</w:t>
      </w:r>
      <w:proofErr w:type="spellEnd"/>
    </w:p>
    <w:p w14:paraId="753662BB" w14:textId="77777777" w:rsidR="00D27883" w:rsidRDefault="00000000" w:rsidP="007F27C9">
      <w:pPr>
        <w:spacing w:after="0" w:line="252" w:lineRule="auto"/>
        <w:jc w:val="both"/>
      </w:pPr>
      <w:r>
        <w:rPr>
          <w:rFonts w:cs="Arial"/>
          <w:color w:val="34444B"/>
        </w:rPr>
        <w:t xml:space="preserve">V 1. </w:t>
      </w:r>
      <w:proofErr w:type="spellStart"/>
      <w:r>
        <w:rPr>
          <w:rFonts w:cs="Arial"/>
          <w:color w:val="34444B"/>
        </w:rPr>
        <w:t>razredu</w:t>
      </w:r>
      <w:proofErr w:type="spellEnd"/>
      <w:r>
        <w:rPr>
          <w:rFonts w:cs="Arial"/>
          <w:color w:val="34444B"/>
        </w:rPr>
        <w:t xml:space="preserve"> je </w:t>
      </w:r>
      <w:proofErr w:type="spellStart"/>
      <w:r>
        <w:rPr>
          <w:rFonts w:cs="Arial"/>
          <w:color w:val="34444B"/>
        </w:rPr>
        <w:t>ocena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opisna</w:t>
      </w:r>
      <w:proofErr w:type="spellEnd"/>
      <w:r>
        <w:rPr>
          <w:rFonts w:cs="Arial"/>
          <w:color w:val="34444B"/>
        </w:rPr>
        <w:t xml:space="preserve">. </w:t>
      </w:r>
      <w:proofErr w:type="spellStart"/>
      <w:r>
        <w:rPr>
          <w:rFonts w:cs="Arial"/>
          <w:color w:val="34444B"/>
        </w:rPr>
        <w:t>Ocenjevanje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sledi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učenju</w:t>
      </w:r>
      <w:proofErr w:type="spellEnd"/>
      <w:r>
        <w:rPr>
          <w:rFonts w:cs="Arial"/>
          <w:color w:val="34444B"/>
        </w:rPr>
        <w:t xml:space="preserve"> in </w:t>
      </w:r>
      <w:proofErr w:type="spellStart"/>
      <w:r>
        <w:rPr>
          <w:rFonts w:cs="Arial"/>
          <w:color w:val="34444B"/>
        </w:rPr>
        <w:t>predhodnemu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preverjanju</w:t>
      </w:r>
      <w:proofErr w:type="spellEnd"/>
      <w:r>
        <w:rPr>
          <w:rFonts w:cs="Arial"/>
          <w:color w:val="34444B"/>
        </w:rPr>
        <w:t xml:space="preserve">: </w:t>
      </w:r>
      <w:proofErr w:type="spellStart"/>
      <w:r>
        <w:rPr>
          <w:rFonts w:cs="Arial"/>
          <w:color w:val="34444B"/>
        </w:rPr>
        <w:t>učenec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pozna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namen</w:t>
      </w:r>
      <w:proofErr w:type="spellEnd"/>
      <w:r>
        <w:rPr>
          <w:rFonts w:cs="Arial"/>
          <w:color w:val="34444B"/>
        </w:rPr>
        <w:t xml:space="preserve"> in </w:t>
      </w:r>
      <w:proofErr w:type="spellStart"/>
      <w:r>
        <w:rPr>
          <w:rFonts w:cs="Arial"/>
          <w:color w:val="34444B"/>
        </w:rPr>
        <w:t>kriterije</w:t>
      </w:r>
      <w:proofErr w:type="spellEnd"/>
      <w:r>
        <w:rPr>
          <w:rFonts w:cs="Arial"/>
          <w:color w:val="34444B"/>
        </w:rPr>
        <w:t xml:space="preserve">, </w:t>
      </w:r>
      <w:proofErr w:type="spellStart"/>
      <w:r>
        <w:rPr>
          <w:rFonts w:cs="Arial"/>
          <w:color w:val="34444B"/>
        </w:rPr>
        <w:t>večkrat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vadi</w:t>
      </w:r>
      <w:proofErr w:type="spellEnd"/>
      <w:r>
        <w:rPr>
          <w:rFonts w:cs="Arial"/>
          <w:color w:val="34444B"/>
        </w:rPr>
        <w:t xml:space="preserve">, </w:t>
      </w:r>
      <w:proofErr w:type="spellStart"/>
      <w:r>
        <w:rPr>
          <w:rFonts w:cs="Arial"/>
          <w:color w:val="34444B"/>
        </w:rPr>
        <w:t>prejme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povratno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informacijo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ter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nato</w:t>
      </w:r>
      <w:proofErr w:type="spellEnd"/>
      <w:r>
        <w:rPr>
          <w:rFonts w:cs="Arial"/>
          <w:color w:val="34444B"/>
        </w:rPr>
        <w:t xml:space="preserve"> znanje </w:t>
      </w:r>
      <w:proofErr w:type="spellStart"/>
      <w:r>
        <w:rPr>
          <w:rFonts w:cs="Arial"/>
          <w:color w:val="34444B"/>
        </w:rPr>
        <w:t>pokaže</w:t>
      </w:r>
      <w:proofErr w:type="spellEnd"/>
      <w:r>
        <w:rPr>
          <w:rFonts w:cs="Arial"/>
          <w:color w:val="34444B"/>
        </w:rPr>
        <w:t xml:space="preserve"> na </w:t>
      </w:r>
      <w:proofErr w:type="spellStart"/>
      <w:r>
        <w:rPr>
          <w:rFonts w:cs="Arial"/>
          <w:color w:val="34444B"/>
        </w:rPr>
        <w:t>napovedan</w:t>
      </w:r>
      <w:proofErr w:type="spellEnd"/>
      <w:r>
        <w:rPr>
          <w:rFonts w:cs="Arial"/>
          <w:color w:val="34444B"/>
        </w:rPr>
        <w:t xml:space="preserve"> in </w:t>
      </w:r>
      <w:proofErr w:type="spellStart"/>
      <w:r>
        <w:rPr>
          <w:rFonts w:cs="Arial"/>
          <w:color w:val="34444B"/>
        </w:rPr>
        <w:t>razvojno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primeren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način</w:t>
      </w:r>
      <w:proofErr w:type="spellEnd"/>
      <w:r>
        <w:rPr>
          <w:rFonts w:cs="Arial"/>
          <w:color w:val="34444B"/>
        </w:rPr>
        <w:t xml:space="preserve">. Za </w:t>
      </w:r>
      <w:proofErr w:type="spellStart"/>
      <w:r>
        <w:rPr>
          <w:rFonts w:cs="Arial"/>
          <w:color w:val="34444B"/>
        </w:rPr>
        <w:t>predmet</w:t>
      </w:r>
      <w:proofErr w:type="spellEnd"/>
      <w:r>
        <w:rPr>
          <w:rFonts w:cs="Arial"/>
          <w:color w:val="34444B"/>
        </w:rPr>
        <w:t xml:space="preserve"> je </w:t>
      </w:r>
      <w:proofErr w:type="spellStart"/>
      <w:r>
        <w:rPr>
          <w:rFonts w:cs="Arial"/>
          <w:color w:val="34444B"/>
        </w:rPr>
        <w:t>načrtovanih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natanko</w:t>
      </w:r>
      <w:proofErr w:type="spellEnd"/>
      <w:r>
        <w:rPr>
          <w:rFonts w:cs="Arial"/>
          <w:color w:val="34444B"/>
        </w:rPr>
        <w:t xml:space="preserve"> 6 </w:t>
      </w:r>
      <w:proofErr w:type="spellStart"/>
      <w:r>
        <w:rPr>
          <w:rFonts w:cs="Arial"/>
          <w:color w:val="34444B"/>
        </w:rPr>
        <w:t>ocenjevalnih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situacij</w:t>
      </w:r>
      <w:proofErr w:type="spellEnd"/>
      <w:r>
        <w:rPr>
          <w:rFonts w:cs="Arial"/>
          <w:color w:val="34444B"/>
        </w:rPr>
        <w:t xml:space="preserve">: 4 </w:t>
      </w:r>
      <w:proofErr w:type="spellStart"/>
      <w:r>
        <w:rPr>
          <w:rFonts w:cs="Arial"/>
          <w:color w:val="34444B"/>
        </w:rPr>
        <w:t>ocenjevanja</w:t>
      </w:r>
      <w:proofErr w:type="spellEnd"/>
      <w:r>
        <w:rPr>
          <w:rFonts w:cs="Arial"/>
          <w:color w:val="34444B"/>
        </w:rPr>
        <w:t xml:space="preserve"> z </w:t>
      </w:r>
      <w:proofErr w:type="spellStart"/>
      <w:r>
        <w:rPr>
          <w:rFonts w:cs="Arial"/>
          <w:color w:val="34444B"/>
        </w:rPr>
        <w:t>drugimi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oblikami</w:t>
      </w:r>
      <w:proofErr w:type="spellEnd"/>
      <w:r>
        <w:rPr>
          <w:rFonts w:cs="Arial"/>
          <w:color w:val="34444B"/>
        </w:rPr>
        <w:t xml:space="preserve"> in 2 </w:t>
      </w:r>
      <w:proofErr w:type="spellStart"/>
      <w:r>
        <w:rPr>
          <w:rFonts w:cs="Arial"/>
          <w:color w:val="34444B"/>
        </w:rPr>
        <w:t>pisni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ocenjevanji</w:t>
      </w:r>
      <w:proofErr w:type="spellEnd"/>
      <w:r>
        <w:rPr>
          <w:rFonts w:cs="Arial"/>
          <w:color w:val="34444B"/>
        </w:rPr>
        <w:t xml:space="preserve">. </w:t>
      </w:r>
      <w:proofErr w:type="spellStart"/>
      <w:r>
        <w:rPr>
          <w:rFonts w:cs="Arial"/>
          <w:color w:val="34444B"/>
        </w:rPr>
        <w:t>Druge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oblike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vključujejo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poslušanje</w:t>
      </w:r>
      <w:proofErr w:type="spellEnd"/>
      <w:r>
        <w:rPr>
          <w:rFonts w:cs="Arial"/>
          <w:color w:val="34444B"/>
        </w:rPr>
        <w:t xml:space="preserve"> z </w:t>
      </w:r>
      <w:proofErr w:type="spellStart"/>
      <w:r>
        <w:rPr>
          <w:rFonts w:cs="Arial"/>
          <w:color w:val="34444B"/>
        </w:rPr>
        <w:t>razumevanjem</w:t>
      </w:r>
      <w:proofErr w:type="spellEnd"/>
      <w:r>
        <w:rPr>
          <w:rFonts w:cs="Arial"/>
          <w:color w:val="34444B"/>
        </w:rPr>
        <w:t xml:space="preserve">, </w:t>
      </w:r>
      <w:proofErr w:type="spellStart"/>
      <w:r>
        <w:rPr>
          <w:rFonts w:cs="Arial"/>
          <w:color w:val="34444B"/>
        </w:rPr>
        <w:t>ustno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pripoved</w:t>
      </w:r>
      <w:proofErr w:type="spellEnd"/>
      <w:r>
        <w:rPr>
          <w:rFonts w:cs="Arial"/>
          <w:color w:val="34444B"/>
        </w:rPr>
        <w:t xml:space="preserve">, </w:t>
      </w:r>
      <w:proofErr w:type="spellStart"/>
      <w:r>
        <w:rPr>
          <w:rFonts w:cs="Arial"/>
          <w:color w:val="34444B"/>
        </w:rPr>
        <w:t>recitacijo</w:t>
      </w:r>
      <w:proofErr w:type="spellEnd"/>
      <w:r>
        <w:rPr>
          <w:rFonts w:cs="Arial"/>
          <w:color w:val="34444B"/>
        </w:rPr>
        <w:t xml:space="preserve">, </w:t>
      </w:r>
      <w:proofErr w:type="spellStart"/>
      <w:r>
        <w:rPr>
          <w:rFonts w:cs="Arial"/>
          <w:color w:val="34444B"/>
        </w:rPr>
        <w:t>začetno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branje</w:t>
      </w:r>
      <w:proofErr w:type="spellEnd"/>
      <w:r>
        <w:rPr>
          <w:rFonts w:cs="Arial"/>
          <w:color w:val="34444B"/>
        </w:rPr>
        <w:t xml:space="preserve">, </w:t>
      </w:r>
      <w:proofErr w:type="spellStart"/>
      <w:r>
        <w:rPr>
          <w:rFonts w:cs="Arial"/>
          <w:color w:val="34444B"/>
        </w:rPr>
        <w:t>govorni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nastop</w:t>
      </w:r>
      <w:proofErr w:type="spellEnd"/>
      <w:r>
        <w:rPr>
          <w:rFonts w:cs="Arial"/>
          <w:color w:val="34444B"/>
        </w:rPr>
        <w:t xml:space="preserve"> in </w:t>
      </w:r>
      <w:proofErr w:type="spellStart"/>
      <w:r>
        <w:rPr>
          <w:rFonts w:cs="Arial"/>
          <w:color w:val="34444B"/>
        </w:rPr>
        <w:t>odziv</w:t>
      </w:r>
      <w:proofErr w:type="spellEnd"/>
      <w:r>
        <w:rPr>
          <w:rFonts w:cs="Arial"/>
          <w:color w:val="34444B"/>
        </w:rPr>
        <w:t xml:space="preserve"> na </w:t>
      </w:r>
      <w:proofErr w:type="spellStart"/>
      <w:r>
        <w:rPr>
          <w:rFonts w:cs="Arial"/>
          <w:color w:val="34444B"/>
        </w:rPr>
        <w:t>umetnostno</w:t>
      </w:r>
      <w:proofErr w:type="spellEnd"/>
      <w:r>
        <w:rPr>
          <w:rFonts w:cs="Arial"/>
          <w:color w:val="34444B"/>
        </w:rPr>
        <w:t xml:space="preserve"> ali </w:t>
      </w:r>
      <w:proofErr w:type="spellStart"/>
      <w:r>
        <w:rPr>
          <w:rFonts w:cs="Arial"/>
          <w:color w:val="34444B"/>
        </w:rPr>
        <w:t>neumetnostno</w:t>
      </w:r>
      <w:proofErr w:type="spellEnd"/>
      <w:r>
        <w:rPr>
          <w:rFonts w:cs="Arial"/>
          <w:color w:val="34444B"/>
        </w:rPr>
        <w:t xml:space="preserve"> besedilo.</w:t>
      </w:r>
    </w:p>
    <w:tbl>
      <w:tblPr>
        <w:tblW w:w="9860" w:type="dxa"/>
        <w:tblLayout w:type="fixed"/>
        <w:tblLook w:val="04A0" w:firstRow="1" w:lastRow="0" w:firstColumn="1" w:lastColumn="0" w:noHBand="0" w:noVBand="1"/>
      </w:tblPr>
      <w:tblGrid>
        <w:gridCol w:w="1050"/>
        <w:gridCol w:w="1550"/>
        <w:gridCol w:w="2300"/>
        <w:gridCol w:w="2450"/>
        <w:gridCol w:w="2510"/>
      </w:tblGrid>
      <w:tr w:rsidR="00D27883" w14:paraId="25E1FB60" w14:textId="77777777">
        <w:trPr>
          <w:cantSplit/>
          <w:tblHeader/>
        </w:trPr>
        <w:tc>
          <w:tcPr>
            <w:tcW w:w="105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F7394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2769473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ZAP.</w:t>
            </w:r>
          </w:p>
        </w:tc>
        <w:tc>
          <w:tcPr>
            <w:tcW w:w="155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F7394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A29C4A3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TEDEN / TERMIN</w:t>
            </w:r>
          </w:p>
        </w:tc>
        <w:tc>
          <w:tcPr>
            <w:tcW w:w="230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F7394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F697849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VSEBINSKI POUDARKI</w:t>
            </w:r>
          </w:p>
        </w:tc>
        <w:tc>
          <w:tcPr>
            <w:tcW w:w="245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F7394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C383E8B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NAČIN OCENJEVANJA</w:t>
            </w:r>
          </w:p>
        </w:tc>
        <w:tc>
          <w:tcPr>
            <w:tcW w:w="251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F7394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4C432E9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DOKAZI IN KRITERIJI USPEŠNOSTI</w:t>
            </w:r>
          </w:p>
        </w:tc>
      </w:tr>
      <w:tr w:rsidR="00D27883" w14:paraId="216B6FD5" w14:textId="77777777">
        <w:trPr>
          <w:cantSplit/>
        </w:trPr>
        <w:tc>
          <w:tcPr>
            <w:tcW w:w="105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975468C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</w:t>
            </w:r>
          </w:p>
        </w:tc>
        <w:tc>
          <w:tcPr>
            <w:tcW w:w="155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3205D4C" w14:textId="7D5A9B03" w:rsidR="00D27883" w:rsidRDefault="003C2538">
            <w:pPr>
              <w:spacing w:after="0" w:line="240" w:lineRule="auto"/>
            </w:pPr>
            <w:r>
              <w:rPr>
                <w:rFonts w:cs="Arial"/>
                <w:b/>
                <w:color w:val="2F7394"/>
                <w:sz w:val="14"/>
              </w:rPr>
              <w:t>9</w:t>
            </w:r>
            <w:r w:rsidR="00000000">
              <w:rPr>
                <w:rFonts w:cs="Arial"/>
                <w:b/>
                <w:color w:val="2F7394"/>
                <w:sz w:val="14"/>
              </w:rPr>
              <w:t xml:space="preserve">. </w:t>
            </w:r>
            <w:proofErr w:type="spellStart"/>
            <w:r w:rsidR="00000000">
              <w:rPr>
                <w:rFonts w:cs="Arial"/>
                <w:b/>
                <w:color w:val="2F7394"/>
                <w:sz w:val="14"/>
              </w:rPr>
              <w:t>teden</w:t>
            </w:r>
            <w:proofErr w:type="spellEnd"/>
            <w:r w:rsidR="00000000">
              <w:rPr>
                <w:rFonts w:cs="Arial"/>
                <w:b/>
                <w:color w:val="2F7394"/>
                <w:sz w:val="14"/>
              </w:rPr>
              <w:br/>
            </w:r>
            <w:r>
              <w:rPr>
                <w:rFonts w:cs="Arial"/>
                <w:b/>
                <w:color w:val="2F7394"/>
                <w:sz w:val="14"/>
              </w:rPr>
              <w:t>26</w:t>
            </w:r>
            <w:r w:rsidR="00000000">
              <w:rPr>
                <w:rFonts w:cs="Arial"/>
                <w:b/>
                <w:color w:val="2F7394"/>
                <w:sz w:val="14"/>
              </w:rPr>
              <w:t>.–</w:t>
            </w:r>
            <w:r>
              <w:rPr>
                <w:rFonts w:cs="Arial"/>
                <w:b/>
                <w:color w:val="2F7394"/>
                <w:sz w:val="14"/>
              </w:rPr>
              <w:t xml:space="preserve"> </w:t>
            </w:r>
            <w:r w:rsidR="00000000">
              <w:rPr>
                <w:rFonts w:cs="Arial"/>
                <w:b/>
                <w:color w:val="2F7394"/>
                <w:sz w:val="14"/>
              </w:rPr>
              <w:t>3</w:t>
            </w:r>
            <w:r>
              <w:rPr>
                <w:rFonts w:cs="Arial"/>
                <w:b/>
                <w:color w:val="2F7394"/>
                <w:sz w:val="14"/>
              </w:rPr>
              <w:t>0</w:t>
            </w:r>
            <w:r w:rsidR="00000000">
              <w:rPr>
                <w:rFonts w:cs="Arial"/>
                <w:b/>
                <w:color w:val="2F7394"/>
                <w:sz w:val="14"/>
              </w:rPr>
              <w:t>. 10. 2026</w:t>
            </w:r>
          </w:p>
        </w:tc>
        <w:tc>
          <w:tcPr>
            <w:tcW w:w="230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BA810CB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4"/>
              </w:rPr>
              <w:t>Poslušanje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z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razumevanjem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govorno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izražanje</w:t>
            </w:r>
            <w:proofErr w:type="spellEnd"/>
          </w:p>
        </w:tc>
        <w:tc>
          <w:tcPr>
            <w:tcW w:w="245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998E99B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 xml:space="preserve">DRUGE OBLIKE: </w:t>
            </w:r>
            <w:proofErr w:type="spellStart"/>
            <w:r>
              <w:rPr>
                <w:rFonts w:cs="Arial"/>
                <w:color w:val="34444B"/>
                <w:sz w:val="14"/>
              </w:rPr>
              <w:t>ustna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pripoved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slikovni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opori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sledenje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navodilu</w:t>
            </w:r>
            <w:proofErr w:type="spellEnd"/>
          </w:p>
        </w:tc>
        <w:tc>
          <w:tcPr>
            <w:tcW w:w="251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A469915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Učenec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/-ka </w:t>
            </w:r>
            <w:proofErr w:type="spellStart"/>
            <w:r>
              <w:rPr>
                <w:rFonts w:cs="Arial"/>
                <w:color w:val="34444B"/>
                <w:sz w:val="14"/>
              </w:rPr>
              <w:t>pozorno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posluša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ravna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po </w:t>
            </w:r>
            <w:proofErr w:type="spellStart"/>
            <w:r>
              <w:rPr>
                <w:rFonts w:cs="Arial"/>
                <w:color w:val="34444B"/>
                <w:sz w:val="14"/>
              </w:rPr>
              <w:t>navodilu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ob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slikah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smiselno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obnovi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dogodek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ter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tvori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razumljive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povedi</w:t>
            </w:r>
            <w:proofErr w:type="spellEnd"/>
            <w:r>
              <w:rPr>
                <w:rFonts w:cs="Arial"/>
                <w:color w:val="34444B"/>
                <w:sz w:val="14"/>
              </w:rPr>
              <w:t>.</w:t>
            </w:r>
          </w:p>
        </w:tc>
      </w:tr>
      <w:tr w:rsidR="00D27883" w14:paraId="6DF16653" w14:textId="77777777">
        <w:trPr>
          <w:cantSplit/>
        </w:trPr>
        <w:tc>
          <w:tcPr>
            <w:tcW w:w="1050" w:type="dxa"/>
            <w:shd w:val="clear" w:color="auto" w:fill="F1F5F6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1ADF082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</w:t>
            </w:r>
          </w:p>
        </w:tc>
        <w:tc>
          <w:tcPr>
            <w:tcW w:w="1550" w:type="dxa"/>
            <w:shd w:val="clear" w:color="auto" w:fill="F1F5F6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8F0728E" w14:textId="73A7C22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2F7394"/>
                <w:sz w:val="14"/>
              </w:rPr>
              <w:t>1</w:t>
            </w:r>
            <w:r w:rsidR="003C2538">
              <w:rPr>
                <w:rFonts w:cs="Arial"/>
                <w:b/>
                <w:color w:val="2F7394"/>
                <w:sz w:val="14"/>
              </w:rPr>
              <w:t>5</w:t>
            </w:r>
            <w:r>
              <w:rPr>
                <w:rFonts w:cs="Arial"/>
                <w:b/>
                <w:color w:val="2F7394"/>
                <w:sz w:val="14"/>
              </w:rPr>
              <w:t xml:space="preserve">. </w:t>
            </w:r>
            <w:proofErr w:type="spellStart"/>
            <w:r>
              <w:rPr>
                <w:rFonts w:cs="Arial"/>
                <w:b/>
                <w:color w:val="2F7394"/>
                <w:sz w:val="14"/>
              </w:rPr>
              <w:t>teden</w:t>
            </w:r>
            <w:proofErr w:type="spellEnd"/>
            <w:r>
              <w:rPr>
                <w:rFonts w:cs="Arial"/>
                <w:b/>
                <w:color w:val="2F7394"/>
                <w:sz w:val="14"/>
              </w:rPr>
              <w:br/>
            </w:r>
            <w:r w:rsidR="003C2538">
              <w:rPr>
                <w:rFonts w:cs="Arial"/>
                <w:b/>
                <w:color w:val="2F7394"/>
                <w:sz w:val="14"/>
              </w:rPr>
              <w:t>14</w:t>
            </w:r>
            <w:r>
              <w:rPr>
                <w:rFonts w:cs="Arial"/>
                <w:b/>
                <w:color w:val="2F7394"/>
                <w:sz w:val="14"/>
              </w:rPr>
              <w:t>.–</w:t>
            </w:r>
            <w:r w:rsidR="003C2538">
              <w:rPr>
                <w:rFonts w:cs="Arial"/>
                <w:b/>
                <w:color w:val="2F7394"/>
                <w:sz w:val="14"/>
              </w:rPr>
              <w:t>18</w:t>
            </w:r>
            <w:r>
              <w:rPr>
                <w:rFonts w:cs="Arial"/>
                <w:b/>
                <w:color w:val="2F7394"/>
                <w:sz w:val="14"/>
              </w:rPr>
              <w:t>. 12. 2026</w:t>
            </w:r>
          </w:p>
        </w:tc>
        <w:tc>
          <w:tcPr>
            <w:tcW w:w="2300" w:type="dxa"/>
            <w:shd w:val="clear" w:color="auto" w:fill="F1F5F6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B67AECB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4"/>
              </w:rPr>
              <w:t>Govorno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izražanje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recitacija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prve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črke</w:t>
            </w:r>
          </w:p>
        </w:tc>
        <w:tc>
          <w:tcPr>
            <w:tcW w:w="2450" w:type="dxa"/>
            <w:shd w:val="clear" w:color="auto" w:fill="F1F5F6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3A9694E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 xml:space="preserve">DRUGE OBLIKE: </w:t>
            </w:r>
            <w:proofErr w:type="spellStart"/>
            <w:r>
              <w:rPr>
                <w:rFonts w:cs="Arial"/>
                <w:color w:val="34444B"/>
                <w:sz w:val="14"/>
              </w:rPr>
              <w:t>kratek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govorni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nastop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4"/>
              </w:rPr>
              <w:t>recitacija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ter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individualni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510" w:type="dxa"/>
            <w:shd w:val="clear" w:color="auto" w:fill="F1F5F6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5399AB8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Učenec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/-ka </w:t>
            </w:r>
            <w:proofErr w:type="spellStart"/>
            <w:r>
              <w:rPr>
                <w:rFonts w:cs="Arial"/>
                <w:color w:val="34444B"/>
                <w:sz w:val="14"/>
              </w:rPr>
              <w:t>govori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razločno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smiselno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doživeto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recitira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4"/>
              </w:rPr>
              <w:t>predstavi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kratko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sporočilo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posluša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sogovorca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ter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prepozna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obravnavane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črke.</w:t>
            </w:r>
          </w:p>
        </w:tc>
      </w:tr>
      <w:tr w:rsidR="00D27883" w14:paraId="34830717" w14:textId="77777777">
        <w:trPr>
          <w:cantSplit/>
        </w:trPr>
        <w:tc>
          <w:tcPr>
            <w:tcW w:w="105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0EF640E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  <w:tc>
          <w:tcPr>
            <w:tcW w:w="155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5ADE481F" w14:textId="48D54BB5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2F7394"/>
                <w:sz w:val="14"/>
              </w:rPr>
              <w:t>2</w:t>
            </w:r>
            <w:r w:rsidR="003C2538">
              <w:rPr>
                <w:rFonts w:cs="Arial"/>
                <w:b/>
                <w:color w:val="2F7394"/>
                <w:sz w:val="14"/>
              </w:rPr>
              <w:t>2</w:t>
            </w:r>
            <w:r>
              <w:rPr>
                <w:rFonts w:cs="Arial"/>
                <w:b/>
                <w:color w:val="2F7394"/>
                <w:sz w:val="14"/>
              </w:rPr>
              <w:t xml:space="preserve">. </w:t>
            </w:r>
            <w:proofErr w:type="spellStart"/>
            <w:r>
              <w:rPr>
                <w:rFonts w:cs="Arial"/>
                <w:b/>
                <w:color w:val="2F7394"/>
                <w:sz w:val="14"/>
              </w:rPr>
              <w:t>teden</w:t>
            </w:r>
            <w:proofErr w:type="spellEnd"/>
            <w:r>
              <w:rPr>
                <w:rFonts w:cs="Arial"/>
                <w:b/>
                <w:color w:val="2F7394"/>
                <w:sz w:val="14"/>
              </w:rPr>
              <w:br/>
            </w:r>
            <w:r w:rsidR="003C2538">
              <w:rPr>
                <w:rFonts w:cs="Arial"/>
                <w:b/>
                <w:color w:val="2F7394"/>
                <w:sz w:val="14"/>
              </w:rPr>
              <w:t>9</w:t>
            </w:r>
            <w:r>
              <w:rPr>
                <w:rFonts w:cs="Arial"/>
                <w:b/>
                <w:color w:val="2F7394"/>
                <w:sz w:val="14"/>
              </w:rPr>
              <w:t>.–1</w:t>
            </w:r>
            <w:r w:rsidR="003C2538">
              <w:rPr>
                <w:rFonts w:cs="Arial"/>
                <w:b/>
                <w:color w:val="2F7394"/>
                <w:sz w:val="14"/>
              </w:rPr>
              <w:t>2</w:t>
            </w:r>
            <w:r>
              <w:rPr>
                <w:rFonts w:cs="Arial"/>
                <w:b/>
                <w:color w:val="2F7394"/>
                <w:sz w:val="14"/>
              </w:rPr>
              <w:t>. 2. 2027</w:t>
            </w:r>
          </w:p>
        </w:tc>
        <w:tc>
          <w:tcPr>
            <w:tcW w:w="230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C81C1B4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4"/>
              </w:rPr>
              <w:t>Glasovno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zavedanje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prvih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17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črk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ter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začetno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branje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pisanje</w:t>
            </w:r>
            <w:proofErr w:type="spellEnd"/>
          </w:p>
        </w:tc>
        <w:tc>
          <w:tcPr>
            <w:tcW w:w="245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8F0D435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 xml:space="preserve">PISNO OCENJEVANJE ZNANJA in </w:t>
            </w:r>
            <w:proofErr w:type="spellStart"/>
            <w:r>
              <w:rPr>
                <w:rFonts w:cs="Arial"/>
                <w:color w:val="34444B"/>
                <w:sz w:val="14"/>
              </w:rPr>
              <w:t>analiza</w:t>
            </w:r>
            <w:proofErr w:type="spellEnd"/>
          </w:p>
        </w:tc>
        <w:tc>
          <w:tcPr>
            <w:tcW w:w="251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A09C97A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Učenec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/-ka </w:t>
            </w:r>
            <w:proofErr w:type="spellStart"/>
            <w:r>
              <w:rPr>
                <w:rFonts w:cs="Arial"/>
                <w:color w:val="34444B"/>
                <w:sz w:val="14"/>
              </w:rPr>
              <w:t>poveže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dopolni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zloge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kratke </w:t>
            </w:r>
            <w:proofErr w:type="spellStart"/>
            <w:r>
              <w:rPr>
                <w:rFonts w:cs="Arial"/>
                <w:color w:val="34444B"/>
                <w:sz w:val="14"/>
              </w:rPr>
              <w:t>besede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4"/>
              </w:rPr>
              <w:t>obravnavanimi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črkami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ter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prebere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preproste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besede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4"/>
              </w:rPr>
              <w:t>povedi</w:t>
            </w:r>
            <w:proofErr w:type="spellEnd"/>
            <w:r>
              <w:rPr>
                <w:rFonts w:cs="Arial"/>
                <w:color w:val="34444B"/>
                <w:sz w:val="14"/>
              </w:rPr>
              <w:t>.</w:t>
            </w:r>
          </w:p>
        </w:tc>
      </w:tr>
      <w:tr w:rsidR="00D27883" w14:paraId="1A0F0024" w14:textId="77777777">
        <w:trPr>
          <w:cantSplit/>
        </w:trPr>
        <w:tc>
          <w:tcPr>
            <w:tcW w:w="1050" w:type="dxa"/>
            <w:shd w:val="clear" w:color="auto" w:fill="F1F5F6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1B3D8EC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4</w:t>
            </w:r>
          </w:p>
        </w:tc>
        <w:tc>
          <w:tcPr>
            <w:tcW w:w="1550" w:type="dxa"/>
            <w:shd w:val="clear" w:color="auto" w:fill="F1F5F6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B9587DD" w14:textId="3AA9247C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2F7394"/>
                <w:sz w:val="14"/>
              </w:rPr>
              <w:t>2</w:t>
            </w:r>
            <w:r w:rsidR="003C2538">
              <w:rPr>
                <w:rFonts w:cs="Arial"/>
                <w:b/>
                <w:color w:val="2F7394"/>
                <w:sz w:val="14"/>
              </w:rPr>
              <w:t>8</w:t>
            </w:r>
            <w:r>
              <w:rPr>
                <w:rFonts w:cs="Arial"/>
                <w:b/>
                <w:color w:val="2F7394"/>
                <w:sz w:val="14"/>
              </w:rPr>
              <w:t xml:space="preserve">. </w:t>
            </w:r>
            <w:proofErr w:type="spellStart"/>
            <w:r>
              <w:rPr>
                <w:rFonts w:cs="Arial"/>
                <w:b/>
                <w:color w:val="2F7394"/>
                <w:sz w:val="14"/>
              </w:rPr>
              <w:t>teden</w:t>
            </w:r>
            <w:proofErr w:type="spellEnd"/>
            <w:r>
              <w:rPr>
                <w:rFonts w:cs="Arial"/>
                <w:b/>
                <w:color w:val="2F7394"/>
                <w:sz w:val="14"/>
              </w:rPr>
              <w:br/>
            </w:r>
            <w:r w:rsidR="003C2538">
              <w:rPr>
                <w:rFonts w:cs="Arial"/>
                <w:b/>
                <w:color w:val="2F7394"/>
                <w:sz w:val="14"/>
              </w:rPr>
              <w:t>30. 3..</w:t>
            </w:r>
            <w:r>
              <w:rPr>
                <w:rFonts w:cs="Arial"/>
                <w:b/>
                <w:color w:val="2F7394"/>
                <w:sz w:val="14"/>
              </w:rPr>
              <w:t>–</w:t>
            </w:r>
            <w:r w:rsidR="003C2538">
              <w:rPr>
                <w:rFonts w:cs="Arial"/>
                <w:b/>
                <w:color w:val="2F7394"/>
                <w:sz w:val="14"/>
              </w:rPr>
              <w:t>2</w:t>
            </w:r>
            <w:r>
              <w:rPr>
                <w:rFonts w:cs="Arial"/>
                <w:b/>
                <w:color w:val="2F7394"/>
                <w:sz w:val="14"/>
              </w:rPr>
              <w:t>. 4. 2027</w:t>
            </w:r>
          </w:p>
        </w:tc>
        <w:tc>
          <w:tcPr>
            <w:tcW w:w="2300" w:type="dxa"/>
            <w:shd w:val="clear" w:color="auto" w:fill="F1F5F6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289F09F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4"/>
              </w:rPr>
              <w:t>Sprejemanje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neumetnostnega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besedila in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pridobivanje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podatkov</w:t>
            </w:r>
            <w:proofErr w:type="spellEnd"/>
          </w:p>
        </w:tc>
        <w:tc>
          <w:tcPr>
            <w:tcW w:w="2450" w:type="dxa"/>
            <w:shd w:val="clear" w:color="auto" w:fill="F1F5F6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0E0B43F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 xml:space="preserve">DRUGE OBLIKE: </w:t>
            </w:r>
            <w:proofErr w:type="spellStart"/>
            <w:r>
              <w:rPr>
                <w:rFonts w:cs="Arial"/>
                <w:color w:val="34444B"/>
                <w:sz w:val="14"/>
              </w:rPr>
              <w:t>branje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4"/>
              </w:rPr>
              <w:t>poslušanje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kratkega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besedila in </w:t>
            </w:r>
            <w:proofErr w:type="spellStart"/>
            <w:r>
              <w:rPr>
                <w:rFonts w:cs="Arial"/>
                <w:color w:val="34444B"/>
                <w:sz w:val="14"/>
              </w:rPr>
              <w:t>ustni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odziv</w:t>
            </w:r>
            <w:proofErr w:type="spellEnd"/>
          </w:p>
        </w:tc>
        <w:tc>
          <w:tcPr>
            <w:tcW w:w="2510" w:type="dxa"/>
            <w:shd w:val="clear" w:color="auto" w:fill="F1F5F6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76F7602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Učenec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/-ka </w:t>
            </w:r>
            <w:proofErr w:type="spellStart"/>
            <w:r>
              <w:rPr>
                <w:rFonts w:cs="Arial"/>
                <w:color w:val="34444B"/>
                <w:sz w:val="14"/>
              </w:rPr>
              <w:t>razume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kratko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informacijsko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besedilo </w:t>
            </w:r>
            <w:proofErr w:type="spellStart"/>
            <w:r>
              <w:rPr>
                <w:rFonts w:cs="Arial"/>
                <w:color w:val="34444B"/>
                <w:sz w:val="14"/>
              </w:rPr>
              <w:t>ob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sliki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poišče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očiten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podatek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razlikuje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zapisano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od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svojega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mnenja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ter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ustno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poroča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o </w:t>
            </w:r>
            <w:proofErr w:type="spellStart"/>
            <w:r>
              <w:rPr>
                <w:rFonts w:cs="Arial"/>
                <w:color w:val="34444B"/>
                <w:sz w:val="14"/>
              </w:rPr>
              <w:t>ugotovitvi</w:t>
            </w:r>
            <w:proofErr w:type="spellEnd"/>
            <w:r>
              <w:rPr>
                <w:rFonts w:cs="Arial"/>
                <w:color w:val="34444B"/>
                <w:sz w:val="14"/>
              </w:rPr>
              <w:t>.</w:t>
            </w:r>
          </w:p>
        </w:tc>
      </w:tr>
      <w:tr w:rsidR="00D27883" w14:paraId="0E2D6C00" w14:textId="77777777">
        <w:trPr>
          <w:cantSplit/>
        </w:trPr>
        <w:tc>
          <w:tcPr>
            <w:tcW w:w="105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4C852E82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5</w:t>
            </w:r>
          </w:p>
        </w:tc>
        <w:tc>
          <w:tcPr>
            <w:tcW w:w="155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2C560B5E" w14:textId="75434B8F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  <w:r w:rsidR="003C2538">
              <w:rPr>
                <w:rFonts w:cs="Arial"/>
                <w:b/>
                <w:color w:val="2F7394"/>
                <w:sz w:val="14"/>
              </w:rPr>
              <w:t>1</w:t>
            </w:r>
            <w:r>
              <w:rPr>
                <w:rFonts w:cs="Arial"/>
                <w:b/>
                <w:color w:val="2F7394"/>
                <w:sz w:val="14"/>
              </w:rPr>
              <w:t xml:space="preserve">. </w:t>
            </w:r>
            <w:proofErr w:type="spellStart"/>
            <w:r>
              <w:rPr>
                <w:rFonts w:cs="Arial"/>
                <w:b/>
                <w:color w:val="2F7394"/>
                <w:sz w:val="14"/>
              </w:rPr>
              <w:t>teden</w:t>
            </w:r>
            <w:proofErr w:type="spellEnd"/>
            <w:r>
              <w:rPr>
                <w:rFonts w:cs="Arial"/>
                <w:b/>
                <w:color w:val="2F7394"/>
                <w:sz w:val="14"/>
              </w:rPr>
              <w:br/>
            </w:r>
            <w:r w:rsidR="003C2538">
              <w:rPr>
                <w:rFonts w:cs="Arial"/>
                <w:b/>
                <w:color w:val="2F7394"/>
                <w:sz w:val="14"/>
              </w:rPr>
              <w:t>19</w:t>
            </w:r>
            <w:r>
              <w:rPr>
                <w:rFonts w:cs="Arial"/>
                <w:b/>
                <w:color w:val="2F7394"/>
                <w:sz w:val="14"/>
              </w:rPr>
              <w:t>.–2</w:t>
            </w:r>
            <w:r w:rsidR="003C2538">
              <w:rPr>
                <w:rFonts w:cs="Arial"/>
                <w:b/>
                <w:color w:val="2F7394"/>
                <w:sz w:val="14"/>
              </w:rPr>
              <w:t>3</w:t>
            </w:r>
            <w:r>
              <w:rPr>
                <w:rFonts w:cs="Arial"/>
                <w:b/>
                <w:color w:val="2F7394"/>
                <w:sz w:val="14"/>
              </w:rPr>
              <w:t xml:space="preserve">. </w:t>
            </w:r>
            <w:r w:rsidR="003C2538">
              <w:rPr>
                <w:rFonts w:cs="Arial"/>
                <w:b/>
                <w:color w:val="2F7394"/>
                <w:sz w:val="14"/>
              </w:rPr>
              <w:t>4</w:t>
            </w:r>
            <w:r>
              <w:rPr>
                <w:rFonts w:cs="Arial"/>
                <w:b/>
                <w:color w:val="2F7394"/>
                <w:sz w:val="14"/>
              </w:rPr>
              <w:t>. 2027</w:t>
            </w:r>
          </w:p>
        </w:tc>
        <w:tc>
          <w:tcPr>
            <w:tcW w:w="230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BFEDC54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4"/>
              </w:rPr>
              <w:t>Govorni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nastop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ob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slikovni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oziroma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stvarni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opori</w:t>
            </w:r>
            <w:proofErr w:type="spellEnd"/>
          </w:p>
        </w:tc>
        <w:tc>
          <w:tcPr>
            <w:tcW w:w="245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B5771C8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 xml:space="preserve">DRUGE OBLIKE: </w:t>
            </w:r>
            <w:proofErr w:type="spellStart"/>
            <w:r>
              <w:rPr>
                <w:rFonts w:cs="Arial"/>
                <w:color w:val="34444B"/>
                <w:sz w:val="14"/>
              </w:rPr>
              <w:t>pripravljen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govorni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nastop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pogovor</w:t>
            </w:r>
            <w:proofErr w:type="spellEnd"/>
          </w:p>
        </w:tc>
        <w:tc>
          <w:tcPr>
            <w:tcW w:w="2510" w:type="dxa"/>
            <w:shd w:val="clear" w:color="auto" w:fill="FFFFFF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64B4FBD1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Učenec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/-ka </w:t>
            </w:r>
            <w:proofErr w:type="spellStart"/>
            <w:r>
              <w:rPr>
                <w:rFonts w:cs="Arial"/>
                <w:color w:val="34444B"/>
                <w:sz w:val="14"/>
              </w:rPr>
              <w:t>smiselno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razločno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predstavi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izbrani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kraj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pot ali </w:t>
            </w:r>
            <w:proofErr w:type="spellStart"/>
            <w:r>
              <w:rPr>
                <w:rFonts w:cs="Arial"/>
                <w:color w:val="34444B"/>
                <w:sz w:val="14"/>
              </w:rPr>
              <w:t>doživetje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uporablja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ustrezno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besedišče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ohranja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zaporedje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ter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odgovori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na </w:t>
            </w:r>
            <w:proofErr w:type="spellStart"/>
            <w:r>
              <w:rPr>
                <w:rFonts w:cs="Arial"/>
                <w:color w:val="34444B"/>
                <w:sz w:val="14"/>
              </w:rPr>
              <w:t>vprašanje</w:t>
            </w:r>
            <w:proofErr w:type="spellEnd"/>
            <w:r>
              <w:rPr>
                <w:rFonts w:cs="Arial"/>
                <w:color w:val="34444B"/>
                <w:sz w:val="14"/>
              </w:rPr>
              <w:t>.</w:t>
            </w:r>
          </w:p>
        </w:tc>
      </w:tr>
      <w:tr w:rsidR="00D27883" w14:paraId="57C5301C" w14:textId="77777777">
        <w:trPr>
          <w:cantSplit/>
        </w:trPr>
        <w:tc>
          <w:tcPr>
            <w:tcW w:w="1050" w:type="dxa"/>
            <w:shd w:val="clear" w:color="auto" w:fill="F1F5F6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7F950520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6</w:t>
            </w:r>
          </w:p>
        </w:tc>
        <w:tc>
          <w:tcPr>
            <w:tcW w:w="1550" w:type="dxa"/>
            <w:shd w:val="clear" w:color="auto" w:fill="F1F5F6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12F2A79F" w14:textId="45662986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  <w:r w:rsidR="003C2538">
              <w:rPr>
                <w:rFonts w:cs="Arial"/>
                <w:b/>
                <w:color w:val="2F7394"/>
                <w:sz w:val="14"/>
              </w:rPr>
              <w:t>6</w:t>
            </w:r>
            <w:r>
              <w:rPr>
                <w:rFonts w:cs="Arial"/>
                <w:b/>
                <w:color w:val="2F7394"/>
                <w:sz w:val="14"/>
              </w:rPr>
              <w:t xml:space="preserve">. </w:t>
            </w:r>
            <w:proofErr w:type="spellStart"/>
            <w:r>
              <w:rPr>
                <w:rFonts w:cs="Arial"/>
                <w:b/>
                <w:color w:val="2F7394"/>
                <w:sz w:val="14"/>
              </w:rPr>
              <w:t>teden</w:t>
            </w:r>
            <w:proofErr w:type="spellEnd"/>
            <w:r>
              <w:rPr>
                <w:rFonts w:cs="Arial"/>
                <w:b/>
                <w:color w:val="2F7394"/>
                <w:sz w:val="14"/>
              </w:rPr>
              <w:br/>
            </w:r>
            <w:r w:rsidR="003C2538">
              <w:rPr>
                <w:rFonts w:cs="Arial"/>
                <w:b/>
                <w:color w:val="2F7394"/>
                <w:sz w:val="14"/>
              </w:rPr>
              <w:t xml:space="preserve">31. 5. </w:t>
            </w:r>
            <w:r>
              <w:rPr>
                <w:rFonts w:cs="Arial"/>
                <w:b/>
                <w:color w:val="2F7394"/>
                <w:sz w:val="14"/>
              </w:rPr>
              <w:t>.–</w:t>
            </w:r>
            <w:r w:rsidR="003C2538">
              <w:rPr>
                <w:rFonts w:cs="Arial"/>
                <w:b/>
                <w:color w:val="2F7394"/>
                <w:sz w:val="14"/>
              </w:rPr>
              <w:t xml:space="preserve"> 4</w:t>
            </w:r>
            <w:r>
              <w:rPr>
                <w:rFonts w:cs="Arial"/>
                <w:b/>
                <w:color w:val="2F7394"/>
                <w:sz w:val="14"/>
              </w:rPr>
              <w:t>. 6. 2027</w:t>
            </w:r>
          </w:p>
        </w:tc>
        <w:tc>
          <w:tcPr>
            <w:tcW w:w="2300" w:type="dxa"/>
            <w:shd w:val="clear" w:color="auto" w:fill="F1F5F6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2153025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4"/>
              </w:rPr>
              <w:t>Bralno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razumevanje in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pisno</w:t>
            </w:r>
            <w:proofErr w:type="spellEnd"/>
            <w:r>
              <w:rPr>
                <w:rFonts w:cs="Arial"/>
                <w:b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4"/>
              </w:rPr>
              <w:t>izražanje</w:t>
            </w:r>
            <w:proofErr w:type="spellEnd"/>
          </w:p>
        </w:tc>
        <w:tc>
          <w:tcPr>
            <w:tcW w:w="2450" w:type="dxa"/>
            <w:shd w:val="clear" w:color="auto" w:fill="F1F5F6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01E4A375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 xml:space="preserve">PISNO OCENJEVANJE ZNANJA in </w:t>
            </w:r>
            <w:proofErr w:type="spellStart"/>
            <w:r>
              <w:rPr>
                <w:rFonts w:cs="Arial"/>
                <w:color w:val="34444B"/>
                <w:sz w:val="14"/>
              </w:rPr>
              <w:t>analiza</w:t>
            </w:r>
            <w:proofErr w:type="spellEnd"/>
          </w:p>
        </w:tc>
        <w:tc>
          <w:tcPr>
            <w:tcW w:w="2510" w:type="dxa"/>
            <w:shd w:val="clear" w:color="auto" w:fill="F1F5F6"/>
            <w:tcMar>
              <w:top w:w="65" w:type="dxa"/>
              <w:left w:w="75" w:type="dxa"/>
              <w:bottom w:w="65" w:type="dxa"/>
              <w:right w:w="75" w:type="dxa"/>
            </w:tcMar>
            <w:vAlign w:val="center"/>
          </w:tcPr>
          <w:p w14:paraId="3B5F72D5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Učenec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/-ka </w:t>
            </w:r>
            <w:proofErr w:type="spellStart"/>
            <w:r>
              <w:rPr>
                <w:rFonts w:cs="Arial"/>
                <w:color w:val="34444B"/>
                <w:sz w:val="14"/>
              </w:rPr>
              <w:t>prebere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kratko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besedilo, </w:t>
            </w:r>
            <w:proofErr w:type="spellStart"/>
            <w:r>
              <w:rPr>
                <w:rFonts w:cs="Arial"/>
                <w:color w:val="34444B"/>
                <w:sz w:val="14"/>
              </w:rPr>
              <w:t>poišče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očiten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podatek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eno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4"/>
              </w:rPr>
              <w:t>več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smiselnih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povedi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ter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uporabi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veliko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začetnico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ustrezno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končno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ločilo</w:t>
            </w:r>
            <w:proofErr w:type="spellEnd"/>
            <w:r>
              <w:rPr>
                <w:rFonts w:cs="Arial"/>
                <w:color w:val="34444B"/>
                <w:sz w:val="14"/>
              </w:rPr>
              <w:t>.</w:t>
            </w:r>
          </w:p>
        </w:tc>
      </w:tr>
    </w:tbl>
    <w:p w14:paraId="42D39975" w14:textId="77777777" w:rsidR="00D27883" w:rsidRDefault="00D27883">
      <w:pPr>
        <w:sectPr w:rsidR="00D27883" w:rsidSect="007F27C9">
          <w:headerReference w:type="first" r:id="rId8"/>
          <w:pgSz w:w="11906" w:h="16838"/>
          <w:pgMar w:top="709" w:right="1020" w:bottom="964" w:left="1020" w:header="340" w:footer="397" w:gutter="0"/>
          <w:cols w:space="720"/>
          <w:titlePg/>
          <w:docGrid w:linePitch="360"/>
        </w:sectPr>
      </w:pPr>
    </w:p>
    <w:p w14:paraId="4AB2FDF0" w14:textId="77777777" w:rsidR="00D27883" w:rsidRDefault="00000000">
      <w:pPr>
        <w:pStyle w:val="Naslov2"/>
        <w:spacing w:before="80" w:after="60"/>
      </w:pPr>
      <w:r>
        <w:rPr>
          <w:rFonts w:ascii="Arial" w:eastAsia="Arial" w:hAnsi="Arial"/>
          <w:color w:val="2E6D8E"/>
          <w:sz w:val="24"/>
        </w:rPr>
        <w:lastRenderedPageBreak/>
        <w:t xml:space="preserve">2.1 </w:t>
      </w:r>
      <w:proofErr w:type="spellStart"/>
      <w:r>
        <w:rPr>
          <w:rFonts w:ascii="Arial" w:eastAsia="Arial" w:hAnsi="Arial"/>
          <w:color w:val="2E6D8E"/>
          <w:sz w:val="24"/>
        </w:rPr>
        <w:t>Splošni</w:t>
      </w:r>
      <w:proofErr w:type="spellEnd"/>
      <w:r>
        <w:rPr>
          <w:rFonts w:ascii="Arial" w:eastAsia="Arial" w:hAnsi="Arial"/>
          <w:color w:val="2E6D8E"/>
          <w:sz w:val="24"/>
        </w:rPr>
        <w:t xml:space="preserve"> </w:t>
      </w:r>
      <w:proofErr w:type="spellStart"/>
      <w:r>
        <w:rPr>
          <w:rFonts w:ascii="Arial" w:eastAsia="Arial" w:hAnsi="Arial"/>
          <w:color w:val="2E6D8E"/>
          <w:sz w:val="24"/>
        </w:rPr>
        <w:t>opisni</w:t>
      </w:r>
      <w:proofErr w:type="spellEnd"/>
      <w:r>
        <w:rPr>
          <w:rFonts w:ascii="Arial" w:eastAsia="Arial" w:hAnsi="Arial"/>
          <w:color w:val="2E6D8E"/>
          <w:sz w:val="24"/>
        </w:rPr>
        <w:t xml:space="preserve"> </w:t>
      </w:r>
      <w:proofErr w:type="spellStart"/>
      <w:r>
        <w:rPr>
          <w:rFonts w:ascii="Arial" w:eastAsia="Arial" w:hAnsi="Arial"/>
          <w:color w:val="2E6D8E"/>
          <w:sz w:val="24"/>
        </w:rPr>
        <w:t>kriteriji</w:t>
      </w:r>
      <w:proofErr w:type="spellEnd"/>
    </w:p>
    <w:tbl>
      <w:tblPr>
        <w:tblW w:w="15380" w:type="dxa"/>
        <w:jc w:val="center"/>
        <w:tblLayout w:type="fixed"/>
        <w:tblLook w:val="04A0" w:firstRow="1" w:lastRow="0" w:firstColumn="1" w:lastColumn="0" w:noHBand="0" w:noVBand="1"/>
      </w:tblPr>
      <w:tblGrid>
        <w:gridCol w:w="2400"/>
        <w:gridCol w:w="6600"/>
        <w:gridCol w:w="6380"/>
      </w:tblGrid>
      <w:tr w:rsidR="00D27883" w14:paraId="3C3EAE04" w14:textId="77777777">
        <w:trPr>
          <w:jc w:val="center"/>
        </w:trPr>
        <w:tc>
          <w:tcPr>
            <w:tcW w:w="240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C4B142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4"/>
              </w:rPr>
              <w:t>RAVEN DOSEGANJA</w:t>
            </w:r>
          </w:p>
        </w:tc>
        <w:tc>
          <w:tcPr>
            <w:tcW w:w="660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D11F59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4"/>
              </w:rPr>
              <w:t>OPIS</w:t>
            </w:r>
          </w:p>
        </w:tc>
        <w:tc>
          <w:tcPr>
            <w:tcW w:w="638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AC622A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4"/>
              </w:rPr>
              <w:t>UČITELJEV NASLEDNJI KORAK</w:t>
            </w:r>
          </w:p>
        </w:tc>
      </w:tr>
      <w:tr w:rsidR="00D27883" w14:paraId="6ED190F9" w14:textId="77777777">
        <w:trPr>
          <w:cantSplit/>
          <w:jc w:val="center"/>
        </w:trPr>
        <w:tc>
          <w:tcPr>
            <w:tcW w:w="24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0D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A6913D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4"/>
              </w:rPr>
              <w:t>DOSEGA</w:t>
            </w:r>
          </w:p>
        </w:tc>
        <w:tc>
          <w:tcPr>
            <w:tcW w:w="66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1EBD6E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4"/>
              </w:rPr>
              <w:t>samostojno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izvede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bistveni</w:t>
            </w:r>
            <w:proofErr w:type="spellEnd"/>
            <w:r>
              <w:rPr>
                <w:color w:val="203038"/>
                <w:sz w:val="14"/>
              </w:rPr>
              <w:t xml:space="preserve"> del naloge, </w:t>
            </w:r>
            <w:proofErr w:type="spellStart"/>
            <w:r>
              <w:rPr>
                <w:color w:val="203038"/>
                <w:sz w:val="14"/>
              </w:rPr>
              <w:t>uporabi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ustrezen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pojem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strategijo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svoj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dokaz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razumljivo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predstavi</w:t>
            </w:r>
            <w:proofErr w:type="spellEnd"/>
          </w:p>
        </w:tc>
        <w:tc>
          <w:tcPr>
            <w:tcW w:w="63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5610DC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4"/>
              </w:rPr>
              <w:t>ponudi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prenos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znanja</w:t>
            </w:r>
            <w:proofErr w:type="spellEnd"/>
            <w:r>
              <w:rPr>
                <w:color w:val="203038"/>
                <w:sz w:val="14"/>
              </w:rPr>
              <w:t xml:space="preserve"> v novo </w:t>
            </w:r>
            <w:proofErr w:type="spellStart"/>
            <w:r>
              <w:rPr>
                <w:color w:val="203038"/>
                <w:sz w:val="14"/>
              </w:rPr>
              <w:t>situacijo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zahtevnejši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izziv</w:t>
            </w:r>
            <w:proofErr w:type="spellEnd"/>
          </w:p>
        </w:tc>
      </w:tr>
      <w:tr w:rsidR="00D27883" w14:paraId="634214E4" w14:textId="77777777">
        <w:trPr>
          <w:cantSplit/>
          <w:jc w:val="center"/>
        </w:trPr>
        <w:tc>
          <w:tcPr>
            <w:tcW w:w="24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5E6BC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B3A47A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4"/>
              </w:rPr>
              <w:t>DELNO DOSEGA</w:t>
            </w:r>
          </w:p>
        </w:tc>
        <w:tc>
          <w:tcPr>
            <w:tcW w:w="66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B9DE9F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4"/>
              </w:rPr>
              <w:t>cilj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doseže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ob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občasni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usmeritvi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modelu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pripomočku</w:t>
            </w:r>
            <w:proofErr w:type="spellEnd"/>
            <w:r>
              <w:rPr>
                <w:color w:val="203038"/>
                <w:sz w:val="14"/>
              </w:rPr>
              <w:t xml:space="preserve">; </w:t>
            </w:r>
            <w:proofErr w:type="spellStart"/>
            <w:r>
              <w:rPr>
                <w:color w:val="203038"/>
                <w:sz w:val="14"/>
              </w:rPr>
              <w:t>razume</w:t>
            </w:r>
            <w:proofErr w:type="spellEnd"/>
            <w:r>
              <w:rPr>
                <w:color w:val="203038"/>
                <w:sz w:val="14"/>
              </w:rPr>
              <w:t xml:space="preserve"> del </w:t>
            </w:r>
            <w:proofErr w:type="spellStart"/>
            <w:r>
              <w:rPr>
                <w:color w:val="203038"/>
                <w:sz w:val="14"/>
              </w:rPr>
              <w:t>postopka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vendar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še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dosleden</w:t>
            </w:r>
            <w:proofErr w:type="spellEnd"/>
          </w:p>
        </w:tc>
        <w:tc>
          <w:tcPr>
            <w:tcW w:w="63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9E4ECE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4"/>
              </w:rPr>
              <w:t>zagotovi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dodatno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konkretno</w:t>
            </w:r>
            <w:proofErr w:type="spellEnd"/>
            <w:r>
              <w:rPr>
                <w:color w:val="203038"/>
                <w:sz w:val="14"/>
              </w:rPr>
              <w:t>/</w:t>
            </w:r>
            <w:proofErr w:type="spellStart"/>
            <w:r>
              <w:rPr>
                <w:color w:val="203038"/>
                <w:sz w:val="14"/>
              </w:rPr>
              <w:t>gibalno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oporo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razčleni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korake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omogoči</w:t>
            </w:r>
            <w:proofErr w:type="spellEnd"/>
            <w:r>
              <w:rPr>
                <w:color w:val="203038"/>
                <w:sz w:val="14"/>
              </w:rPr>
              <w:t xml:space="preserve"> novo </w:t>
            </w:r>
            <w:proofErr w:type="spellStart"/>
            <w:r>
              <w:rPr>
                <w:color w:val="203038"/>
                <w:sz w:val="14"/>
              </w:rPr>
              <w:t>vajo</w:t>
            </w:r>
            <w:proofErr w:type="spellEnd"/>
          </w:p>
        </w:tc>
      </w:tr>
      <w:tr w:rsidR="00D27883" w14:paraId="476FB890" w14:textId="77777777">
        <w:trPr>
          <w:cantSplit/>
          <w:jc w:val="center"/>
        </w:trPr>
        <w:tc>
          <w:tcPr>
            <w:tcW w:w="24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5DFE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2869C8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4"/>
              </w:rPr>
              <w:t>ŠE NE DOSEGA</w:t>
            </w:r>
          </w:p>
        </w:tc>
        <w:tc>
          <w:tcPr>
            <w:tcW w:w="66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6F20A2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4"/>
              </w:rPr>
              <w:t xml:space="preserve">tudi </w:t>
            </w:r>
            <w:proofErr w:type="spellStart"/>
            <w:r>
              <w:rPr>
                <w:color w:val="203038"/>
                <w:sz w:val="14"/>
              </w:rPr>
              <w:t>ob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podpori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še</w:t>
            </w:r>
            <w:proofErr w:type="spellEnd"/>
            <w:r>
              <w:rPr>
                <w:color w:val="203038"/>
                <w:sz w:val="14"/>
              </w:rPr>
              <w:t xml:space="preserve"> ne </w:t>
            </w:r>
            <w:proofErr w:type="spellStart"/>
            <w:r>
              <w:rPr>
                <w:color w:val="203038"/>
                <w:sz w:val="14"/>
              </w:rPr>
              <w:t>pokaže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bistvenega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dokaza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znanja</w:t>
            </w:r>
            <w:proofErr w:type="spellEnd"/>
            <w:r>
              <w:rPr>
                <w:color w:val="203038"/>
                <w:sz w:val="14"/>
              </w:rPr>
              <w:t xml:space="preserve"> ne </w:t>
            </w:r>
            <w:proofErr w:type="spellStart"/>
            <w:r>
              <w:rPr>
                <w:color w:val="203038"/>
                <w:sz w:val="14"/>
              </w:rPr>
              <w:t>uporabi</w:t>
            </w:r>
            <w:proofErr w:type="spellEnd"/>
            <w:r>
              <w:rPr>
                <w:color w:val="203038"/>
                <w:sz w:val="14"/>
              </w:rPr>
              <w:t xml:space="preserve"> v </w:t>
            </w:r>
            <w:proofErr w:type="spellStart"/>
            <w:r>
              <w:rPr>
                <w:color w:val="203038"/>
                <w:sz w:val="14"/>
              </w:rPr>
              <w:t>podobni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situaciji</w:t>
            </w:r>
            <w:proofErr w:type="spellEnd"/>
          </w:p>
        </w:tc>
        <w:tc>
          <w:tcPr>
            <w:tcW w:w="63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43ADCF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4"/>
              </w:rPr>
              <w:t>ponovno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ugotovi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predznanje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prilagodi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način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učenja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določi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majhen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opazljiv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naslednji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cilj</w:t>
            </w:r>
            <w:proofErr w:type="spellEnd"/>
          </w:p>
        </w:tc>
      </w:tr>
    </w:tbl>
    <w:p w14:paraId="24084867" w14:textId="77777777" w:rsidR="00D27883" w:rsidRDefault="00000000">
      <w:pPr>
        <w:spacing w:after="0" w:line="240" w:lineRule="auto"/>
      </w:pPr>
      <w:proofErr w:type="spellStart"/>
      <w:r>
        <w:rPr>
          <w:rFonts w:cs="Arial"/>
          <w:color w:val="6C7D84"/>
          <w:sz w:val="17"/>
        </w:rPr>
        <w:t>Natančni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kriteriji</w:t>
      </w:r>
      <w:proofErr w:type="spellEnd"/>
      <w:r>
        <w:rPr>
          <w:rFonts w:cs="Arial"/>
          <w:color w:val="6C7D84"/>
          <w:sz w:val="17"/>
        </w:rPr>
        <w:t xml:space="preserve"> se </w:t>
      </w:r>
      <w:proofErr w:type="spellStart"/>
      <w:r>
        <w:rPr>
          <w:rFonts w:cs="Arial"/>
          <w:color w:val="6C7D84"/>
          <w:sz w:val="17"/>
        </w:rPr>
        <w:t>oblikujejo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iz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operativnih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ciljev</w:t>
      </w:r>
      <w:proofErr w:type="spellEnd"/>
      <w:r>
        <w:rPr>
          <w:rFonts w:cs="Arial"/>
          <w:color w:val="6C7D84"/>
          <w:sz w:val="17"/>
        </w:rPr>
        <w:t xml:space="preserve"> in </w:t>
      </w:r>
      <w:proofErr w:type="spellStart"/>
      <w:r>
        <w:rPr>
          <w:rFonts w:cs="Arial"/>
          <w:color w:val="6C7D84"/>
          <w:sz w:val="17"/>
        </w:rPr>
        <w:t>pričakovanih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dosežkov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ter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učencem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predstavijo</w:t>
      </w:r>
      <w:proofErr w:type="spellEnd"/>
      <w:r>
        <w:rPr>
          <w:rFonts w:cs="Arial"/>
          <w:color w:val="6C7D84"/>
          <w:sz w:val="17"/>
        </w:rPr>
        <w:t xml:space="preserve"> z </w:t>
      </w:r>
      <w:proofErr w:type="spellStart"/>
      <w:r>
        <w:rPr>
          <w:rFonts w:cs="Arial"/>
          <w:color w:val="6C7D84"/>
          <w:sz w:val="17"/>
        </w:rPr>
        <w:t>zgledom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uspešnega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dokaza</w:t>
      </w:r>
      <w:proofErr w:type="spellEnd"/>
      <w:r>
        <w:rPr>
          <w:rFonts w:cs="Arial"/>
          <w:color w:val="6C7D84"/>
          <w:sz w:val="17"/>
        </w:rPr>
        <w:t xml:space="preserve">. Za </w:t>
      </w:r>
      <w:proofErr w:type="spellStart"/>
      <w:r>
        <w:rPr>
          <w:rFonts w:cs="Arial"/>
          <w:color w:val="6C7D84"/>
          <w:sz w:val="17"/>
        </w:rPr>
        <w:t>obe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pisni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ocenjevanji</w:t>
      </w:r>
      <w:proofErr w:type="spellEnd"/>
      <w:r>
        <w:rPr>
          <w:rFonts w:cs="Arial"/>
          <w:color w:val="6C7D84"/>
          <w:sz w:val="17"/>
        </w:rPr>
        <w:t xml:space="preserve"> se glede na </w:t>
      </w:r>
      <w:proofErr w:type="spellStart"/>
      <w:r>
        <w:rPr>
          <w:rFonts w:cs="Arial"/>
          <w:color w:val="6C7D84"/>
          <w:sz w:val="17"/>
        </w:rPr>
        <w:t>izbrane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standarde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pripravi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pregleden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točkovnik</w:t>
      </w:r>
      <w:proofErr w:type="spellEnd"/>
      <w:r>
        <w:rPr>
          <w:rFonts w:cs="Arial"/>
          <w:color w:val="6C7D84"/>
          <w:sz w:val="17"/>
        </w:rPr>
        <w:t xml:space="preserve">, </w:t>
      </w:r>
      <w:proofErr w:type="spellStart"/>
      <w:r>
        <w:rPr>
          <w:rFonts w:cs="Arial"/>
          <w:color w:val="6C7D84"/>
          <w:sz w:val="17"/>
        </w:rPr>
        <w:t>dosežek</w:t>
      </w:r>
      <w:proofErr w:type="spellEnd"/>
      <w:r>
        <w:rPr>
          <w:rFonts w:cs="Arial"/>
          <w:color w:val="6C7D84"/>
          <w:sz w:val="17"/>
        </w:rPr>
        <w:t xml:space="preserve"> pa se v 1. </w:t>
      </w:r>
      <w:proofErr w:type="spellStart"/>
      <w:r>
        <w:rPr>
          <w:rFonts w:cs="Arial"/>
          <w:color w:val="6C7D84"/>
          <w:sz w:val="17"/>
        </w:rPr>
        <w:t>razredu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zapiše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opisno</w:t>
      </w:r>
      <w:proofErr w:type="spellEnd"/>
      <w:r>
        <w:rPr>
          <w:rFonts w:cs="Arial"/>
          <w:color w:val="6C7D84"/>
          <w:sz w:val="17"/>
        </w:rPr>
        <w:t xml:space="preserve">. Datum se po </w:t>
      </w:r>
      <w:proofErr w:type="spellStart"/>
      <w:r>
        <w:rPr>
          <w:rFonts w:cs="Arial"/>
          <w:color w:val="6C7D84"/>
          <w:sz w:val="17"/>
        </w:rPr>
        <w:t>potrebi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uskladi</w:t>
      </w:r>
      <w:proofErr w:type="spellEnd"/>
      <w:r>
        <w:rPr>
          <w:rFonts w:cs="Arial"/>
          <w:color w:val="6C7D84"/>
          <w:sz w:val="17"/>
        </w:rPr>
        <w:t xml:space="preserve"> z </w:t>
      </w:r>
      <w:proofErr w:type="spellStart"/>
      <w:r>
        <w:rPr>
          <w:rFonts w:cs="Arial"/>
          <w:color w:val="6C7D84"/>
          <w:sz w:val="17"/>
        </w:rPr>
        <w:t>razrednim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načrtom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ocenjevanja</w:t>
      </w:r>
      <w:proofErr w:type="spellEnd"/>
      <w:r>
        <w:rPr>
          <w:rFonts w:cs="Arial"/>
          <w:color w:val="6C7D84"/>
          <w:sz w:val="17"/>
        </w:rPr>
        <w:t xml:space="preserve"> in </w:t>
      </w:r>
      <w:proofErr w:type="spellStart"/>
      <w:r>
        <w:rPr>
          <w:rFonts w:cs="Arial"/>
          <w:color w:val="6C7D84"/>
          <w:sz w:val="17"/>
        </w:rPr>
        <w:t>dejansko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izvedbo</w:t>
      </w:r>
      <w:proofErr w:type="spellEnd"/>
      <w:r>
        <w:rPr>
          <w:rFonts w:cs="Arial"/>
          <w:color w:val="6C7D84"/>
          <w:sz w:val="17"/>
        </w:rPr>
        <w:t xml:space="preserve"> </w:t>
      </w:r>
      <w:proofErr w:type="spellStart"/>
      <w:r>
        <w:rPr>
          <w:rFonts w:cs="Arial"/>
          <w:color w:val="6C7D84"/>
          <w:sz w:val="17"/>
        </w:rPr>
        <w:t>pouka</w:t>
      </w:r>
      <w:proofErr w:type="spellEnd"/>
      <w:r>
        <w:rPr>
          <w:rFonts w:cs="Arial"/>
          <w:color w:val="6C7D84"/>
          <w:sz w:val="17"/>
        </w:rPr>
        <w:t>.</w:t>
      </w:r>
    </w:p>
    <w:p w14:paraId="6CCE53F5" w14:textId="77777777" w:rsidR="00D27883" w:rsidRPr="00C327F0" w:rsidRDefault="00000000">
      <w:pPr>
        <w:pStyle w:val="Naslov1"/>
        <w:spacing w:before="140" w:after="80"/>
      </w:pPr>
      <w:r w:rsidRPr="00C327F0">
        <w:rPr>
          <w:rFonts w:ascii="Arial" w:eastAsia="Arial" w:hAnsi="Arial"/>
          <w:color w:val="173B4D"/>
        </w:rPr>
        <w:t xml:space="preserve">3. </w:t>
      </w:r>
      <w:proofErr w:type="spellStart"/>
      <w:r w:rsidRPr="00C327F0">
        <w:rPr>
          <w:rFonts w:ascii="Arial" w:eastAsia="Arial" w:hAnsi="Arial"/>
          <w:color w:val="173B4D"/>
        </w:rPr>
        <w:t>Vsebinski</w:t>
      </w:r>
      <w:proofErr w:type="spellEnd"/>
      <w:r w:rsidRPr="00C327F0">
        <w:rPr>
          <w:rFonts w:ascii="Arial" w:eastAsia="Arial" w:hAnsi="Arial"/>
          <w:color w:val="173B4D"/>
        </w:rPr>
        <w:t xml:space="preserve"> </w:t>
      </w:r>
      <w:proofErr w:type="spellStart"/>
      <w:r w:rsidRPr="00C327F0">
        <w:rPr>
          <w:rFonts w:ascii="Arial" w:eastAsia="Arial" w:hAnsi="Arial"/>
          <w:color w:val="173B4D"/>
        </w:rPr>
        <w:t>sklopi</w:t>
      </w:r>
      <w:proofErr w:type="spellEnd"/>
      <w:r w:rsidRPr="00C327F0">
        <w:rPr>
          <w:rFonts w:ascii="Arial" w:eastAsia="Arial" w:hAnsi="Arial"/>
          <w:color w:val="173B4D"/>
        </w:rPr>
        <w:t xml:space="preserve">, </w:t>
      </w:r>
      <w:proofErr w:type="spellStart"/>
      <w:r w:rsidRPr="00C327F0">
        <w:rPr>
          <w:rFonts w:ascii="Arial" w:eastAsia="Arial" w:hAnsi="Arial"/>
          <w:color w:val="173B4D"/>
        </w:rPr>
        <w:t>cilji</w:t>
      </w:r>
      <w:proofErr w:type="spellEnd"/>
      <w:r w:rsidRPr="00C327F0">
        <w:rPr>
          <w:rFonts w:ascii="Arial" w:eastAsia="Arial" w:hAnsi="Arial"/>
          <w:color w:val="173B4D"/>
        </w:rPr>
        <w:t xml:space="preserve"> in </w:t>
      </w:r>
      <w:proofErr w:type="spellStart"/>
      <w:r w:rsidRPr="00C327F0">
        <w:rPr>
          <w:rFonts w:ascii="Arial" w:eastAsia="Arial" w:hAnsi="Arial"/>
          <w:color w:val="173B4D"/>
        </w:rPr>
        <w:t>standardi</w:t>
      </w:r>
      <w:proofErr w:type="spellEnd"/>
      <w:r w:rsidRPr="00C327F0">
        <w:rPr>
          <w:rFonts w:ascii="Arial" w:eastAsia="Arial" w:hAnsi="Arial"/>
          <w:color w:val="173B4D"/>
        </w:rPr>
        <w:t xml:space="preserve"> </w:t>
      </w:r>
      <w:proofErr w:type="spellStart"/>
      <w:r w:rsidRPr="00C327F0">
        <w:rPr>
          <w:rFonts w:ascii="Arial" w:eastAsia="Arial" w:hAnsi="Arial"/>
          <w:color w:val="173B4D"/>
        </w:rPr>
        <w:t>znanja</w:t>
      </w:r>
      <w:proofErr w:type="spellEnd"/>
    </w:p>
    <w:p w14:paraId="4277D537" w14:textId="77777777" w:rsidR="00D27883" w:rsidRDefault="00000000">
      <w:pPr>
        <w:spacing w:after="80" w:line="252" w:lineRule="auto"/>
      </w:pPr>
      <w:proofErr w:type="spellStart"/>
      <w:r>
        <w:rPr>
          <w:color w:val="60727A"/>
          <w:sz w:val="16"/>
        </w:rPr>
        <w:t>Pregled</w:t>
      </w:r>
      <w:proofErr w:type="spellEnd"/>
      <w:r>
        <w:rPr>
          <w:color w:val="60727A"/>
          <w:sz w:val="16"/>
        </w:rPr>
        <w:t xml:space="preserve"> po </w:t>
      </w:r>
      <w:proofErr w:type="spellStart"/>
      <w:r>
        <w:rPr>
          <w:color w:val="60727A"/>
          <w:sz w:val="16"/>
        </w:rPr>
        <w:t>vsebinskih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sklopih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povzema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operativne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cilje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iz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tedenske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tabele</w:t>
      </w:r>
      <w:proofErr w:type="spellEnd"/>
      <w:r>
        <w:rPr>
          <w:color w:val="60727A"/>
          <w:sz w:val="16"/>
        </w:rPr>
        <w:t xml:space="preserve">. </w:t>
      </w:r>
      <w:proofErr w:type="spellStart"/>
      <w:r>
        <w:rPr>
          <w:color w:val="60727A"/>
          <w:sz w:val="16"/>
        </w:rPr>
        <w:t>Pričakovani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dosežki</w:t>
      </w:r>
      <w:proofErr w:type="spellEnd"/>
      <w:r>
        <w:rPr>
          <w:color w:val="60727A"/>
          <w:sz w:val="16"/>
        </w:rPr>
        <w:t xml:space="preserve"> so </w:t>
      </w:r>
      <w:proofErr w:type="spellStart"/>
      <w:r>
        <w:rPr>
          <w:color w:val="60727A"/>
          <w:sz w:val="16"/>
        </w:rPr>
        <w:t>zapisani</w:t>
      </w:r>
      <w:proofErr w:type="spellEnd"/>
      <w:r>
        <w:rPr>
          <w:color w:val="60727A"/>
          <w:sz w:val="16"/>
        </w:rPr>
        <w:t xml:space="preserve"> kot </w:t>
      </w:r>
      <w:proofErr w:type="spellStart"/>
      <w:r>
        <w:rPr>
          <w:color w:val="60727A"/>
          <w:sz w:val="16"/>
        </w:rPr>
        <w:t>opazljivi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učenčevi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dosežki</w:t>
      </w:r>
      <w:proofErr w:type="spellEnd"/>
      <w:r>
        <w:rPr>
          <w:color w:val="60727A"/>
          <w:sz w:val="16"/>
        </w:rPr>
        <w:t xml:space="preserve"> in so </w:t>
      </w:r>
      <w:proofErr w:type="spellStart"/>
      <w:r>
        <w:rPr>
          <w:color w:val="60727A"/>
          <w:sz w:val="16"/>
        </w:rPr>
        <w:t>podlaga</w:t>
      </w:r>
      <w:proofErr w:type="spellEnd"/>
      <w:r>
        <w:rPr>
          <w:color w:val="60727A"/>
          <w:sz w:val="16"/>
        </w:rPr>
        <w:t xml:space="preserve"> za </w:t>
      </w:r>
      <w:proofErr w:type="spellStart"/>
      <w:r>
        <w:rPr>
          <w:color w:val="60727A"/>
          <w:sz w:val="16"/>
        </w:rPr>
        <w:t>formativno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spremljanje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ter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opisno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ocenjevanje</w:t>
      </w:r>
      <w:proofErr w:type="spellEnd"/>
      <w:r>
        <w:rPr>
          <w:color w:val="60727A"/>
          <w:sz w:val="16"/>
        </w:rPr>
        <w:t xml:space="preserve">; </w:t>
      </w:r>
      <w:proofErr w:type="spellStart"/>
      <w:r>
        <w:rPr>
          <w:color w:val="60727A"/>
          <w:sz w:val="16"/>
        </w:rPr>
        <w:t>natančen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tedenski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zapis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sledi</w:t>
      </w:r>
      <w:proofErr w:type="spellEnd"/>
      <w:r>
        <w:rPr>
          <w:color w:val="60727A"/>
          <w:sz w:val="16"/>
        </w:rPr>
        <w:t xml:space="preserve"> v 4. </w:t>
      </w:r>
      <w:proofErr w:type="spellStart"/>
      <w:r>
        <w:rPr>
          <w:color w:val="60727A"/>
          <w:sz w:val="16"/>
        </w:rPr>
        <w:t>poglavju</w:t>
      </w:r>
      <w:proofErr w:type="spellEnd"/>
      <w:r>
        <w:rPr>
          <w:color w:val="60727A"/>
          <w:sz w:val="16"/>
        </w:rPr>
        <w:t>.</w:t>
      </w:r>
    </w:p>
    <w:tbl>
      <w:tblPr>
        <w:tblW w:w="15380" w:type="dxa"/>
        <w:jc w:val="center"/>
        <w:tblLayout w:type="fixed"/>
        <w:tblLook w:val="04A0" w:firstRow="1" w:lastRow="0" w:firstColumn="1" w:lastColumn="0" w:noHBand="0" w:noVBand="1"/>
      </w:tblPr>
      <w:tblGrid>
        <w:gridCol w:w="1750"/>
        <w:gridCol w:w="2100"/>
        <w:gridCol w:w="3350"/>
        <w:gridCol w:w="2550"/>
        <w:gridCol w:w="2150"/>
        <w:gridCol w:w="1850"/>
        <w:gridCol w:w="1630"/>
      </w:tblGrid>
      <w:tr w:rsidR="00D27883" w14:paraId="69DB3C67" w14:textId="77777777">
        <w:trPr>
          <w:tblHeader/>
          <w:jc w:val="center"/>
        </w:trPr>
        <w:tc>
          <w:tcPr>
            <w:tcW w:w="175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3B7886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3"/>
              </w:rPr>
              <w:t>VSEBINSKI SKLOP</w:t>
            </w:r>
          </w:p>
        </w:tc>
        <w:tc>
          <w:tcPr>
            <w:tcW w:w="210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8B627B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3"/>
              </w:rPr>
              <w:t>VSEBINE / PODTEME</w:t>
            </w:r>
          </w:p>
        </w:tc>
        <w:tc>
          <w:tcPr>
            <w:tcW w:w="335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4DCC32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3"/>
              </w:rPr>
              <w:t>PRIČAKOVANI DOSEŽKI IN MINIMALNI POUDARKI</w:t>
            </w:r>
          </w:p>
        </w:tc>
        <w:tc>
          <w:tcPr>
            <w:tcW w:w="255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9F66E4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3"/>
              </w:rPr>
              <w:t>IZKUŠENJSKO UČENJE IN GIBANJE</w:t>
            </w:r>
          </w:p>
        </w:tc>
        <w:tc>
          <w:tcPr>
            <w:tcW w:w="215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3B12AC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3"/>
              </w:rPr>
              <w:t>DOKAZI O UČENJU</w:t>
            </w:r>
          </w:p>
        </w:tc>
        <w:tc>
          <w:tcPr>
            <w:tcW w:w="185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47FBCB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3"/>
              </w:rPr>
              <w:t>MEDPREDMETNE POVEZAVE</w:t>
            </w:r>
          </w:p>
        </w:tc>
        <w:tc>
          <w:tcPr>
            <w:tcW w:w="163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937423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3"/>
              </w:rPr>
              <w:t>TERMINI / URE</w:t>
            </w:r>
          </w:p>
        </w:tc>
      </w:tr>
      <w:tr w:rsidR="00D27883" w14:paraId="20DED9BD" w14:textId="77777777">
        <w:trPr>
          <w:cantSplit/>
          <w:jc w:val="center"/>
        </w:trPr>
        <w:tc>
          <w:tcPr>
            <w:tcW w:w="17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A92585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b/>
                <w:color w:val="2E6D8E"/>
                <w:sz w:val="14"/>
              </w:rPr>
              <w:t>Poslušanje</w:t>
            </w:r>
            <w:proofErr w:type="spellEnd"/>
            <w:r>
              <w:rPr>
                <w:b/>
                <w:color w:val="2E6D8E"/>
                <w:sz w:val="14"/>
              </w:rPr>
              <w:t xml:space="preserve">, </w:t>
            </w:r>
            <w:proofErr w:type="spellStart"/>
            <w:r>
              <w:rPr>
                <w:b/>
                <w:color w:val="2E6D8E"/>
                <w:sz w:val="14"/>
              </w:rPr>
              <w:t>govorjenje</w:t>
            </w:r>
            <w:proofErr w:type="spellEnd"/>
            <w:r>
              <w:rPr>
                <w:b/>
                <w:color w:val="2E6D8E"/>
                <w:sz w:val="14"/>
              </w:rPr>
              <w:t xml:space="preserve"> in </w:t>
            </w:r>
            <w:proofErr w:type="spellStart"/>
            <w:r>
              <w:rPr>
                <w:b/>
                <w:color w:val="2E6D8E"/>
                <w:sz w:val="14"/>
              </w:rPr>
              <w:t>pogovor</w:t>
            </w:r>
            <w:proofErr w:type="spellEnd"/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111A95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4"/>
              </w:rPr>
              <w:t>navodilo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opis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pripovedovanje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razlagalni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pogovor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govorni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nastop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vprašanje</w:t>
            </w:r>
            <w:proofErr w:type="spellEnd"/>
            <w:r>
              <w:rPr>
                <w:color w:val="203038"/>
                <w:sz w:val="14"/>
              </w:rPr>
              <w:t xml:space="preserve"> in odgovor</w:t>
            </w:r>
          </w:p>
        </w:tc>
        <w:tc>
          <w:tcPr>
            <w:tcW w:w="3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35B9F8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pozorno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posluša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kratko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sporočilo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ravna</w:t>
            </w:r>
            <w:proofErr w:type="spellEnd"/>
            <w:r>
              <w:rPr>
                <w:color w:val="203038"/>
                <w:sz w:val="14"/>
              </w:rPr>
              <w:t xml:space="preserve"> po </w:t>
            </w:r>
            <w:proofErr w:type="spellStart"/>
            <w:r>
              <w:rPr>
                <w:color w:val="203038"/>
                <w:sz w:val="14"/>
              </w:rPr>
              <w:t>eno</w:t>
            </w:r>
            <w:proofErr w:type="spellEnd"/>
            <w:r>
              <w:rPr>
                <w:color w:val="203038"/>
                <w:sz w:val="14"/>
              </w:rPr>
              <w:t xml:space="preserve">- ali </w:t>
            </w:r>
            <w:proofErr w:type="spellStart"/>
            <w:r>
              <w:rPr>
                <w:color w:val="203038"/>
                <w:sz w:val="14"/>
              </w:rPr>
              <w:t>večstopenjskem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navodilu</w:t>
            </w:r>
            <w:proofErr w:type="spellEnd"/>
          </w:p>
          <w:p w14:paraId="5D2C31E3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upošteva</w:t>
            </w:r>
            <w:proofErr w:type="spellEnd"/>
            <w:r>
              <w:rPr>
                <w:color w:val="203038"/>
                <w:sz w:val="14"/>
              </w:rPr>
              <w:t xml:space="preserve"> osnovna </w:t>
            </w:r>
            <w:proofErr w:type="spellStart"/>
            <w:r>
              <w:rPr>
                <w:color w:val="203038"/>
                <w:sz w:val="14"/>
              </w:rPr>
              <w:t>pravila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pogovora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postavi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smiselno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vprašanje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razumljivo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odgovori</w:t>
            </w:r>
            <w:proofErr w:type="spellEnd"/>
          </w:p>
          <w:p w14:paraId="0382C6A8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ob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sliki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predmetu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izkušnji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tvori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razumljive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povedi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dogodke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časovno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uredi</w:t>
            </w:r>
            <w:proofErr w:type="spellEnd"/>
          </w:p>
          <w:p w14:paraId="4B0BD1CE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izvede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kratek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govorni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nastop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ob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primerni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opori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ter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posluša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odziv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vrstnikov</w:t>
            </w:r>
            <w:proofErr w:type="spellEnd"/>
          </w:p>
        </w:tc>
        <w:tc>
          <w:tcPr>
            <w:tcW w:w="25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7C9D36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pogovor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ob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resničnem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predmetu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dogodku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sliki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književnem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doživetju</w:t>
            </w:r>
            <w:proofErr w:type="spellEnd"/>
            <w:r>
              <w:rPr>
                <w:color w:val="203038"/>
                <w:sz w:val="14"/>
              </w:rPr>
              <w:t xml:space="preserve">; </w:t>
            </w:r>
            <w:proofErr w:type="spellStart"/>
            <w:r>
              <w:rPr>
                <w:color w:val="203038"/>
                <w:sz w:val="14"/>
              </w:rPr>
              <w:t>dramatizacija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ustvarjalni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odziv</w:t>
            </w:r>
            <w:proofErr w:type="spellEnd"/>
          </w:p>
          <w:p w14:paraId="0AA7DE23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glasovne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zlogovne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bralne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postaje</w:t>
            </w:r>
            <w:proofErr w:type="spellEnd"/>
            <w:r>
              <w:rPr>
                <w:color w:val="203038"/>
                <w:sz w:val="14"/>
              </w:rPr>
              <w:t xml:space="preserve">, hoja po </w:t>
            </w:r>
            <w:proofErr w:type="spellStart"/>
            <w:r>
              <w:rPr>
                <w:color w:val="203038"/>
                <w:sz w:val="14"/>
              </w:rPr>
              <w:t>zaporedju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slik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telesno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ponazarjanje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pomena</w:t>
            </w:r>
            <w:proofErr w:type="spellEnd"/>
          </w:p>
        </w:tc>
        <w:tc>
          <w:tcPr>
            <w:tcW w:w="21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019D0F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4"/>
              </w:rPr>
              <w:t>ustni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posnetek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nastop</w:t>
            </w:r>
            <w:proofErr w:type="spellEnd"/>
            <w:r>
              <w:rPr>
                <w:color w:val="203038"/>
                <w:sz w:val="14"/>
              </w:rPr>
              <w:t xml:space="preserve">; </w:t>
            </w:r>
            <w:proofErr w:type="spellStart"/>
            <w:r>
              <w:rPr>
                <w:color w:val="203038"/>
                <w:sz w:val="14"/>
              </w:rPr>
              <w:t>bralni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odziv</w:t>
            </w:r>
            <w:proofErr w:type="spellEnd"/>
            <w:r>
              <w:rPr>
                <w:color w:val="203038"/>
                <w:sz w:val="14"/>
              </w:rPr>
              <w:t xml:space="preserve">; </w:t>
            </w:r>
            <w:proofErr w:type="spellStart"/>
            <w:r>
              <w:rPr>
                <w:color w:val="203038"/>
                <w:sz w:val="14"/>
              </w:rPr>
              <w:t>grafomotorični</w:t>
            </w:r>
            <w:proofErr w:type="spellEnd"/>
            <w:r>
              <w:rPr>
                <w:color w:val="203038"/>
                <w:sz w:val="14"/>
              </w:rPr>
              <w:t>/</w:t>
            </w:r>
            <w:proofErr w:type="spellStart"/>
            <w:r>
              <w:rPr>
                <w:color w:val="203038"/>
                <w:sz w:val="14"/>
              </w:rPr>
              <w:t>pisni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izdelek</w:t>
            </w:r>
            <w:proofErr w:type="spellEnd"/>
            <w:r>
              <w:rPr>
                <w:color w:val="203038"/>
                <w:sz w:val="14"/>
              </w:rPr>
              <w:t xml:space="preserve">; </w:t>
            </w:r>
            <w:proofErr w:type="spellStart"/>
            <w:r>
              <w:rPr>
                <w:color w:val="203038"/>
                <w:sz w:val="14"/>
              </w:rPr>
              <w:t>zapis</w:t>
            </w:r>
            <w:proofErr w:type="spellEnd"/>
            <w:r>
              <w:rPr>
                <w:color w:val="203038"/>
                <w:sz w:val="14"/>
              </w:rPr>
              <w:t xml:space="preserve"> v jezikovni </w:t>
            </w:r>
            <w:proofErr w:type="spellStart"/>
            <w:r>
              <w:rPr>
                <w:color w:val="203038"/>
                <w:sz w:val="14"/>
              </w:rPr>
              <w:t>mapi</w:t>
            </w:r>
            <w:proofErr w:type="spellEnd"/>
          </w:p>
        </w:tc>
        <w:tc>
          <w:tcPr>
            <w:tcW w:w="18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F33912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4"/>
              </w:rPr>
              <w:t xml:space="preserve">SPO – </w:t>
            </w:r>
            <w:proofErr w:type="spellStart"/>
            <w:r>
              <w:rPr>
                <w:color w:val="203038"/>
                <w:sz w:val="14"/>
              </w:rPr>
              <w:t>opazovanje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poročanje</w:t>
            </w:r>
            <w:proofErr w:type="spellEnd"/>
            <w:r>
              <w:rPr>
                <w:color w:val="203038"/>
                <w:sz w:val="14"/>
              </w:rPr>
              <w:t xml:space="preserve">; MAT – </w:t>
            </w:r>
            <w:proofErr w:type="spellStart"/>
            <w:r>
              <w:rPr>
                <w:color w:val="203038"/>
                <w:sz w:val="14"/>
              </w:rPr>
              <w:t>razlaga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postopka</w:t>
            </w:r>
            <w:proofErr w:type="spellEnd"/>
            <w:r>
              <w:rPr>
                <w:color w:val="203038"/>
                <w:sz w:val="14"/>
              </w:rPr>
              <w:t xml:space="preserve">; vse </w:t>
            </w:r>
            <w:proofErr w:type="spellStart"/>
            <w:r>
              <w:rPr>
                <w:color w:val="203038"/>
                <w:sz w:val="14"/>
              </w:rPr>
              <w:t>umetnosti</w:t>
            </w:r>
            <w:proofErr w:type="spellEnd"/>
            <w:r>
              <w:rPr>
                <w:color w:val="203038"/>
                <w:sz w:val="14"/>
              </w:rPr>
              <w:t xml:space="preserve"> – </w:t>
            </w:r>
            <w:proofErr w:type="spellStart"/>
            <w:r>
              <w:rPr>
                <w:color w:val="203038"/>
                <w:sz w:val="14"/>
              </w:rPr>
              <w:t>predstavitev</w:t>
            </w:r>
            <w:proofErr w:type="spellEnd"/>
          </w:p>
        </w:tc>
        <w:tc>
          <w:tcPr>
            <w:tcW w:w="16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E11B3D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b/>
                <w:color w:val="2E6D8E"/>
                <w:sz w:val="14"/>
              </w:rPr>
              <w:t>Tedni</w:t>
            </w:r>
            <w:proofErr w:type="spellEnd"/>
            <w:r>
              <w:rPr>
                <w:b/>
                <w:color w:val="2E6D8E"/>
                <w:sz w:val="14"/>
              </w:rPr>
              <w:t>: 1, 5, 8, 9, 13, 18, 20, 23, 25, 30, 31, 33, 34, 35, 39</w:t>
            </w:r>
            <w:r>
              <w:rPr>
                <w:b/>
                <w:color w:val="2E6D8E"/>
                <w:sz w:val="14"/>
              </w:rPr>
              <w:br/>
              <w:t xml:space="preserve">80 </w:t>
            </w:r>
            <w:proofErr w:type="spellStart"/>
            <w:r>
              <w:rPr>
                <w:b/>
                <w:color w:val="2E6D8E"/>
                <w:sz w:val="14"/>
              </w:rPr>
              <w:t>ur</w:t>
            </w:r>
            <w:proofErr w:type="spellEnd"/>
          </w:p>
        </w:tc>
      </w:tr>
      <w:tr w:rsidR="00D27883" w14:paraId="2AA37999" w14:textId="77777777">
        <w:trPr>
          <w:cantSplit/>
          <w:jc w:val="center"/>
        </w:trPr>
        <w:tc>
          <w:tcPr>
            <w:tcW w:w="17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53F4B0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b/>
                <w:color w:val="2E6D8E"/>
                <w:sz w:val="14"/>
              </w:rPr>
              <w:t>Predopismenjevanje</w:t>
            </w:r>
            <w:proofErr w:type="spellEnd"/>
            <w:r>
              <w:rPr>
                <w:b/>
                <w:color w:val="2E6D8E"/>
                <w:sz w:val="14"/>
              </w:rPr>
              <w:t xml:space="preserve">, </w:t>
            </w:r>
            <w:proofErr w:type="spellStart"/>
            <w:r>
              <w:rPr>
                <w:b/>
                <w:color w:val="2E6D8E"/>
                <w:sz w:val="14"/>
              </w:rPr>
              <w:t>začetno</w:t>
            </w:r>
            <w:proofErr w:type="spellEnd"/>
            <w:r>
              <w:rPr>
                <w:b/>
                <w:color w:val="2E6D8E"/>
                <w:sz w:val="14"/>
              </w:rPr>
              <w:t xml:space="preserve"> </w:t>
            </w:r>
            <w:proofErr w:type="spellStart"/>
            <w:r>
              <w:rPr>
                <w:b/>
                <w:color w:val="2E6D8E"/>
                <w:sz w:val="14"/>
              </w:rPr>
              <w:t>branje</w:t>
            </w:r>
            <w:proofErr w:type="spellEnd"/>
            <w:r>
              <w:rPr>
                <w:b/>
                <w:color w:val="2E6D8E"/>
                <w:sz w:val="14"/>
              </w:rPr>
              <w:t xml:space="preserve"> in </w:t>
            </w:r>
            <w:proofErr w:type="spellStart"/>
            <w:r>
              <w:rPr>
                <w:b/>
                <w:color w:val="2E6D8E"/>
                <w:sz w:val="14"/>
              </w:rPr>
              <w:t>pisanje</w:t>
            </w:r>
            <w:proofErr w:type="spellEnd"/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DED349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4"/>
              </w:rPr>
              <w:t>orientacija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glasovno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zavedanje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zlog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glas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črka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beseda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poved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bralno-pisni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napredek</w:t>
            </w:r>
            <w:proofErr w:type="spellEnd"/>
          </w:p>
        </w:tc>
        <w:tc>
          <w:tcPr>
            <w:tcW w:w="3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5C7F12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r>
              <w:rPr>
                <w:color w:val="203038"/>
                <w:sz w:val="14"/>
              </w:rPr>
              <w:t xml:space="preserve">se </w:t>
            </w:r>
            <w:proofErr w:type="spellStart"/>
            <w:r>
              <w:rPr>
                <w:color w:val="203038"/>
                <w:sz w:val="14"/>
              </w:rPr>
              <w:t>orientira</w:t>
            </w:r>
            <w:proofErr w:type="spellEnd"/>
            <w:r>
              <w:rPr>
                <w:color w:val="203038"/>
                <w:sz w:val="14"/>
              </w:rPr>
              <w:t xml:space="preserve"> na </w:t>
            </w:r>
            <w:proofErr w:type="spellStart"/>
            <w:r>
              <w:rPr>
                <w:color w:val="203038"/>
                <w:sz w:val="14"/>
              </w:rPr>
              <w:t>telesu</w:t>
            </w:r>
            <w:proofErr w:type="spellEnd"/>
            <w:r>
              <w:rPr>
                <w:color w:val="203038"/>
                <w:sz w:val="14"/>
              </w:rPr>
              <w:t xml:space="preserve">, v </w:t>
            </w:r>
            <w:proofErr w:type="spellStart"/>
            <w:r>
              <w:rPr>
                <w:color w:val="203038"/>
                <w:sz w:val="14"/>
              </w:rPr>
              <w:t>prostoru</w:t>
            </w:r>
            <w:proofErr w:type="spellEnd"/>
            <w:r>
              <w:rPr>
                <w:color w:val="203038"/>
                <w:sz w:val="14"/>
              </w:rPr>
              <w:t xml:space="preserve"> in na </w:t>
            </w:r>
            <w:proofErr w:type="spellStart"/>
            <w:r>
              <w:rPr>
                <w:color w:val="203038"/>
                <w:sz w:val="14"/>
              </w:rPr>
              <w:t>listu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ter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sledi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smeri</w:t>
            </w:r>
            <w:proofErr w:type="spellEnd"/>
            <w:r>
              <w:rPr>
                <w:color w:val="203038"/>
                <w:sz w:val="14"/>
              </w:rPr>
              <w:t xml:space="preserve"> od </w:t>
            </w:r>
            <w:proofErr w:type="spellStart"/>
            <w:r>
              <w:rPr>
                <w:color w:val="203038"/>
                <w:sz w:val="14"/>
              </w:rPr>
              <w:t>leve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proti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desni</w:t>
            </w:r>
            <w:proofErr w:type="spellEnd"/>
          </w:p>
          <w:p w14:paraId="2183B06E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členi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znane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besede</w:t>
            </w:r>
            <w:proofErr w:type="spellEnd"/>
            <w:r>
              <w:rPr>
                <w:color w:val="203038"/>
                <w:sz w:val="14"/>
              </w:rPr>
              <w:t xml:space="preserve"> na </w:t>
            </w:r>
            <w:proofErr w:type="spellStart"/>
            <w:r>
              <w:rPr>
                <w:color w:val="203038"/>
                <w:sz w:val="14"/>
              </w:rPr>
              <w:t>zloge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prepoznava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izbrane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glasove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jih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povezuje</w:t>
            </w:r>
            <w:proofErr w:type="spellEnd"/>
            <w:r>
              <w:rPr>
                <w:color w:val="203038"/>
                <w:sz w:val="14"/>
              </w:rPr>
              <w:t xml:space="preserve"> z </w:t>
            </w:r>
            <w:proofErr w:type="spellStart"/>
            <w:r>
              <w:rPr>
                <w:color w:val="203038"/>
                <w:sz w:val="14"/>
              </w:rPr>
              <w:t>obravnavanimi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črkami</w:t>
            </w:r>
            <w:proofErr w:type="spellEnd"/>
          </w:p>
          <w:p w14:paraId="54142C19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r>
              <w:rPr>
                <w:color w:val="203038"/>
                <w:sz w:val="14"/>
              </w:rPr>
              <w:t xml:space="preserve">po </w:t>
            </w:r>
            <w:proofErr w:type="spellStart"/>
            <w:r>
              <w:rPr>
                <w:color w:val="203038"/>
                <w:sz w:val="14"/>
              </w:rPr>
              <w:t>individualnem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napredku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bere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zloge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besede</w:t>
            </w:r>
            <w:proofErr w:type="spellEnd"/>
            <w:r>
              <w:rPr>
                <w:color w:val="203038"/>
                <w:sz w:val="14"/>
              </w:rPr>
              <w:t xml:space="preserve"> in kratke </w:t>
            </w:r>
            <w:proofErr w:type="spellStart"/>
            <w:r>
              <w:rPr>
                <w:color w:val="203038"/>
                <w:sz w:val="14"/>
              </w:rPr>
              <w:t>povedi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ter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razume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očitno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sporočilo</w:t>
            </w:r>
            <w:proofErr w:type="spellEnd"/>
          </w:p>
          <w:p w14:paraId="24ECA781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r>
              <w:rPr>
                <w:color w:val="203038"/>
                <w:sz w:val="14"/>
              </w:rPr>
              <w:t xml:space="preserve">po </w:t>
            </w:r>
            <w:proofErr w:type="spellStart"/>
            <w:r>
              <w:rPr>
                <w:color w:val="203038"/>
                <w:sz w:val="14"/>
              </w:rPr>
              <w:t>vzoru</w:t>
            </w:r>
            <w:proofErr w:type="spellEnd"/>
            <w:r>
              <w:rPr>
                <w:color w:val="203038"/>
                <w:sz w:val="14"/>
              </w:rPr>
              <w:t xml:space="preserve"> oziroma </w:t>
            </w:r>
            <w:proofErr w:type="spellStart"/>
            <w:r>
              <w:rPr>
                <w:color w:val="203038"/>
                <w:sz w:val="14"/>
              </w:rPr>
              <w:t>samostojno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zapiše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obravnavane</w:t>
            </w:r>
            <w:proofErr w:type="spellEnd"/>
            <w:r>
              <w:rPr>
                <w:color w:val="203038"/>
                <w:sz w:val="14"/>
              </w:rPr>
              <w:t xml:space="preserve"> črke, </w:t>
            </w:r>
            <w:proofErr w:type="spellStart"/>
            <w:r>
              <w:rPr>
                <w:color w:val="203038"/>
                <w:sz w:val="14"/>
              </w:rPr>
              <w:t>besede</w:t>
            </w:r>
            <w:proofErr w:type="spellEnd"/>
            <w:r>
              <w:rPr>
                <w:color w:val="203038"/>
                <w:sz w:val="14"/>
              </w:rPr>
              <w:t xml:space="preserve"> ali kratke </w:t>
            </w:r>
            <w:proofErr w:type="spellStart"/>
            <w:r>
              <w:rPr>
                <w:color w:val="203038"/>
                <w:sz w:val="14"/>
              </w:rPr>
              <w:t>povedi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vrednoti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napredek</w:t>
            </w:r>
            <w:proofErr w:type="spellEnd"/>
          </w:p>
        </w:tc>
        <w:tc>
          <w:tcPr>
            <w:tcW w:w="25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E2D356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pogovor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ob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resničnem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predmetu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dogodku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sliki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književnem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doživetju</w:t>
            </w:r>
            <w:proofErr w:type="spellEnd"/>
            <w:r>
              <w:rPr>
                <w:color w:val="203038"/>
                <w:sz w:val="14"/>
              </w:rPr>
              <w:t xml:space="preserve">; </w:t>
            </w:r>
            <w:proofErr w:type="spellStart"/>
            <w:r>
              <w:rPr>
                <w:color w:val="203038"/>
                <w:sz w:val="14"/>
              </w:rPr>
              <w:t>dramatizacija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ustvarjalni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odziv</w:t>
            </w:r>
            <w:proofErr w:type="spellEnd"/>
          </w:p>
          <w:p w14:paraId="09D24B0F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glasovne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zlogovne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bralne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postaje</w:t>
            </w:r>
            <w:proofErr w:type="spellEnd"/>
            <w:r>
              <w:rPr>
                <w:color w:val="203038"/>
                <w:sz w:val="14"/>
              </w:rPr>
              <w:t xml:space="preserve">, hoja po </w:t>
            </w:r>
            <w:proofErr w:type="spellStart"/>
            <w:r>
              <w:rPr>
                <w:color w:val="203038"/>
                <w:sz w:val="14"/>
              </w:rPr>
              <w:t>zaporedju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slik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telesno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ponazarjanje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pomena</w:t>
            </w:r>
            <w:proofErr w:type="spellEnd"/>
          </w:p>
        </w:tc>
        <w:tc>
          <w:tcPr>
            <w:tcW w:w="21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96367E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4"/>
              </w:rPr>
              <w:t>ustni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posnetek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nastop</w:t>
            </w:r>
            <w:proofErr w:type="spellEnd"/>
            <w:r>
              <w:rPr>
                <w:color w:val="203038"/>
                <w:sz w:val="14"/>
              </w:rPr>
              <w:t xml:space="preserve">; </w:t>
            </w:r>
            <w:proofErr w:type="spellStart"/>
            <w:r>
              <w:rPr>
                <w:color w:val="203038"/>
                <w:sz w:val="14"/>
              </w:rPr>
              <w:t>bralni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odziv</w:t>
            </w:r>
            <w:proofErr w:type="spellEnd"/>
            <w:r>
              <w:rPr>
                <w:color w:val="203038"/>
                <w:sz w:val="14"/>
              </w:rPr>
              <w:t xml:space="preserve">; </w:t>
            </w:r>
            <w:proofErr w:type="spellStart"/>
            <w:r>
              <w:rPr>
                <w:color w:val="203038"/>
                <w:sz w:val="14"/>
              </w:rPr>
              <w:t>grafomotorični</w:t>
            </w:r>
            <w:proofErr w:type="spellEnd"/>
            <w:r>
              <w:rPr>
                <w:color w:val="203038"/>
                <w:sz w:val="14"/>
              </w:rPr>
              <w:t>/</w:t>
            </w:r>
            <w:proofErr w:type="spellStart"/>
            <w:r>
              <w:rPr>
                <w:color w:val="203038"/>
                <w:sz w:val="14"/>
              </w:rPr>
              <w:t>pisni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izdelek</w:t>
            </w:r>
            <w:proofErr w:type="spellEnd"/>
            <w:r>
              <w:rPr>
                <w:color w:val="203038"/>
                <w:sz w:val="14"/>
              </w:rPr>
              <w:t xml:space="preserve">; </w:t>
            </w:r>
            <w:proofErr w:type="spellStart"/>
            <w:r>
              <w:rPr>
                <w:color w:val="203038"/>
                <w:sz w:val="14"/>
              </w:rPr>
              <w:t>zapis</w:t>
            </w:r>
            <w:proofErr w:type="spellEnd"/>
            <w:r>
              <w:rPr>
                <w:color w:val="203038"/>
                <w:sz w:val="14"/>
              </w:rPr>
              <w:t xml:space="preserve"> v jezikovni </w:t>
            </w:r>
            <w:proofErr w:type="spellStart"/>
            <w:r>
              <w:rPr>
                <w:color w:val="203038"/>
                <w:sz w:val="14"/>
              </w:rPr>
              <w:t>mapi</w:t>
            </w:r>
            <w:proofErr w:type="spellEnd"/>
          </w:p>
        </w:tc>
        <w:tc>
          <w:tcPr>
            <w:tcW w:w="18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B57AE2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4"/>
              </w:rPr>
              <w:t xml:space="preserve">MAT – </w:t>
            </w:r>
            <w:proofErr w:type="spellStart"/>
            <w:r>
              <w:rPr>
                <w:color w:val="203038"/>
                <w:sz w:val="14"/>
              </w:rPr>
              <w:t>smer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zaporedje</w:t>
            </w:r>
            <w:proofErr w:type="spellEnd"/>
            <w:r>
              <w:rPr>
                <w:color w:val="203038"/>
                <w:sz w:val="14"/>
              </w:rPr>
              <w:t xml:space="preserve">; GUM – </w:t>
            </w:r>
            <w:proofErr w:type="spellStart"/>
            <w:r>
              <w:rPr>
                <w:color w:val="203038"/>
                <w:sz w:val="14"/>
              </w:rPr>
              <w:t>ritem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glas</w:t>
            </w:r>
            <w:proofErr w:type="spellEnd"/>
            <w:r>
              <w:rPr>
                <w:color w:val="203038"/>
                <w:sz w:val="14"/>
              </w:rPr>
              <w:t xml:space="preserve">; LUM – </w:t>
            </w:r>
            <w:proofErr w:type="spellStart"/>
            <w:r>
              <w:rPr>
                <w:color w:val="203038"/>
                <w:sz w:val="14"/>
              </w:rPr>
              <w:t>grafomotorika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črta</w:t>
            </w:r>
            <w:proofErr w:type="spellEnd"/>
          </w:p>
        </w:tc>
        <w:tc>
          <w:tcPr>
            <w:tcW w:w="16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37F44A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b/>
                <w:color w:val="2E6D8E"/>
                <w:sz w:val="14"/>
              </w:rPr>
              <w:t>Tedni</w:t>
            </w:r>
            <w:proofErr w:type="spellEnd"/>
            <w:r>
              <w:rPr>
                <w:b/>
                <w:color w:val="2E6D8E"/>
                <w:sz w:val="14"/>
              </w:rPr>
              <w:t>: 2, 3, 6, 7, 11, 14, 16, 19, 24, 28, 36, 38</w:t>
            </w:r>
            <w:r>
              <w:rPr>
                <w:b/>
                <w:color w:val="2E6D8E"/>
                <w:sz w:val="14"/>
              </w:rPr>
              <w:br/>
              <w:t xml:space="preserve">67 </w:t>
            </w:r>
            <w:proofErr w:type="spellStart"/>
            <w:r>
              <w:rPr>
                <w:b/>
                <w:color w:val="2E6D8E"/>
                <w:sz w:val="14"/>
              </w:rPr>
              <w:t>ur</w:t>
            </w:r>
            <w:proofErr w:type="spellEnd"/>
          </w:p>
        </w:tc>
      </w:tr>
      <w:tr w:rsidR="00D27883" w14:paraId="0985F95B" w14:textId="77777777">
        <w:trPr>
          <w:cantSplit/>
          <w:jc w:val="center"/>
        </w:trPr>
        <w:tc>
          <w:tcPr>
            <w:tcW w:w="17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7CBDB2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b/>
                <w:color w:val="2E6D8E"/>
                <w:sz w:val="14"/>
              </w:rPr>
              <w:t>Neumetnostna</w:t>
            </w:r>
            <w:proofErr w:type="spellEnd"/>
            <w:r>
              <w:rPr>
                <w:b/>
                <w:color w:val="2E6D8E"/>
                <w:sz w:val="14"/>
              </w:rPr>
              <w:t xml:space="preserve"> besedila in </w:t>
            </w:r>
            <w:proofErr w:type="spellStart"/>
            <w:r>
              <w:rPr>
                <w:b/>
                <w:color w:val="2E6D8E"/>
                <w:sz w:val="14"/>
              </w:rPr>
              <w:t>pridobivanje</w:t>
            </w:r>
            <w:proofErr w:type="spellEnd"/>
            <w:r>
              <w:rPr>
                <w:b/>
                <w:color w:val="2E6D8E"/>
                <w:sz w:val="14"/>
              </w:rPr>
              <w:t xml:space="preserve"> </w:t>
            </w:r>
            <w:proofErr w:type="spellStart"/>
            <w:r>
              <w:rPr>
                <w:b/>
                <w:color w:val="2E6D8E"/>
                <w:sz w:val="14"/>
              </w:rPr>
              <w:t>podatkov</w:t>
            </w:r>
            <w:proofErr w:type="spellEnd"/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862AB5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4"/>
              </w:rPr>
              <w:t>navodilo</w:t>
            </w:r>
            <w:proofErr w:type="spellEnd"/>
            <w:r>
              <w:rPr>
                <w:color w:val="203038"/>
                <w:sz w:val="14"/>
              </w:rPr>
              <w:t xml:space="preserve"> za </w:t>
            </w:r>
            <w:proofErr w:type="spellStart"/>
            <w:r>
              <w:rPr>
                <w:color w:val="203038"/>
                <w:sz w:val="14"/>
              </w:rPr>
              <w:t>izdelek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informacijsko</w:t>
            </w:r>
            <w:proofErr w:type="spellEnd"/>
            <w:r>
              <w:rPr>
                <w:color w:val="203038"/>
                <w:sz w:val="14"/>
              </w:rPr>
              <w:t xml:space="preserve"> besedilo, </w:t>
            </w:r>
            <w:proofErr w:type="spellStart"/>
            <w:r>
              <w:rPr>
                <w:color w:val="203038"/>
                <w:sz w:val="14"/>
              </w:rPr>
              <w:t>opis</w:t>
            </w:r>
            <w:proofErr w:type="spellEnd"/>
            <w:r>
              <w:rPr>
                <w:color w:val="203038"/>
                <w:sz w:val="14"/>
              </w:rPr>
              <w:t xml:space="preserve"> pokrajine, </w:t>
            </w:r>
            <w:proofErr w:type="spellStart"/>
            <w:r>
              <w:rPr>
                <w:color w:val="203038"/>
                <w:sz w:val="14"/>
              </w:rPr>
              <w:t>iskanje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očitnih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podatkov</w:t>
            </w:r>
            <w:proofErr w:type="spellEnd"/>
          </w:p>
        </w:tc>
        <w:tc>
          <w:tcPr>
            <w:tcW w:w="3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2141D1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razume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namen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kratkega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neumetnostnega</w:t>
            </w:r>
            <w:proofErr w:type="spellEnd"/>
            <w:r>
              <w:rPr>
                <w:color w:val="203038"/>
                <w:sz w:val="14"/>
              </w:rPr>
              <w:t xml:space="preserve"> besedila </w:t>
            </w:r>
            <w:proofErr w:type="spellStart"/>
            <w:r>
              <w:rPr>
                <w:color w:val="203038"/>
                <w:sz w:val="14"/>
              </w:rPr>
              <w:t>ter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ob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opori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prepozna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bistveni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podatek</w:t>
            </w:r>
            <w:proofErr w:type="spellEnd"/>
          </w:p>
          <w:p w14:paraId="2CE69D28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sledi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slikovnemu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ustnemu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navodilu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pove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zaporedje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izvedenih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korakov</w:t>
            </w:r>
            <w:proofErr w:type="spellEnd"/>
          </w:p>
          <w:p w14:paraId="2627E425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izbere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ključne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besede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ter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ustno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pisno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predstavi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opažanje</w:t>
            </w:r>
            <w:proofErr w:type="spellEnd"/>
            <w:r>
              <w:rPr>
                <w:color w:val="203038"/>
                <w:sz w:val="14"/>
              </w:rPr>
              <w:t xml:space="preserve"> oziroma </w:t>
            </w:r>
            <w:proofErr w:type="spellStart"/>
            <w:r>
              <w:rPr>
                <w:color w:val="203038"/>
                <w:sz w:val="14"/>
              </w:rPr>
              <w:t>informacijo</w:t>
            </w:r>
            <w:proofErr w:type="spellEnd"/>
          </w:p>
          <w:p w14:paraId="63682666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razlikuje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kaj</w:t>
            </w:r>
            <w:proofErr w:type="spellEnd"/>
            <w:r>
              <w:rPr>
                <w:color w:val="203038"/>
                <w:sz w:val="14"/>
              </w:rPr>
              <w:t xml:space="preserve"> je v </w:t>
            </w:r>
            <w:proofErr w:type="spellStart"/>
            <w:r>
              <w:rPr>
                <w:color w:val="203038"/>
                <w:sz w:val="14"/>
              </w:rPr>
              <w:t>besedilu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zapisano</w:t>
            </w:r>
            <w:proofErr w:type="spellEnd"/>
            <w:r>
              <w:rPr>
                <w:color w:val="203038"/>
                <w:sz w:val="14"/>
              </w:rPr>
              <w:t xml:space="preserve">, od </w:t>
            </w:r>
            <w:proofErr w:type="spellStart"/>
            <w:r>
              <w:rPr>
                <w:color w:val="203038"/>
                <w:sz w:val="14"/>
              </w:rPr>
              <w:t>svojega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predvidevanja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mnenja</w:t>
            </w:r>
            <w:proofErr w:type="spellEnd"/>
          </w:p>
        </w:tc>
        <w:tc>
          <w:tcPr>
            <w:tcW w:w="25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95F16B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pogovor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ob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resničnem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predmetu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dogodku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sliki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književnem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doživetju</w:t>
            </w:r>
            <w:proofErr w:type="spellEnd"/>
            <w:r>
              <w:rPr>
                <w:color w:val="203038"/>
                <w:sz w:val="14"/>
              </w:rPr>
              <w:t xml:space="preserve">; </w:t>
            </w:r>
            <w:proofErr w:type="spellStart"/>
            <w:r>
              <w:rPr>
                <w:color w:val="203038"/>
                <w:sz w:val="14"/>
              </w:rPr>
              <w:t>dramatizacija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ustvarjalni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odziv</w:t>
            </w:r>
            <w:proofErr w:type="spellEnd"/>
          </w:p>
          <w:p w14:paraId="6C5B71F5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glasovne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zlogovne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bralne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postaje</w:t>
            </w:r>
            <w:proofErr w:type="spellEnd"/>
            <w:r>
              <w:rPr>
                <w:color w:val="203038"/>
                <w:sz w:val="14"/>
              </w:rPr>
              <w:t xml:space="preserve">, hoja po </w:t>
            </w:r>
            <w:proofErr w:type="spellStart"/>
            <w:r>
              <w:rPr>
                <w:color w:val="203038"/>
                <w:sz w:val="14"/>
              </w:rPr>
              <w:t>zaporedju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slik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telesno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ponazarjanje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pomena</w:t>
            </w:r>
            <w:proofErr w:type="spellEnd"/>
          </w:p>
        </w:tc>
        <w:tc>
          <w:tcPr>
            <w:tcW w:w="21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2FA6EA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4"/>
              </w:rPr>
              <w:t>ustni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posnetek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nastop</w:t>
            </w:r>
            <w:proofErr w:type="spellEnd"/>
            <w:r>
              <w:rPr>
                <w:color w:val="203038"/>
                <w:sz w:val="14"/>
              </w:rPr>
              <w:t xml:space="preserve">; </w:t>
            </w:r>
            <w:proofErr w:type="spellStart"/>
            <w:r>
              <w:rPr>
                <w:color w:val="203038"/>
                <w:sz w:val="14"/>
              </w:rPr>
              <w:t>bralni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odziv</w:t>
            </w:r>
            <w:proofErr w:type="spellEnd"/>
            <w:r>
              <w:rPr>
                <w:color w:val="203038"/>
                <w:sz w:val="14"/>
              </w:rPr>
              <w:t xml:space="preserve">; </w:t>
            </w:r>
            <w:proofErr w:type="spellStart"/>
            <w:r>
              <w:rPr>
                <w:color w:val="203038"/>
                <w:sz w:val="14"/>
              </w:rPr>
              <w:t>grafomotorični</w:t>
            </w:r>
            <w:proofErr w:type="spellEnd"/>
            <w:r>
              <w:rPr>
                <w:color w:val="203038"/>
                <w:sz w:val="14"/>
              </w:rPr>
              <w:t>/</w:t>
            </w:r>
            <w:proofErr w:type="spellStart"/>
            <w:r>
              <w:rPr>
                <w:color w:val="203038"/>
                <w:sz w:val="14"/>
              </w:rPr>
              <w:t>pisni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izdelek</w:t>
            </w:r>
            <w:proofErr w:type="spellEnd"/>
            <w:r>
              <w:rPr>
                <w:color w:val="203038"/>
                <w:sz w:val="14"/>
              </w:rPr>
              <w:t xml:space="preserve">; </w:t>
            </w:r>
            <w:proofErr w:type="spellStart"/>
            <w:r>
              <w:rPr>
                <w:color w:val="203038"/>
                <w:sz w:val="14"/>
              </w:rPr>
              <w:t>zapis</w:t>
            </w:r>
            <w:proofErr w:type="spellEnd"/>
            <w:r>
              <w:rPr>
                <w:color w:val="203038"/>
                <w:sz w:val="14"/>
              </w:rPr>
              <w:t xml:space="preserve"> v jezikovni </w:t>
            </w:r>
            <w:proofErr w:type="spellStart"/>
            <w:r>
              <w:rPr>
                <w:color w:val="203038"/>
                <w:sz w:val="14"/>
              </w:rPr>
              <w:t>mapi</w:t>
            </w:r>
            <w:proofErr w:type="spellEnd"/>
          </w:p>
        </w:tc>
        <w:tc>
          <w:tcPr>
            <w:tcW w:w="18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23097E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4"/>
              </w:rPr>
              <w:t xml:space="preserve">SPO – raziskovanje; MAT – </w:t>
            </w:r>
            <w:proofErr w:type="spellStart"/>
            <w:r>
              <w:rPr>
                <w:color w:val="203038"/>
                <w:sz w:val="14"/>
              </w:rPr>
              <w:t>prikazi</w:t>
            </w:r>
            <w:proofErr w:type="spellEnd"/>
            <w:r>
              <w:rPr>
                <w:color w:val="203038"/>
                <w:sz w:val="14"/>
              </w:rPr>
              <w:t xml:space="preserve">; LUM – </w:t>
            </w:r>
            <w:proofErr w:type="spellStart"/>
            <w:r>
              <w:rPr>
                <w:color w:val="203038"/>
                <w:sz w:val="14"/>
              </w:rPr>
              <w:t>izdelek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oznaka</w:t>
            </w:r>
            <w:proofErr w:type="spellEnd"/>
          </w:p>
        </w:tc>
        <w:tc>
          <w:tcPr>
            <w:tcW w:w="16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30003C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b/>
                <w:color w:val="2E6D8E"/>
                <w:sz w:val="14"/>
              </w:rPr>
              <w:t>Tedni</w:t>
            </w:r>
            <w:proofErr w:type="spellEnd"/>
            <w:r>
              <w:rPr>
                <w:b/>
                <w:color w:val="2E6D8E"/>
                <w:sz w:val="14"/>
              </w:rPr>
              <w:t>: 12, 29, 32</w:t>
            </w:r>
            <w:r>
              <w:rPr>
                <w:b/>
                <w:color w:val="2E6D8E"/>
                <w:sz w:val="14"/>
              </w:rPr>
              <w:br/>
              <w:t xml:space="preserve">17 </w:t>
            </w:r>
            <w:proofErr w:type="spellStart"/>
            <w:r>
              <w:rPr>
                <w:b/>
                <w:color w:val="2E6D8E"/>
                <w:sz w:val="14"/>
              </w:rPr>
              <w:t>ur</w:t>
            </w:r>
            <w:proofErr w:type="spellEnd"/>
          </w:p>
        </w:tc>
      </w:tr>
      <w:tr w:rsidR="00D27883" w14:paraId="3C061821" w14:textId="77777777">
        <w:trPr>
          <w:cantSplit/>
          <w:jc w:val="center"/>
        </w:trPr>
        <w:tc>
          <w:tcPr>
            <w:tcW w:w="17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BBDFB0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b/>
                <w:color w:val="2E6D8E"/>
                <w:sz w:val="14"/>
              </w:rPr>
              <w:lastRenderedPageBreak/>
              <w:t>Književnost</w:t>
            </w:r>
            <w:proofErr w:type="spellEnd"/>
            <w:r>
              <w:rPr>
                <w:b/>
                <w:color w:val="2E6D8E"/>
                <w:sz w:val="14"/>
              </w:rPr>
              <w:t xml:space="preserve"> in </w:t>
            </w:r>
            <w:proofErr w:type="spellStart"/>
            <w:r>
              <w:rPr>
                <w:b/>
                <w:color w:val="2E6D8E"/>
                <w:sz w:val="14"/>
              </w:rPr>
              <w:t>ustvarjalni</w:t>
            </w:r>
            <w:proofErr w:type="spellEnd"/>
            <w:r>
              <w:rPr>
                <w:b/>
                <w:color w:val="2E6D8E"/>
                <w:sz w:val="14"/>
              </w:rPr>
              <w:t xml:space="preserve"> </w:t>
            </w:r>
            <w:proofErr w:type="spellStart"/>
            <w:r>
              <w:rPr>
                <w:b/>
                <w:color w:val="2E6D8E"/>
                <w:sz w:val="14"/>
              </w:rPr>
              <w:t>odziv</w:t>
            </w:r>
            <w:proofErr w:type="spellEnd"/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8155A8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4"/>
              </w:rPr>
              <w:t>slikanica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pravljica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pesem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književna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oseba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zaporedje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dogodkov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recitacija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nadaljevanje</w:t>
            </w:r>
            <w:proofErr w:type="spellEnd"/>
          </w:p>
        </w:tc>
        <w:tc>
          <w:tcPr>
            <w:tcW w:w="3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BFC51B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doživeto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posluša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umetnostno</w:t>
            </w:r>
            <w:proofErr w:type="spellEnd"/>
            <w:r>
              <w:rPr>
                <w:color w:val="203038"/>
                <w:sz w:val="14"/>
              </w:rPr>
              <w:t xml:space="preserve"> besedilo </w:t>
            </w:r>
            <w:proofErr w:type="spellStart"/>
            <w:r>
              <w:rPr>
                <w:color w:val="203038"/>
                <w:sz w:val="14"/>
              </w:rPr>
              <w:t>ter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izrazi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vtis</w:t>
            </w:r>
            <w:proofErr w:type="spellEnd"/>
            <w:r>
              <w:rPr>
                <w:color w:val="203038"/>
                <w:sz w:val="14"/>
              </w:rPr>
              <w:t xml:space="preserve"> z </w:t>
            </w:r>
            <w:proofErr w:type="spellStart"/>
            <w:r>
              <w:rPr>
                <w:color w:val="203038"/>
                <w:sz w:val="14"/>
              </w:rPr>
              <w:t>besedo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risbo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gibanjem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igro</w:t>
            </w:r>
            <w:proofErr w:type="spellEnd"/>
          </w:p>
          <w:p w14:paraId="74F963B0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obnovi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bistvene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dogodke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opiše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književno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osebo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poveže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ravnanje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osebe</w:t>
            </w:r>
            <w:proofErr w:type="spellEnd"/>
            <w:r>
              <w:rPr>
                <w:color w:val="203038"/>
                <w:sz w:val="14"/>
              </w:rPr>
              <w:t xml:space="preserve"> s </w:t>
            </w:r>
            <w:proofErr w:type="spellStart"/>
            <w:r>
              <w:rPr>
                <w:color w:val="203038"/>
                <w:sz w:val="14"/>
              </w:rPr>
              <w:t>posledico</w:t>
            </w:r>
            <w:proofErr w:type="spellEnd"/>
          </w:p>
          <w:p w14:paraId="1E7250B3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prepozna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zvočnost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rimo</w:t>
            </w:r>
            <w:proofErr w:type="spellEnd"/>
            <w:r>
              <w:rPr>
                <w:color w:val="203038"/>
                <w:sz w:val="14"/>
              </w:rPr>
              <w:t xml:space="preserve"> na osnovni </w:t>
            </w:r>
            <w:proofErr w:type="spellStart"/>
            <w:r>
              <w:rPr>
                <w:color w:val="203038"/>
                <w:sz w:val="14"/>
              </w:rPr>
              <w:t>ravni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ter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doživeto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recitira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izbrano</w:t>
            </w:r>
            <w:proofErr w:type="spellEnd"/>
            <w:r>
              <w:rPr>
                <w:color w:val="203038"/>
                <w:sz w:val="14"/>
              </w:rPr>
              <w:t xml:space="preserve"> besedilo</w:t>
            </w:r>
          </w:p>
          <w:p w14:paraId="228E9CF3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ustvari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preprosto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nadaljevanje</w:t>
            </w:r>
            <w:proofErr w:type="spellEnd"/>
            <w:r>
              <w:rPr>
                <w:color w:val="203038"/>
                <w:sz w:val="14"/>
              </w:rPr>
              <w:t xml:space="preserve">, novo </w:t>
            </w:r>
            <w:proofErr w:type="spellStart"/>
            <w:r>
              <w:rPr>
                <w:color w:val="203038"/>
                <w:sz w:val="14"/>
              </w:rPr>
              <w:t>različico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dramatizacijo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spoštuje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različne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odzive</w:t>
            </w:r>
            <w:proofErr w:type="spellEnd"/>
          </w:p>
        </w:tc>
        <w:tc>
          <w:tcPr>
            <w:tcW w:w="25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27D96A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pogovor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ob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resničnem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predmetu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dogodku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sliki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književnem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doživetju</w:t>
            </w:r>
            <w:proofErr w:type="spellEnd"/>
            <w:r>
              <w:rPr>
                <w:color w:val="203038"/>
                <w:sz w:val="14"/>
              </w:rPr>
              <w:t xml:space="preserve">; </w:t>
            </w:r>
            <w:proofErr w:type="spellStart"/>
            <w:r>
              <w:rPr>
                <w:color w:val="203038"/>
                <w:sz w:val="14"/>
              </w:rPr>
              <w:t>dramatizacija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ustvarjalni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odziv</w:t>
            </w:r>
            <w:proofErr w:type="spellEnd"/>
          </w:p>
          <w:p w14:paraId="17CC87C2" w14:textId="77777777" w:rsidR="00D27883" w:rsidRDefault="00000000">
            <w:pPr>
              <w:pStyle w:val="Oznaenseznam"/>
              <w:spacing w:after="16" w:line="235" w:lineRule="auto"/>
              <w:ind w:left="160" w:hanging="100"/>
            </w:pPr>
            <w:proofErr w:type="spellStart"/>
            <w:r>
              <w:rPr>
                <w:color w:val="203038"/>
                <w:sz w:val="14"/>
              </w:rPr>
              <w:t>glasovne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zlogovne</w:t>
            </w:r>
            <w:proofErr w:type="spellEnd"/>
            <w:r>
              <w:rPr>
                <w:color w:val="203038"/>
                <w:sz w:val="14"/>
              </w:rPr>
              <w:t xml:space="preserve"> in </w:t>
            </w:r>
            <w:proofErr w:type="spellStart"/>
            <w:r>
              <w:rPr>
                <w:color w:val="203038"/>
                <w:sz w:val="14"/>
              </w:rPr>
              <w:t>bralne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postaje</w:t>
            </w:r>
            <w:proofErr w:type="spellEnd"/>
            <w:r>
              <w:rPr>
                <w:color w:val="203038"/>
                <w:sz w:val="14"/>
              </w:rPr>
              <w:t xml:space="preserve">, hoja po </w:t>
            </w:r>
            <w:proofErr w:type="spellStart"/>
            <w:r>
              <w:rPr>
                <w:color w:val="203038"/>
                <w:sz w:val="14"/>
              </w:rPr>
              <w:t>zaporedju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slik</w:t>
            </w:r>
            <w:proofErr w:type="spellEnd"/>
            <w:r>
              <w:rPr>
                <w:color w:val="203038"/>
                <w:sz w:val="14"/>
              </w:rPr>
              <w:t xml:space="preserve">, </w:t>
            </w:r>
            <w:proofErr w:type="spellStart"/>
            <w:r>
              <w:rPr>
                <w:color w:val="203038"/>
                <w:sz w:val="14"/>
              </w:rPr>
              <w:t>telesno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ponazarjanje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pomena</w:t>
            </w:r>
            <w:proofErr w:type="spellEnd"/>
          </w:p>
        </w:tc>
        <w:tc>
          <w:tcPr>
            <w:tcW w:w="21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80E58F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color w:val="203038"/>
                <w:sz w:val="14"/>
              </w:rPr>
              <w:t>ustni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posnetek</w:t>
            </w:r>
            <w:proofErr w:type="spellEnd"/>
            <w:r>
              <w:rPr>
                <w:color w:val="203038"/>
                <w:sz w:val="14"/>
              </w:rPr>
              <w:t xml:space="preserve"> ali </w:t>
            </w:r>
            <w:proofErr w:type="spellStart"/>
            <w:r>
              <w:rPr>
                <w:color w:val="203038"/>
                <w:sz w:val="14"/>
              </w:rPr>
              <w:t>nastop</w:t>
            </w:r>
            <w:proofErr w:type="spellEnd"/>
            <w:r>
              <w:rPr>
                <w:color w:val="203038"/>
                <w:sz w:val="14"/>
              </w:rPr>
              <w:t xml:space="preserve">; </w:t>
            </w:r>
            <w:proofErr w:type="spellStart"/>
            <w:r>
              <w:rPr>
                <w:color w:val="203038"/>
                <w:sz w:val="14"/>
              </w:rPr>
              <w:t>bralni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odziv</w:t>
            </w:r>
            <w:proofErr w:type="spellEnd"/>
            <w:r>
              <w:rPr>
                <w:color w:val="203038"/>
                <w:sz w:val="14"/>
              </w:rPr>
              <w:t xml:space="preserve">; </w:t>
            </w:r>
            <w:proofErr w:type="spellStart"/>
            <w:r>
              <w:rPr>
                <w:color w:val="203038"/>
                <w:sz w:val="14"/>
              </w:rPr>
              <w:t>grafomotorični</w:t>
            </w:r>
            <w:proofErr w:type="spellEnd"/>
            <w:r>
              <w:rPr>
                <w:color w:val="203038"/>
                <w:sz w:val="14"/>
              </w:rPr>
              <w:t>/</w:t>
            </w:r>
            <w:proofErr w:type="spellStart"/>
            <w:r>
              <w:rPr>
                <w:color w:val="203038"/>
                <w:sz w:val="14"/>
              </w:rPr>
              <w:t>pisni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izdelek</w:t>
            </w:r>
            <w:proofErr w:type="spellEnd"/>
            <w:r>
              <w:rPr>
                <w:color w:val="203038"/>
                <w:sz w:val="14"/>
              </w:rPr>
              <w:t xml:space="preserve">; </w:t>
            </w:r>
            <w:proofErr w:type="spellStart"/>
            <w:r>
              <w:rPr>
                <w:color w:val="203038"/>
                <w:sz w:val="14"/>
              </w:rPr>
              <w:t>zapis</w:t>
            </w:r>
            <w:proofErr w:type="spellEnd"/>
            <w:r>
              <w:rPr>
                <w:color w:val="203038"/>
                <w:sz w:val="14"/>
              </w:rPr>
              <w:t xml:space="preserve"> v jezikovni </w:t>
            </w:r>
            <w:proofErr w:type="spellStart"/>
            <w:r>
              <w:rPr>
                <w:color w:val="203038"/>
                <w:sz w:val="14"/>
              </w:rPr>
              <w:t>mapi</w:t>
            </w:r>
            <w:proofErr w:type="spellEnd"/>
          </w:p>
        </w:tc>
        <w:tc>
          <w:tcPr>
            <w:tcW w:w="18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F36EC0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4"/>
              </w:rPr>
              <w:t xml:space="preserve">GUM – </w:t>
            </w:r>
            <w:proofErr w:type="spellStart"/>
            <w:r>
              <w:rPr>
                <w:color w:val="203038"/>
                <w:sz w:val="14"/>
              </w:rPr>
              <w:t>ritem</w:t>
            </w:r>
            <w:proofErr w:type="spellEnd"/>
            <w:r>
              <w:rPr>
                <w:color w:val="203038"/>
                <w:sz w:val="14"/>
              </w:rPr>
              <w:t>/</w:t>
            </w:r>
            <w:proofErr w:type="spellStart"/>
            <w:r>
              <w:rPr>
                <w:color w:val="203038"/>
                <w:sz w:val="14"/>
              </w:rPr>
              <w:t>zvočnost</w:t>
            </w:r>
            <w:proofErr w:type="spellEnd"/>
            <w:r>
              <w:rPr>
                <w:color w:val="203038"/>
                <w:sz w:val="14"/>
              </w:rPr>
              <w:t xml:space="preserve">; LUM – </w:t>
            </w:r>
            <w:proofErr w:type="spellStart"/>
            <w:r>
              <w:rPr>
                <w:color w:val="203038"/>
                <w:sz w:val="14"/>
              </w:rPr>
              <w:t>ilustracija</w:t>
            </w:r>
            <w:proofErr w:type="spellEnd"/>
            <w:r>
              <w:rPr>
                <w:color w:val="203038"/>
                <w:sz w:val="14"/>
              </w:rPr>
              <w:t xml:space="preserve">; ŠPO – </w:t>
            </w:r>
            <w:proofErr w:type="spellStart"/>
            <w:r>
              <w:rPr>
                <w:color w:val="203038"/>
                <w:sz w:val="14"/>
              </w:rPr>
              <w:t>gibalna</w:t>
            </w:r>
            <w:proofErr w:type="spellEnd"/>
            <w:r>
              <w:rPr>
                <w:color w:val="203038"/>
                <w:sz w:val="14"/>
              </w:rPr>
              <w:t xml:space="preserve"> </w:t>
            </w:r>
            <w:proofErr w:type="spellStart"/>
            <w:r>
              <w:rPr>
                <w:color w:val="203038"/>
                <w:sz w:val="14"/>
              </w:rPr>
              <w:t>dramatizacija</w:t>
            </w:r>
            <w:proofErr w:type="spellEnd"/>
            <w:r>
              <w:rPr>
                <w:color w:val="203038"/>
                <w:sz w:val="14"/>
              </w:rPr>
              <w:t xml:space="preserve">; SPO – </w:t>
            </w:r>
            <w:proofErr w:type="spellStart"/>
            <w:r>
              <w:rPr>
                <w:color w:val="203038"/>
                <w:sz w:val="14"/>
              </w:rPr>
              <w:t>odnosi</w:t>
            </w:r>
            <w:proofErr w:type="spellEnd"/>
          </w:p>
        </w:tc>
        <w:tc>
          <w:tcPr>
            <w:tcW w:w="16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EC8062" w14:textId="77777777" w:rsidR="00D27883" w:rsidRDefault="00000000">
            <w:pPr>
              <w:spacing w:after="24" w:line="240" w:lineRule="auto"/>
            </w:pPr>
            <w:proofErr w:type="spellStart"/>
            <w:r>
              <w:rPr>
                <w:b/>
                <w:color w:val="2E6D8E"/>
                <w:sz w:val="14"/>
              </w:rPr>
              <w:t>Tedni</w:t>
            </w:r>
            <w:proofErr w:type="spellEnd"/>
            <w:r>
              <w:rPr>
                <w:b/>
                <w:color w:val="2E6D8E"/>
                <w:sz w:val="14"/>
              </w:rPr>
              <w:t>: 4, 10, 15, 17, 21, 22, 26, 27, 37</w:t>
            </w:r>
            <w:r>
              <w:rPr>
                <w:b/>
                <w:color w:val="2E6D8E"/>
                <w:sz w:val="14"/>
              </w:rPr>
              <w:br/>
              <w:t xml:space="preserve">46 </w:t>
            </w:r>
            <w:proofErr w:type="spellStart"/>
            <w:r>
              <w:rPr>
                <w:b/>
                <w:color w:val="2E6D8E"/>
                <w:sz w:val="14"/>
              </w:rPr>
              <w:t>ur</w:t>
            </w:r>
            <w:proofErr w:type="spellEnd"/>
          </w:p>
        </w:tc>
      </w:tr>
    </w:tbl>
    <w:p w14:paraId="50D86C73" w14:textId="77777777" w:rsidR="00D27883" w:rsidRDefault="00000000">
      <w:pPr>
        <w:spacing w:after="60" w:line="252" w:lineRule="auto"/>
        <w:jc w:val="right"/>
      </w:pPr>
      <w:r>
        <w:rPr>
          <w:b/>
          <w:color w:val="2E6D8E"/>
          <w:sz w:val="16"/>
        </w:rPr>
        <w:t xml:space="preserve">Kontrolni </w:t>
      </w:r>
      <w:proofErr w:type="spellStart"/>
      <w:r>
        <w:rPr>
          <w:b/>
          <w:color w:val="2E6D8E"/>
          <w:sz w:val="16"/>
        </w:rPr>
        <w:t>seštevek</w:t>
      </w:r>
      <w:proofErr w:type="spellEnd"/>
      <w:r>
        <w:rPr>
          <w:b/>
          <w:color w:val="2E6D8E"/>
          <w:sz w:val="16"/>
        </w:rPr>
        <w:t xml:space="preserve"> </w:t>
      </w:r>
      <w:proofErr w:type="spellStart"/>
      <w:r>
        <w:rPr>
          <w:b/>
          <w:color w:val="2E6D8E"/>
          <w:sz w:val="16"/>
        </w:rPr>
        <w:t>vsebinskih</w:t>
      </w:r>
      <w:proofErr w:type="spellEnd"/>
      <w:r>
        <w:rPr>
          <w:b/>
          <w:color w:val="2E6D8E"/>
          <w:sz w:val="16"/>
        </w:rPr>
        <w:t xml:space="preserve"> </w:t>
      </w:r>
      <w:proofErr w:type="spellStart"/>
      <w:r>
        <w:rPr>
          <w:b/>
          <w:color w:val="2E6D8E"/>
          <w:sz w:val="16"/>
        </w:rPr>
        <w:t>sklopov</w:t>
      </w:r>
      <w:proofErr w:type="spellEnd"/>
      <w:r>
        <w:rPr>
          <w:b/>
          <w:color w:val="2E6D8E"/>
          <w:sz w:val="16"/>
        </w:rPr>
        <w:t xml:space="preserve">: 210 </w:t>
      </w:r>
      <w:proofErr w:type="spellStart"/>
      <w:r>
        <w:rPr>
          <w:b/>
          <w:color w:val="2E6D8E"/>
          <w:sz w:val="16"/>
        </w:rPr>
        <w:t>ur</w:t>
      </w:r>
      <w:proofErr w:type="spellEnd"/>
      <w:r>
        <w:rPr>
          <w:b/>
          <w:color w:val="2E6D8E"/>
          <w:sz w:val="16"/>
        </w:rPr>
        <w:t>.</w:t>
      </w:r>
    </w:p>
    <w:p w14:paraId="19C5560A" w14:textId="77777777" w:rsidR="00D27883" w:rsidRDefault="00000000">
      <w:pPr>
        <w:pStyle w:val="Naslov2"/>
        <w:spacing w:before="80" w:after="60"/>
      </w:pPr>
      <w:r>
        <w:rPr>
          <w:rFonts w:ascii="Arial" w:eastAsia="Arial" w:hAnsi="Arial"/>
          <w:color w:val="2E6D8E"/>
          <w:sz w:val="24"/>
        </w:rPr>
        <w:t xml:space="preserve">3.1 </w:t>
      </w:r>
      <w:proofErr w:type="spellStart"/>
      <w:r>
        <w:rPr>
          <w:rFonts w:ascii="Arial" w:eastAsia="Arial" w:hAnsi="Arial"/>
          <w:color w:val="2E6D8E"/>
          <w:sz w:val="24"/>
        </w:rPr>
        <w:t>Sistematično</w:t>
      </w:r>
      <w:proofErr w:type="spellEnd"/>
      <w:r>
        <w:rPr>
          <w:rFonts w:ascii="Arial" w:eastAsia="Arial" w:hAnsi="Arial"/>
          <w:color w:val="2E6D8E"/>
          <w:sz w:val="24"/>
        </w:rPr>
        <w:t xml:space="preserve"> </w:t>
      </w:r>
      <w:proofErr w:type="spellStart"/>
      <w:r>
        <w:rPr>
          <w:rFonts w:ascii="Arial" w:eastAsia="Arial" w:hAnsi="Arial"/>
          <w:color w:val="2E6D8E"/>
          <w:sz w:val="24"/>
        </w:rPr>
        <w:t>usvajanje</w:t>
      </w:r>
      <w:proofErr w:type="spellEnd"/>
      <w:r>
        <w:rPr>
          <w:rFonts w:ascii="Arial" w:eastAsia="Arial" w:hAnsi="Arial"/>
          <w:color w:val="2E6D8E"/>
          <w:sz w:val="24"/>
        </w:rPr>
        <w:t xml:space="preserve"> velikih </w:t>
      </w:r>
      <w:proofErr w:type="spellStart"/>
      <w:r>
        <w:rPr>
          <w:rFonts w:ascii="Arial" w:eastAsia="Arial" w:hAnsi="Arial"/>
          <w:color w:val="2E6D8E"/>
          <w:sz w:val="24"/>
        </w:rPr>
        <w:t>tiskanih</w:t>
      </w:r>
      <w:proofErr w:type="spellEnd"/>
      <w:r>
        <w:rPr>
          <w:rFonts w:ascii="Arial" w:eastAsia="Arial" w:hAnsi="Arial"/>
          <w:color w:val="2E6D8E"/>
          <w:sz w:val="24"/>
        </w:rPr>
        <w:t xml:space="preserve"> </w:t>
      </w:r>
      <w:proofErr w:type="spellStart"/>
      <w:r>
        <w:rPr>
          <w:rFonts w:ascii="Arial" w:eastAsia="Arial" w:hAnsi="Arial"/>
          <w:color w:val="2E6D8E"/>
          <w:sz w:val="24"/>
        </w:rPr>
        <w:t>črk</w:t>
      </w:r>
      <w:proofErr w:type="spellEnd"/>
    </w:p>
    <w:p w14:paraId="42828471" w14:textId="77777777" w:rsidR="00D27883" w:rsidRDefault="00000000">
      <w:pPr>
        <w:spacing w:after="80" w:line="252" w:lineRule="auto"/>
      </w:pPr>
      <w:proofErr w:type="spellStart"/>
      <w:r>
        <w:rPr>
          <w:color w:val="60727A"/>
          <w:sz w:val="16"/>
        </w:rPr>
        <w:t>Načrt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vključuje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vseh</w:t>
      </w:r>
      <w:proofErr w:type="spellEnd"/>
      <w:r>
        <w:rPr>
          <w:color w:val="60727A"/>
          <w:sz w:val="16"/>
        </w:rPr>
        <w:t xml:space="preserve"> 25 </w:t>
      </w:r>
      <w:proofErr w:type="spellStart"/>
      <w:r>
        <w:rPr>
          <w:color w:val="60727A"/>
          <w:sz w:val="16"/>
        </w:rPr>
        <w:t>črk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slovenske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abecede</w:t>
      </w:r>
      <w:proofErr w:type="spellEnd"/>
      <w:r>
        <w:rPr>
          <w:color w:val="60727A"/>
          <w:sz w:val="16"/>
        </w:rPr>
        <w:t xml:space="preserve">. </w:t>
      </w:r>
      <w:proofErr w:type="spellStart"/>
      <w:r>
        <w:rPr>
          <w:color w:val="60727A"/>
          <w:sz w:val="16"/>
        </w:rPr>
        <w:t>Vsaka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črka</w:t>
      </w:r>
      <w:proofErr w:type="spellEnd"/>
      <w:r>
        <w:rPr>
          <w:color w:val="60727A"/>
          <w:sz w:val="16"/>
        </w:rPr>
        <w:t xml:space="preserve"> se </w:t>
      </w:r>
      <w:proofErr w:type="spellStart"/>
      <w:r>
        <w:rPr>
          <w:color w:val="60727A"/>
          <w:sz w:val="16"/>
        </w:rPr>
        <w:t>obravnava</w:t>
      </w:r>
      <w:proofErr w:type="spellEnd"/>
      <w:r>
        <w:rPr>
          <w:color w:val="60727A"/>
          <w:sz w:val="16"/>
        </w:rPr>
        <w:t xml:space="preserve"> v </w:t>
      </w:r>
      <w:proofErr w:type="spellStart"/>
      <w:r>
        <w:rPr>
          <w:color w:val="60727A"/>
          <w:sz w:val="16"/>
        </w:rPr>
        <w:t>večurnem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ciklu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glas</w:t>
      </w:r>
      <w:proofErr w:type="spellEnd"/>
      <w:r>
        <w:rPr>
          <w:color w:val="60727A"/>
          <w:sz w:val="16"/>
        </w:rPr>
        <w:t xml:space="preserve"> → </w:t>
      </w:r>
      <w:proofErr w:type="spellStart"/>
      <w:r>
        <w:rPr>
          <w:color w:val="60727A"/>
          <w:sz w:val="16"/>
        </w:rPr>
        <w:t>črka</w:t>
      </w:r>
      <w:proofErr w:type="spellEnd"/>
      <w:r>
        <w:rPr>
          <w:color w:val="60727A"/>
          <w:sz w:val="16"/>
        </w:rPr>
        <w:t xml:space="preserve"> → </w:t>
      </w:r>
      <w:proofErr w:type="spellStart"/>
      <w:r>
        <w:rPr>
          <w:color w:val="60727A"/>
          <w:sz w:val="16"/>
        </w:rPr>
        <w:t>veččutno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oblikovanje</w:t>
      </w:r>
      <w:proofErr w:type="spellEnd"/>
      <w:r>
        <w:rPr>
          <w:color w:val="60727A"/>
          <w:sz w:val="16"/>
        </w:rPr>
        <w:t xml:space="preserve"> in </w:t>
      </w:r>
      <w:proofErr w:type="spellStart"/>
      <w:r>
        <w:rPr>
          <w:color w:val="60727A"/>
          <w:sz w:val="16"/>
        </w:rPr>
        <w:t>zapis</w:t>
      </w:r>
      <w:proofErr w:type="spellEnd"/>
      <w:r>
        <w:rPr>
          <w:color w:val="60727A"/>
          <w:sz w:val="16"/>
        </w:rPr>
        <w:t xml:space="preserve"> → </w:t>
      </w:r>
      <w:proofErr w:type="spellStart"/>
      <w:r>
        <w:rPr>
          <w:color w:val="60727A"/>
          <w:sz w:val="16"/>
        </w:rPr>
        <w:t>vezanje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glasov</w:t>
      </w:r>
      <w:proofErr w:type="spellEnd"/>
      <w:r>
        <w:rPr>
          <w:color w:val="60727A"/>
          <w:sz w:val="16"/>
        </w:rPr>
        <w:t xml:space="preserve"> → </w:t>
      </w:r>
      <w:proofErr w:type="spellStart"/>
      <w:r>
        <w:rPr>
          <w:color w:val="60727A"/>
          <w:sz w:val="16"/>
        </w:rPr>
        <w:t>branje</w:t>
      </w:r>
      <w:proofErr w:type="spellEnd"/>
      <w:r>
        <w:rPr>
          <w:color w:val="60727A"/>
          <w:sz w:val="16"/>
        </w:rPr>
        <w:t xml:space="preserve"> in </w:t>
      </w:r>
      <w:proofErr w:type="spellStart"/>
      <w:r>
        <w:rPr>
          <w:color w:val="60727A"/>
          <w:sz w:val="16"/>
        </w:rPr>
        <w:t>pisanje</w:t>
      </w:r>
      <w:proofErr w:type="spellEnd"/>
      <w:r>
        <w:rPr>
          <w:color w:val="60727A"/>
          <w:sz w:val="16"/>
        </w:rPr>
        <w:t xml:space="preserve">. </w:t>
      </w:r>
      <w:proofErr w:type="spellStart"/>
      <w:r>
        <w:rPr>
          <w:color w:val="60727A"/>
          <w:sz w:val="16"/>
        </w:rPr>
        <w:t>Zaporedje</w:t>
      </w:r>
      <w:proofErr w:type="spellEnd"/>
      <w:r>
        <w:rPr>
          <w:color w:val="60727A"/>
          <w:sz w:val="16"/>
        </w:rPr>
        <w:t xml:space="preserve"> je </w:t>
      </w:r>
      <w:proofErr w:type="spellStart"/>
      <w:r>
        <w:rPr>
          <w:color w:val="60727A"/>
          <w:sz w:val="16"/>
        </w:rPr>
        <w:t>prilagodljivo</w:t>
      </w:r>
      <w:proofErr w:type="spellEnd"/>
      <w:r>
        <w:rPr>
          <w:color w:val="60727A"/>
          <w:sz w:val="16"/>
        </w:rPr>
        <w:t xml:space="preserve"> glede na </w:t>
      </w:r>
      <w:proofErr w:type="spellStart"/>
      <w:r>
        <w:rPr>
          <w:color w:val="60727A"/>
          <w:sz w:val="16"/>
        </w:rPr>
        <w:t>diagnostično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ugotovljeno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predznanje</w:t>
      </w:r>
      <w:proofErr w:type="spellEnd"/>
      <w:r>
        <w:rPr>
          <w:color w:val="60727A"/>
          <w:sz w:val="16"/>
        </w:rPr>
        <w:t xml:space="preserve">, </w:t>
      </w:r>
      <w:proofErr w:type="spellStart"/>
      <w:r>
        <w:rPr>
          <w:color w:val="60727A"/>
          <w:sz w:val="16"/>
        </w:rPr>
        <w:t>vendar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morata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ostati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ohranjeni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sistematičnost</w:t>
      </w:r>
      <w:proofErr w:type="spellEnd"/>
      <w:r>
        <w:rPr>
          <w:color w:val="60727A"/>
          <w:sz w:val="16"/>
        </w:rPr>
        <w:t xml:space="preserve"> in </w:t>
      </w:r>
      <w:proofErr w:type="spellStart"/>
      <w:r>
        <w:rPr>
          <w:color w:val="60727A"/>
          <w:sz w:val="16"/>
        </w:rPr>
        <w:t>hkratno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razvijanje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branja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ter</w:t>
      </w:r>
      <w:proofErr w:type="spellEnd"/>
      <w:r>
        <w:rPr>
          <w:color w:val="60727A"/>
          <w:sz w:val="16"/>
        </w:rPr>
        <w:t xml:space="preserve"> </w:t>
      </w:r>
      <w:proofErr w:type="spellStart"/>
      <w:r>
        <w:rPr>
          <w:color w:val="60727A"/>
          <w:sz w:val="16"/>
        </w:rPr>
        <w:t>pisanja</w:t>
      </w:r>
      <w:proofErr w:type="spellEnd"/>
      <w:r>
        <w:rPr>
          <w:color w:val="60727A"/>
          <w:sz w:val="16"/>
        </w:rPr>
        <w:t>.</w:t>
      </w:r>
    </w:p>
    <w:tbl>
      <w:tblPr>
        <w:tblW w:w="15380" w:type="dxa"/>
        <w:jc w:val="center"/>
        <w:tblLayout w:type="fixed"/>
        <w:tblLook w:val="04A0" w:firstRow="1" w:lastRow="0" w:firstColumn="1" w:lastColumn="0" w:noHBand="0" w:noVBand="1"/>
      </w:tblPr>
      <w:tblGrid>
        <w:gridCol w:w="700"/>
        <w:gridCol w:w="1350"/>
        <w:gridCol w:w="650"/>
        <w:gridCol w:w="2100"/>
        <w:gridCol w:w="2200"/>
        <w:gridCol w:w="3100"/>
        <w:gridCol w:w="3200"/>
        <w:gridCol w:w="2080"/>
      </w:tblGrid>
      <w:tr w:rsidR="00D27883" w14:paraId="3C7CC7D1" w14:textId="77777777">
        <w:trPr>
          <w:tblHeader/>
          <w:jc w:val="center"/>
        </w:trPr>
        <w:tc>
          <w:tcPr>
            <w:tcW w:w="70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1FAF7B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3"/>
              </w:rPr>
              <w:t>T.</w:t>
            </w:r>
          </w:p>
        </w:tc>
        <w:tc>
          <w:tcPr>
            <w:tcW w:w="135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9BBFA6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3"/>
              </w:rPr>
              <w:t>DATUM</w:t>
            </w:r>
          </w:p>
        </w:tc>
        <w:tc>
          <w:tcPr>
            <w:tcW w:w="65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142575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3"/>
              </w:rPr>
              <w:t>ČRKA</w:t>
            </w:r>
          </w:p>
        </w:tc>
        <w:tc>
          <w:tcPr>
            <w:tcW w:w="210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EDF7E8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3"/>
              </w:rPr>
              <w:t>GLASOVNE BESEDE</w:t>
            </w:r>
          </w:p>
        </w:tc>
        <w:tc>
          <w:tcPr>
            <w:tcW w:w="220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4C6988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3"/>
              </w:rPr>
              <w:t>ZLOGI</w:t>
            </w:r>
          </w:p>
        </w:tc>
        <w:tc>
          <w:tcPr>
            <w:tcW w:w="310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794F9D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3"/>
              </w:rPr>
              <w:t>BESEDE Z ZNANIMI ČRKAMI</w:t>
            </w:r>
          </w:p>
        </w:tc>
        <w:tc>
          <w:tcPr>
            <w:tcW w:w="320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EFFF45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3"/>
              </w:rPr>
              <w:t>VEČČUTNI POTEK IN DOKAZ</w:t>
            </w:r>
          </w:p>
        </w:tc>
        <w:tc>
          <w:tcPr>
            <w:tcW w:w="208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20CD9D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3"/>
              </w:rPr>
              <w:t>URE</w:t>
            </w:r>
          </w:p>
        </w:tc>
      </w:tr>
      <w:tr w:rsidR="00D27883" w14:paraId="3B2638A1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0A7738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7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8C4E1A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12.–16. 10. 2026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9CFC1D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A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808EA5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avto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mapa</w:t>
            </w:r>
            <w:proofErr w:type="spellEnd"/>
            <w:r>
              <w:rPr>
                <w:rFonts w:cs="Arial"/>
                <w:color w:val="34444B"/>
                <w:sz w:val="14"/>
              </w:rPr>
              <w:t>, raca, banana</w:t>
            </w:r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ED2CED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A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E169E5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A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A8624F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dve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poševni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srednja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prečka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D07506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43EF4308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573CF9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8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CAF70B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19.–23. 10. 2026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7451FD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E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7A2D75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elastika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meta, pes, </w:t>
            </w:r>
            <w:proofErr w:type="spellStart"/>
            <w:r>
              <w:rPr>
                <w:rFonts w:cs="Arial"/>
                <w:color w:val="34444B"/>
                <w:sz w:val="14"/>
              </w:rPr>
              <w:t>sonce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2E8D1E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A • E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E8606F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A • E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C8666D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navpična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tri </w:t>
            </w:r>
            <w:proofErr w:type="spellStart"/>
            <w:r>
              <w:rPr>
                <w:rFonts w:cs="Arial"/>
                <w:color w:val="34444B"/>
                <w:sz w:val="14"/>
              </w:rPr>
              <w:t>vodoravne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0E62C0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34CDE803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EB574F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9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813D86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2.–6. 11. 2026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2236FE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I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A464BF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igla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miza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miš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oči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B9CF40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A • E • I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7509840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A • E • I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EDAC76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navpična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od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zgoraj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navzdol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FE0336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2F2656DC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4A9A2C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10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097714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9.–13. 11. 2026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2A2617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O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040285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oko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nos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nebo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avto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E16AB5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A • E • I • O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C752AF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A • E • I • O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BBCE81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sklenjena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ovalna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EDF6EA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35B21B89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DF0651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11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024DCF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16.–20. 11. 2026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6FC5C1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U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0268DC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ura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luna, </w:t>
            </w:r>
            <w:proofErr w:type="spellStart"/>
            <w:r>
              <w:rPr>
                <w:rFonts w:cs="Arial"/>
                <w:color w:val="34444B"/>
                <w:sz w:val="14"/>
              </w:rPr>
              <w:t>muca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avtobus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7DA168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A • E • I • O • U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A5D253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A • E • I • O • U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826ED5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navzdol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zaobljeno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dno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navzgor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E28917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3968A3B2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CD72AFE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12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990C0B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23.–27. 11. 2026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6FDD8F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N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938F71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nos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luna, dan, </w:t>
            </w:r>
            <w:proofErr w:type="spellStart"/>
            <w:r>
              <w:rPr>
                <w:rFonts w:cs="Arial"/>
                <w:color w:val="34444B"/>
                <w:sz w:val="14"/>
              </w:rPr>
              <w:t>slon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F2A962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NA • NI • AN • IN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58EB72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ANA • NINA • IN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4D3BE5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navpična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poševna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navpična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vmesni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– </w:t>
            </w:r>
            <w:proofErr w:type="spellStart"/>
            <w:r>
              <w:rPr>
                <w:rFonts w:cs="Arial"/>
                <w:color w:val="34444B"/>
                <w:sz w:val="14"/>
              </w:rPr>
              <w:t>prvih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6 </w:t>
            </w:r>
            <w:proofErr w:type="spellStart"/>
            <w:r>
              <w:rPr>
                <w:rFonts w:cs="Arial"/>
                <w:color w:val="34444B"/>
                <w:sz w:val="14"/>
              </w:rPr>
              <w:t>črk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FFA4F9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2689DE82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E5CC930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13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9F3B5C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30. 11.–4. 12. 2026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B51B41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M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E3567F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muca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mama, </w:t>
            </w:r>
            <w:proofErr w:type="spellStart"/>
            <w:r>
              <w:rPr>
                <w:rFonts w:cs="Arial"/>
                <w:color w:val="34444B"/>
                <w:sz w:val="14"/>
              </w:rPr>
              <w:t>dom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sem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79FD5D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MA • MI • AM • IM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F9873F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MAMA • MAMI • IMAM • MIMO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C637AC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navpična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dve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poševni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navpična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528A21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1052BEE9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29DA23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14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A235AF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7.–11. 12. 2026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F26F46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T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A3B9C7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torba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avto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pet, </w:t>
            </w:r>
            <w:proofErr w:type="spellStart"/>
            <w:r>
              <w:rPr>
                <w:rFonts w:cs="Arial"/>
                <w:color w:val="34444B"/>
                <w:sz w:val="14"/>
              </w:rPr>
              <w:t>metla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1AF01D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TA • TI • AT • IT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7A8D28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TETA • META • TIM • MAMA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8624DA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zgornja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vodoravna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sredinska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navpična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34099A2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069F021C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72A937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15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D28224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14.–18. 12. 2026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D76CC7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J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74F5FF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jabolko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meja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noj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čaj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0DFA18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JA • JE • JI • AJ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406F58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MAJA • JANA • MOJ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FC49EC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navpična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4"/>
              </w:rPr>
              <w:t>zavojem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zgornja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prečka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po </w:t>
            </w:r>
            <w:proofErr w:type="spellStart"/>
            <w:r>
              <w:rPr>
                <w:rFonts w:cs="Arial"/>
                <w:color w:val="34444B"/>
                <w:sz w:val="14"/>
              </w:rPr>
              <w:t>šolskem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zapisu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ACE376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5E953744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20904A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16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4C2F7E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21.–24. 12. 2026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C6A89F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V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3FD047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voda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sova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lev, </w:t>
            </w:r>
            <w:proofErr w:type="spellStart"/>
            <w:r>
              <w:rPr>
                <w:rFonts w:cs="Arial"/>
                <w:color w:val="34444B"/>
                <w:sz w:val="14"/>
              </w:rPr>
              <w:t>trava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25F895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VA • VI • VO • VE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8BE15DC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VITA • VINO • NOVA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599FCB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dve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poševni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s </w:t>
            </w:r>
            <w:proofErr w:type="spellStart"/>
            <w:r>
              <w:rPr>
                <w:rFonts w:cs="Arial"/>
                <w:color w:val="34444B"/>
                <w:sz w:val="14"/>
              </w:rPr>
              <w:t>stikom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spodaj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5406CA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68CD2A6A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761B46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lastRenderedPageBreak/>
              <w:t>17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0111AA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4.–8. 1. 2027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0F7A4D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R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D3CA1D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riba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ura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sir, </w:t>
            </w:r>
            <w:proofErr w:type="spellStart"/>
            <w:r>
              <w:rPr>
                <w:rFonts w:cs="Arial"/>
                <w:color w:val="34444B"/>
                <w:sz w:val="14"/>
              </w:rPr>
              <w:t>morje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FDBB30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RA • RI • RO • RE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02F5A1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RIMA • MIR • VERA • MORJE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960F7D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navpična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zgornja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zanka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poševna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noga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DCD466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1353D4D7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E10AC9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18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679889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11.–15. 1. 2027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539F9B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S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1EBD00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sonce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osa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nos</w:t>
            </w:r>
            <w:proofErr w:type="spellEnd"/>
            <w:r>
              <w:rPr>
                <w:rFonts w:cs="Arial"/>
                <w:color w:val="34444B"/>
                <w:sz w:val="14"/>
              </w:rPr>
              <w:t>, pes</w:t>
            </w:r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456B9C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SA • SI • SO • SE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3E2BDE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SARA • MESTO • VESNA • SIR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25C894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neprekinjena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ukrivljena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vmesni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– </w:t>
            </w:r>
            <w:proofErr w:type="spellStart"/>
            <w:r>
              <w:rPr>
                <w:rFonts w:cs="Arial"/>
                <w:color w:val="34444B"/>
                <w:sz w:val="14"/>
              </w:rPr>
              <w:t>prvih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12 </w:t>
            </w:r>
            <w:proofErr w:type="spellStart"/>
            <w:r>
              <w:rPr>
                <w:rFonts w:cs="Arial"/>
                <w:color w:val="34444B"/>
                <w:sz w:val="14"/>
              </w:rPr>
              <w:t>črk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8CA2F2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2229B060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18F50E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19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7DCF5C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18.–22. 1. 2027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88DBE2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L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683051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 xml:space="preserve">luna, </w:t>
            </w:r>
            <w:proofErr w:type="spellStart"/>
            <w:r>
              <w:rPr>
                <w:rFonts w:cs="Arial"/>
                <w:color w:val="34444B"/>
                <w:sz w:val="14"/>
              </w:rPr>
              <w:t>kolo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šal</w:t>
            </w:r>
            <w:proofErr w:type="spellEnd"/>
            <w:r>
              <w:rPr>
                <w:rFonts w:cs="Arial"/>
                <w:color w:val="34444B"/>
                <w:sz w:val="14"/>
              </w:rPr>
              <w:t>, sol</w:t>
            </w:r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124448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LA • LI • LO • LE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D2421E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LINA • MILO • LETO • SOL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3F4913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navpična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spodnja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vodoravna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E31F05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4957A839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602581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20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8B8E9E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25.–29. 1. 2027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EB2B8C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K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F28622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 xml:space="preserve">kapa, </w:t>
            </w:r>
            <w:proofErr w:type="spellStart"/>
            <w:r>
              <w:rPr>
                <w:rFonts w:cs="Arial"/>
                <w:color w:val="34444B"/>
                <w:sz w:val="14"/>
              </w:rPr>
              <w:t>oko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vlak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sok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108BF7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KA • KI • KO • KE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D62C65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KITA • KINO • KOS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71D1DD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navpična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dve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poševni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iz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sredine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8D0DD0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0B8C0840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DD6D5F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21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B9A71C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1.–5. 2. 2027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4CAF98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P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F92C91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 xml:space="preserve">pes, kapa, </w:t>
            </w:r>
            <w:proofErr w:type="spellStart"/>
            <w:r>
              <w:rPr>
                <w:rFonts w:cs="Arial"/>
                <w:color w:val="34444B"/>
                <w:sz w:val="14"/>
              </w:rPr>
              <w:t>čep</w:t>
            </w:r>
            <w:proofErr w:type="spellEnd"/>
            <w:r>
              <w:rPr>
                <w:rFonts w:cs="Arial"/>
                <w:color w:val="34444B"/>
                <w:sz w:val="14"/>
              </w:rPr>
              <w:t>, rep</w:t>
            </w:r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2F820F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PA • PI • PO • PE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9D2296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PES • PILA • PERO • POT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44A39D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navpična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zgornja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zaobljena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45B70C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0764C74B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253E44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22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D28754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9.–12. 2. 2027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9E6614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D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BEC875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dom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voda</w:t>
            </w:r>
            <w:proofErr w:type="spellEnd"/>
            <w:r>
              <w:rPr>
                <w:rFonts w:cs="Arial"/>
                <w:color w:val="34444B"/>
                <w:sz w:val="14"/>
              </w:rPr>
              <w:t>, med, grad</w:t>
            </w:r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1D1D60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DA • DI • DO • DE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FCCE41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DOM • DAN • DELO • MED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818069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navpična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velika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zaobljena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280C17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</w:t>
            </w:r>
          </w:p>
        </w:tc>
      </w:tr>
      <w:tr w:rsidR="00D27883" w14:paraId="41CCC56C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3E422A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23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7D2EC2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15.–19. 2. 2027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7798B9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B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72ADFA7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 xml:space="preserve">banana, </w:t>
            </w:r>
            <w:proofErr w:type="spellStart"/>
            <w:r>
              <w:rPr>
                <w:rFonts w:cs="Arial"/>
                <w:color w:val="34444B"/>
                <w:sz w:val="14"/>
              </w:rPr>
              <w:t>riba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zob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golob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D2D99F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BA • BI • BO • BE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F354F8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BIBA • RIBA • BELA • BOM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0F8E61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navpična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dve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zaobljeni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vmesni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– </w:t>
            </w:r>
            <w:proofErr w:type="spellStart"/>
            <w:r>
              <w:rPr>
                <w:rFonts w:cs="Arial"/>
                <w:color w:val="34444B"/>
                <w:sz w:val="14"/>
              </w:rPr>
              <w:t>prvih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17 </w:t>
            </w:r>
            <w:proofErr w:type="spellStart"/>
            <w:r>
              <w:rPr>
                <w:rFonts w:cs="Arial"/>
                <w:color w:val="34444B"/>
                <w:sz w:val="14"/>
              </w:rPr>
              <w:t>črk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D5F961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67C382CD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BE8923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24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9FF9CE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1.–5. 3. 2027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3F1180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G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8F4826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goba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noga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rog, </w:t>
            </w:r>
            <w:proofErr w:type="spellStart"/>
            <w:r>
              <w:rPr>
                <w:rFonts w:cs="Arial"/>
                <w:color w:val="34444B"/>
                <w:sz w:val="14"/>
              </w:rPr>
              <w:t>sneg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CF9BF8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GA • GI • GO • GE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9F3B7C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GORA • NOGA • MIGA • GUMA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B9B4FA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skoraj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sklenjena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ovalna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4"/>
              </w:rPr>
              <w:t>notranjo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prečko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60A5C1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77379EED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7DDA53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25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2D728D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8.–12. 3. 2027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90613E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Č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EF4F14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čebela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mačka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ključ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obroč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B99E04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ČA • ČI • ČO • ČU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EFBA93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ČAR • OČI • UČI • MAČKA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D558F1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odprta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ukrivljena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strešica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C1F097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2A560DC4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D8F4A4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26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2E0BDF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15.–19. 3. 2027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8A511D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Š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569CFB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 xml:space="preserve">šola, </w:t>
            </w:r>
            <w:proofErr w:type="spellStart"/>
            <w:r>
              <w:rPr>
                <w:rFonts w:cs="Arial"/>
                <w:color w:val="34444B"/>
                <w:sz w:val="14"/>
              </w:rPr>
              <w:t>miška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koš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dežnik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D0FBAF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ŠA • ŠI • ŠO • ŠU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5452C0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ŠOLA • MIŠ • MAŠA • ŠUMA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9F7520F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ukrivljena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črke S in </w:t>
            </w:r>
            <w:proofErr w:type="spellStart"/>
            <w:r>
              <w:rPr>
                <w:rFonts w:cs="Arial"/>
                <w:color w:val="34444B"/>
                <w:sz w:val="14"/>
              </w:rPr>
              <w:t>strešica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140023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6A5754CA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5AE3E2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27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E51A1D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22.–26. 3. 2027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27892C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Ž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C6577E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žoga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mož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luža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nož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175603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ŽA • ŽI • ŽO • ŽU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4B97BD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ŽOGA • MOŽ • ŽILA • NOŽ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092805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tri </w:t>
            </w:r>
            <w:proofErr w:type="spellStart"/>
            <w:r>
              <w:rPr>
                <w:rFonts w:cs="Arial"/>
                <w:color w:val="34444B"/>
                <w:sz w:val="14"/>
              </w:rPr>
              <w:t>poteze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črke Z in </w:t>
            </w:r>
            <w:proofErr w:type="spellStart"/>
            <w:r>
              <w:rPr>
                <w:rFonts w:cs="Arial"/>
                <w:color w:val="34444B"/>
                <w:sz w:val="14"/>
              </w:rPr>
              <w:t>strešica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51131F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</w:t>
            </w:r>
          </w:p>
        </w:tc>
      </w:tr>
      <w:tr w:rsidR="00D27883" w14:paraId="64B31D8D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5CC2FE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28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B15C8C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30. 3.–2. 4. 2027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382B46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C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E0C9AF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 xml:space="preserve">cesta, </w:t>
            </w:r>
            <w:proofErr w:type="spellStart"/>
            <w:r>
              <w:rPr>
                <w:rFonts w:cs="Arial"/>
                <w:color w:val="34444B"/>
                <w:sz w:val="14"/>
              </w:rPr>
              <w:t>muca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lonec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copat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A633B0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CA • CI • CO • CE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19BD1B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CESTA • MICA • RACA • COPAT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788A4E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odprta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ukrivljena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5E8F7A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</w:t>
            </w:r>
          </w:p>
        </w:tc>
      </w:tr>
      <w:tr w:rsidR="00D27883" w14:paraId="46CC76F1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818915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29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74C2D1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5.–9. 4. 2027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462C41D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Z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0A4D7F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zima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miza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voz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koza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4BED7C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ZA • ZI • ZO • ZE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E27A8D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ZIMA • MIZA • KOZA • ZOB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843828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zgornja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vodoravna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poševna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spodnja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vodoravna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6B3491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2B2AA718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FBD458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30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40DF0CF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12.–16. 4. 2027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DC21EC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H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90E23B7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hiša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muha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oreh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kruh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7CFA2D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HA • HI • HO • HE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9649E4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HIŠA • MUHA • HODI • OREH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9D9CD8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dve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navpični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srednja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vodoravna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formativni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9715C2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</w:t>
            </w:r>
          </w:p>
        </w:tc>
      </w:tr>
      <w:tr w:rsidR="00D27883" w14:paraId="3BA99AA9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59019D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31</w:t>
            </w:r>
          </w:p>
        </w:tc>
        <w:tc>
          <w:tcPr>
            <w:tcW w:w="13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9F98DC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19.–23. 4. 2027</w:t>
            </w:r>
          </w:p>
        </w:tc>
        <w:tc>
          <w:tcPr>
            <w:tcW w:w="65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B80BF0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F</w:t>
            </w:r>
          </w:p>
        </w:tc>
        <w:tc>
          <w:tcPr>
            <w:tcW w:w="2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AEABC3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figa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4"/>
              </w:rPr>
              <w:t>telefon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, sofa, </w:t>
            </w:r>
            <w:proofErr w:type="spellStart"/>
            <w:r>
              <w:rPr>
                <w:rFonts w:cs="Arial"/>
                <w:color w:val="34444B"/>
                <w:sz w:val="14"/>
              </w:rPr>
              <w:t>žirafa</w:t>
            </w:r>
            <w:proofErr w:type="spellEnd"/>
          </w:p>
        </w:tc>
        <w:tc>
          <w:tcPr>
            <w:tcW w:w="2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002CCE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FA • FI • FO • FE</w:t>
            </w:r>
          </w:p>
        </w:tc>
        <w:tc>
          <w:tcPr>
            <w:tcW w:w="31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C3DA4A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4"/>
              </w:rPr>
              <w:t>FANI • FOTO • SOFA • FANT</w:t>
            </w:r>
          </w:p>
        </w:tc>
        <w:tc>
          <w:tcPr>
            <w:tcW w:w="3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49A21AD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4"/>
              </w:rPr>
              <w:t>slišim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razvrstim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glas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navpična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dve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vodoravni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potezi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črko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oblikujem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4"/>
              </w:rPr>
              <w:t>zapišem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berem</w:t>
            </w:r>
            <w:proofErr w:type="spellEnd"/>
            <w:r>
              <w:rPr>
                <w:rFonts w:cs="Arial"/>
                <w:color w:val="34444B"/>
                <w:sz w:val="14"/>
              </w:rPr>
              <w:t>/</w:t>
            </w:r>
            <w:proofErr w:type="spellStart"/>
            <w:r>
              <w:rPr>
                <w:rFonts w:cs="Arial"/>
                <w:color w:val="34444B"/>
                <w:sz w:val="14"/>
              </w:rPr>
              <w:t>sestavim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4"/>
              </w:rPr>
              <w:t>zaključni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4"/>
              </w:rPr>
              <w:t>dokaz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– </w:t>
            </w:r>
            <w:proofErr w:type="spellStart"/>
            <w:r>
              <w:rPr>
                <w:rFonts w:cs="Arial"/>
                <w:color w:val="34444B"/>
                <w:sz w:val="14"/>
              </w:rPr>
              <w:t>vseh</w:t>
            </w:r>
            <w:proofErr w:type="spellEnd"/>
            <w:r>
              <w:rPr>
                <w:rFonts w:cs="Arial"/>
                <w:color w:val="34444B"/>
                <w:sz w:val="14"/>
              </w:rPr>
              <w:t xml:space="preserve"> 25 </w:t>
            </w:r>
            <w:proofErr w:type="spellStart"/>
            <w:r>
              <w:rPr>
                <w:rFonts w:cs="Arial"/>
                <w:color w:val="34444B"/>
                <w:sz w:val="14"/>
              </w:rPr>
              <w:t>črk</w:t>
            </w:r>
            <w:proofErr w:type="spellEnd"/>
          </w:p>
        </w:tc>
        <w:tc>
          <w:tcPr>
            <w:tcW w:w="2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7F3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0AA6B1" w14:textId="77777777" w:rsidR="00D27883" w:rsidRDefault="00000000">
            <w:pPr>
              <w:spacing w:after="0" w:line="240" w:lineRule="auto"/>
              <w:jc w:val="center"/>
            </w:pPr>
            <w:r>
              <w:rPr>
                <w:rFonts w:cs="Arial"/>
                <w:b/>
                <w:color w:val="2F7394"/>
                <w:sz w:val="14"/>
              </w:rPr>
              <w:t>2</w:t>
            </w:r>
          </w:p>
        </w:tc>
      </w:tr>
    </w:tbl>
    <w:p w14:paraId="749F0E5F" w14:textId="77777777" w:rsidR="00D27883" w:rsidRDefault="00000000">
      <w:pPr>
        <w:spacing w:after="60" w:line="252" w:lineRule="auto"/>
        <w:jc w:val="right"/>
      </w:pPr>
      <w:proofErr w:type="spellStart"/>
      <w:r>
        <w:rPr>
          <w:b/>
          <w:color w:val="2E6D8E"/>
          <w:sz w:val="16"/>
        </w:rPr>
        <w:t>Namenske</w:t>
      </w:r>
      <w:proofErr w:type="spellEnd"/>
      <w:r>
        <w:rPr>
          <w:b/>
          <w:color w:val="2E6D8E"/>
          <w:sz w:val="16"/>
        </w:rPr>
        <w:t xml:space="preserve"> </w:t>
      </w:r>
      <w:proofErr w:type="spellStart"/>
      <w:r>
        <w:rPr>
          <w:b/>
          <w:color w:val="2E6D8E"/>
          <w:sz w:val="16"/>
        </w:rPr>
        <w:t>ure</w:t>
      </w:r>
      <w:proofErr w:type="spellEnd"/>
      <w:r>
        <w:rPr>
          <w:b/>
          <w:color w:val="2E6D8E"/>
          <w:sz w:val="16"/>
        </w:rPr>
        <w:t xml:space="preserve"> </w:t>
      </w:r>
      <w:proofErr w:type="spellStart"/>
      <w:r>
        <w:rPr>
          <w:b/>
          <w:color w:val="2E6D8E"/>
          <w:sz w:val="16"/>
        </w:rPr>
        <w:t>začetnega</w:t>
      </w:r>
      <w:proofErr w:type="spellEnd"/>
      <w:r>
        <w:rPr>
          <w:b/>
          <w:color w:val="2E6D8E"/>
          <w:sz w:val="16"/>
        </w:rPr>
        <w:t xml:space="preserve"> </w:t>
      </w:r>
      <w:proofErr w:type="spellStart"/>
      <w:r>
        <w:rPr>
          <w:b/>
          <w:color w:val="2E6D8E"/>
          <w:sz w:val="16"/>
        </w:rPr>
        <w:t>opismenjevanja</w:t>
      </w:r>
      <w:proofErr w:type="spellEnd"/>
      <w:r>
        <w:rPr>
          <w:b/>
          <w:color w:val="2E6D8E"/>
          <w:sz w:val="16"/>
        </w:rPr>
        <w:t xml:space="preserve">: 71 </w:t>
      </w:r>
      <w:proofErr w:type="spellStart"/>
      <w:r>
        <w:rPr>
          <w:b/>
          <w:color w:val="2E6D8E"/>
          <w:sz w:val="16"/>
        </w:rPr>
        <w:t>ur</w:t>
      </w:r>
      <w:proofErr w:type="spellEnd"/>
      <w:r>
        <w:rPr>
          <w:b/>
          <w:color w:val="2E6D8E"/>
          <w:sz w:val="16"/>
        </w:rPr>
        <w:t xml:space="preserve"> </w:t>
      </w:r>
      <w:proofErr w:type="spellStart"/>
      <w:r>
        <w:rPr>
          <w:b/>
          <w:color w:val="2E6D8E"/>
          <w:sz w:val="16"/>
        </w:rPr>
        <w:t>znotraj</w:t>
      </w:r>
      <w:proofErr w:type="spellEnd"/>
      <w:r>
        <w:rPr>
          <w:b/>
          <w:color w:val="2E6D8E"/>
          <w:sz w:val="16"/>
        </w:rPr>
        <w:t xml:space="preserve"> </w:t>
      </w:r>
      <w:proofErr w:type="spellStart"/>
      <w:r>
        <w:rPr>
          <w:b/>
          <w:color w:val="2E6D8E"/>
          <w:sz w:val="16"/>
        </w:rPr>
        <w:t>skupnega</w:t>
      </w:r>
      <w:proofErr w:type="spellEnd"/>
      <w:r>
        <w:rPr>
          <w:b/>
          <w:color w:val="2E6D8E"/>
          <w:sz w:val="16"/>
        </w:rPr>
        <w:t xml:space="preserve"> </w:t>
      </w:r>
      <w:proofErr w:type="spellStart"/>
      <w:r>
        <w:rPr>
          <w:b/>
          <w:color w:val="2E6D8E"/>
          <w:sz w:val="16"/>
        </w:rPr>
        <w:t>letnega</w:t>
      </w:r>
      <w:proofErr w:type="spellEnd"/>
      <w:r>
        <w:rPr>
          <w:b/>
          <w:color w:val="2E6D8E"/>
          <w:sz w:val="16"/>
        </w:rPr>
        <w:t xml:space="preserve"> </w:t>
      </w:r>
      <w:proofErr w:type="spellStart"/>
      <w:r>
        <w:rPr>
          <w:b/>
          <w:color w:val="2E6D8E"/>
          <w:sz w:val="16"/>
        </w:rPr>
        <w:t>obsega</w:t>
      </w:r>
      <w:proofErr w:type="spellEnd"/>
      <w:r>
        <w:rPr>
          <w:b/>
          <w:color w:val="2E6D8E"/>
          <w:sz w:val="16"/>
        </w:rPr>
        <w:t xml:space="preserve"> 210 </w:t>
      </w:r>
      <w:proofErr w:type="spellStart"/>
      <w:r>
        <w:rPr>
          <w:b/>
          <w:color w:val="2E6D8E"/>
          <w:sz w:val="16"/>
        </w:rPr>
        <w:t>ur</w:t>
      </w:r>
      <w:proofErr w:type="spellEnd"/>
      <w:r>
        <w:rPr>
          <w:b/>
          <w:color w:val="2E6D8E"/>
          <w:sz w:val="16"/>
        </w:rPr>
        <w:t>.</w:t>
      </w:r>
    </w:p>
    <w:p w14:paraId="14F74F92" w14:textId="77777777" w:rsidR="00D27883" w:rsidRPr="00C327F0" w:rsidRDefault="00000000">
      <w:pPr>
        <w:pStyle w:val="Naslov1"/>
        <w:pageBreakBefore/>
        <w:spacing w:before="140" w:after="80"/>
      </w:pPr>
      <w:r w:rsidRPr="00C327F0">
        <w:rPr>
          <w:rFonts w:ascii="Arial" w:eastAsia="Arial" w:hAnsi="Arial"/>
          <w:color w:val="173B4D"/>
        </w:rPr>
        <w:lastRenderedPageBreak/>
        <w:t xml:space="preserve">4. </w:t>
      </w:r>
      <w:proofErr w:type="spellStart"/>
      <w:r w:rsidRPr="00C327F0">
        <w:rPr>
          <w:rFonts w:ascii="Arial" w:eastAsia="Arial" w:hAnsi="Arial"/>
          <w:color w:val="173B4D"/>
        </w:rPr>
        <w:t>Načrtovane</w:t>
      </w:r>
      <w:proofErr w:type="spellEnd"/>
      <w:r w:rsidRPr="00C327F0">
        <w:rPr>
          <w:rFonts w:ascii="Arial" w:eastAsia="Arial" w:hAnsi="Arial"/>
          <w:color w:val="173B4D"/>
        </w:rPr>
        <w:t xml:space="preserve"> vsebine in </w:t>
      </w:r>
      <w:proofErr w:type="spellStart"/>
      <w:r w:rsidRPr="00C327F0">
        <w:rPr>
          <w:rFonts w:ascii="Arial" w:eastAsia="Arial" w:hAnsi="Arial"/>
          <w:color w:val="173B4D"/>
        </w:rPr>
        <w:t>časovna</w:t>
      </w:r>
      <w:proofErr w:type="spellEnd"/>
      <w:r w:rsidRPr="00C327F0">
        <w:rPr>
          <w:rFonts w:ascii="Arial" w:eastAsia="Arial" w:hAnsi="Arial"/>
          <w:color w:val="173B4D"/>
        </w:rPr>
        <w:t xml:space="preserve"> </w:t>
      </w:r>
      <w:proofErr w:type="spellStart"/>
      <w:r w:rsidRPr="00C327F0">
        <w:rPr>
          <w:rFonts w:ascii="Arial" w:eastAsia="Arial" w:hAnsi="Arial"/>
          <w:color w:val="173B4D"/>
        </w:rPr>
        <w:t>razporeditev</w:t>
      </w:r>
      <w:proofErr w:type="spellEnd"/>
    </w:p>
    <w:p w14:paraId="6EB44DA8" w14:textId="77777777" w:rsidR="00D27883" w:rsidRDefault="00000000">
      <w:pPr>
        <w:keepNext/>
        <w:spacing w:after="80" w:line="252" w:lineRule="auto"/>
      </w:pPr>
      <w:proofErr w:type="spellStart"/>
      <w:r>
        <w:rPr>
          <w:i/>
          <w:color w:val="60727A"/>
          <w:sz w:val="16"/>
        </w:rPr>
        <w:t>Vrstni</w:t>
      </w:r>
      <w:proofErr w:type="spellEnd"/>
      <w:r>
        <w:rPr>
          <w:i/>
          <w:color w:val="60727A"/>
          <w:sz w:val="16"/>
        </w:rPr>
        <w:t xml:space="preserve"> red je </w:t>
      </w:r>
      <w:proofErr w:type="spellStart"/>
      <w:r>
        <w:rPr>
          <w:i/>
          <w:color w:val="60727A"/>
          <w:sz w:val="16"/>
        </w:rPr>
        <w:t>načrtovalski</w:t>
      </w:r>
      <w:proofErr w:type="spellEnd"/>
      <w:r>
        <w:rPr>
          <w:i/>
          <w:color w:val="60727A"/>
          <w:sz w:val="16"/>
        </w:rPr>
        <w:t xml:space="preserve"> in se lahko </w:t>
      </w:r>
      <w:proofErr w:type="spellStart"/>
      <w:r>
        <w:rPr>
          <w:i/>
          <w:color w:val="60727A"/>
          <w:sz w:val="16"/>
        </w:rPr>
        <w:t>prilagodi</w:t>
      </w:r>
      <w:proofErr w:type="spellEnd"/>
      <w:r>
        <w:rPr>
          <w:i/>
          <w:color w:val="60727A"/>
          <w:sz w:val="16"/>
        </w:rPr>
        <w:t xml:space="preserve"> </w:t>
      </w:r>
      <w:proofErr w:type="spellStart"/>
      <w:r>
        <w:rPr>
          <w:i/>
          <w:color w:val="60727A"/>
          <w:sz w:val="16"/>
        </w:rPr>
        <w:t>dejanskim</w:t>
      </w:r>
      <w:proofErr w:type="spellEnd"/>
      <w:r>
        <w:rPr>
          <w:i/>
          <w:color w:val="60727A"/>
          <w:sz w:val="16"/>
        </w:rPr>
        <w:t xml:space="preserve"> </w:t>
      </w:r>
      <w:proofErr w:type="spellStart"/>
      <w:r>
        <w:rPr>
          <w:i/>
          <w:color w:val="60727A"/>
          <w:sz w:val="16"/>
        </w:rPr>
        <w:t>razmeram</w:t>
      </w:r>
      <w:proofErr w:type="spellEnd"/>
      <w:r>
        <w:rPr>
          <w:i/>
          <w:color w:val="60727A"/>
          <w:sz w:val="16"/>
        </w:rPr>
        <w:t xml:space="preserve">, </w:t>
      </w:r>
      <w:proofErr w:type="spellStart"/>
      <w:r>
        <w:rPr>
          <w:i/>
          <w:color w:val="60727A"/>
          <w:sz w:val="16"/>
        </w:rPr>
        <w:t>predznanju</w:t>
      </w:r>
      <w:proofErr w:type="spellEnd"/>
      <w:r>
        <w:rPr>
          <w:i/>
          <w:color w:val="60727A"/>
          <w:sz w:val="16"/>
        </w:rPr>
        <w:t xml:space="preserve"> učencev, </w:t>
      </w:r>
      <w:proofErr w:type="spellStart"/>
      <w:r>
        <w:rPr>
          <w:i/>
          <w:color w:val="60727A"/>
          <w:sz w:val="16"/>
        </w:rPr>
        <w:t>dogodkom</w:t>
      </w:r>
      <w:proofErr w:type="spellEnd"/>
      <w:r>
        <w:rPr>
          <w:i/>
          <w:color w:val="60727A"/>
          <w:sz w:val="16"/>
        </w:rPr>
        <w:t xml:space="preserve"> </w:t>
      </w:r>
      <w:proofErr w:type="spellStart"/>
      <w:r>
        <w:rPr>
          <w:i/>
          <w:color w:val="60727A"/>
          <w:sz w:val="16"/>
        </w:rPr>
        <w:t>šole</w:t>
      </w:r>
      <w:proofErr w:type="spellEnd"/>
      <w:r>
        <w:rPr>
          <w:i/>
          <w:color w:val="60727A"/>
          <w:sz w:val="16"/>
        </w:rPr>
        <w:t xml:space="preserve"> in </w:t>
      </w:r>
      <w:proofErr w:type="spellStart"/>
      <w:r>
        <w:rPr>
          <w:i/>
          <w:color w:val="60727A"/>
          <w:sz w:val="16"/>
        </w:rPr>
        <w:t>tempu</w:t>
      </w:r>
      <w:proofErr w:type="spellEnd"/>
      <w:r>
        <w:rPr>
          <w:i/>
          <w:color w:val="60727A"/>
          <w:sz w:val="16"/>
        </w:rPr>
        <w:t xml:space="preserve"> </w:t>
      </w:r>
      <w:proofErr w:type="spellStart"/>
      <w:r>
        <w:rPr>
          <w:i/>
          <w:color w:val="60727A"/>
          <w:sz w:val="16"/>
        </w:rPr>
        <w:t>razreda</w:t>
      </w:r>
      <w:proofErr w:type="spellEnd"/>
      <w:r>
        <w:rPr>
          <w:i/>
          <w:color w:val="60727A"/>
          <w:sz w:val="16"/>
        </w:rPr>
        <w:t xml:space="preserve">, </w:t>
      </w:r>
      <w:proofErr w:type="spellStart"/>
      <w:r>
        <w:rPr>
          <w:i/>
          <w:color w:val="60727A"/>
          <w:sz w:val="16"/>
        </w:rPr>
        <w:t>če</w:t>
      </w:r>
      <w:proofErr w:type="spellEnd"/>
      <w:r>
        <w:rPr>
          <w:i/>
          <w:color w:val="60727A"/>
          <w:sz w:val="16"/>
        </w:rPr>
        <w:t xml:space="preserve"> se </w:t>
      </w:r>
      <w:proofErr w:type="spellStart"/>
      <w:r>
        <w:rPr>
          <w:i/>
          <w:color w:val="60727A"/>
          <w:sz w:val="16"/>
        </w:rPr>
        <w:t>ohranijo</w:t>
      </w:r>
      <w:proofErr w:type="spellEnd"/>
      <w:r>
        <w:rPr>
          <w:i/>
          <w:color w:val="60727A"/>
          <w:sz w:val="16"/>
        </w:rPr>
        <w:t xml:space="preserve"> </w:t>
      </w:r>
      <w:proofErr w:type="spellStart"/>
      <w:r>
        <w:rPr>
          <w:i/>
          <w:color w:val="60727A"/>
          <w:sz w:val="16"/>
        </w:rPr>
        <w:t>letni</w:t>
      </w:r>
      <w:proofErr w:type="spellEnd"/>
      <w:r>
        <w:rPr>
          <w:i/>
          <w:color w:val="60727A"/>
          <w:sz w:val="16"/>
        </w:rPr>
        <w:t xml:space="preserve"> </w:t>
      </w:r>
      <w:proofErr w:type="spellStart"/>
      <w:r>
        <w:rPr>
          <w:i/>
          <w:color w:val="60727A"/>
          <w:sz w:val="16"/>
        </w:rPr>
        <w:t>cilji</w:t>
      </w:r>
      <w:proofErr w:type="spellEnd"/>
      <w:r>
        <w:rPr>
          <w:i/>
          <w:color w:val="60727A"/>
          <w:sz w:val="16"/>
        </w:rPr>
        <w:t xml:space="preserve"> </w:t>
      </w:r>
      <w:proofErr w:type="spellStart"/>
      <w:r>
        <w:rPr>
          <w:i/>
          <w:color w:val="60727A"/>
          <w:sz w:val="16"/>
        </w:rPr>
        <w:t>ter</w:t>
      </w:r>
      <w:proofErr w:type="spellEnd"/>
      <w:r>
        <w:rPr>
          <w:i/>
          <w:color w:val="60727A"/>
          <w:sz w:val="16"/>
        </w:rPr>
        <w:t xml:space="preserve"> </w:t>
      </w:r>
      <w:proofErr w:type="spellStart"/>
      <w:r>
        <w:rPr>
          <w:i/>
          <w:color w:val="60727A"/>
          <w:sz w:val="16"/>
        </w:rPr>
        <w:t>skupni</w:t>
      </w:r>
      <w:proofErr w:type="spellEnd"/>
      <w:r>
        <w:rPr>
          <w:i/>
          <w:color w:val="60727A"/>
          <w:sz w:val="16"/>
        </w:rPr>
        <w:t xml:space="preserve"> </w:t>
      </w:r>
      <w:proofErr w:type="spellStart"/>
      <w:r>
        <w:rPr>
          <w:i/>
          <w:color w:val="60727A"/>
          <w:sz w:val="16"/>
        </w:rPr>
        <w:t>obseg</w:t>
      </w:r>
      <w:proofErr w:type="spellEnd"/>
      <w:r>
        <w:rPr>
          <w:i/>
          <w:color w:val="60727A"/>
          <w:sz w:val="16"/>
        </w:rPr>
        <w:t xml:space="preserve"> </w:t>
      </w:r>
      <w:proofErr w:type="spellStart"/>
      <w:r>
        <w:rPr>
          <w:i/>
          <w:color w:val="60727A"/>
          <w:sz w:val="16"/>
        </w:rPr>
        <w:t>ur</w:t>
      </w:r>
      <w:proofErr w:type="spellEnd"/>
      <w:r w:rsidR="00C327F0">
        <w:rPr>
          <w:i/>
          <w:color w:val="60727A"/>
          <w:sz w:val="16"/>
        </w:rPr>
        <w:t>.</w:t>
      </w:r>
    </w:p>
    <w:tbl>
      <w:tblPr>
        <w:tblW w:w="15380" w:type="dxa"/>
        <w:jc w:val="center"/>
        <w:tblLayout w:type="fixed"/>
        <w:tblLook w:val="04A0" w:firstRow="1" w:lastRow="0" w:firstColumn="1" w:lastColumn="0" w:noHBand="0" w:noVBand="1"/>
      </w:tblPr>
      <w:tblGrid>
        <w:gridCol w:w="1080"/>
        <w:gridCol w:w="2230"/>
        <w:gridCol w:w="1760"/>
        <w:gridCol w:w="3670"/>
        <w:gridCol w:w="580"/>
        <w:gridCol w:w="3070"/>
        <w:gridCol w:w="2990"/>
      </w:tblGrid>
      <w:tr w:rsidR="00D27883" w14:paraId="5068B9DC" w14:textId="77777777">
        <w:trPr>
          <w:cantSplit/>
          <w:tblHeader/>
          <w:jc w:val="center"/>
        </w:trPr>
        <w:tc>
          <w:tcPr>
            <w:tcW w:w="108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6141A06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TEDEN / DATUM</w:t>
            </w:r>
          </w:p>
        </w:tc>
        <w:tc>
          <w:tcPr>
            <w:tcW w:w="223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C37128D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TEMATSKI OKVIR</w:t>
            </w:r>
          </w:p>
        </w:tc>
        <w:tc>
          <w:tcPr>
            <w:tcW w:w="176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7CF71CF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VSEBINA PREDMETA</w:t>
            </w:r>
          </w:p>
        </w:tc>
        <w:tc>
          <w:tcPr>
            <w:tcW w:w="367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C4DC9B9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OPERATIVNI CILJI</w:t>
            </w:r>
          </w:p>
        </w:tc>
        <w:tc>
          <w:tcPr>
            <w:tcW w:w="58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F40888A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URE</w:t>
            </w:r>
          </w:p>
        </w:tc>
        <w:tc>
          <w:tcPr>
            <w:tcW w:w="307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9C2D0CD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SODOBNE OBLIKE IN DOKAZI O UČENJU</w:t>
            </w:r>
          </w:p>
        </w:tc>
        <w:tc>
          <w:tcPr>
            <w:tcW w:w="299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1D12AEF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OCENJEVANJE / DNEVI DEJAVNOSTI</w:t>
            </w:r>
          </w:p>
        </w:tc>
      </w:tr>
      <w:tr w:rsidR="00D27883" w14:paraId="60AB9468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CAF1F1D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1.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1.–4. 9. 2026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549857C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V ŠOLO – JAZ, ODNOSI IN UČENJE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Muca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Copatarica</w:t>
            </w:r>
            <w:proofErr w:type="spellEnd"/>
            <w:r>
              <w:rPr>
                <w:color w:val="34444B"/>
                <w:sz w:val="12"/>
              </w:rPr>
              <w:t xml:space="preserve">« – Ela </w:t>
            </w:r>
            <w:proofErr w:type="spellStart"/>
            <w:r>
              <w:rPr>
                <w:color w:val="34444B"/>
                <w:sz w:val="12"/>
              </w:rPr>
              <w:t>Peroci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urejenost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odgovornost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pripadnost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razredu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092B9BE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SPORAZUMEVANJE</w:t>
            </w:r>
            <w:r>
              <w:rPr>
                <w:b/>
                <w:color w:val="34444B"/>
                <w:sz w:val="12"/>
              </w:rPr>
              <w:br/>
            </w:r>
            <w:proofErr w:type="spellStart"/>
            <w:r>
              <w:rPr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b/>
                <w:color w:val="34444B"/>
                <w:sz w:val="12"/>
              </w:rPr>
              <w:t>obravnava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slikanico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ter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uredi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zaporedje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dogodkov</w:t>
            </w:r>
            <w:proofErr w:type="spellEnd"/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7EC83BF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posluša</w:t>
            </w:r>
            <w:proofErr w:type="spellEnd"/>
            <w:r>
              <w:rPr>
                <w:color w:val="34444B"/>
                <w:sz w:val="12"/>
              </w:rPr>
              <w:t xml:space="preserve"> kratka navodila</w:t>
            </w:r>
          </w:p>
          <w:p w14:paraId="1786E21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vljudno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pozdravi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prosi</w:t>
            </w:r>
            <w:proofErr w:type="spellEnd"/>
            <w:r>
              <w:rPr>
                <w:color w:val="34444B"/>
                <w:sz w:val="12"/>
              </w:rPr>
              <w:t xml:space="preserve"> in se </w:t>
            </w:r>
            <w:proofErr w:type="spellStart"/>
            <w:r>
              <w:rPr>
                <w:color w:val="34444B"/>
                <w:sz w:val="12"/>
              </w:rPr>
              <w:t>zahvali</w:t>
            </w:r>
            <w:proofErr w:type="spellEnd"/>
          </w:p>
          <w:p w14:paraId="2C9BA269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pripoveduje</w:t>
            </w:r>
            <w:proofErr w:type="spellEnd"/>
            <w:r>
              <w:rPr>
                <w:color w:val="34444B"/>
                <w:sz w:val="12"/>
              </w:rPr>
              <w:t xml:space="preserve"> o </w:t>
            </w:r>
            <w:proofErr w:type="spellStart"/>
            <w:r>
              <w:rPr>
                <w:color w:val="34444B"/>
                <w:sz w:val="12"/>
              </w:rPr>
              <w:t>prvem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šolskem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dnevu</w:t>
            </w:r>
            <w:proofErr w:type="spellEnd"/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9B24FC3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5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8AADFD3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E59A8BF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326E5B33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1693EA3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2.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7.–11. 9. 2026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D94B96D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V ŠOLO – JAZ, ODNOSI IN UČENJE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Pedenjped</w:t>
            </w:r>
            <w:proofErr w:type="spellEnd"/>
            <w:r>
              <w:rPr>
                <w:color w:val="34444B"/>
                <w:sz w:val="12"/>
              </w:rPr>
              <w:t xml:space="preserve">« – Niko </w:t>
            </w:r>
            <w:proofErr w:type="spellStart"/>
            <w:r>
              <w:rPr>
                <w:color w:val="34444B"/>
                <w:sz w:val="12"/>
              </w:rPr>
              <w:t>Grafenauer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jaz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moje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značilnosti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radovedno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učenje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D9A45A4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PREDOPISMENJEVANJE</w:t>
            </w:r>
            <w:r>
              <w:rPr>
                <w:b/>
                <w:color w:val="34444B"/>
                <w:sz w:val="12"/>
              </w:rPr>
              <w:br/>
            </w:r>
            <w:proofErr w:type="spellStart"/>
            <w:r>
              <w:rPr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b/>
                <w:color w:val="34444B"/>
                <w:sz w:val="12"/>
              </w:rPr>
              <w:t>posluša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pesem</w:t>
            </w:r>
            <w:proofErr w:type="spellEnd"/>
            <w:r>
              <w:rPr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b/>
                <w:color w:val="34444B"/>
                <w:sz w:val="12"/>
              </w:rPr>
              <w:t>zaznava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ritem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ter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išče</w:t>
            </w:r>
            <w:proofErr w:type="spellEnd"/>
            <w:r>
              <w:rPr>
                <w:b/>
                <w:color w:val="34444B"/>
                <w:sz w:val="12"/>
              </w:rPr>
              <w:t xml:space="preserve"> rime in </w:t>
            </w:r>
            <w:proofErr w:type="spellStart"/>
            <w:r>
              <w:rPr>
                <w:b/>
                <w:color w:val="34444B"/>
                <w:sz w:val="12"/>
              </w:rPr>
              <w:t>glasove</w:t>
            </w:r>
            <w:proofErr w:type="spellEnd"/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26E838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r>
              <w:rPr>
                <w:color w:val="34444B"/>
                <w:sz w:val="12"/>
              </w:rPr>
              <w:t xml:space="preserve">se </w:t>
            </w:r>
            <w:proofErr w:type="spellStart"/>
            <w:r>
              <w:rPr>
                <w:color w:val="34444B"/>
                <w:sz w:val="12"/>
              </w:rPr>
              <w:t>orientira</w:t>
            </w:r>
            <w:proofErr w:type="spellEnd"/>
            <w:r>
              <w:rPr>
                <w:color w:val="34444B"/>
                <w:sz w:val="12"/>
              </w:rPr>
              <w:t xml:space="preserve"> na </w:t>
            </w:r>
            <w:proofErr w:type="spellStart"/>
            <w:r>
              <w:rPr>
                <w:color w:val="34444B"/>
                <w:sz w:val="12"/>
              </w:rPr>
              <w:t>telesu</w:t>
            </w:r>
            <w:proofErr w:type="spellEnd"/>
            <w:r>
              <w:rPr>
                <w:color w:val="34444B"/>
                <w:sz w:val="12"/>
              </w:rPr>
              <w:t xml:space="preserve">, v </w:t>
            </w:r>
            <w:proofErr w:type="spellStart"/>
            <w:r>
              <w:rPr>
                <w:color w:val="34444B"/>
                <w:sz w:val="12"/>
              </w:rPr>
              <w:t>prostoru</w:t>
            </w:r>
            <w:proofErr w:type="spellEnd"/>
            <w:r>
              <w:rPr>
                <w:color w:val="34444B"/>
                <w:sz w:val="12"/>
              </w:rPr>
              <w:t xml:space="preserve"> in na </w:t>
            </w:r>
            <w:proofErr w:type="spellStart"/>
            <w:r>
              <w:rPr>
                <w:color w:val="34444B"/>
                <w:sz w:val="12"/>
              </w:rPr>
              <w:t>listu</w:t>
            </w:r>
            <w:proofErr w:type="spellEnd"/>
          </w:p>
          <w:p w14:paraId="44B817C0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sledi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smeri</w:t>
            </w:r>
            <w:proofErr w:type="spellEnd"/>
            <w:r>
              <w:rPr>
                <w:color w:val="34444B"/>
                <w:sz w:val="12"/>
              </w:rPr>
              <w:t xml:space="preserve"> od </w:t>
            </w:r>
            <w:proofErr w:type="spellStart"/>
            <w:r>
              <w:rPr>
                <w:color w:val="34444B"/>
                <w:sz w:val="12"/>
              </w:rPr>
              <w:t>leve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proti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desni</w:t>
            </w:r>
            <w:proofErr w:type="spellEnd"/>
          </w:p>
          <w:p w14:paraId="6573EE7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bere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slike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znake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piktograme</w:t>
            </w:r>
            <w:proofErr w:type="spellEnd"/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B8F997B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EFFC625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56157B3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3896BF42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EAD8007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3.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14.–18. 9. 2026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11577D6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V ŠOLO – JAZ, ODNOSI IN UČENJE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Moj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prijatelj</w:t>
            </w:r>
            <w:proofErr w:type="spellEnd"/>
            <w:r>
              <w:rPr>
                <w:color w:val="34444B"/>
                <w:sz w:val="12"/>
              </w:rPr>
              <w:t xml:space="preserve"> Piki Jakob« – </w:t>
            </w:r>
            <w:proofErr w:type="spellStart"/>
            <w:r>
              <w:rPr>
                <w:color w:val="34444B"/>
                <w:sz w:val="12"/>
              </w:rPr>
              <w:t>Kajetan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Kovič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prijateljstvo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empatija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sodelovanje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FA35124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GLASOVNO ZAVEDANJE</w:t>
            </w:r>
            <w:r>
              <w:rPr>
                <w:b/>
                <w:color w:val="34444B"/>
                <w:sz w:val="12"/>
              </w:rPr>
              <w:br/>
            </w:r>
            <w:proofErr w:type="spellStart"/>
            <w:r>
              <w:rPr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b/>
                <w:color w:val="34444B"/>
                <w:sz w:val="12"/>
              </w:rPr>
              <w:t>opiše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književni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osebi</w:t>
            </w:r>
            <w:proofErr w:type="spellEnd"/>
            <w:r>
              <w:rPr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b/>
                <w:color w:val="34444B"/>
                <w:sz w:val="12"/>
              </w:rPr>
              <w:t>odigra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kratek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prijateljski</w:t>
            </w:r>
            <w:proofErr w:type="spellEnd"/>
            <w:r>
              <w:rPr>
                <w:b/>
                <w:color w:val="34444B"/>
                <w:sz w:val="12"/>
              </w:rPr>
              <w:t xml:space="preserve"> dialog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76CAA6C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razlikuje</w:t>
            </w:r>
            <w:proofErr w:type="spellEnd"/>
            <w:r>
              <w:rPr>
                <w:color w:val="34444B"/>
                <w:sz w:val="12"/>
              </w:rPr>
              <w:t xml:space="preserve"> dolge in kratke </w:t>
            </w:r>
            <w:proofErr w:type="spellStart"/>
            <w:r>
              <w:rPr>
                <w:color w:val="34444B"/>
                <w:sz w:val="12"/>
              </w:rPr>
              <w:t>besede</w:t>
            </w:r>
            <w:proofErr w:type="spellEnd"/>
          </w:p>
          <w:p w14:paraId="3ED2AAA1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členi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besede</w:t>
            </w:r>
            <w:proofErr w:type="spellEnd"/>
            <w:r>
              <w:rPr>
                <w:color w:val="34444B"/>
                <w:sz w:val="12"/>
              </w:rPr>
              <w:t xml:space="preserve"> na </w:t>
            </w:r>
            <w:proofErr w:type="spellStart"/>
            <w:r>
              <w:rPr>
                <w:color w:val="34444B"/>
                <w:sz w:val="12"/>
              </w:rPr>
              <w:t>zloge</w:t>
            </w:r>
            <w:proofErr w:type="spellEnd"/>
          </w:p>
          <w:p w14:paraId="32E8C19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prepozna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prvi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glas</w:t>
            </w:r>
            <w:proofErr w:type="spellEnd"/>
            <w:r>
              <w:rPr>
                <w:color w:val="34444B"/>
                <w:sz w:val="12"/>
              </w:rPr>
              <w:t xml:space="preserve"> v </w:t>
            </w:r>
            <w:proofErr w:type="spellStart"/>
            <w:r>
              <w:rPr>
                <w:color w:val="34444B"/>
                <w:sz w:val="12"/>
              </w:rPr>
              <w:t>znanih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besedah</w:t>
            </w:r>
            <w:proofErr w:type="spellEnd"/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656EB23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F87632C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7F4776F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245C8294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A3409F7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4.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21.–25. 9. 2026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96F0B0C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V ŠOLO – JAZ, ODNOSI IN UČENJE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Maček</w:t>
            </w:r>
            <w:proofErr w:type="spellEnd"/>
            <w:r>
              <w:rPr>
                <w:color w:val="34444B"/>
                <w:sz w:val="12"/>
              </w:rPr>
              <w:t xml:space="preserve"> Muri« – </w:t>
            </w:r>
            <w:proofErr w:type="spellStart"/>
            <w:r>
              <w:rPr>
                <w:color w:val="34444B"/>
                <w:sz w:val="12"/>
              </w:rPr>
              <w:t>Kajetan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Kovič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dnevna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rutina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skupnost</w:t>
            </w:r>
            <w:proofErr w:type="spellEnd"/>
            <w:r>
              <w:rPr>
                <w:color w:val="34444B"/>
                <w:sz w:val="12"/>
              </w:rPr>
              <w:t xml:space="preserve"> in pot po </w:t>
            </w:r>
            <w:proofErr w:type="spellStart"/>
            <w:r>
              <w:rPr>
                <w:color w:val="34444B"/>
                <w:sz w:val="12"/>
              </w:rPr>
              <w:t>znanem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okolju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4077553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SLIKANICA IN PRIPOVED</w:t>
            </w:r>
            <w:r>
              <w:rPr>
                <w:b/>
                <w:color w:val="34444B"/>
                <w:sz w:val="12"/>
              </w:rPr>
              <w:br/>
            </w:r>
            <w:proofErr w:type="spellStart"/>
            <w:r>
              <w:rPr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b/>
                <w:color w:val="34444B"/>
                <w:sz w:val="12"/>
              </w:rPr>
              <w:t>ob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slikah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pripoveduje</w:t>
            </w:r>
            <w:proofErr w:type="spellEnd"/>
            <w:r>
              <w:rPr>
                <w:b/>
                <w:color w:val="34444B"/>
                <w:sz w:val="12"/>
              </w:rPr>
              <w:t xml:space="preserve"> o </w:t>
            </w:r>
            <w:proofErr w:type="spellStart"/>
            <w:r>
              <w:rPr>
                <w:b/>
                <w:color w:val="34444B"/>
                <w:sz w:val="12"/>
              </w:rPr>
              <w:t>Murijevem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dnevu</w:t>
            </w:r>
            <w:proofErr w:type="spellEnd"/>
            <w:r>
              <w:rPr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b/>
                <w:color w:val="34444B"/>
                <w:sz w:val="12"/>
              </w:rPr>
              <w:t>ureja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dogodke</w:t>
            </w:r>
            <w:proofErr w:type="spellEnd"/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D2C99D7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pozorno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posluša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umetnostno</w:t>
            </w:r>
            <w:proofErr w:type="spellEnd"/>
            <w:r>
              <w:rPr>
                <w:color w:val="34444B"/>
                <w:sz w:val="12"/>
              </w:rPr>
              <w:t xml:space="preserve"> besedilo</w:t>
            </w:r>
          </w:p>
          <w:p w14:paraId="231698C9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ob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slikah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obnovi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zaporedje</w:t>
            </w:r>
            <w:proofErr w:type="spellEnd"/>
          </w:p>
          <w:p w14:paraId="34F01C08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ustvari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preprosto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nadaljevanje</w:t>
            </w:r>
            <w:proofErr w:type="spellEnd"/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A701D8B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4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A2A5801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06D789E" w14:textId="77777777" w:rsidR="00FF0B5B" w:rsidRDefault="00000000" w:rsidP="00FF0B5B">
            <w:pPr>
              <w:spacing w:after="0" w:line="240" w:lineRule="auto"/>
              <w:rPr>
                <w:color w:val="34444B"/>
                <w:sz w:val="12"/>
              </w:rPr>
            </w:pPr>
            <w:r>
              <w:rPr>
                <w:b/>
                <w:color w:val="34444B"/>
                <w:sz w:val="12"/>
              </w:rPr>
              <w:t>ŠPORTNI DAN</w:t>
            </w:r>
            <w:r>
              <w:rPr>
                <w:color w:val="34444B"/>
                <w:sz w:val="12"/>
              </w:rPr>
              <w:t xml:space="preserve"> </w:t>
            </w:r>
          </w:p>
          <w:p w14:paraId="72EDB598" w14:textId="32B93079" w:rsidR="006D5A2C" w:rsidRDefault="00000000" w:rsidP="00FF0B5B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ŠPORTNI DAN</w:t>
            </w:r>
            <w:r>
              <w:rPr>
                <w:color w:val="34444B"/>
                <w:sz w:val="12"/>
              </w:rPr>
              <w:t xml:space="preserve"> </w:t>
            </w:r>
          </w:p>
        </w:tc>
      </w:tr>
      <w:tr w:rsidR="00D27883" w14:paraId="0AC2E007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C0A3312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5.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28. 9.–2. 10. 2026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E560211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VARNA POT IN MOBILNOST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Rdeča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kapica</w:t>
            </w:r>
            <w:proofErr w:type="spellEnd"/>
            <w:r>
              <w:rPr>
                <w:color w:val="34444B"/>
                <w:sz w:val="12"/>
              </w:rPr>
              <w:t>« – brata Grimm</w:t>
            </w:r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varna pot, </w:t>
            </w:r>
            <w:proofErr w:type="spellStart"/>
            <w:r>
              <w:rPr>
                <w:color w:val="34444B"/>
                <w:sz w:val="12"/>
              </w:rPr>
              <w:t>vidnost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premišljeno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ravnanje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49A3FC9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NAVODILO IN POGOVOR</w:t>
            </w:r>
            <w:r>
              <w:rPr>
                <w:b/>
                <w:color w:val="34444B"/>
                <w:sz w:val="12"/>
              </w:rPr>
              <w:br/>
            </w:r>
            <w:proofErr w:type="spellStart"/>
            <w:r>
              <w:rPr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b/>
                <w:color w:val="34444B"/>
                <w:sz w:val="12"/>
              </w:rPr>
              <w:t>obravnava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pravljico</w:t>
            </w:r>
            <w:proofErr w:type="spellEnd"/>
            <w:r>
              <w:rPr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b/>
                <w:color w:val="34444B"/>
                <w:sz w:val="12"/>
              </w:rPr>
              <w:t>ureja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slike</w:t>
            </w:r>
            <w:proofErr w:type="spellEnd"/>
            <w:r>
              <w:rPr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b/>
                <w:color w:val="34444B"/>
                <w:sz w:val="12"/>
              </w:rPr>
              <w:t>odigra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dialoge</w:t>
            </w:r>
            <w:proofErr w:type="spellEnd"/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C8DD45D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razume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zaporedje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navodil</w:t>
            </w:r>
            <w:proofErr w:type="spellEnd"/>
          </w:p>
          <w:p w14:paraId="1818E587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sprašuje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odgovarja</w:t>
            </w:r>
            <w:proofErr w:type="spellEnd"/>
            <w:r>
              <w:rPr>
                <w:color w:val="34444B"/>
                <w:sz w:val="12"/>
              </w:rPr>
              <w:t xml:space="preserve"> o </w:t>
            </w:r>
            <w:proofErr w:type="spellStart"/>
            <w:r>
              <w:rPr>
                <w:color w:val="34444B"/>
                <w:sz w:val="12"/>
              </w:rPr>
              <w:t>poti</w:t>
            </w:r>
            <w:proofErr w:type="spellEnd"/>
          </w:p>
          <w:p w14:paraId="0E2A3BB2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uporablja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ustrezne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prostorske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izraze</w:t>
            </w:r>
            <w:proofErr w:type="spellEnd"/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540D25E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5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2D30431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4548D71" w14:textId="05855B2A" w:rsidR="006D5A2C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TEHNIŠKI DAN</w:t>
            </w:r>
            <w:r>
              <w:rPr>
                <w:color w:val="34444B"/>
                <w:sz w:val="12"/>
              </w:rPr>
              <w:t xml:space="preserve"> </w:t>
            </w:r>
          </w:p>
        </w:tc>
      </w:tr>
    </w:tbl>
    <w:p w14:paraId="711913F4" w14:textId="77777777" w:rsidR="006D5A2C" w:rsidRDefault="006D5A2C">
      <w:pPr>
        <w:pageBreakBefore/>
        <w:spacing w:after="0" w:line="20" w:lineRule="exact"/>
      </w:pPr>
    </w:p>
    <w:tbl>
      <w:tblPr>
        <w:tblW w:w="15380" w:type="dxa"/>
        <w:jc w:val="center"/>
        <w:tblLayout w:type="fixed"/>
        <w:tblLook w:val="04A0" w:firstRow="1" w:lastRow="0" w:firstColumn="1" w:lastColumn="0" w:noHBand="0" w:noVBand="1"/>
      </w:tblPr>
      <w:tblGrid>
        <w:gridCol w:w="1080"/>
        <w:gridCol w:w="2230"/>
        <w:gridCol w:w="1760"/>
        <w:gridCol w:w="3670"/>
        <w:gridCol w:w="580"/>
        <w:gridCol w:w="3070"/>
        <w:gridCol w:w="2990"/>
      </w:tblGrid>
      <w:tr w:rsidR="00D27883" w14:paraId="27415A46" w14:textId="77777777">
        <w:trPr>
          <w:cantSplit/>
          <w:tblHeader/>
          <w:jc w:val="center"/>
        </w:trPr>
        <w:tc>
          <w:tcPr>
            <w:tcW w:w="108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A1F664F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TEDEN / DATUM</w:t>
            </w:r>
          </w:p>
        </w:tc>
        <w:tc>
          <w:tcPr>
            <w:tcW w:w="223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1A4C97A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TEMATSKI OKVIR</w:t>
            </w:r>
          </w:p>
        </w:tc>
        <w:tc>
          <w:tcPr>
            <w:tcW w:w="176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9D232EC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VSEBINA PREDMETA</w:t>
            </w:r>
          </w:p>
        </w:tc>
        <w:tc>
          <w:tcPr>
            <w:tcW w:w="367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FF86D43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OPERATIVNI CILJI</w:t>
            </w:r>
          </w:p>
        </w:tc>
        <w:tc>
          <w:tcPr>
            <w:tcW w:w="58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88481E7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URE</w:t>
            </w:r>
          </w:p>
        </w:tc>
        <w:tc>
          <w:tcPr>
            <w:tcW w:w="307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E78373C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SODOBNE OBLIKE IN DOKAZI O UČENJU</w:t>
            </w:r>
          </w:p>
        </w:tc>
        <w:tc>
          <w:tcPr>
            <w:tcW w:w="299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4EBDB1A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OCENJEVANJE / DNEVI DEJAVNOSTI</w:t>
            </w:r>
          </w:p>
        </w:tc>
      </w:tr>
      <w:tr w:rsidR="00D27883" w14:paraId="1E2E32A3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1310381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6.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5.–9. 10. 2026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06017B3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VARNA POT IN MOBILNOST</w:t>
            </w:r>
            <w:r>
              <w:rPr>
                <w:color w:val="34444B"/>
                <w:sz w:val="12"/>
              </w:rPr>
              <w:br/>
              <w:t xml:space="preserve">»Volk in </w:t>
            </w:r>
            <w:proofErr w:type="spellStart"/>
            <w:r>
              <w:rPr>
                <w:color w:val="34444B"/>
                <w:sz w:val="12"/>
              </w:rPr>
              <w:t>sedem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kozličkov</w:t>
            </w:r>
            <w:proofErr w:type="spellEnd"/>
            <w:r>
              <w:rPr>
                <w:color w:val="34444B"/>
                <w:sz w:val="12"/>
              </w:rPr>
              <w:t>« – brata Grimm</w:t>
            </w:r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prepoznavanje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znakov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varnost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doma</w:t>
            </w:r>
            <w:proofErr w:type="spellEnd"/>
            <w:r>
              <w:rPr>
                <w:color w:val="34444B"/>
                <w:sz w:val="12"/>
              </w:rPr>
              <w:t xml:space="preserve"> in kritično </w:t>
            </w:r>
            <w:proofErr w:type="spellStart"/>
            <w:r>
              <w:rPr>
                <w:color w:val="34444B"/>
                <w:sz w:val="12"/>
              </w:rPr>
              <w:t>poslušanje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179EB79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ZLOG IN GLAS</w:t>
            </w:r>
            <w:r>
              <w:rPr>
                <w:b/>
                <w:color w:val="34444B"/>
                <w:sz w:val="12"/>
              </w:rPr>
              <w:br/>
            </w:r>
            <w:proofErr w:type="spellStart"/>
            <w:r>
              <w:rPr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b/>
                <w:color w:val="34444B"/>
                <w:sz w:val="12"/>
              </w:rPr>
              <w:t>razlikuje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glasove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oseb</w:t>
            </w:r>
            <w:proofErr w:type="spellEnd"/>
            <w:r>
              <w:rPr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b/>
                <w:color w:val="34444B"/>
                <w:sz w:val="12"/>
              </w:rPr>
              <w:t>tvori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resnične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ter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neresnične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trditve</w:t>
            </w:r>
            <w:proofErr w:type="spellEnd"/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D4B3255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členi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besede</w:t>
            </w:r>
            <w:proofErr w:type="spellEnd"/>
            <w:r>
              <w:rPr>
                <w:color w:val="34444B"/>
                <w:sz w:val="12"/>
              </w:rPr>
              <w:t xml:space="preserve"> na </w:t>
            </w:r>
            <w:proofErr w:type="spellStart"/>
            <w:r>
              <w:rPr>
                <w:color w:val="34444B"/>
                <w:sz w:val="12"/>
              </w:rPr>
              <w:t>zloge</w:t>
            </w:r>
            <w:proofErr w:type="spellEnd"/>
          </w:p>
          <w:p w14:paraId="28D6DB9E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prepozna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začetni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glas</w:t>
            </w:r>
            <w:proofErr w:type="spellEnd"/>
          </w:p>
          <w:p w14:paraId="55B41616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tvori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poved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ob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prometni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sliki</w:t>
            </w:r>
            <w:proofErr w:type="spellEnd"/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8C03416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09B37FE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DBFB276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71757128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D594704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7.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12.–16. 10. 2026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5066050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VARNA POT IN MOBILNOST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Juri</w:t>
            </w:r>
            <w:proofErr w:type="spellEnd"/>
            <w:r>
              <w:rPr>
                <w:color w:val="34444B"/>
                <w:sz w:val="12"/>
              </w:rPr>
              <w:t xml:space="preserve"> Muri v </w:t>
            </w:r>
            <w:proofErr w:type="spellStart"/>
            <w:r>
              <w:rPr>
                <w:color w:val="34444B"/>
                <w:sz w:val="12"/>
              </w:rPr>
              <w:t>Afriki</w:t>
            </w:r>
            <w:proofErr w:type="spellEnd"/>
            <w:r>
              <w:rPr>
                <w:color w:val="34444B"/>
                <w:sz w:val="12"/>
              </w:rPr>
              <w:t xml:space="preserve">« – Tone </w:t>
            </w:r>
            <w:proofErr w:type="spellStart"/>
            <w:r>
              <w:rPr>
                <w:color w:val="34444B"/>
                <w:sz w:val="12"/>
              </w:rPr>
              <w:t>Pavček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potovanje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prevozna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sredstva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spoštovanje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različnosti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0A99A48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BESEDILO OB SLIKI • VELIKA TISKANA ČRKA A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pripovedno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pesnitev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ob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slikah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obnovi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potovanje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/a/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A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5907EFD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uredi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slike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zaporedje</w:t>
            </w:r>
            <w:proofErr w:type="spellEnd"/>
          </w:p>
          <w:p w14:paraId="4364B10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pripoveduje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dogodek</w:t>
            </w:r>
            <w:proofErr w:type="spellEnd"/>
          </w:p>
          <w:p w14:paraId="08E798BC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obravnavane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črke in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po </w:t>
            </w:r>
            <w:proofErr w:type="spellStart"/>
            <w:r>
              <w:rPr>
                <w:rFonts w:cs="Arial"/>
                <w:color w:val="34444B"/>
                <w:sz w:val="12"/>
              </w:rPr>
              <w:t>individualnem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napredku</w:t>
            </w:r>
            <w:proofErr w:type="spellEnd"/>
          </w:p>
          <w:p w14:paraId="37DB1334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/a/</w:t>
            </w:r>
          </w:p>
          <w:p w14:paraId="6A7C807D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</w:t>
            </w:r>
          </w:p>
          <w:p w14:paraId="455A2A01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A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F0A461A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8300FD7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6DC6E05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09C798B7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1830657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8.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19.–23. 10. 2026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A97065B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VARNA POT IN MOBILNOST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Bremenski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mestni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godci</w:t>
            </w:r>
            <w:proofErr w:type="spellEnd"/>
            <w:r>
              <w:rPr>
                <w:color w:val="34444B"/>
                <w:sz w:val="12"/>
              </w:rPr>
              <w:t>« – brata Grimm</w:t>
            </w:r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pot, </w:t>
            </w:r>
            <w:proofErr w:type="spellStart"/>
            <w:r>
              <w:rPr>
                <w:color w:val="34444B"/>
                <w:sz w:val="12"/>
              </w:rPr>
              <w:t>pogum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sodelovanje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glasba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EDBA739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KAJ ŽE ZNAM • VELIKA TISKANA ČRKA E</w:t>
            </w:r>
          </w:p>
          <w:p w14:paraId="7BAB318F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obnovi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pravljico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odigra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prizor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srečanja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živali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/e/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E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19944E4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pozorno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sledi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navodilu</w:t>
            </w:r>
            <w:proofErr w:type="spellEnd"/>
          </w:p>
          <w:p w14:paraId="1FF4C81B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ob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slikah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smiselno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obnovi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dogodek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tvori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razumljive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povedi</w:t>
            </w:r>
            <w:proofErr w:type="spellEnd"/>
          </w:p>
          <w:p w14:paraId="0CAD6F3B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 in E</w:t>
            </w:r>
          </w:p>
          <w:p w14:paraId="7490DF7B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samovrednoti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govorni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dokaz</w:t>
            </w:r>
            <w:proofErr w:type="spellEnd"/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4DA6299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5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9057D97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6FD2D82" w14:textId="76F8E679" w:rsidR="006D5A2C" w:rsidRDefault="003C2538">
            <w:pPr>
              <w:spacing w:before="30"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r w:rsidR="00000000">
              <w:rPr>
                <w:b/>
                <w:color w:val="34444B"/>
                <w:sz w:val="12"/>
              </w:rPr>
              <w:t>ŠPORTNI DAN</w:t>
            </w:r>
            <w:r w:rsidR="00000000">
              <w:rPr>
                <w:color w:val="34444B"/>
                <w:sz w:val="12"/>
              </w:rPr>
              <w:t xml:space="preserve"> </w:t>
            </w:r>
          </w:p>
        </w:tc>
      </w:tr>
      <w:tr w:rsidR="00D27883" w14:paraId="0DE0894E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93A58B5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9.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2.–6. 11. 2026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E69E262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JESEN, SNOVI IN ŽIVA BITJA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Sonček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boža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tačice</w:t>
            </w:r>
            <w:proofErr w:type="spellEnd"/>
            <w:r>
              <w:rPr>
                <w:color w:val="34444B"/>
                <w:sz w:val="12"/>
              </w:rPr>
              <w:t xml:space="preserve">« – </w:t>
            </w:r>
            <w:proofErr w:type="spellStart"/>
            <w:r>
              <w:rPr>
                <w:color w:val="34444B"/>
                <w:sz w:val="12"/>
              </w:rPr>
              <w:t>Srečko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Kosovel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sonce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jesensko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vreme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čutno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doživljanje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narave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F1EA025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OPIS OPAZOVANJA • VELIKA TISKANA ČRKA I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doživeto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pesem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zvočne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4F27D69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opis</w:t>
            </w:r>
            <w:proofErr w:type="spellEnd"/>
          </w:p>
          <w:p w14:paraId="15C21A69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opažene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lastnosti</w:t>
            </w:r>
            <w:proofErr w:type="spellEnd"/>
          </w:p>
          <w:p w14:paraId="527BEBF6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tvori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kratke </w:t>
            </w:r>
            <w:proofErr w:type="spellStart"/>
            <w:r>
              <w:rPr>
                <w:rFonts w:cs="Arial"/>
                <w:color w:val="34444B"/>
                <w:sz w:val="12"/>
              </w:rPr>
              <w:t>povedi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fotografiji</w:t>
            </w:r>
            <w:proofErr w:type="spellEnd"/>
          </w:p>
          <w:p w14:paraId="77181095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</w:t>
            </w:r>
            <w:proofErr w:type="spellStart"/>
            <w:r>
              <w:rPr>
                <w:rFonts w:cs="Arial"/>
                <w:color w:val="34444B"/>
                <w:sz w:val="12"/>
              </w:rPr>
              <w:t>i</w:t>
            </w:r>
            <w:proofErr w:type="spellEnd"/>
            <w:r>
              <w:rPr>
                <w:rFonts w:cs="Arial"/>
                <w:color w:val="34444B"/>
                <w:sz w:val="12"/>
              </w:rPr>
              <w:t>/</w:t>
            </w:r>
          </w:p>
          <w:p w14:paraId="71412A9F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</w:t>
            </w:r>
          </w:p>
          <w:p w14:paraId="6C0D17C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A • E • I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D55735F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237F421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E5547A3" w14:textId="77777777" w:rsidR="003C2538" w:rsidRDefault="003C2538" w:rsidP="003C2538">
            <w:pPr>
              <w:spacing w:after="0" w:line="240" w:lineRule="auto"/>
            </w:pPr>
            <w:r>
              <w:rPr>
                <w:b/>
                <w:color w:val="2F7394"/>
                <w:sz w:val="12"/>
              </w:rPr>
              <w:t>OCENJEVANJE 1 – DRUGE OBLIKE: ustna pripoved ob slikovni opori in sledenje navodilu</w:t>
            </w:r>
          </w:p>
          <w:p w14:paraId="179D700E" w14:textId="4D24A728" w:rsidR="00D27883" w:rsidRDefault="00D27883">
            <w:pPr>
              <w:spacing w:after="0" w:line="240" w:lineRule="auto"/>
            </w:pPr>
          </w:p>
        </w:tc>
      </w:tr>
      <w:tr w:rsidR="00D27883" w14:paraId="5CAAB4DB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A001BFF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10.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9.–13. 11. 2026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13EFB59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JESEN, SNOVI IN ŽIVA BITJA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Zakaj</w:t>
            </w:r>
            <w:proofErr w:type="spellEnd"/>
            <w:r>
              <w:rPr>
                <w:color w:val="34444B"/>
                <w:sz w:val="12"/>
              </w:rPr>
              <w:t xml:space="preserve">?« – Lila </w:t>
            </w:r>
            <w:proofErr w:type="spellStart"/>
            <w:r>
              <w:rPr>
                <w:color w:val="34444B"/>
                <w:sz w:val="12"/>
              </w:rPr>
              <w:t>Prap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radovednost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vprašanja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ter</w:t>
            </w:r>
            <w:proofErr w:type="spellEnd"/>
            <w:r>
              <w:rPr>
                <w:color w:val="34444B"/>
                <w:sz w:val="12"/>
              </w:rPr>
              <w:t xml:space="preserve"> raziskovanje </w:t>
            </w:r>
            <w:proofErr w:type="spellStart"/>
            <w:r>
              <w:rPr>
                <w:color w:val="34444B"/>
                <w:sz w:val="12"/>
              </w:rPr>
              <w:t>živali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rastlin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83D6CF6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PRIPOVED • VELIKA TISKANA ČRKA O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sliko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besedilo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tvori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svoja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vprašanja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»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zakaj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«;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/o/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O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789D4F0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ljudsko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avtorsko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pravljico</w:t>
            </w:r>
            <w:proofErr w:type="spellEnd"/>
          </w:p>
          <w:p w14:paraId="4DBABE2C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obnovi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bistvene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dogodke</w:t>
            </w:r>
            <w:proofErr w:type="spellEnd"/>
          </w:p>
          <w:p w14:paraId="101E86AA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r>
              <w:rPr>
                <w:rFonts w:cs="Arial"/>
                <w:color w:val="34444B"/>
                <w:sz w:val="12"/>
              </w:rPr>
              <w:t xml:space="preserve">po </w:t>
            </w:r>
            <w:proofErr w:type="spellStart"/>
            <w:r>
              <w:rPr>
                <w:rFonts w:cs="Arial"/>
                <w:color w:val="34444B"/>
                <w:sz w:val="12"/>
              </w:rPr>
              <w:t>individualnem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načrtu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obravnavane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črke</w:t>
            </w:r>
          </w:p>
          <w:p w14:paraId="7E20D1B7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/o/</w:t>
            </w:r>
          </w:p>
          <w:p w14:paraId="4C1A4EE5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</w:t>
            </w:r>
          </w:p>
          <w:p w14:paraId="285172F2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A • E • I • O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7B379E4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B5800B7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A201AA4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5EC29826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BE92701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11.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16.–20. 11. 2026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A8A04FD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JESEN, SNOVI IN ŽIVA BITJA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Hvaležni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medved</w:t>
            </w:r>
            <w:proofErr w:type="spellEnd"/>
            <w:r>
              <w:rPr>
                <w:color w:val="34444B"/>
                <w:sz w:val="12"/>
              </w:rPr>
              <w:t xml:space="preserve">« – </w:t>
            </w:r>
            <w:proofErr w:type="spellStart"/>
            <w:r>
              <w:rPr>
                <w:color w:val="34444B"/>
                <w:sz w:val="12"/>
              </w:rPr>
              <w:t>slovenska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ljudska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pravljica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gozd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življenjski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prostor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pomoč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hvaležnost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BEE3D84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BESEDE IN POVEDI • VELIKA TISKANA ČRKA U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obnovi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ljudsko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pravljico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pojasni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dejanja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oseb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/u/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U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DBAE876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glasove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obravnavane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črke</w:t>
            </w:r>
          </w:p>
          <w:p w14:paraId="0674EC49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kratke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po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zmožnostih</w:t>
            </w:r>
            <w:proofErr w:type="spellEnd"/>
          </w:p>
          <w:p w14:paraId="4E9951E8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kratke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</w:p>
          <w:p w14:paraId="6AE8239F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U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/u/</w:t>
            </w:r>
          </w:p>
          <w:p w14:paraId="66AB6BA4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U</w:t>
            </w:r>
          </w:p>
          <w:p w14:paraId="594D6D89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A • E • I • O • U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A6FFD62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5585F90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A56CB50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</w:tbl>
    <w:p w14:paraId="6A53CCB5" w14:textId="77777777" w:rsidR="006D5A2C" w:rsidRDefault="006D5A2C">
      <w:pPr>
        <w:pageBreakBefore/>
        <w:spacing w:after="0" w:line="20" w:lineRule="exact"/>
      </w:pPr>
    </w:p>
    <w:tbl>
      <w:tblPr>
        <w:tblW w:w="15380" w:type="dxa"/>
        <w:jc w:val="center"/>
        <w:tblLayout w:type="fixed"/>
        <w:tblLook w:val="04A0" w:firstRow="1" w:lastRow="0" w:firstColumn="1" w:lastColumn="0" w:noHBand="0" w:noVBand="1"/>
      </w:tblPr>
      <w:tblGrid>
        <w:gridCol w:w="1080"/>
        <w:gridCol w:w="2230"/>
        <w:gridCol w:w="1760"/>
        <w:gridCol w:w="3670"/>
        <w:gridCol w:w="580"/>
        <w:gridCol w:w="3070"/>
        <w:gridCol w:w="2990"/>
      </w:tblGrid>
      <w:tr w:rsidR="00D27883" w14:paraId="03B27C1B" w14:textId="77777777">
        <w:trPr>
          <w:cantSplit/>
          <w:tblHeader/>
          <w:jc w:val="center"/>
        </w:trPr>
        <w:tc>
          <w:tcPr>
            <w:tcW w:w="108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BE132F7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TEDEN / DATUM</w:t>
            </w:r>
          </w:p>
        </w:tc>
        <w:tc>
          <w:tcPr>
            <w:tcW w:w="223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96D0731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TEMATSKI OKVIR</w:t>
            </w:r>
          </w:p>
        </w:tc>
        <w:tc>
          <w:tcPr>
            <w:tcW w:w="176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6B9DE5B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VSEBINA PREDMETA</w:t>
            </w:r>
          </w:p>
        </w:tc>
        <w:tc>
          <w:tcPr>
            <w:tcW w:w="367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3943722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OPERATIVNI CILJI</w:t>
            </w:r>
          </w:p>
        </w:tc>
        <w:tc>
          <w:tcPr>
            <w:tcW w:w="58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813C04E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URE</w:t>
            </w:r>
          </w:p>
        </w:tc>
        <w:tc>
          <w:tcPr>
            <w:tcW w:w="307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8C56FF0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SODOBNE OBLIKE IN DOKAZI O UČENJU</w:t>
            </w:r>
          </w:p>
        </w:tc>
        <w:tc>
          <w:tcPr>
            <w:tcW w:w="299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96430D7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OCENJEVANJE / DNEVI DEJAVNOSTI</w:t>
            </w:r>
          </w:p>
        </w:tc>
      </w:tr>
      <w:tr w:rsidR="00D27883" w14:paraId="6D67B1CB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14FBCAC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12.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23.–27. 11. 2026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B05FA6A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JESEN, SNOVI IN ŽIVA BITJA</w:t>
            </w:r>
            <w:r>
              <w:rPr>
                <w:color w:val="34444B"/>
                <w:sz w:val="12"/>
              </w:rPr>
              <w:br/>
              <w:t xml:space="preserve">»Tri </w:t>
            </w:r>
            <w:proofErr w:type="spellStart"/>
            <w:r>
              <w:rPr>
                <w:color w:val="34444B"/>
                <w:sz w:val="12"/>
              </w:rPr>
              <w:t>botre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lisičice</w:t>
            </w:r>
            <w:proofErr w:type="spellEnd"/>
            <w:r>
              <w:rPr>
                <w:color w:val="34444B"/>
                <w:sz w:val="12"/>
              </w:rPr>
              <w:t xml:space="preserve">« – </w:t>
            </w:r>
            <w:proofErr w:type="spellStart"/>
            <w:r>
              <w:rPr>
                <w:color w:val="34444B"/>
                <w:sz w:val="12"/>
              </w:rPr>
              <w:t>slovenska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ljudska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pravljica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gozd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iznajdljivost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snovi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odgovorna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raba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materialov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F646596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NAVODILO ZA IZDELEK • VELIKA TISKANA ČRKA N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uredi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dogajanje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pripoveduje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vidika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ene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lisičice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/n/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N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99A045B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sledi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slikovnemu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ustnemu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navodilu</w:t>
            </w:r>
            <w:proofErr w:type="spellEnd"/>
          </w:p>
          <w:p w14:paraId="04A6013C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pove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zaporedje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dela</w:t>
            </w:r>
          </w:p>
          <w:p w14:paraId="6F8A1D08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poved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izdelku</w:t>
            </w:r>
            <w:proofErr w:type="spellEnd"/>
          </w:p>
          <w:p w14:paraId="2088ABA0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/n/</w:t>
            </w:r>
          </w:p>
          <w:p w14:paraId="362CEC5F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</w:t>
            </w:r>
          </w:p>
          <w:p w14:paraId="7474CAC8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ANA • NINA • IN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F94456E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5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63860A8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BE0E2C0" w14:textId="744FF851" w:rsidR="006D5A2C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KULTURNI DAN</w:t>
            </w:r>
            <w:r>
              <w:rPr>
                <w:color w:val="34444B"/>
                <w:sz w:val="12"/>
              </w:rPr>
              <w:t xml:space="preserve"> </w:t>
            </w:r>
          </w:p>
        </w:tc>
      </w:tr>
      <w:tr w:rsidR="00D27883" w14:paraId="3E674C87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E1CB4FA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13.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30. 11.–4. 12. 2026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E57BAF3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MOJA DRUŽINA, SKUPNOST IN PRAZNOVANJA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Moj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dežnik</w:t>
            </w:r>
            <w:proofErr w:type="spellEnd"/>
            <w:r>
              <w:rPr>
                <w:color w:val="34444B"/>
                <w:sz w:val="12"/>
              </w:rPr>
              <w:t xml:space="preserve"> je lahko </w:t>
            </w:r>
            <w:proofErr w:type="spellStart"/>
            <w:r>
              <w:rPr>
                <w:color w:val="34444B"/>
                <w:sz w:val="12"/>
              </w:rPr>
              <w:t>balon</w:t>
            </w:r>
            <w:proofErr w:type="spellEnd"/>
            <w:r>
              <w:rPr>
                <w:color w:val="34444B"/>
                <w:sz w:val="12"/>
              </w:rPr>
              <w:t xml:space="preserve">« – Ela </w:t>
            </w:r>
            <w:proofErr w:type="spellStart"/>
            <w:r>
              <w:rPr>
                <w:color w:val="34444B"/>
                <w:sz w:val="12"/>
              </w:rPr>
              <w:t>Peroci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družina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domišljija</w:t>
            </w:r>
            <w:proofErr w:type="spellEnd"/>
            <w:r>
              <w:rPr>
                <w:color w:val="34444B"/>
                <w:sz w:val="12"/>
              </w:rPr>
              <w:t xml:space="preserve"> in pot v </w:t>
            </w:r>
            <w:proofErr w:type="spellStart"/>
            <w:r>
              <w:rPr>
                <w:color w:val="34444B"/>
                <w:sz w:val="12"/>
              </w:rPr>
              <w:t>drugačen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svet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6ABFE34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OPIS SEBE • VELIKA TISKANA ČRKA M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opiše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deklico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domišljijski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svet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nadaljuje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zgodbo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/m/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M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F43E987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preprost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opis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osebe</w:t>
            </w:r>
            <w:proofErr w:type="spellEnd"/>
          </w:p>
          <w:p w14:paraId="6B62DBAC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r>
              <w:rPr>
                <w:rFonts w:cs="Arial"/>
                <w:color w:val="34444B"/>
                <w:sz w:val="12"/>
              </w:rPr>
              <w:t xml:space="preserve">v </w:t>
            </w:r>
            <w:proofErr w:type="spellStart"/>
            <w:r>
              <w:rPr>
                <w:rFonts w:cs="Arial"/>
                <w:color w:val="34444B"/>
                <w:sz w:val="12"/>
              </w:rPr>
              <w:t>govornem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nastopu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samega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sebe</w:t>
            </w:r>
            <w:proofErr w:type="spellEnd"/>
          </w:p>
          <w:p w14:paraId="4A924A99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razumljive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povedi</w:t>
            </w:r>
            <w:proofErr w:type="spellEnd"/>
          </w:p>
          <w:p w14:paraId="6944A5D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M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/m/</w:t>
            </w:r>
          </w:p>
          <w:p w14:paraId="099A6C1E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M</w:t>
            </w:r>
          </w:p>
          <w:p w14:paraId="043273EC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MAMA • MAMI • IMAM • MIMO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E95E0FB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6E4B228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E93927B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6A07E62C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BEFBAB3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14.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7.–11. 12. 2026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6DA2ED5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MOJA DRUŽINA, SKUPNOST IN PRAZNOVANJA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Pekarna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Mišmaš</w:t>
            </w:r>
            <w:proofErr w:type="spellEnd"/>
            <w:r>
              <w:rPr>
                <w:color w:val="34444B"/>
                <w:sz w:val="12"/>
              </w:rPr>
              <w:t xml:space="preserve">« – Svetlana </w:t>
            </w:r>
            <w:proofErr w:type="spellStart"/>
            <w:r>
              <w:rPr>
                <w:color w:val="34444B"/>
                <w:sz w:val="12"/>
              </w:rPr>
              <w:t>Makarovič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delo</w:t>
            </w:r>
            <w:proofErr w:type="spellEnd"/>
            <w:r>
              <w:rPr>
                <w:color w:val="34444B"/>
                <w:sz w:val="12"/>
              </w:rPr>
              <w:t xml:space="preserve"> v </w:t>
            </w:r>
            <w:proofErr w:type="spellStart"/>
            <w:r>
              <w:rPr>
                <w:color w:val="34444B"/>
                <w:sz w:val="12"/>
              </w:rPr>
              <w:t>skupnosti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odgovornost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pravična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delitev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B437800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POVED • VELIKA TISKANA ČRKA T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opiše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književne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osebe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odigra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prizor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iz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pekarne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/t/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T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65F4A94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da </w:t>
            </w:r>
            <w:proofErr w:type="spellStart"/>
            <w:r>
              <w:rPr>
                <w:rFonts w:cs="Arial"/>
                <w:color w:val="34444B"/>
                <w:sz w:val="12"/>
              </w:rPr>
              <w:t>poved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nekaj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sporoča</w:t>
            </w:r>
            <w:proofErr w:type="spellEnd"/>
          </w:p>
          <w:p w14:paraId="00BCDA8C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z </w:t>
            </w:r>
            <w:proofErr w:type="spellStart"/>
            <w:r>
              <w:rPr>
                <w:rFonts w:cs="Arial"/>
                <w:color w:val="34444B"/>
                <w:sz w:val="12"/>
              </w:rPr>
              <w:t>obravnavanimi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poved</w:t>
            </w:r>
            <w:proofErr w:type="spellEnd"/>
          </w:p>
          <w:p w14:paraId="6818EAF9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uporabi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po </w:t>
            </w:r>
            <w:proofErr w:type="spellStart"/>
            <w:r>
              <w:rPr>
                <w:rFonts w:cs="Arial"/>
                <w:color w:val="34444B"/>
                <w:sz w:val="12"/>
              </w:rPr>
              <w:t>vzoru</w:t>
            </w:r>
            <w:proofErr w:type="spellEnd"/>
          </w:p>
          <w:p w14:paraId="1EFB428E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T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/t/</w:t>
            </w:r>
          </w:p>
          <w:p w14:paraId="2834F656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T</w:t>
            </w:r>
          </w:p>
          <w:p w14:paraId="12DB164A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TETA • META • TIM • MAMA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9F2CE93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2EBD85B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CD81E1B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6088474D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C160332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15.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14.–18. 12. 2026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3856D82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MOJA DRUŽINA, SKUPNOST IN PRAZNOVANJA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Zvezdica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Zaspanka</w:t>
            </w:r>
            <w:proofErr w:type="spellEnd"/>
            <w:r>
              <w:rPr>
                <w:color w:val="34444B"/>
                <w:sz w:val="12"/>
              </w:rPr>
              <w:t xml:space="preserve">« – </w:t>
            </w:r>
            <w:proofErr w:type="spellStart"/>
            <w:r>
              <w:rPr>
                <w:color w:val="34444B"/>
                <w:sz w:val="12"/>
              </w:rPr>
              <w:t>Frane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Milčinski</w:t>
            </w:r>
            <w:proofErr w:type="spellEnd"/>
            <w:r>
              <w:rPr>
                <w:color w:val="34444B"/>
                <w:sz w:val="12"/>
              </w:rPr>
              <w:t xml:space="preserve"> – </w:t>
            </w:r>
            <w:proofErr w:type="spellStart"/>
            <w:r>
              <w:rPr>
                <w:color w:val="34444B"/>
                <w:sz w:val="12"/>
              </w:rPr>
              <w:t>Ježek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gledališče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praznovanje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odgovornost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prijaznost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0C6CD9F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VOŠČILO IN PRIPOVED • VELIKA TISKANA ČRKA J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dramsko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besedilo,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prevzame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vlogo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izvede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dialog;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/j/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J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5CB2BD8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namen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voščila</w:t>
            </w:r>
            <w:proofErr w:type="spellEnd"/>
          </w:p>
          <w:p w14:paraId="6E5DEA90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ustno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pisno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kratko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sporočilo</w:t>
            </w:r>
            <w:proofErr w:type="spellEnd"/>
          </w:p>
          <w:p w14:paraId="23FC822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doživeto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recitira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pesem</w:t>
            </w:r>
            <w:proofErr w:type="spellEnd"/>
          </w:p>
          <w:p w14:paraId="29193AE1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/j/</w:t>
            </w:r>
          </w:p>
          <w:p w14:paraId="47F48C20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</w:t>
            </w:r>
          </w:p>
          <w:p w14:paraId="0BB07EEC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MAJA • JANA • MOJ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D01C84E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86DFE07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AEB56D3" w14:textId="77777777" w:rsidR="003C2538" w:rsidRDefault="003C2538" w:rsidP="003C2538">
            <w:pPr>
              <w:spacing w:after="0" w:line="240" w:lineRule="auto"/>
            </w:pPr>
            <w:r>
              <w:rPr>
                <w:b/>
                <w:color w:val="2F7394"/>
                <w:sz w:val="12"/>
              </w:rPr>
              <w:t>OCENJEVANJE 2 – DRUGE OBLIKE: kratek govorni nastop oziroma recitacija ter individualni dokaz</w:t>
            </w:r>
          </w:p>
          <w:p w14:paraId="4EB71408" w14:textId="7E9B2619" w:rsidR="00D27883" w:rsidRDefault="00D27883">
            <w:pPr>
              <w:spacing w:after="0" w:line="240" w:lineRule="auto"/>
            </w:pPr>
          </w:p>
        </w:tc>
      </w:tr>
      <w:tr w:rsidR="00D27883" w14:paraId="4522CB47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724515A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16.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21.–24. 12. 2026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751D79D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MOJA DRUŽINA, SKUPNOST IN PRAZNOVANJA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Enci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benci</w:t>
            </w:r>
            <w:proofErr w:type="spellEnd"/>
            <w:r>
              <w:rPr>
                <w:color w:val="34444B"/>
                <w:sz w:val="12"/>
              </w:rPr>
              <w:t xml:space="preserve"> na </w:t>
            </w:r>
            <w:proofErr w:type="spellStart"/>
            <w:r>
              <w:rPr>
                <w:color w:val="34444B"/>
                <w:sz w:val="12"/>
              </w:rPr>
              <w:t>kamenci</w:t>
            </w:r>
            <w:proofErr w:type="spellEnd"/>
            <w:r>
              <w:rPr>
                <w:color w:val="34444B"/>
                <w:sz w:val="12"/>
              </w:rPr>
              <w:t xml:space="preserve">« – </w:t>
            </w:r>
            <w:proofErr w:type="spellStart"/>
            <w:r>
              <w:rPr>
                <w:color w:val="34444B"/>
                <w:sz w:val="12"/>
              </w:rPr>
              <w:t>slovensko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ljudsko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izročilo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izštevanke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ritem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skupnost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praznična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ustvarjalnost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9C98DC9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KAJ ŽE ZNAM • VELIKA TISKANA ČRKA V</w:t>
            </w:r>
          </w:p>
          <w:p w14:paraId="64511349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izgovarja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izštevanke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ritem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tvori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svojo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/v/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V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55DCB5D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doživeto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recitira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izvede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kratek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govorni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nastop</w:t>
            </w:r>
            <w:proofErr w:type="spellEnd"/>
          </w:p>
          <w:p w14:paraId="4A4F5B38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govori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razločno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sogovorca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se </w:t>
            </w:r>
            <w:proofErr w:type="spellStart"/>
            <w:r>
              <w:rPr>
                <w:rFonts w:cs="Arial"/>
                <w:color w:val="34444B"/>
                <w:sz w:val="12"/>
              </w:rPr>
              <w:t>smiselno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odzove</w:t>
            </w:r>
            <w:proofErr w:type="spellEnd"/>
          </w:p>
          <w:p w14:paraId="616B422B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prvih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10 </w:t>
            </w:r>
            <w:proofErr w:type="spellStart"/>
            <w:r>
              <w:rPr>
                <w:rFonts w:cs="Arial"/>
                <w:color w:val="34444B"/>
                <w:sz w:val="12"/>
              </w:rPr>
              <w:t>obravnavanih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</w:t>
            </w:r>
            <w:proofErr w:type="spellEnd"/>
          </w:p>
          <w:p w14:paraId="6AD648C1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kratke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9B20BD9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4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E7D67DC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DF45936" w14:textId="77777777" w:rsidR="003C2538" w:rsidRDefault="003C2538">
            <w:pPr>
              <w:spacing w:before="30" w:after="0" w:line="240" w:lineRule="auto"/>
              <w:rPr>
                <w:b/>
                <w:color w:val="34444B"/>
                <w:sz w:val="12"/>
              </w:rPr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</w:p>
          <w:p w14:paraId="48DEEF6F" w14:textId="77777777" w:rsidR="003C2538" w:rsidRDefault="003C2538">
            <w:pPr>
              <w:spacing w:before="30" w:after="0" w:line="240" w:lineRule="auto"/>
              <w:rPr>
                <w:b/>
                <w:color w:val="34444B"/>
                <w:sz w:val="12"/>
              </w:rPr>
            </w:pPr>
          </w:p>
          <w:p w14:paraId="09275634" w14:textId="720F1D2B" w:rsidR="006D5A2C" w:rsidRDefault="00000000">
            <w:pPr>
              <w:spacing w:before="30" w:after="0" w:line="240" w:lineRule="auto"/>
            </w:pPr>
            <w:r>
              <w:rPr>
                <w:b/>
                <w:color w:val="34444B"/>
                <w:sz w:val="12"/>
              </w:rPr>
              <w:t>TEHNIŠKI DAN</w:t>
            </w:r>
            <w:r>
              <w:rPr>
                <w:color w:val="34444B"/>
                <w:sz w:val="12"/>
              </w:rPr>
              <w:t xml:space="preserve"> </w:t>
            </w:r>
          </w:p>
        </w:tc>
      </w:tr>
    </w:tbl>
    <w:p w14:paraId="62DD3A15" w14:textId="77777777" w:rsidR="006D5A2C" w:rsidRDefault="006D5A2C">
      <w:pPr>
        <w:pageBreakBefore/>
        <w:spacing w:after="0" w:line="20" w:lineRule="exact"/>
      </w:pPr>
    </w:p>
    <w:tbl>
      <w:tblPr>
        <w:tblW w:w="15380" w:type="dxa"/>
        <w:jc w:val="center"/>
        <w:tblLayout w:type="fixed"/>
        <w:tblLook w:val="04A0" w:firstRow="1" w:lastRow="0" w:firstColumn="1" w:lastColumn="0" w:noHBand="0" w:noVBand="1"/>
      </w:tblPr>
      <w:tblGrid>
        <w:gridCol w:w="1080"/>
        <w:gridCol w:w="2230"/>
        <w:gridCol w:w="1760"/>
        <w:gridCol w:w="3670"/>
        <w:gridCol w:w="580"/>
        <w:gridCol w:w="3070"/>
        <w:gridCol w:w="2990"/>
      </w:tblGrid>
      <w:tr w:rsidR="00D27883" w14:paraId="3C52112E" w14:textId="77777777">
        <w:trPr>
          <w:cantSplit/>
          <w:tblHeader/>
          <w:jc w:val="center"/>
        </w:trPr>
        <w:tc>
          <w:tcPr>
            <w:tcW w:w="108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C0A28EB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TEDEN / DATUM</w:t>
            </w:r>
          </w:p>
        </w:tc>
        <w:tc>
          <w:tcPr>
            <w:tcW w:w="223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CD0B1CA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TEMATSKI OKVIR</w:t>
            </w:r>
          </w:p>
        </w:tc>
        <w:tc>
          <w:tcPr>
            <w:tcW w:w="176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D4153DF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VSEBINA PREDMETA</w:t>
            </w:r>
          </w:p>
        </w:tc>
        <w:tc>
          <w:tcPr>
            <w:tcW w:w="367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E3B626A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OPERATIVNI CILJI</w:t>
            </w:r>
          </w:p>
        </w:tc>
        <w:tc>
          <w:tcPr>
            <w:tcW w:w="58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73B2C2A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URE</w:t>
            </w:r>
          </w:p>
        </w:tc>
        <w:tc>
          <w:tcPr>
            <w:tcW w:w="307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41A0ED0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SODOBNE OBLIKE IN DOKAZI O UČENJU</w:t>
            </w:r>
          </w:p>
        </w:tc>
        <w:tc>
          <w:tcPr>
            <w:tcW w:w="299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6B72D50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OCENJEVANJE / DNEVI DEJAVNOSTI</w:t>
            </w:r>
          </w:p>
        </w:tc>
      </w:tr>
      <w:tr w:rsidR="00D27883" w14:paraId="5303D0A8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369F79D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17.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4.–8. 1.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34D1D14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ZIMA, SNOVI IN POJAVI</w:t>
            </w:r>
            <w:r>
              <w:rPr>
                <w:color w:val="34444B"/>
                <w:sz w:val="12"/>
              </w:rPr>
              <w:br/>
              <w:t xml:space="preserve">»Janko in </w:t>
            </w:r>
            <w:proofErr w:type="spellStart"/>
            <w:r>
              <w:rPr>
                <w:color w:val="34444B"/>
                <w:sz w:val="12"/>
              </w:rPr>
              <w:t>Metka</w:t>
            </w:r>
            <w:proofErr w:type="spellEnd"/>
            <w:r>
              <w:rPr>
                <w:color w:val="34444B"/>
                <w:sz w:val="12"/>
              </w:rPr>
              <w:t>« – brata Grimm</w:t>
            </w:r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zima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gozd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varnost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pravljični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prostor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0612FFA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PRAVLJICA • VELIKA TISKANA ČRKA R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obravnava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pravljico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primerja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osebe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spremeni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konec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/r/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R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B7A6E00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besedilo</w:t>
            </w:r>
          </w:p>
          <w:p w14:paraId="52DAE139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obnovi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dogajanje</w:t>
            </w:r>
            <w:proofErr w:type="spellEnd"/>
          </w:p>
          <w:p w14:paraId="31FF1EDA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opiše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osebo</w:t>
            </w:r>
            <w:proofErr w:type="spellEnd"/>
          </w:p>
          <w:p w14:paraId="234F4E30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R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/r/</w:t>
            </w:r>
          </w:p>
          <w:p w14:paraId="34775BBC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R</w:t>
            </w:r>
          </w:p>
          <w:p w14:paraId="6206FC08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RIMA • MIR • VERA • MORJE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0FFBCB6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DF76AFC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7D0095C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1A194C20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1F5F6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468ACC0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18.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11.–15. 1.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1F5F6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EB814EB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ZIMA, SNOVI IN POJAVI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Mehurčki</w:t>
            </w:r>
            <w:proofErr w:type="spellEnd"/>
            <w:r>
              <w:rPr>
                <w:color w:val="34444B"/>
                <w:sz w:val="12"/>
              </w:rPr>
              <w:t xml:space="preserve">« – Oton </w:t>
            </w:r>
            <w:proofErr w:type="spellStart"/>
            <w:r>
              <w:rPr>
                <w:color w:val="34444B"/>
                <w:sz w:val="12"/>
              </w:rPr>
              <w:t>Župančič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voda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igra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besed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zvočnost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spreminjanje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snovi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1F5F6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7076D0B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RAZLAGALNI POGOVOR • VELIKA TISKANA ČRKA S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izbrane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pesmi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se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igra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ritmom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glasovi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/s/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S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1F5F6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2EEE12A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postavi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vprašanje</w:t>
            </w:r>
            <w:proofErr w:type="spellEnd"/>
          </w:p>
          <w:p w14:paraId="6140DB80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poroča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 </w:t>
            </w:r>
            <w:proofErr w:type="spellStart"/>
            <w:r>
              <w:rPr>
                <w:rFonts w:cs="Arial"/>
                <w:color w:val="34444B"/>
                <w:sz w:val="12"/>
              </w:rPr>
              <w:t>poskusu</w:t>
            </w:r>
            <w:proofErr w:type="spellEnd"/>
          </w:p>
          <w:p w14:paraId="1031B62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zaporedje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najprej</w:t>
            </w:r>
            <w:proofErr w:type="spellEnd"/>
            <w:r>
              <w:rPr>
                <w:rFonts w:cs="Arial"/>
                <w:color w:val="34444B"/>
                <w:sz w:val="12"/>
              </w:rPr>
              <w:t>–</w:t>
            </w:r>
            <w:proofErr w:type="spellStart"/>
            <w:r>
              <w:rPr>
                <w:rFonts w:cs="Arial"/>
                <w:color w:val="34444B"/>
                <w:sz w:val="12"/>
              </w:rPr>
              <w:t>potem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–na </w:t>
            </w:r>
            <w:proofErr w:type="spellStart"/>
            <w:r>
              <w:rPr>
                <w:rFonts w:cs="Arial"/>
                <w:color w:val="34444B"/>
                <w:sz w:val="12"/>
              </w:rPr>
              <w:t>koncu</w:t>
            </w:r>
            <w:proofErr w:type="spellEnd"/>
          </w:p>
          <w:p w14:paraId="5E25211F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/s/</w:t>
            </w:r>
          </w:p>
          <w:p w14:paraId="51749C3F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</w:t>
            </w:r>
          </w:p>
          <w:p w14:paraId="019AEBA4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SARA • MESTO • VESNA • SIR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1F5F6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F4EA262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1F5F6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6B85F18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1F5F6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A250ABA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sprotno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preverjanje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opisna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povratna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3DD21626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78A3733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19.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18.–22. 1.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C74759E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ZIMA, SNOVI IN POJAVI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Zlata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ptica</w:t>
            </w:r>
            <w:proofErr w:type="spellEnd"/>
            <w:r>
              <w:rPr>
                <w:color w:val="34444B"/>
                <w:sz w:val="12"/>
              </w:rPr>
              <w:t xml:space="preserve">« – </w:t>
            </w:r>
            <w:proofErr w:type="spellStart"/>
            <w:r>
              <w:rPr>
                <w:color w:val="34444B"/>
                <w:sz w:val="12"/>
              </w:rPr>
              <w:t>slovenska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ljudska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pravljica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svetloba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zvok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barva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pravljično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iskanje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AD12349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BESEDILO IN BESEDIŠČE • VELIKA TISKANA ČRKA L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pripoveduje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po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zaporedju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opiše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pravljični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predmet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/l/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L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4438F25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kratke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povedi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po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zmožnostih</w:t>
            </w:r>
            <w:proofErr w:type="spellEnd"/>
          </w:p>
          <w:p w14:paraId="3ED7604C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pojasni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pomen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sobesedila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slike</w:t>
            </w:r>
            <w:proofErr w:type="spellEnd"/>
          </w:p>
          <w:p w14:paraId="679625FD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poved</w:t>
            </w:r>
            <w:proofErr w:type="spellEnd"/>
          </w:p>
          <w:p w14:paraId="063C47B6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L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/l/</w:t>
            </w:r>
          </w:p>
          <w:p w14:paraId="5197BAB4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L</w:t>
            </w:r>
          </w:p>
          <w:p w14:paraId="44E25DF6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LINA • MILO • LETO • SOL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B3B86A7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5A977CD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165EA17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17229D03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FA88693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20.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25.–29. 1.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F3F8161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ZIMA, SNOVI IN POJAVI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Klobuk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gospoda</w:t>
            </w:r>
            <w:proofErr w:type="spellEnd"/>
            <w:r>
              <w:rPr>
                <w:color w:val="34444B"/>
                <w:sz w:val="12"/>
              </w:rPr>
              <w:t xml:space="preserve"> Konstantina« – Peter </w:t>
            </w:r>
            <w:proofErr w:type="spellStart"/>
            <w:r>
              <w:rPr>
                <w:color w:val="34444B"/>
                <w:sz w:val="12"/>
              </w:rPr>
              <w:t>Svetina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 xml:space="preserve">, material, </w:t>
            </w:r>
            <w:proofErr w:type="spellStart"/>
            <w:r>
              <w:rPr>
                <w:color w:val="34444B"/>
                <w:sz w:val="12"/>
              </w:rPr>
              <w:t>načrtovanje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ustvarjalno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reševanje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težav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2534720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NAVODILO • VELIKA TISKANA ČRKA K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navodilo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pripoveduje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o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poti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izgubljenega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klobuka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/k/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K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FDC44C8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navodilo</w:t>
            </w:r>
            <w:proofErr w:type="spellEnd"/>
          </w:p>
          <w:p w14:paraId="5047824D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izvede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korake</w:t>
            </w:r>
            <w:proofErr w:type="spellEnd"/>
          </w:p>
          <w:p w14:paraId="625EA60D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tvori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kratko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navodilo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slikah</w:t>
            </w:r>
            <w:proofErr w:type="spellEnd"/>
          </w:p>
          <w:p w14:paraId="64153802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/k/</w:t>
            </w:r>
          </w:p>
          <w:p w14:paraId="1D128529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</w:t>
            </w:r>
          </w:p>
          <w:p w14:paraId="6A8B46F7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KITA • KINO • KOS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C2E6019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5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A298E47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744028C" w14:textId="10A5A07B" w:rsidR="006D5A2C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NARAVOSLOVNI DAN</w:t>
            </w:r>
            <w:r>
              <w:rPr>
                <w:color w:val="34444B"/>
                <w:sz w:val="12"/>
              </w:rPr>
              <w:t xml:space="preserve"> </w:t>
            </w:r>
          </w:p>
        </w:tc>
      </w:tr>
      <w:tr w:rsidR="00D27883" w14:paraId="3705D02F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5EE4200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21.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1.–5. 2.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066BF89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NEKOČ IN DANES – ČAS IN DEDIŠČINA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Janček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Ježek</w:t>
            </w:r>
            <w:proofErr w:type="spellEnd"/>
            <w:r>
              <w:rPr>
                <w:color w:val="34444B"/>
                <w:sz w:val="12"/>
              </w:rPr>
              <w:t xml:space="preserve">« – </w:t>
            </w:r>
            <w:proofErr w:type="spellStart"/>
            <w:r>
              <w:rPr>
                <w:color w:val="34444B"/>
                <w:sz w:val="12"/>
              </w:rPr>
              <w:t>slovenska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ljudska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pravljica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nekoč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danes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časovno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zaporedje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ljudsko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izročilo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0CEB3D3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BESEDILO O PRETEKLOSTI • VELIKA TISKANA ČRKA P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obnovi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ljudsko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pravljico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časovnem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zaporedju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/p/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P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4D58350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spominsko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pripoved</w:t>
            </w:r>
            <w:proofErr w:type="spellEnd"/>
          </w:p>
          <w:p w14:paraId="1E1B6FDA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postavlja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vprašanja</w:t>
            </w:r>
            <w:proofErr w:type="spellEnd"/>
          </w:p>
          <w:p w14:paraId="1D9EC53B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pove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dogodek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časovnem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zaporedju</w:t>
            </w:r>
            <w:proofErr w:type="spellEnd"/>
          </w:p>
          <w:p w14:paraId="6F012366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P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/p/</w:t>
            </w:r>
          </w:p>
          <w:p w14:paraId="19B7FE6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P</w:t>
            </w:r>
          </w:p>
          <w:p w14:paraId="42A6D908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PES • PILA • PERO • POT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5E0E32C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F77CB99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1CAAAC2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1197860A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51070A4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22.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9.–12. 2.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2BE2E0E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NEKOČ IN DANES – ČAS IN DEDIŠČINA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Ciciban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čebela</w:t>
            </w:r>
            <w:proofErr w:type="spellEnd"/>
            <w:r>
              <w:rPr>
                <w:color w:val="34444B"/>
                <w:sz w:val="12"/>
              </w:rPr>
              <w:t xml:space="preserve">« – Oton </w:t>
            </w:r>
            <w:proofErr w:type="spellStart"/>
            <w:r>
              <w:rPr>
                <w:color w:val="34444B"/>
                <w:sz w:val="12"/>
              </w:rPr>
              <w:t>Župančič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slovenska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poezija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kulturna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dediščina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skrb</w:t>
            </w:r>
            <w:proofErr w:type="spellEnd"/>
            <w:r>
              <w:rPr>
                <w:color w:val="34444B"/>
                <w:sz w:val="12"/>
              </w:rPr>
              <w:t xml:space="preserve"> za </w:t>
            </w:r>
            <w:proofErr w:type="spellStart"/>
            <w:r>
              <w:rPr>
                <w:color w:val="34444B"/>
                <w:sz w:val="12"/>
              </w:rPr>
              <w:t>naravo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4F986E9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KULTURNI PRAZNIK • VELIKA TISKANA ČRKA D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doživeto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recitira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ritem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razlaga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sporočilo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/d/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D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3B9587D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pesem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pripoved</w:t>
            </w:r>
            <w:proofErr w:type="spellEnd"/>
          </w:p>
          <w:p w14:paraId="48845D98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doživeto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recitira</w:t>
            </w:r>
            <w:proofErr w:type="spellEnd"/>
          </w:p>
          <w:p w14:paraId="1907742D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izrazi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svoje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doživetje</w:t>
            </w:r>
            <w:proofErr w:type="spellEnd"/>
          </w:p>
          <w:p w14:paraId="4E00A1A9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D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/d/</w:t>
            </w:r>
          </w:p>
          <w:p w14:paraId="0946BCE5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D</w:t>
            </w:r>
          </w:p>
          <w:p w14:paraId="79C9514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DOM • DAN • DELO • MED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B3F80C2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3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E3B716A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6F4CE3E" w14:textId="77777777" w:rsidR="003C2538" w:rsidRDefault="003C2538" w:rsidP="003C2538">
            <w:pPr>
              <w:spacing w:after="0" w:line="240" w:lineRule="auto"/>
              <w:rPr>
                <w:b/>
                <w:color w:val="2F7394"/>
                <w:sz w:val="12"/>
              </w:rPr>
            </w:pPr>
            <w:r>
              <w:rPr>
                <w:b/>
                <w:color w:val="2F7394"/>
                <w:sz w:val="12"/>
              </w:rPr>
              <w:t xml:space="preserve">OCENJEVANJE 3 – PISNO: glasovno zavedanje, prvih 17 črk ter začetno branje in </w:t>
            </w:r>
            <w:proofErr w:type="spellStart"/>
            <w:r>
              <w:rPr>
                <w:b/>
                <w:color w:val="2F7394"/>
                <w:sz w:val="12"/>
              </w:rPr>
              <w:t>pisanje</w:t>
            </w:r>
            <w:proofErr w:type="spellEnd"/>
            <w:r>
              <w:rPr>
                <w:b/>
                <w:color w:val="2F7394"/>
                <w:sz w:val="12"/>
              </w:rPr>
              <w:t xml:space="preserve">; </w:t>
            </w:r>
            <w:proofErr w:type="spellStart"/>
            <w:r>
              <w:rPr>
                <w:b/>
                <w:color w:val="2F7394"/>
                <w:sz w:val="12"/>
              </w:rPr>
              <w:t>analiza</w:t>
            </w:r>
            <w:proofErr w:type="spellEnd"/>
            <w:r>
              <w:rPr>
                <w:b/>
                <w:color w:val="2F7394"/>
                <w:sz w:val="12"/>
              </w:rPr>
              <w:t xml:space="preserve"> </w:t>
            </w:r>
            <w:proofErr w:type="spellStart"/>
            <w:r>
              <w:rPr>
                <w:b/>
                <w:color w:val="2F7394"/>
                <w:sz w:val="12"/>
              </w:rPr>
              <w:t>dosežkov</w:t>
            </w:r>
            <w:proofErr w:type="spellEnd"/>
          </w:p>
          <w:p w14:paraId="4D8D8D31" w14:textId="77777777" w:rsidR="003C2538" w:rsidRDefault="003C2538" w:rsidP="003C2538">
            <w:pPr>
              <w:spacing w:after="0" w:line="240" w:lineRule="auto"/>
            </w:pPr>
          </w:p>
          <w:p w14:paraId="197AA84E" w14:textId="3D0A4B60" w:rsidR="006D5A2C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KULTURNI DAN</w:t>
            </w:r>
            <w:r>
              <w:rPr>
                <w:color w:val="34444B"/>
                <w:sz w:val="12"/>
              </w:rPr>
              <w:t xml:space="preserve"> </w:t>
            </w:r>
          </w:p>
        </w:tc>
      </w:tr>
    </w:tbl>
    <w:p w14:paraId="7CFDEEF8" w14:textId="77777777" w:rsidR="006D5A2C" w:rsidRDefault="006D5A2C">
      <w:pPr>
        <w:pageBreakBefore/>
        <w:spacing w:after="0" w:line="20" w:lineRule="exact"/>
      </w:pPr>
    </w:p>
    <w:tbl>
      <w:tblPr>
        <w:tblW w:w="15380" w:type="dxa"/>
        <w:jc w:val="center"/>
        <w:tblLayout w:type="fixed"/>
        <w:tblLook w:val="04A0" w:firstRow="1" w:lastRow="0" w:firstColumn="1" w:lastColumn="0" w:noHBand="0" w:noVBand="1"/>
      </w:tblPr>
      <w:tblGrid>
        <w:gridCol w:w="1080"/>
        <w:gridCol w:w="2230"/>
        <w:gridCol w:w="1760"/>
        <w:gridCol w:w="3670"/>
        <w:gridCol w:w="580"/>
        <w:gridCol w:w="3070"/>
        <w:gridCol w:w="2990"/>
      </w:tblGrid>
      <w:tr w:rsidR="00D27883" w14:paraId="7C9AA7A7" w14:textId="77777777">
        <w:trPr>
          <w:cantSplit/>
          <w:tblHeader/>
          <w:jc w:val="center"/>
        </w:trPr>
        <w:tc>
          <w:tcPr>
            <w:tcW w:w="108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4C588EB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TEDEN / DATUM</w:t>
            </w:r>
          </w:p>
        </w:tc>
        <w:tc>
          <w:tcPr>
            <w:tcW w:w="223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9227DB5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TEMATSKI OKVIR</w:t>
            </w:r>
          </w:p>
        </w:tc>
        <w:tc>
          <w:tcPr>
            <w:tcW w:w="176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B3D5687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VSEBINA PREDMETA</w:t>
            </w:r>
          </w:p>
        </w:tc>
        <w:tc>
          <w:tcPr>
            <w:tcW w:w="367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B2D67B6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OPERATIVNI CILJI</w:t>
            </w:r>
          </w:p>
        </w:tc>
        <w:tc>
          <w:tcPr>
            <w:tcW w:w="58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7F095D1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URE</w:t>
            </w:r>
          </w:p>
        </w:tc>
        <w:tc>
          <w:tcPr>
            <w:tcW w:w="307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3B077EC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SODOBNE OBLIKE IN DOKAZI O UČENJU</w:t>
            </w:r>
          </w:p>
        </w:tc>
        <w:tc>
          <w:tcPr>
            <w:tcW w:w="299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3F58276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OCENJEVANJE / DNEVI DEJAVNOSTI</w:t>
            </w:r>
          </w:p>
        </w:tc>
      </w:tr>
      <w:tr w:rsidR="00D27883" w14:paraId="3D348291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41EBA1D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23.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15.–19. 2.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9D6BB89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NEKOČ IN DANES – ČAS IN DEDIŠČINA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Mojca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Pokrajculja</w:t>
            </w:r>
            <w:proofErr w:type="spellEnd"/>
            <w:r>
              <w:rPr>
                <w:color w:val="34444B"/>
                <w:sz w:val="12"/>
              </w:rPr>
              <w:t xml:space="preserve">« – </w:t>
            </w:r>
            <w:proofErr w:type="spellStart"/>
            <w:r>
              <w:rPr>
                <w:color w:val="34444B"/>
                <w:sz w:val="12"/>
              </w:rPr>
              <w:t>slovenska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ljudska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pravljica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stari </w:t>
            </w:r>
            <w:proofErr w:type="spellStart"/>
            <w:r>
              <w:rPr>
                <w:color w:val="34444B"/>
                <w:sz w:val="12"/>
              </w:rPr>
              <w:t>predmeti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skupno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bivanje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ustno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izročilo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DE537CE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PISNO OCENJEVANJE 1 • PRVIH 17 ČRK IN VELIKA TISKANA ČRKA B</w:t>
            </w:r>
          </w:p>
          <w:p w14:paraId="5D9ACD26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ob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ljudski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pravljici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glasove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črke,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kratke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besede</w:t>
            </w:r>
            <w:proofErr w:type="spellEnd"/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6BD19A0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med </w:t>
            </w:r>
            <w:proofErr w:type="spellStart"/>
            <w:r>
              <w:rPr>
                <w:rFonts w:cs="Arial"/>
                <w:color w:val="34444B"/>
                <w:sz w:val="12"/>
              </w:rPr>
              <w:t>prvimi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17 </w:t>
            </w:r>
            <w:proofErr w:type="spellStart"/>
            <w:r>
              <w:rPr>
                <w:rFonts w:cs="Arial"/>
                <w:color w:val="34444B"/>
                <w:sz w:val="12"/>
              </w:rPr>
              <w:t>obravnavanimi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</w:p>
          <w:p w14:paraId="6F8CDB66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dopolni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kratke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</w:p>
          <w:p w14:paraId="09C9D4D0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prebere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preproste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kratke </w:t>
            </w:r>
            <w:proofErr w:type="spellStart"/>
            <w:r>
              <w:rPr>
                <w:rFonts w:cs="Arial"/>
                <w:color w:val="34444B"/>
                <w:sz w:val="12"/>
              </w:rPr>
              <w:t>povedi</w:t>
            </w:r>
            <w:proofErr w:type="spellEnd"/>
          </w:p>
          <w:p w14:paraId="1EF5F3AD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pregleda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zapis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popravi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opaženo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napako</w:t>
            </w:r>
            <w:proofErr w:type="spellEnd"/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C91EB98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5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5080573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B2673C7" w14:textId="4EFA80A9" w:rsidR="006D5A2C" w:rsidRDefault="00000000">
            <w:pPr>
              <w:spacing w:before="30" w:after="0" w:line="240" w:lineRule="auto"/>
            </w:pPr>
            <w:r>
              <w:rPr>
                <w:b/>
                <w:color w:val="34444B"/>
                <w:sz w:val="12"/>
              </w:rPr>
              <w:t>KULTURNI DAN</w:t>
            </w:r>
            <w:r>
              <w:rPr>
                <w:color w:val="34444B"/>
                <w:sz w:val="12"/>
              </w:rPr>
              <w:t xml:space="preserve"> </w:t>
            </w:r>
          </w:p>
        </w:tc>
      </w:tr>
      <w:tr w:rsidR="00D27883" w14:paraId="75258E01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281D676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24.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1.–5. 3.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A0D21EA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ŽIVIM ZDRAVO – JAZ IN DOBRO POČUTJE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Sapramiška</w:t>
            </w:r>
            <w:proofErr w:type="spellEnd"/>
            <w:r>
              <w:rPr>
                <w:color w:val="34444B"/>
                <w:sz w:val="12"/>
              </w:rPr>
              <w:t xml:space="preserve">« – Svetlana </w:t>
            </w:r>
            <w:proofErr w:type="spellStart"/>
            <w:r>
              <w:rPr>
                <w:color w:val="34444B"/>
                <w:sz w:val="12"/>
              </w:rPr>
              <w:t>Makarovič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telo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zobje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čutila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pomoč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vztrajnost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4DAFEED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OPIS SEBE • VELIKA TISKANA ČRKA G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opiše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Sapramiško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njeno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težavo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čustva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/g/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G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07299AC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opis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samega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sebe</w:t>
            </w:r>
            <w:proofErr w:type="spellEnd"/>
          </w:p>
          <w:p w14:paraId="377E3194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preprosto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</w:t>
            </w:r>
            <w:proofErr w:type="spellStart"/>
            <w:r>
              <w:rPr>
                <w:rFonts w:cs="Arial"/>
                <w:color w:val="34444B"/>
                <w:sz w:val="12"/>
              </w:rPr>
              <w:t>opiše</w:t>
            </w:r>
            <w:proofErr w:type="spellEnd"/>
          </w:p>
          <w:p w14:paraId="7F40C949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povedi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obravnavanimi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</w:p>
          <w:p w14:paraId="73770381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G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/g/</w:t>
            </w:r>
          </w:p>
          <w:p w14:paraId="37CE7429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G</w:t>
            </w:r>
          </w:p>
          <w:p w14:paraId="064B0BF6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GORA • NOGA • MIGA • GUMA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8167F4A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21DDFB8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F1C8BA2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281A58E2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CC5B97E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25.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8.–12. 3.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869FDCE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ŽIVIM ZDRAVO – JAZ IN DOBRO POČUTJE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Mislice</w:t>
            </w:r>
            <w:proofErr w:type="spellEnd"/>
            <w:r>
              <w:rPr>
                <w:color w:val="34444B"/>
                <w:sz w:val="12"/>
              </w:rPr>
              <w:t xml:space="preserve">« – </w:t>
            </w:r>
            <w:proofErr w:type="spellStart"/>
            <w:r>
              <w:rPr>
                <w:color w:val="34444B"/>
                <w:sz w:val="12"/>
              </w:rPr>
              <w:t>Feri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Lainšček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čustva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misli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zdrave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navade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notranji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svet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53A71F2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NAVODILO IN NASVET • VELIKA TISKANA ČRKA Č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izbrano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pesem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tvori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prijazen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nasvet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/č/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Č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E322DE7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kratko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navodilo</w:t>
            </w:r>
            <w:proofErr w:type="spellEnd"/>
          </w:p>
          <w:p w14:paraId="3617BA5B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tvori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priporočilo</w:t>
            </w:r>
            <w:proofErr w:type="spellEnd"/>
          </w:p>
          <w:p w14:paraId="4754FAD1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vljuden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način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sporazumevanja</w:t>
            </w:r>
            <w:proofErr w:type="spellEnd"/>
          </w:p>
          <w:p w14:paraId="222701E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Č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/č/</w:t>
            </w:r>
          </w:p>
          <w:p w14:paraId="4D8032C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Č</w:t>
            </w:r>
          </w:p>
          <w:p w14:paraId="4A283FC0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ČAR • OČI • UČI • MAČKA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5228B96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9519D03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B01334F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57409D8C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5D0A142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26.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15.–19. 3.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FC71B91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ŽIVIM ZDRAVO – JAZ IN DOBRO POČUTJE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Žabji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kralj</w:t>
            </w:r>
            <w:proofErr w:type="spellEnd"/>
            <w:r>
              <w:rPr>
                <w:color w:val="34444B"/>
                <w:sz w:val="12"/>
              </w:rPr>
              <w:t>« – brata Grimm</w:t>
            </w:r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obljuba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pomoč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občutki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sprememba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4798B88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PRIPOVED IN NADALJEVANJE • VELIKA TISKANA ČRKA Š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pripoveduje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odigra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dialog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ustvari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drugačno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nadaljevanje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/š/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Š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5EA8BA5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ob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slikanici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pripoveduje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zgodbo</w:t>
            </w:r>
            <w:proofErr w:type="spellEnd"/>
          </w:p>
          <w:p w14:paraId="61FBE4FF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preprosto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nadaljevanje</w:t>
            </w:r>
            <w:proofErr w:type="spellEnd"/>
          </w:p>
          <w:p w14:paraId="178D0359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razločno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govori</w:t>
            </w:r>
            <w:proofErr w:type="spellEnd"/>
          </w:p>
          <w:p w14:paraId="17C638B6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Š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/š/</w:t>
            </w:r>
          </w:p>
          <w:p w14:paraId="2A7A6D9E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Š</w:t>
            </w:r>
          </w:p>
          <w:p w14:paraId="35CC1586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ŠOLA • MIŠ • MAŠA • ŠUMA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1628853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C14BF67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2FFB7F1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6EDB271A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4E8ED95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27.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22.–26. 3.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6EF5248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POMLAD, POJAVI IN ŽIVA BITJA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Majnice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fulaste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pesmi</w:t>
            </w:r>
            <w:proofErr w:type="spellEnd"/>
            <w:r>
              <w:rPr>
                <w:color w:val="34444B"/>
                <w:sz w:val="12"/>
              </w:rPr>
              <w:t xml:space="preserve">« – Tone </w:t>
            </w:r>
            <w:proofErr w:type="spellStart"/>
            <w:r>
              <w:rPr>
                <w:color w:val="34444B"/>
                <w:sz w:val="12"/>
              </w:rPr>
              <w:t>Pavček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pomlad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ritem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igriv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jezik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opazovanje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narave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634763D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PESNIŠTVO • VELIKA TISKANA ČRKA Ž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doživeto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recitira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izbrano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pomladno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pesem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/ž/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Ž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5A8D316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doživlja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pesem</w:t>
            </w:r>
            <w:proofErr w:type="spellEnd"/>
          </w:p>
          <w:p w14:paraId="08B6AD11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zvočnost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rimo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 osnovni </w:t>
            </w:r>
            <w:proofErr w:type="spellStart"/>
            <w:r>
              <w:rPr>
                <w:rFonts w:cs="Arial"/>
                <w:color w:val="34444B"/>
                <w:sz w:val="12"/>
              </w:rPr>
              <w:t>ravni</w:t>
            </w:r>
            <w:proofErr w:type="spellEnd"/>
          </w:p>
          <w:p w14:paraId="631A0FE2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doživeto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recitira</w:t>
            </w:r>
            <w:proofErr w:type="spellEnd"/>
          </w:p>
          <w:p w14:paraId="79E03F78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Ž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/ž/</w:t>
            </w:r>
          </w:p>
          <w:p w14:paraId="2AEFCDCA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Ž</w:t>
            </w:r>
          </w:p>
          <w:p w14:paraId="4CB6872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ŽOGA • MOŽ • ŽILA • NOŽ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16B31DE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3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864D78E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73A4BA1" w14:textId="77777777" w:rsidR="00FF0B5B" w:rsidRDefault="00000000" w:rsidP="00FF0B5B">
            <w:pPr>
              <w:spacing w:after="0" w:line="240" w:lineRule="auto"/>
              <w:rPr>
                <w:color w:val="34444B"/>
                <w:sz w:val="12"/>
              </w:rPr>
            </w:pPr>
            <w:r>
              <w:rPr>
                <w:b/>
                <w:color w:val="34444B"/>
                <w:sz w:val="12"/>
              </w:rPr>
              <w:t>NARAVOSLOVNI DAN</w:t>
            </w:r>
            <w:r>
              <w:rPr>
                <w:color w:val="34444B"/>
                <w:sz w:val="12"/>
              </w:rPr>
              <w:t xml:space="preserve"> </w:t>
            </w:r>
          </w:p>
          <w:p w14:paraId="14208B4B" w14:textId="77777777" w:rsidR="00FF0B5B" w:rsidRDefault="00FF0B5B" w:rsidP="00FF0B5B">
            <w:pPr>
              <w:spacing w:after="0" w:line="240" w:lineRule="auto"/>
              <w:rPr>
                <w:color w:val="34444B"/>
                <w:sz w:val="12"/>
              </w:rPr>
            </w:pPr>
          </w:p>
          <w:p w14:paraId="4D05B41A" w14:textId="3F8C6741" w:rsidR="006D5A2C" w:rsidRDefault="00000000" w:rsidP="00FF0B5B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ŠPORTNI DAN</w:t>
            </w:r>
            <w:r>
              <w:rPr>
                <w:color w:val="34444B"/>
                <w:sz w:val="12"/>
              </w:rPr>
              <w:t xml:space="preserve"> </w:t>
            </w:r>
          </w:p>
        </w:tc>
      </w:tr>
    </w:tbl>
    <w:p w14:paraId="68781298" w14:textId="77777777" w:rsidR="006D5A2C" w:rsidRDefault="006D5A2C">
      <w:pPr>
        <w:pageBreakBefore/>
        <w:spacing w:after="0" w:line="20" w:lineRule="exact"/>
      </w:pPr>
    </w:p>
    <w:tbl>
      <w:tblPr>
        <w:tblW w:w="15380" w:type="dxa"/>
        <w:jc w:val="center"/>
        <w:tblLayout w:type="fixed"/>
        <w:tblLook w:val="04A0" w:firstRow="1" w:lastRow="0" w:firstColumn="1" w:lastColumn="0" w:noHBand="0" w:noVBand="1"/>
      </w:tblPr>
      <w:tblGrid>
        <w:gridCol w:w="1080"/>
        <w:gridCol w:w="2230"/>
        <w:gridCol w:w="1760"/>
        <w:gridCol w:w="3670"/>
        <w:gridCol w:w="580"/>
        <w:gridCol w:w="3070"/>
        <w:gridCol w:w="2990"/>
      </w:tblGrid>
      <w:tr w:rsidR="00D27883" w14:paraId="1E66F0E6" w14:textId="77777777">
        <w:trPr>
          <w:cantSplit/>
          <w:tblHeader/>
          <w:jc w:val="center"/>
        </w:trPr>
        <w:tc>
          <w:tcPr>
            <w:tcW w:w="108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16E3EB0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TEDEN / DATUM</w:t>
            </w:r>
          </w:p>
        </w:tc>
        <w:tc>
          <w:tcPr>
            <w:tcW w:w="223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D67CE3C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TEMATSKI OKVIR</w:t>
            </w:r>
          </w:p>
        </w:tc>
        <w:tc>
          <w:tcPr>
            <w:tcW w:w="176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25FCE01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VSEBINA PREDMETA</w:t>
            </w:r>
          </w:p>
        </w:tc>
        <w:tc>
          <w:tcPr>
            <w:tcW w:w="367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06EE004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OPERATIVNI CILJI</w:t>
            </w:r>
          </w:p>
        </w:tc>
        <w:tc>
          <w:tcPr>
            <w:tcW w:w="58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894E9C6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URE</w:t>
            </w:r>
          </w:p>
        </w:tc>
        <w:tc>
          <w:tcPr>
            <w:tcW w:w="307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3D90F1F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SODOBNE OBLIKE IN DOKAZI O UČENJU</w:t>
            </w:r>
          </w:p>
        </w:tc>
        <w:tc>
          <w:tcPr>
            <w:tcW w:w="299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925E8F5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OCENJEVANJE / DNEVI DEJAVNOSTI</w:t>
            </w:r>
          </w:p>
        </w:tc>
      </w:tr>
      <w:tr w:rsidR="00D27883" w14:paraId="307DE070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E345EA0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28.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30. 3.–2. 4.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A1F0D5E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POMLAD, POJAVI IN ŽIVA BITJA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Štiri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črne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mravljice</w:t>
            </w:r>
            <w:proofErr w:type="spellEnd"/>
            <w:r>
              <w:rPr>
                <w:color w:val="34444B"/>
                <w:sz w:val="12"/>
              </w:rPr>
              <w:t xml:space="preserve">« – Anja </w:t>
            </w:r>
            <w:proofErr w:type="spellStart"/>
            <w:r>
              <w:rPr>
                <w:color w:val="34444B"/>
                <w:sz w:val="12"/>
              </w:rPr>
              <w:t>Štefan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rast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sodelovanje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drobna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živa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bitja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vzorci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450C90F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OPIS RASTLINE • VELIKA TISKANA ČRKA C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pesmi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opiše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nadaljuje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mravljin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dogodek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/c/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C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A3E0C3A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zbira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</w:p>
          <w:p w14:paraId="69680DB8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tvori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povedi</w:t>
            </w:r>
            <w:proofErr w:type="spellEnd"/>
          </w:p>
          <w:p w14:paraId="57E3475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kratek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opis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po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zmožnostih</w:t>
            </w:r>
            <w:proofErr w:type="spellEnd"/>
          </w:p>
          <w:p w14:paraId="4534222E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C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/c/</w:t>
            </w:r>
          </w:p>
          <w:p w14:paraId="7C100F2E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C</w:t>
            </w:r>
          </w:p>
          <w:p w14:paraId="0F235B10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CESTA • MICA • RACA • COPAT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A693852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3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1A294E2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1D8D149" w14:textId="77777777" w:rsidR="003C2538" w:rsidRDefault="003C2538">
            <w:pPr>
              <w:spacing w:after="0" w:line="240" w:lineRule="auto"/>
              <w:rPr>
                <w:b/>
                <w:color w:val="34444B"/>
                <w:sz w:val="12"/>
              </w:rPr>
            </w:pPr>
            <w:r>
              <w:rPr>
                <w:b/>
                <w:color w:val="2F7394"/>
                <w:sz w:val="12"/>
              </w:rPr>
              <w:t xml:space="preserve">OCENJEVANJE 4 – DRUGE OBLIKE: branje oziroma poslušanje kratkega besedila in </w:t>
            </w:r>
            <w:proofErr w:type="spellStart"/>
            <w:r>
              <w:rPr>
                <w:b/>
                <w:color w:val="2F7394"/>
                <w:sz w:val="12"/>
              </w:rPr>
              <w:t>ustni</w:t>
            </w:r>
            <w:proofErr w:type="spellEnd"/>
            <w:r>
              <w:rPr>
                <w:b/>
                <w:color w:val="2F7394"/>
                <w:sz w:val="12"/>
              </w:rPr>
              <w:t xml:space="preserve"> </w:t>
            </w:r>
            <w:proofErr w:type="spellStart"/>
            <w:r>
              <w:rPr>
                <w:b/>
                <w:color w:val="2F7394"/>
                <w:sz w:val="12"/>
              </w:rPr>
              <w:t>odziv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</w:p>
          <w:p w14:paraId="3EC59BC9" w14:textId="77777777" w:rsidR="003C2538" w:rsidRDefault="003C2538">
            <w:pPr>
              <w:spacing w:after="0" w:line="240" w:lineRule="auto"/>
              <w:rPr>
                <w:b/>
                <w:color w:val="34444B"/>
                <w:sz w:val="12"/>
              </w:rPr>
            </w:pPr>
          </w:p>
          <w:p w14:paraId="25365594" w14:textId="05E1B411" w:rsidR="006D5A2C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ŠPORTNI DAN</w:t>
            </w:r>
            <w:r>
              <w:rPr>
                <w:color w:val="34444B"/>
                <w:sz w:val="12"/>
              </w:rPr>
              <w:t xml:space="preserve"> </w:t>
            </w:r>
          </w:p>
        </w:tc>
      </w:tr>
      <w:tr w:rsidR="00D27883" w14:paraId="402DC411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8180213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29.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5.–9. 4.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C14877D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POMLAD, POJAVI IN ŽIVA BITJA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Živalske</w:t>
            </w:r>
            <w:proofErr w:type="spellEnd"/>
            <w:r>
              <w:rPr>
                <w:color w:val="34444B"/>
                <w:sz w:val="12"/>
              </w:rPr>
              <w:t xml:space="preserve"> novice« – </w:t>
            </w:r>
            <w:proofErr w:type="spellStart"/>
            <w:r>
              <w:rPr>
                <w:color w:val="34444B"/>
                <w:sz w:val="12"/>
              </w:rPr>
              <w:t>Primož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Suhodolčan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živali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življenjska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okolja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igrivo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informacijsko</w:t>
            </w:r>
            <w:proofErr w:type="spellEnd"/>
            <w:r>
              <w:rPr>
                <w:color w:val="34444B"/>
                <w:sz w:val="12"/>
              </w:rPr>
              <w:t xml:space="preserve"> besedilo</w:t>
            </w:r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A9EB887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INFORMACIJSKO BESEDILO • VELIKA TISKANA ČRKA Z</w:t>
            </w:r>
          </w:p>
          <w:p w14:paraId="7619DF18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primerja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književno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novico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resničnim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podatkom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o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živali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/z/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Z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9908391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kratko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informacijsko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besedilo </w:t>
            </w:r>
            <w:proofErr w:type="spellStart"/>
            <w:r>
              <w:rPr>
                <w:rFonts w:cs="Arial"/>
                <w:color w:val="34444B"/>
                <w:sz w:val="12"/>
              </w:rPr>
              <w:t>ob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sliki</w:t>
            </w:r>
            <w:proofErr w:type="spellEnd"/>
          </w:p>
          <w:p w14:paraId="18144897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poišče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očiten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podatek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ga </w:t>
            </w:r>
            <w:proofErr w:type="spellStart"/>
            <w:r>
              <w:rPr>
                <w:rFonts w:cs="Arial"/>
                <w:color w:val="34444B"/>
                <w:sz w:val="12"/>
              </w:rPr>
              <w:t>loči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svojega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mnenja</w:t>
            </w:r>
            <w:proofErr w:type="spellEnd"/>
          </w:p>
          <w:p w14:paraId="5D318672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ustno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poroča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 </w:t>
            </w:r>
            <w:proofErr w:type="spellStart"/>
            <w:r>
              <w:rPr>
                <w:rFonts w:cs="Arial"/>
                <w:color w:val="34444B"/>
                <w:sz w:val="12"/>
              </w:rPr>
              <w:t>ugotovitvi</w:t>
            </w:r>
            <w:proofErr w:type="spellEnd"/>
          </w:p>
          <w:p w14:paraId="4FFFA917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E06C3DB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4945CA3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AB295E8" w14:textId="543C0092" w:rsidR="006D5A2C" w:rsidRDefault="003C2538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1D060A07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6C79166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30.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12.–16. 4.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121CC00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GIBANJE, SVETLOBA IN ZVOK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Bobek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barčica</w:t>
            </w:r>
            <w:proofErr w:type="spellEnd"/>
            <w:r>
              <w:rPr>
                <w:color w:val="34444B"/>
                <w:sz w:val="12"/>
              </w:rPr>
              <w:t xml:space="preserve">« – Anja </w:t>
            </w:r>
            <w:proofErr w:type="spellStart"/>
            <w:r>
              <w:rPr>
                <w:color w:val="34444B"/>
                <w:sz w:val="12"/>
              </w:rPr>
              <w:t>Štefan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voda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potisk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vlek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sodelovanje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89BDC97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POROČILO O POSKUSU • VELIKA TISKANA ČRKA H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obnovi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zgodbo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ustno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poroča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o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preizkusu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barčice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/h/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H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E6A565B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napove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izid</w:t>
            </w:r>
            <w:proofErr w:type="spellEnd"/>
          </w:p>
          <w:p w14:paraId="507FE887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ustno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postopek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ugotovitev</w:t>
            </w:r>
            <w:proofErr w:type="spellEnd"/>
          </w:p>
          <w:p w14:paraId="56086C77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uporabi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najprej</w:t>
            </w:r>
            <w:proofErr w:type="spellEnd"/>
            <w:r>
              <w:rPr>
                <w:rFonts w:cs="Arial"/>
                <w:color w:val="34444B"/>
                <w:sz w:val="12"/>
              </w:rPr>
              <w:t>–</w:t>
            </w:r>
            <w:proofErr w:type="spellStart"/>
            <w:r>
              <w:rPr>
                <w:rFonts w:cs="Arial"/>
                <w:color w:val="34444B"/>
                <w:sz w:val="12"/>
              </w:rPr>
              <w:t>potem</w:t>
            </w:r>
            <w:proofErr w:type="spellEnd"/>
          </w:p>
          <w:p w14:paraId="1C3600E0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H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/h/</w:t>
            </w:r>
          </w:p>
          <w:p w14:paraId="5ECC5D9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H</w:t>
            </w:r>
          </w:p>
          <w:p w14:paraId="612EC630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HIŠA • MUHA • HODI • OREH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A760DF5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E0246C4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861DA72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1A8CD7BD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BBB7461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31.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19.–23. 4.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16C6BCE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GIBANJE, SVETLOBA IN ZVOK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Kaj</w:t>
            </w:r>
            <w:proofErr w:type="spellEnd"/>
            <w:r>
              <w:rPr>
                <w:color w:val="34444B"/>
                <w:sz w:val="12"/>
              </w:rPr>
              <w:t xml:space="preserve"> je na </w:t>
            </w:r>
            <w:proofErr w:type="spellStart"/>
            <w:r>
              <w:rPr>
                <w:color w:val="34444B"/>
                <w:sz w:val="12"/>
              </w:rPr>
              <w:t>koncu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sveta</w:t>
            </w:r>
            <w:proofErr w:type="spellEnd"/>
            <w:r>
              <w:rPr>
                <w:color w:val="34444B"/>
                <w:sz w:val="12"/>
              </w:rPr>
              <w:t xml:space="preserve">« – Niko </w:t>
            </w:r>
            <w:proofErr w:type="spellStart"/>
            <w:r>
              <w:rPr>
                <w:color w:val="34444B"/>
                <w:sz w:val="12"/>
              </w:rPr>
              <w:t>Grafenauer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svetloba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senca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zvok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vprašanja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domišljija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7708B04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RAZLAGA • VELIKA TISKANA ČRKA F</w:t>
            </w:r>
            <w:r>
              <w:rPr>
                <w:rFonts w:cs="Arial"/>
                <w:b/>
                <w:color w:val="34444B"/>
                <w:sz w:val="12"/>
              </w:rPr>
              <w:br/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postavlja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vprašanja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razlaga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ustvari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domišljijski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odgovor;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motivu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/f/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F</w:t>
            </w:r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391CF61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vrstnika</w:t>
            </w:r>
            <w:proofErr w:type="spellEnd"/>
          </w:p>
          <w:p w14:paraId="2BCD752F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postavi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smiselno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vprašanje</w:t>
            </w:r>
            <w:proofErr w:type="spellEnd"/>
          </w:p>
          <w:p w14:paraId="041567B7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več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ugotovitev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povedih</w:t>
            </w:r>
            <w:proofErr w:type="spellEnd"/>
          </w:p>
          <w:p w14:paraId="4438909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F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jo </w:t>
            </w:r>
            <w:proofErr w:type="spellStart"/>
            <w:r>
              <w:rPr>
                <w:rFonts w:cs="Arial"/>
                <w:color w:val="34444B"/>
                <w:sz w:val="12"/>
              </w:rPr>
              <w:t>poveže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glasom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/f/</w:t>
            </w:r>
          </w:p>
          <w:p w14:paraId="490F40FA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čitljivo </w:t>
            </w: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F</w:t>
            </w:r>
          </w:p>
          <w:p w14:paraId="693C8E09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sestavlja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znanimi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color w:val="34444B"/>
                <w:sz w:val="12"/>
              </w:rPr>
              <w:t>: FANI • FOTO • SOFA • FANT</w:t>
            </w:r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321D998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3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4A56C64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C1AB421" w14:textId="77777777" w:rsidR="003C2538" w:rsidRDefault="003C2538" w:rsidP="00FF0B5B">
            <w:pPr>
              <w:spacing w:after="0" w:line="240" w:lineRule="auto"/>
              <w:rPr>
                <w:b/>
                <w:color w:val="34444B"/>
                <w:sz w:val="12"/>
              </w:rPr>
            </w:pPr>
            <w:r>
              <w:rPr>
                <w:b/>
                <w:color w:val="2F7394"/>
                <w:sz w:val="12"/>
              </w:rPr>
              <w:t xml:space="preserve">OCENJEVANJE 5 – DRUGE OBLIKE: pripravljen </w:t>
            </w:r>
            <w:proofErr w:type="spellStart"/>
            <w:r>
              <w:rPr>
                <w:b/>
                <w:color w:val="2F7394"/>
                <w:sz w:val="12"/>
              </w:rPr>
              <w:t>govorni</w:t>
            </w:r>
            <w:proofErr w:type="spellEnd"/>
            <w:r>
              <w:rPr>
                <w:b/>
                <w:color w:val="2F7394"/>
                <w:sz w:val="12"/>
              </w:rPr>
              <w:t xml:space="preserve"> </w:t>
            </w:r>
            <w:proofErr w:type="spellStart"/>
            <w:r>
              <w:rPr>
                <w:b/>
                <w:color w:val="2F7394"/>
                <w:sz w:val="12"/>
              </w:rPr>
              <w:t>nastop</w:t>
            </w:r>
            <w:proofErr w:type="spellEnd"/>
            <w:r>
              <w:rPr>
                <w:b/>
                <w:color w:val="2F7394"/>
                <w:sz w:val="12"/>
              </w:rPr>
              <w:t xml:space="preserve"> in </w:t>
            </w:r>
            <w:proofErr w:type="spellStart"/>
            <w:r>
              <w:rPr>
                <w:b/>
                <w:color w:val="2F7394"/>
                <w:sz w:val="12"/>
              </w:rPr>
              <w:t>pogovor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</w:p>
          <w:p w14:paraId="45A702F6" w14:textId="77777777" w:rsidR="003C2538" w:rsidRDefault="003C2538" w:rsidP="00FF0B5B">
            <w:pPr>
              <w:spacing w:after="0" w:line="240" w:lineRule="auto"/>
              <w:rPr>
                <w:b/>
                <w:color w:val="34444B"/>
                <w:sz w:val="12"/>
              </w:rPr>
            </w:pPr>
          </w:p>
          <w:p w14:paraId="418FE309" w14:textId="677D1BF9" w:rsidR="00FF0B5B" w:rsidRDefault="00000000" w:rsidP="00FF0B5B">
            <w:pPr>
              <w:spacing w:after="0" w:line="240" w:lineRule="auto"/>
              <w:rPr>
                <w:color w:val="34444B"/>
                <w:sz w:val="12"/>
              </w:rPr>
            </w:pPr>
            <w:r>
              <w:rPr>
                <w:b/>
                <w:color w:val="34444B"/>
                <w:sz w:val="12"/>
              </w:rPr>
              <w:t>TEHNIŠKI DAN</w:t>
            </w:r>
            <w:r>
              <w:rPr>
                <w:color w:val="34444B"/>
                <w:sz w:val="12"/>
              </w:rPr>
              <w:t xml:space="preserve"> </w:t>
            </w:r>
          </w:p>
          <w:p w14:paraId="1E446FDC" w14:textId="77777777" w:rsidR="00FF0B5B" w:rsidRDefault="00FF0B5B" w:rsidP="00FF0B5B">
            <w:pPr>
              <w:spacing w:after="0" w:line="240" w:lineRule="auto"/>
              <w:rPr>
                <w:color w:val="34444B"/>
                <w:sz w:val="12"/>
              </w:rPr>
            </w:pPr>
          </w:p>
          <w:p w14:paraId="429CF5C1" w14:textId="42841A45" w:rsidR="006D5A2C" w:rsidRDefault="00000000" w:rsidP="00FF0B5B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KULTURNI DAN</w:t>
            </w:r>
            <w:r>
              <w:rPr>
                <w:color w:val="34444B"/>
                <w:sz w:val="12"/>
              </w:rPr>
              <w:t xml:space="preserve"> </w:t>
            </w:r>
          </w:p>
        </w:tc>
      </w:tr>
      <w:tr w:rsidR="00D27883" w14:paraId="484A1107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83D3358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32.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3.–7. 5.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EE78DF6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POKRAJINA, PROSTOR IN TRAJNOSTNA SKUPNOST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Naša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bela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mačica</w:t>
            </w:r>
            <w:proofErr w:type="spellEnd"/>
            <w:r>
              <w:rPr>
                <w:color w:val="34444B"/>
                <w:sz w:val="12"/>
              </w:rPr>
              <w:t xml:space="preserve">« – </w:t>
            </w:r>
            <w:proofErr w:type="spellStart"/>
            <w:r>
              <w:rPr>
                <w:color w:val="34444B"/>
                <w:sz w:val="12"/>
              </w:rPr>
              <w:t>Srečko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Kosovel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žival</w:t>
            </w:r>
            <w:proofErr w:type="spellEnd"/>
            <w:r>
              <w:rPr>
                <w:color w:val="34444B"/>
                <w:sz w:val="12"/>
              </w:rPr>
              <w:t xml:space="preserve"> v </w:t>
            </w:r>
            <w:proofErr w:type="spellStart"/>
            <w:r>
              <w:rPr>
                <w:color w:val="34444B"/>
                <w:sz w:val="12"/>
              </w:rPr>
              <w:t>pokrajini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barve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prostor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ljudski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zven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43DEBCA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OPIS POKRAJINE</w:t>
            </w:r>
            <w:r>
              <w:rPr>
                <w:b/>
                <w:color w:val="34444B"/>
                <w:sz w:val="12"/>
              </w:rPr>
              <w:br/>
            </w:r>
            <w:proofErr w:type="spellStart"/>
            <w:r>
              <w:rPr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b/>
                <w:color w:val="34444B"/>
                <w:sz w:val="12"/>
              </w:rPr>
              <w:t>doživeto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bere</w:t>
            </w:r>
            <w:proofErr w:type="spellEnd"/>
            <w:r>
              <w:rPr>
                <w:b/>
                <w:color w:val="34444B"/>
                <w:sz w:val="12"/>
              </w:rPr>
              <w:t xml:space="preserve"> ali </w:t>
            </w:r>
            <w:proofErr w:type="spellStart"/>
            <w:r>
              <w:rPr>
                <w:b/>
                <w:color w:val="34444B"/>
                <w:sz w:val="12"/>
              </w:rPr>
              <w:t>posluša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pesem</w:t>
            </w:r>
            <w:proofErr w:type="spellEnd"/>
            <w:r>
              <w:rPr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b/>
                <w:color w:val="34444B"/>
                <w:sz w:val="12"/>
              </w:rPr>
              <w:t>opiše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njeno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podobo</w:t>
            </w:r>
            <w:proofErr w:type="spellEnd"/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68B5A8E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bere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kratek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opis</w:t>
            </w:r>
            <w:proofErr w:type="spellEnd"/>
          </w:p>
          <w:p w14:paraId="5B1DDFF0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izbere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bistvene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besede</w:t>
            </w:r>
            <w:proofErr w:type="spellEnd"/>
          </w:p>
          <w:p w14:paraId="2424D8D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ustno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pisno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opiše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opaženo</w:t>
            </w:r>
            <w:proofErr w:type="spellEnd"/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49ED9F0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D1BAA5F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963E4B7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1BD4CFB6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C7C1D7F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33.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10.–14. 5.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08476D1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POKRAJINA, PROSTOR IN TRAJNOSTNA SKUPNOST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Bobek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barčica</w:t>
            </w:r>
            <w:proofErr w:type="spellEnd"/>
            <w:r>
              <w:rPr>
                <w:color w:val="34444B"/>
                <w:sz w:val="12"/>
              </w:rPr>
              <w:t xml:space="preserve">« – Anja </w:t>
            </w:r>
            <w:proofErr w:type="spellStart"/>
            <w:r>
              <w:rPr>
                <w:color w:val="34444B"/>
                <w:sz w:val="12"/>
              </w:rPr>
              <w:t>Štefan</w:t>
            </w:r>
            <w:proofErr w:type="spellEnd"/>
            <w:r>
              <w:rPr>
                <w:color w:val="34444B"/>
                <w:sz w:val="12"/>
              </w:rPr>
              <w:t xml:space="preserve"> • NADALJEVANJE</w:t>
            </w:r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orientacija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načrt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poti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morje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varno</w:t>
            </w:r>
            <w:proofErr w:type="spellEnd"/>
            <w:r>
              <w:rPr>
                <w:color w:val="34444B"/>
                <w:sz w:val="12"/>
              </w:rPr>
              <w:t xml:space="preserve"> raziskovanje </w:t>
            </w:r>
            <w:proofErr w:type="spellStart"/>
            <w:r>
              <w:rPr>
                <w:color w:val="34444B"/>
                <w:sz w:val="12"/>
              </w:rPr>
              <w:t>obale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4CEF610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NAVODILO ZA POT</w:t>
            </w:r>
            <w:r>
              <w:rPr>
                <w:b/>
                <w:color w:val="34444B"/>
                <w:sz w:val="12"/>
              </w:rPr>
              <w:br/>
            </w:r>
            <w:proofErr w:type="spellStart"/>
            <w:r>
              <w:rPr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b/>
                <w:color w:val="34444B"/>
                <w:sz w:val="12"/>
              </w:rPr>
              <w:t>tvori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navodilo</w:t>
            </w:r>
            <w:proofErr w:type="spellEnd"/>
            <w:r>
              <w:rPr>
                <w:b/>
                <w:color w:val="34444B"/>
                <w:sz w:val="12"/>
              </w:rPr>
              <w:t xml:space="preserve"> za </w:t>
            </w:r>
            <w:proofErr w:type="spellStart"/>
            <w:r>
              <w:rPr>
                <w:b/>
                <w:color w:val="34444B"/>
                <w:sz w:val="12"/>
              </w:rPr>
              <w:t>Bobkovo</w:t>
            </w:r>
            <w:proofErr w:type="spellEnd"/>
            <w:r>
              <w:rPr>
                <w:b/>
                <w:color w:val="34444B"/>
                <w:sz w:val="12"/>
              </w:rPr>
              <w:t xml:space="preserve"> pot </w:t>
            </w:r>
            <w:proofErr w:type="spellStart"/>
            <w:r>
              <w:rPr>
                <w:b/>
                <w:color w:val="34444B"/>
                <w:sz w:val="12"/>
              </w:rPr>
              <w:t>ter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pripoveduje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ob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načrtu</w:t>
            </w:r>
            <w:proofErr w:type="spellEnd"/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2C277E3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razume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opis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poti</w:t>
            </w:r>
            <w:proofErr w:type="spellEnd"/>
          </w:p>
          <w:p w14:paraId="597E2285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uporablja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levo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desno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naravnost</w:t>
            </w:r>
            <w:proofErr w:type="spellEnd"/>
          </w:p>
          <w:p w14:paraId="56FF271A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tvori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kratko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navodilo</w:t>
            </w:r>
            <w:proofErr w:type="spellEnd"/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58BE1AC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5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25D3311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C7CD3C4" w14:textId="60F0B09E" w:rsidR="006D5A2C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NARAVOSLOVNI DAN</w:t>
            </w:r>
            <w:r>
              <w:rPr>
                <w:color w:val="34444B"/>
                <w:sz w:val="12"/>
              </w:rPr>
              <w:t xml:space="preserve"> </w:t>
            </w:r>
          </w:p>
        </w:tc>
      </w:tr>
    </w:tbl>
    <w:p w14:paraId="4E3133DC" w14:textId="77777777" w:rsidR="006D5A2C" w:rsidRDefault="006D5A2C">
      <w:pPr>
        <w:pageBreakBefore/>
        <w:spacing w:after="0" w:line="20" w:lineRule="exact"/>
      </w:pPr>
    </w:p>
    <w:tbl>
      <w:tblPr>
        <w:tblW w:w="15380" w:type="dxa"/>
        <w:jc w:val="center"/>
        <w:tblLayout w:type="fixed"/>
        <w:tblLook w:val="04A0" w:firstRow="1" w:lastRow="0" w:firstColumn="1" w:lastColumn="0" w:noHBand="0" w:noVBand="1"/>
      </w:tblPr>
      <w:tblGrid>
        <w:gridCol w:w="1080"/>
        <w:gridCol w:w="2230"/>
        <w:gridCol w:w="1760"/>
        <w:gridCol w:w="3670"/>
        <w:gridCol w:w="580"/>
        <w:gridCol w:w="3070"/>
        <w:gridCol w:w="2990"/>
      </w:tblGrid>
      <w:tr w:rsidR="00D27883" w14:paraId="3CA32268" w14:textId="77777777">
        <w:trPr>
          <w:cantSplit/>
          <w:tblHeader/>
          <w:jc w:val="center"/>
        </w:trPr>
        <w:tc>
          <w:tcPr>
            <w:tcW w:w="108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09F6858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TEDEN / DATUM</w:t>
            </w:r>
          </w:p>
        </w:tc>
        <w:tc>
          <w:tcPr>
            <w:tcW w:w="223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E72E79E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TEMATSKI OKVIR</w:t>
            </w:r>
          </w:p>
        </w:tc>
        <w:tc>
          <w:tcPr>
            <w:tcW w:w="176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92C3E3C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VSEBINA PREDMETA</w:t>
            </w:r>
          </w:p>
        </w:tc>
        <w:tc>
          <w:tcPr>
            <w:tcW w:w="367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15C7995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OPERATIVNI CILJI</w:t>
            </w:r>
          </w:p>
        </w:tc>
        <w:tc>
          <w:tcPr>
            <w:tcW w:w="58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3B137A6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URE</w:t>
            </w:r>
          </w:p>
        </w:tc>
        <w:tc>
          <w:tcPr>
            <w:tcW w:w="307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0B0B213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SODOBNE OBLIKE IN DOKAZI O UČENJU</w:t>
            </w:r>
          </w:p>
        </w:tc>
        <w:tc>
          <w:tcPr>
            <w:tcW w:w="299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5AC436B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2"/>
              </w:rPr>
              <w:t>OCENJEVANJE / DNEVI DEJAVNOSTI</w:t>
            </w:r>
          </w:p>
        </w:tc>
      </w:tr>
      <w:tr w:rsidR="00D27883" w14:paraId="6A0CAE93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96BD502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34.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17.–21. 5.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8D796C7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POKRAJINA, PROSTOR IN TRAJNOSTNA SKUPNOST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Dinozavri</w:t>
            </w:r>
            <w:proofErr w:type="spellEnd"/>
            <w:r>
              <w:rPr>
                <w:color w:val="34444B"/>
                <w:sz w:val="12"/>
              </w:rPr>
              <w:t xml:space="preserve">?!« – Lila </w:t>
            </w:r>
            <w:proofErr w:type="spellStart"/>
            <w:r>
              <w:rPr>
                <w:color w:val="34444B"/>
                <w:sz w:val="12"/>
              </w:rPr>
              <w:t>Prap</w:t>
            </w:r>
            <w:proofErr w:type="spellEnd"/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preteklost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pokrajina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živa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bitja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raziskovalna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vprašanja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1C01D19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BESEDILO IN POGOVOR</w:t>
            </w:r>
            <w:r>
              <w:rPr>
                <w:b/>
                <w:color w:val="34444B"/>
                <w:sz w:val="12"/>
              </w:rPr>
              <w:br/>
            </w:r>
            <w:proofErr w:type="spellStart"/>
            <w:r>
              <w:rPr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b/>
                <w:color w:val="34444B"/>
                <w:sz w:val="12"/>
              </w:rPr>
              <w:t>bere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sliko</w:t>
            </w:r>
            <w:proofErr w:type="spellEnd"/>
            <w:r>
              <w:rPr>
                <w:b/>
                <w:color w:val="34444B"/>
                <w:sz w:val="12"/>
              </w:rPr>
              <w:t xml:space="preserve"> in besedilo </w:t>
            </w:r>
            <w:proofErr w:type="spellStart"/>
            <w:r>
              <w:rPr>
                <w:b/>
                <w:color w:val="34444B"/>
                <w:sz w:val="12"/>
              </w:rPr>
              <w:t>ter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predstavi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zanimiv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podatek</w:t>
            </w:r>
            <w:proofErr w:type="spellEnd"/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2290286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sprejema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tvori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preprosto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neumetnostno</w:t>
            </w:r>
            <w:proofErr w:type="spellEnd"/>
            <w:r>
              <w:rPr>
                <w:color w:val="34444B"/>
                <w:sz w:val="12"/>
              </w:rPr>
              <w:t xml:space="preserve"> besedilo</w:t>
            </w:r>
          </w:p>
          <w:p w14:paraId="5A52C298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izrazi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mnenje</w:t>
            </w:r>
            <w:proofErr w:type="spellEnd"/>
          </w:p>
          <w:p w14:paraId="34001AFC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upošteva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pravila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pogovora</w:t>
            </w:r>
            <w:proofErr w:type="spellEnd"/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3180041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ACE74C3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D622AB1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76BE24A3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3923B5C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35.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24.–28. 5.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BFBF8DD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POKRAJINA, PROSTOR IN TRAJNOSTNA SKUPNOST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Juri</w:t>
            </w:r>
            <w:proofErr w:type="spellEnd"/>
            <w:r>
              <w:rPr>
                <w:color w:val="34444B"/>
                <w:sz w:val="12"/>
              </w:rPr>
              <w:t xml:space="preserve"> Muri v </w:t>
            </w:r>
            <w:proofErr w:type="spellStart"/>
            <w:r>
              <w:rPr>
                <w:color w:val="34444B"/>
                <w:sz w:val="12"/>
              </w:rPr>
              <w:t>Afriki</w:t>
            </w:r>
            <w:proofErr w:type="spellEnd"/>
            <w:r>
              <w:rPr>
                <w:color w:val="34444B"/>
                <w:sz w:val="12"/>
              </w:rPr>
              <w:t xml:space="preserve">« – Tone </w:t>
            </w:r>
            <w:proofErr w:type="spellStart"/>
            <w:r>
              <w:rPr>
                <w:color w:val="34444B"/>
                <w:sz w:val="12"/>
              </w:rPr>
              <w:t>Pavček</w:t>
            </w:r>
            <w:proofErr w:type="spellEnd"/>
            <w:r>
              <w:rPr>
                <w:color w:val="34444B"/>
                <w:sz w:val="12"/>
              </w:rPr>
              <w:t xml:space="preserve"> • NADALJEVANJE</w:t>
            </w:r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odgovorna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mobilnost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potovanje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predstavitev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kraja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C86F1DB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GOVORNI NASTOP</w:t>
            </w:r>
          </w:p>
          <w:p w14:paraId="4FF9218B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pripravi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govorni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nastop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o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izbrani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poti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kraju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doživetju</w:t>
            </w:r>
            <w:proofErr w:type="spellEnd"/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388BA2C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smiselno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razločno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predstavi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izbrano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temo</w:t>
            </w:r>
            <w:proofErr w:type="spellEnd"/>
          </w:p>
          <w:p w14:paraId="4F5AFA4F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ustrezno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besedišče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ohranja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zaporedje</w:t>
            </w:r>
            <w:proofErr w:type="spellEnd"/>
          </w:p>
          <w:p w14:paraId="704177BF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uporabi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slikovno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rFonts w:cs="Arial"/>
                <w:color w:val="34444B"/>
                <w:sz w:val="12"/>
              </w:rPr>
              <w:t>stvarno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oporo</w:t>
            </w:r>
            <w:proofErr w:type="spellEnd"/>
          </w:p>
          <w:p w14:paraId="1A9BCC6E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odgovori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 </w:t>
            </w:r>
            <w:proofErr w:type="spellStart"/>
            <w:r>
              <w:rPr>
                <w:rFonts w:cs="Arial"/>
                <w:color w:val="34444B"/>
                <w:sz w:val="12"/>
              </w:rPr>
              <w:t>vprašanje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poslušalca</w:t>
            </w:r>
            <w:proofErr w:type="spellEnd"/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5FE5D1E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A473AD6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49A91602" w14:textId="73FF221E" w:rsidR="006D5A2C" w:rsidRDefault="003C2538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7D6447ED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7908037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36.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31. 5.–4. 6.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D93B9AF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POLETJE, SKUPNOST IN ZAKLJUČEK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Sonček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boža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tačice</w:t>
            </w:r>
            <w:proofErr w:type="spellEnd"/>
            <w:r>
              <w:rPr>
                <w:color w:val="34444B"/>
                <w:sz w:val="12"/>
              </w:rPr>
              <w:t xml:space="preserve">« – </w:t>
            </w:r>
            <w:proofErr w:type="spellStart"/>
            <w:r>
              <w:rPr>
                <w:color w:val="34444B"/>
                <w:sz w:val="12"/>
              </w:rPr>
              <w:t>Srečko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Kosovel</w:t>
            </w:r>
            <w:proofErr w:type="spellEnd"/>
            <w:r>
              <w:rPr>
                <w:color w:val="34444B"/>
                <w:sz w:val="12"/>
              </w:rPr>
              <w:t xml:space="preserve"> • NADALJEVANJE</w:t>
            </w:r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poletje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sonce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varnost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doživljanje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narave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7476A95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BRANJE IN RAZUMEVANJE</w:t>
            </w:r>
            <w:r>
              <w:rPr>
                <w:b/>
                <w:color w:val="34444B"/>
                <w:sz w:val="12"/>
              </w:rPr>
              <w:br/>
            </w:r>
            <w:proofErr w:type="spellStart"/>
            <w:r>
              <w:rPr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b/>
                <w:color w:val="34444B"/>
                <w:sz w:val="12"/>
              </w:rPr>
              <w:t>bere</w:t>
            </w:r>
            <w:proofErr w:type="spellEnd"/>
            <w:r>
              <w:rPr>
                <w:b/>
                <w:color w:val="34444B"/>
                <w:sz w:val="12"/>
              </w:rPr>
              <w:t xml:space="preserve"> ali </w:t>
            </w:r>
            <w:proofErr w:type="spellStart"/>
            <w:r>
              <w:rPr>
                <w:b/>
                <w:color w:val="34444B"/>
                <w:sz w:val="12"/>
              </w:rPr>
              <w:t>posluša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pesem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ter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pove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njeno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bistvo</w:t>
            </w:r>
            <w:proofErr w:type="spellEnd"/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9D0A147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bere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povedi</w:t>
            </w:r>
            <w:proofErr w:type="spellEnd"/>
            <w:r>
              <w:rPr>
                <w:color w:val="34444B"/>
                <w:sz w:val="12"/>
              </w:rPr>
              <w:t xml:space="preserve"> z </w:t>
            </w:r>
            <w:proofErr w:type="spellStart"/>
            <w:r>
              <w:rPr>
                <w:color w:val="34444B"/>
                <w:sz w:val="12"/>
              </w:rPr>
              <w:t>velikimi</w:t>
            </w:r>
            <w:proofErr w:type="spellEnd"/>
            <w:r>
              <w:rPr>
                <w:color w:val="34444B"/>
                <w:sz w:val="12"/>
              </w:rPr>
              <w:t xml:space="preserve"> oziroma </w:t>
            </w:r>
            <w:proofErr w:type="spellStart"/>
            <w:r>
              <w:rPr>
                <w:color w:val="34444B"/>
                <w:sz w:val="12"/>
              </w:rPr>
              <w:t>obravnavanimi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tiskanimi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črkami</w:t>
            </w:r>
            <w:proofErr w:type="spellEnd"/>
          </w:p>
          <w:p w14:paraId="53C8281D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pove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bistvo</w:t>
            </w:r>
            <w:proofErr w:type="spellEnd"/>
          </w:p>
          <w:p w14:paraId="40B7BC2C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poišče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očiten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podatek</w:t>
            </w:r>
            <w:proofErr w:type="spellEnd"/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3BAC371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EE8AFA1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FA66458" w14:textId="6388E0A8" w:rsidR="00D27883" w:rsidRDefault="003C2538">
            <w:pPr>
              <w:spacing w:after="0" w:line="240" w:lineRule="auto"/>
            </w:pPr>
            <w:r>
              <w:rPr>
                <w:b/>
                <w:color w:val="2F7394"/>
                <w:sz w:val="12"/>
              </w:rPr>
              <w:t xml:space="preserve">OCENJEVANJE 6 – PISNO: bralno razumevanje in </w:t>
            </w:r>
            <w:proofErr w:type="spellStart"/>
            <w:r>
              <w:rPr>
                <w:b/>
                <w:color w:val="2F7394"/>
                <w:sz w:val="12"/>
              </w:rPr>
              <w:t>pisno</w:t>
            </w:r>
            <w:proofErr w:type="spellEnd"/>
            <w:r>
              <w:rPr>
                <w:b/>
                <w:color w:val="2F7394"/>
                <w:sz w:val="12"/>
              </w:rPr>
              <w:t xml:space="preserve"> </w:t>
            </w:r>
            <w:proofErr w:type="spellStart"/>
            <w:r>
              <w:rPr>
                <w:b/>
                <w:color w:val="2F7394"/>
                <w:sz w:val="12"/>
              </w:rPr>
              <w:t>izražanje</w:t>
            </w:r>
            <w:proofErr w:type="spellEnd"/>
            <w:r>
              <w:rPr>
                <w:b/>
                <w:color w:val="2F7394"/>
                <w:sz w:val="12"/>
              </w:rPr>
              <w:t xml:space="preserve">; </w:t>
            </w:r>
            <w:proofErr w:type="spellStart"/>
            <w:r>
              <w:rPr>
                <w:b/>
                <w:color w:val="2F7394"/>
                <w:sz w:val="12"/>
              </w:rPr>
              <w:t>analiza</w:t>
            </w:r>
            <w:proofErr w:type="spellEnd"/>
            <w:r>
              <w:rPr>
                <w:b/>
                <w:color w:val="2F7394"/>
                <w:sz w:val="12"/>
              </w:rPr>
              <w:t xml:space="preserve"> </w:t>
            </w:r>
            <w:proofErr w:type="spellStart"/>
            <w:r>
              <w:rPr>
                <w:b/>
                <w:color w:val="2F7394"/>
                <w:sz w:val="12"/>
              </w:rPr>
              <w:t>dosežkov</w:t>
            </w:r>
            <w:proofErr w:type="spellEnd"/>
          </w:p>
        </w:tc>
      </w:tr>
      <w:tr w:rsidR="00D27883" w14:paraId="7E4FCA72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B2845A3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37.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7.–11. 6.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3043F7B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POLETJE, SKUPNOST IN ZAKLJUČEK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Zakaj</w:t>
            </w:r>
            <w:proofErr w:type="spellEnd"/>
            <w:r>
              <w:rPr>
                <w:color w:val="34444B"/>
                <w:sz w:val="12"/>
              </w:rPr>
              <w:t xml:space="preserve">?« – Lila </w:t>
            </w:r>
            <w:proofErr w:type="spellStart"/>
            <w:r>
              <w:rPr>
                <w:color w:val="34444B"/>
                <w:sz w:val="12"/>
              </w:rPr>
              <w:t>Prap</w:t>
            </w:r>
            <w:proofErr w:type="spellEnd"/>
            <w:r>
              <w:rPr>
                <w:color w:val="34444B"/>
                <w:sz w:val="12"/>
              </w:rPr>
              <w:t xml:space="preserve"> • NADALJEVANJE</w:t>
            </w:r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okoljska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vprašanja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ponovna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uporaba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ustvarjalne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rešitve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5040D2C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USTVARJALNA ZGODBA</w:t>
            </w:r>
            <w:r>
              <w:rPr>
                <w:b/>
                <w:color w:val="34444B"/>
                <w:sz w:val="12"/>
              </w:rPr>
              <w:br/>
            </w:r>
            <w:proofErr w:type="spellStart"/>
            <w:r>
              <w:rPr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b/>
                <w:color w:val="34444B"/>
                <w:sz w:val="12"/>
              </w:rPr>
              <w:t>ustvari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svojo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stran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slikanice</w:t>
            </w:r>
            <w:proofErr w:type="spellEnd"/>
            <w:r>
              <w:rPr>
                <w:b/>
                <w:color w:val="34444B"/>
                <w:sz w:val="12"/>
              </w:rPr>
              <w:t xml:space="preserve"> z </w:t>
            </w:r>
            <w:proofErr w:type="spellStart"/>
            <w:r>
              <w:rPr>
                <w:b/>
                <w:color w:val="34444B"/>
                <w:sz w:val="12"/>
              </w:rPr>
              <w:t>okoljskim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vprašanjem</w:t>
            </w:r>
            <w:proofErr w:type="spellEnd"/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77A59BB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ob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slikanici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pripoveduje</w:t>
            </w:r>
            <w:proofErr w:type="spellEnd"/>
          </w:p>
          <w:p w14:paraId="6BD12170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oblikuje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nadaljevanje</w:t>
            </w:r>
            <w:proofErr w:type="spellEnd"/>
          </w:p>
          <w:p w14:paraId="50FCC2F8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zapiše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eno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več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povedi</w:t>
            </w:r>
            <w:proofErr w:type="spellEnd"/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BD0728C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6C71F27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0030126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13B3F916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61667BB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38.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14.–18. 6.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34965590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POLETJE, SKUPNOST IN ZAKLJUČEK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Pedenjped</w:t>
            </w:r>
            <w:proofErr w:type="spellEnd"/>
            <w:r>
              <w:rPr>
                <w:color w:val="34444B"/>
                <w:sz w:val="12"/>
              </w:rPr>
              <w:t xml:space="preserve">« – Niko </w:t>
            </w:r>
            <w:proofErr w:type="spellStart"/>
            <w:r>
              <w:rPr>
                <w:color w:val="34444B"/>
                <w:sz w:val="12"/>
              </w:rPr>
              <w:t>Grafenauer</w:t>
            </w:r>
            <w:proofErr w:type="spellEnd"/>
            <w:r>
              <w:rPr>
                <w:color w:val="34444B"/>
                <w:sz w:val="12"/>
              </w:rPr>
              <w:t xml:space="preserve"> • NADALJEVANJE</w:t>
            </w:r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osebni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napredek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samovrednotenje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igrivost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učenja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65D4CFC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PISNO OCENJEVANJE 2 • BRALNO RAZUMEVANJE IN PISNO IZRAŽANJE</w:t>
            </w:r>
          </w:p>
          <w:p w14:paraId="445F0097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pokaže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napredek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branju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razumevanju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pisanju</w:t>
            </w:r>
            <w:proofErr w:type="spellEnd"/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BA67EAB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prebere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kratko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besedilo in </w:t>
            </w:r>
            <w:proofErr w:type="spellStart"/>
            <w:r>
              <w:rPr>
                <w:rFonts w:cs="Arial"/>
                <w:color w:val="34444B"/>
                <w:sz w:val="12"/>
              </w:rPr>
              <w:t>poišče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očiten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podatek</w:t>
            </w:r>
            <w:proofErr w:type="spellEnd"/>
          </w:p>
          <w:p w14:paraId="0D56297C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zapiše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več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smiselnih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povedi</w:t>
            </w:r>
            <w:proofErr w:type="spellEnd"/>
          </w:p>
          <w:p w14:paraId="3D8238D6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uporabi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začetnico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ustrezno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končno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ločilo</w:t>
            </w:r>
            <w:proofErr w:type="spellEnd"/>
          </w:p>
          <w:p w14:paraId="47CB4BD3" w14:textId="77777777" w:rsidR="00D27883" w:rsidRDefault="00000000">
            <w:pPr>
              <w:pStyle w:val="Oznaenseznam"/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pregleda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zapis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po </w:t>
            </w:r>
            <w:proofErr w:type="spellStart"/>
            <w:r>
              <w:rPr>
                <w:rFonts w:cs="Arial"/>
                <w:color w:val="34444B"/>
                <w:sz w:val="12"/>
              </w:rPr>
              <w:t>navodilu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popravi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napako</w:t>
            </w:r>
            <w:proofErr w:type="spellEnd"/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5D28AE93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6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CBE1DD5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E4F1F3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48B6BD1" w14:textId="6B67A14B" w:rsidR="006D5A2C" w:rsidRDefault="003C2538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  <w:tr w:rsidR="00D27883" w14:paraId="7AE220DA" w14:textId="77777777">
        <w:trPr>
          <w:cantSplit/>
          <w:jc w:val="center"/>
        </w:trPr>
        <w:tc>
          <w:tcPr>
            <w:tcW w:w="10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7A677165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 xml:space="preserve">39. </w:t>
            </w:r>
            <w:proofErr w:type="spellStart"/>
            <w:r>
              <w:rPr>
                <w:b/>
                <w:color w:val="34444B"/>
                <w:sz w:val="12"/>
              </w:rPr>
              <w:t>teden</w:t>
            </w:r>
            <w:proofErr w:type="spellEnd"/>
            <w:r>
              <w:rPr>
                <w:b/>
                <w:color w:val="34444B"/>
                <w:sz w:val="12"/>
              </w:rPr>
              <w:br/>
              <w:t>21.–24. 6. 2027</w:t>
            </w:r>
          </w:p>
        </w:tc>
        <w:tc>
          <w:tcPr>
            <w:tcW w:w="223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D761691" w14:textId="77777777" w:rsidR="00D27883" w:rsidRDefault="00000000">
            <w:pPr>
              <w:spacing w:after="0" w:line="240" w:lineRule="auto"/>
            </w:pPr>
            <w:r>
              <w:rPr>
                <w:color w:val="34444B"/>
                <w:sz w:val="12"/>
              </w:rPr>
              <w:t>POLETJE, SKUPNOST IN ZAKLJUČEK</w:t>
            </w:r>
            <w:r>
              <w:rPr>
                <w:color w:val="34444B"/>
                <w:sz w:val="12"/>
              </w:rPr>
              <w:br/>
              <w:t>»</w:t>
            </w:r>
            <w:proofErr w:type="spellStart"/>
            <w:r>
              <w:rPr>
                <w:color w:val="34444B"/>
                <w:sz w:val="12"/>
              </w:rPr>
              <w:t>Moj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prijatelj</w:t>
            </w:r>
            <w:proofErr w:type="spellEnd"/>
            <w:r>
              <w:rPr>
                <w:color w:val="34444B"/>
                <w:sz w:val="12"/>
              </w:rPr>
              <w:t xml:space="preserve"> Piki Jakob« – </w:t>
            </w:r>
            <w:proofErr w:type="spellStart"/>
            <w:r>
              <w:rPr>
                <w:color w:val="34444B"/>
                <w:sz w:val="12"/>
              </w:rPr>
              <w:t>Kajetan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Kovič</w:t>
            </w:r>
            <w:proofErr w:type="spellEnd"/>
            <w:r>
              <w:rPr>
                <w:color w:val="34444B"/>
                <w:sz w:val="12"/>
              </w:rPr>
              <w:t xml:space="preserve"> • NADALJEVANJE</w:t>
            </w:r>
            <w:r>
              <w:rPr>
                <w:color w:val="34444B"/>
                <w:sz w:val="12"/>
              </w:rPr>
              <w:br/>
            </w:r>
            <w:proofErr w:type="spellStart"/>
            <w:r>
              <w:rPr>
                <w:color w:val="34444B"/>
                <w:sz w:val="12"/>
              </w:rPr>
              <w:t>Motiv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prijateljstvo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hvaležnost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skupnost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varne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počitnice</w:t>
            </w:r>
            <w:proofErr w:type="spellEnd"/>
          </w:p>
        </w:tc>
        <w:tc>
          <w:tcPr>
            <w:tcW w:w="17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664CA1A6" w14:textId="77777777" w:rsidR="00D27883" w:rsidRDefault="00000000">
            <w:pPr>
              <w:spacing w:after="0" w:line="240" w:lineRule="auto"/>
            </w:pPr>
            <w:r>
              <w:rPr>
                <w:b/>
                <w:color w:val="34444B"/>
                <w:sz w:val="12"/>
              </w:rPr>
              <w:t>ZAKLJUČNA PREDSTAVITEV</w:t>
            </w:r>
            <w:r>
              <w:rPr>
                <w:b/>
                <w:color w:val="34444B"/>
                <w:sz w:val="12"/>
              </w:rPr>
              <w:br/>
            </w:r>
            <w:proofErr w:type="spellStart"/>
            <w:r>
              <w:rPr>
                <w:b/>
                <w:color w:val="34444B"/>
                <w:sz w:val="12"/>
              </w:rPr>
              <w:t>Tematska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povezava</w:t>
            </w:r>
            <w:proofErr w:type="spellEnd"/>
            <w:r>
              <w:rPr>
                <w:b/>
                <w:color w:val="34444B"/>
                <w:sz w:val="12"/>
              </w:rPr>
              <w:t xml:space="preserve">: </w:t>
            </w:r>
            <w:proofErr w:type="spellStart"/>
            <w:r>
              <w:rPr>
                <w:b/>
                <w:color w:val="34444B"/>
                <w:sz w:val="12"/>
              </w:rPr>
              <w:t>pripravi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zaključni</w:t>
            </w:r>
            <w:proofErr w:type="spellEnd"/>
            <w:r>
              <w:rPr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b/>
                <w:color w:val="34444B"/>
                <w:sz w:val="12"/>
              </w:rPr>
              <w:t>prizor</w:t>
            </w:r>
            <w:proofErr w:type="spellEnd"/>
            <w:r>
              <w:rPr>
                <w:b/>
                <w:color w:val="34444B"/>
                <w:sz w:val="12"/>
              </w:rPr>
              <w:t xml:space="preserve"> ali </w:t>
            </w:r>
            <w:proofErr w:type="spellStart"/>
            <w:r>
              <w:rPr>
                <w:b/>
                <w:color w:val="34444B"/>
                <w:sz w:val="12"/>
              </w:rPr>
              <w:t>predstavitev</w:t>
            </w:r>
            <w:proofErr w:type="spellEnd"/>
            <w:r>
              <w:rPr>
                <w:b/>
                <w:color w:val="34444B"/>
                <w:sz w:val="12"/>
              </w:rPr>
              <w:t xml:space="preserve"> o </w:t>
            </w:r>
            <w:proofErr w:type="spellStart"/>
            <w:r>
              <w:rPr>
                <w:b/>
                <w:color w:val="34444B"/>
                <w:sz w:val="12"/>
              </w:rPr>
              <w:t>prijateljstvu</w:t>
            </w:r>
            <w:proofErr w:type="spellEnd"/>
          </w:p>
        </w:tc>
        <w:tc>
          <w:tcPr>
            <w:tcW w:w="36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4E24994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govori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razločno</w:t>
            </w:r>
            <w:proofErr w:type="spellEnd"/>
          </w:p>
          <w:p w14:paraId="182D784D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posluša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druge</w:t>
            </w:r>
            <w:proofErr w:type="spellEnd"/>
          </w:p>
          <w:p w14:paraId="236CEB08" w14:textId="77777777" w:rsidR="00D27883" w:rsidRDefault="00000000">
            <w:pPr>
              <w:pStyle w:val="Oznaenseznam"/>
              <w:spacing w:after="0" w:line="240" w:lineRule="auto"/>
              <w:ind w:left="160" w:hanging="100"/>
            </w:pPr>
            <w:proofErr w:type="spellStart"/>
            <w:r>
              <w:rPr>
                <w:color w:val="34444B"/>
                <w:sz w:val="12"/>
              </w:rPr>
              <w:t>uporabi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  <w:r>
              <w:rPr>
                <w:color w:val="34444B"/>
                <w:sz w:val="12"/>
              </w:rPr>
              <w:t xml:space="preserve"> v </w:t>
            </w:r>
            <w:proofErr w:type="spellStart"/>
            <w:r>
              <w:rPr>
                <w:color w:val="34444B"/>
                <w:sz w:val="12"/>
              </w:rPr>
              <w:t>predstavitvi</w:t>
            </w:r>
            <w:proofErr w:type="spellEnd"/>
          </w:p>
        </w:tc>
        <w:tc>
          <w:tcPr>
            <w:tcW w:w="5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24814935" w14:textId="77777777" w:rsidR="00D27883" w:rsidRDefault="00000000">
            <w:pPr>
              <w:spacing w:after="0" w:line="240" w:lineRule="auto"/>
              <w:jc w:val="center"/>
            </w:pPr>
            <w:r>
              <w:rPr>
                <w:b/>
                <w:color w:val="34444B"/>
                <w:sz w:val="12"/>
              </w:rPr>
              <w:t>5</w:t>
            </w:r>
          </w:p>
        </w:tc>
        <w:tc>
          <w:tcPr>
            <w:tcW w:w="307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0EE22BAE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izkušnja</w:t>
            </w:r>
            <w:proofErr w:type="spellEnd"/>
            <w:r>
              <w:rPr>
                <w:color w:val="34444B"/>
                <w:sz w:val="12"/>
              </w:rPr>
              <w:t>: besedilo/</w:t>
            </w:r>
            <w:proofErr w:type="spellStart"/>
            <w:r>
              <w:rPr>
                <w:color w:val="34444B"/>
                <w:sz w:val="12"/>
              </w:rPr>
              <w:t>predmet</w:t>
            </w:r>
            <w:proofErr w:type="spellEnd"/>
            <w:r>
              <w:rPr>
                <w:color w:val="34444B"/>
                <w:sz w:val="12"/>
              </w:rPr>
              <w:t>/</w:t>
            </w:r>
            <w:proofErr w:type="spellStart"/>
            <w:r>
              <w:rPr>
                <w:color w:val="34444B"/>
                <w:sz w:val="12"/>
              </w:rPr>
              <w:t>dogodek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gibanje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glasovne</w:t>
            </w:r>
            <w:proofErr w:type="spellEnd"/>
            <w:r>
              <w:rPr>
                <w:color w:val="34444B"/>
                <w:sz w:val="12"/>
              </w:rPr>
              <w:t xml:space="preserve"> ali </w:t>
            </w:r>
            <w:proofErr w:type="spellStart"/>
            <w:r>
              <w:rPr>
                <w:color w:val="34444B"/>
                <w:sz w:val="12"/>
              </w:rPr>
              <w:t>bralne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postaje</w:t>
            </w:r>
            <w:proofErr w:type="spellEnd"/>
            <w:r>
              <w:rPr>
                <w:color w:val="34444B"/>
                <w:sz w:val="12"/>
              </w:rPr>
              <w:t xml:space="preserve">; </w:t>
            </w:r>
            <w:proofErr w:type="spellStart"/>
            <w:r>
              <w:rPr>
                <w:color w:val="34444B"/>
                <w:sz w:val="12"/>
              </w:rPr>
              <w:t>dokaz</w:t>
            </w:r>
            <w:proofErr w:type="spellEnd"/>
            <w:r>
              <w:rPr>
                <w:color w:val="34444B"/>
                <w:sz w:val="12"/>
              </w:rPr>
              <w:t xml:space="preserve">: </w:t>
            </w:r>
            <w:proofErr w:type="spellStart"/>
            <w:r>
              <w:rPr>
                <w:color w:val="34444B"/>
                <w:sz w:val="12"/>
              </w:rPr>
              <w:t>govor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branje</w:t>
            </w:r>
            <w:proofErr w:type="spellEnd"/>
            <w:r>
              <w:rPr>
                <w:color w:val="34444B"/>
                <w:sz w:val="12"/>
              </w:rPr>
              <w:t xml:space="preserve">, </w:t>
            </w:r>
            <w:proofErr w:type="spellStart"/>
            <w:r>
              <w:rPr>
                <w:color w:val="34444B"/>
                <w:sz w:val="12"/>
              </w:rPr>
              <w:t>zapis</w:t>
            </w:r>
            <w:proofErr w:type="spellEnd"/>
          </w:p>
        </w:tc>
        <w:tc>
          <w:tcPr>
            <w:tcW w:w="299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42" w:type="dxa"/>
              <w:left w:w="52" w:type="dxa"/>
              <w:bottom w:w="42" w:type="dxa"/>
              <w:right w:w="52" w:type="dxa"/>
            </w:tcMar>
            <w:vAlign w:val="center"/>
          </w:tcPr>
          <w:p w14:paraId="15B2793F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color w:val="34444B"/>
                <w:sz w:val="12"/>
              </w:rPr>
              <w:t>sprotno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preverjanje</w:t>
            </w:r>
            <w:proofErr w:type="spellEnd"/>
            <w:r>
              <w:rPr>
                <w:color w:val="34444B"/>
                <w:sz w:val="12"/>
              </w:rPr>
              <w:t xml:space="preserve"> in </w:t>
            </w:r>
            <w:proofErr w:type="spellStart"/>
            <w:r>
              <w:rPr>
                <w:color w:val="34444B"/>
                <w:sz w:val="12"/>
              </w:rPr>
              <w:t>opisna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povratna</w:t>
            </w:r>
            <w:proofErr w:type="spellEnd"/>
            <w:r>
              <w:rPr>
                <w:color w:val="34444B"/>
                <w:sz w:val="12"/>
              </w:rPr>
              <w:t xml:space="preserve"> </w:t>
            </w:r>
            <w:proofErr w:type="spellStart"/>
            <w:r>
              <w:rPr>
                <w:color w:val="34444B"/>
                <w:sz w:val="12"/>
              </w:rPr>
              <w:t>informacija</w:t>
            </w:r>
            <w:proofErr w:type="spellEnd"/>
          </w:p>
        </w:tc>
      </w:tr>
    </w:tbl>
    <w:p w14:paraId="50134986" w14:textId="77777777" w:rsidR="00D27883" w:rsidRDefault="00000000">
      <w:pPr>
        <w:spacing w:after="60" w:line="252" w:lineRule="auto"/>
        <w:jc w:val="right"/>
      </w:pPr>
      <w:r>
        <w:rPr>
          <w:b/>
          <w:color w:val="2E6D8E"/>
        </w:rPr>
        <w:t xml:space="preserve">SKUPAJ: 210 </w:t>
      </w:r>
      <w:proofErr w:type="spellStart"/>
      <w:r>
        <w:rPr>
          <w:b/>
          <w:color w:val="2E6D8E"/>
        </w:rPr>
        <w:t>ur</w:t>
      </w:r>
      <w:proofErr w:type="spellEnd"/>
    </w:p>
    <w:p w14:paraId="0EF87D1D" w14:textId="77777777" w:rsidR="00D27883" w:rsidRPr="00A15958" w:rsidRDefault="00000000">
      <w:pPr>
        <w:pStyle w:val="Naslov1"/>
        <w:pageBreakBefore/>
        <w:spacing w:before="140" w:after="80"/>
      </w:pPr>
      <w:r w:rsidRPr="00A15958">
        <w:rPr>
          <w:rFonts w:ascii="Arial" w:eastAsia="Arial" w:hAnsi="Arial"/>
          <w:color w:val="173B4D"/>
        </w:rPr>
        <w:lastRenderedPageBreak/>
        <w:t xml:space="preserve">5. </w:t>
      </w:r>
      <w:proofErr w:type="spellStart"/>
      <w:r w:rsidRPr="00A15958">
        <w:rPr>
          <w:rFonts w:ascii="Arial" w:eastAsia="Arial" w:hAnsi="Arial"/>
          <w:color w:val="173B4D"/>
        </w:rPr>
        <w:t>Povzetek</w:t>
      </w:r>
      <w:proofErr w:type="spellEnd"/>
      <w:r w:rsidRPr="00A15958">
        <w:rPr>
          <w:rFonts w:ascii="Arial" w:eastAsia="Arial" w:hAnsi="Arial"/>
          <w:color w:val="173B4D"/>
        </w:rPr>
        <w:t xml:space="preserve"> </w:t>
      </w:r>
      <w:proofErr w:type="spellStart"/>
      <w:r w:rsidRPr="00A15958">
        <w:rPr>
          <w:rFonts w:ascii="Arial" w:eastAsia="Arial" w:hAnsi="Arial"/>
          <w:color w:val="173B4D"/>
        </w:rPr>
        <w:t>ur</w:t>
      </w:r>
      <w:proofErr w:type="spellEnd"/>
      <w:r w:rsidRPr="00A15958">
        <w:rPr>
          <w:rFonts w:ascii="Arial" w:eastAsia="Arial" w:hAnsi="Arial"/>
          <w:color w:val="173B4D"/>
        </w:rPr>
        <w:t xml:space="preserve"> po </w:t>
      </w:r>
      <w:proofErr w:type="spellStart"/>
      <w:r w:rsidRPr="00A15958">
        <w:rPr>
          <w:rFonts w:ascii="Arial" w:eastAsia="Arial" w:hAnsi="Arial"/>
          <w:color w:val="173B4D"/>
        </w:rPr>
        <w:t>tematskih</w:t>
      </w:r>
      <w:proofErr w:type="spellEnd"/>
      <w:r w:rsidRPr="00A15958">
        <w:rPr>
          <w:rFonts w:ascii="Arial" w:eastAsia="Arial" w:hAnsi="Arial"/>
          <w:color w:val="173B4D"/>
        </w:rPr>
        <w:t xml:space="preserve"> </w:t>
      </w:r>
      <w:proofErr w:type="spellStart"/>
      <w:r w:rsidRPr="00A15958">
        <w:rPr>
          <w:rFonts w:ascii="Arial" w:eastAsia="Arial" w:hAnsi="Arial"/>
          <w:color w:val="173B4D"/>
        </w:rPr>
        <w:t>obdobjih</w:t>
      </w:r>
      <w:proofErr w:type="spellEnd"/>
    </w:p>
    <w:tbl>
      <w:tblPr>
        <w:tblW w:w="15380" w:type="dxa"/>
        <w:jc w:val="center"/>
        <w:tblLayout w:type="fixed"/>
        <w:tblLook w:val="04A0" w:firstRow="1" w:lastRow="0" w:firstColumn="1" w:lastColumn="0" w:noHBand="0" w:noVBand="1"/>
      </w:tblPr>
      <w:tblGrid>
        <w:gridCol w:w="1700"/>
        <w:gridCol w:w="1800"/>
        <w:gridCol w:w="10680"/>
        <w:gridCol w:w="1200"/>
      </w:tblGrid>
      <w:tr w:rsidR="00D27883" w14:paraId="190550EC" w14:textId="77777777">
        <w:trPr>
          <w:tblHeader/>
          <w:jc w:val="center"/>
        </w:trPr>
        <w:tc>
          <w:tcPr>
            <w:tcW w:w="170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E4766F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4"/>
              </w:rPr>
              <w:t>OBDOBJE</w:t>
            </w:r>
          </w:p>
        </w:tc>
        <w:tc>
          <w:tcPr>
            <w:tcW w:w="180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A0634D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4"/>
              </w:rPr>
              <w:t>TEDNI</w:t>
            </w:r>
          </w:p>
        </w:tc>
        <w:tc>
          <w:tcPr>
            <w:tcW w:w="1068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0E7F3A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4"/>
              </w:rPr>
              <w:t>SKUPNA TEMA</w:t>
            </w:r>
          </w:p>
        </w:tc>
        <w:tc>
          <w:tcPr>
            <w:tcW w:w="1200" w:type="dxa"/>
            <w:tcBorders>
              <w:top w:val="single" w:sz="5" w:space="0" w:color="2E6D8E"/>
              <w:left w:val="single" w:sz="5" w:space="0" w:color="2E6D8E"/>
              <w:bottom w:val="single" w:sz="5" w:space="0" w:color="2E6D8E"/>
              <w:right w:val="single" w:sz="5" w:space="0" w:color="2E6D8E"/>
            </w:tcBorders>
            <w:shd w:val="clear" w:color="auto" w:fill="2E6D8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33B075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FFFFFF"/>
                <w:sz w:val="14"/>
              </w:rPr>
              <w:t>URE</w:t>
            </w:r>
          </w:p>
        </w:tc>
      </w:tr>
      <w:tr w:rsidR="00D27883" w14:paraId="3C87AD08" w14:textId="77777777">
        <w:trPr>
          <w:cantSplit/>
          <w:jc w:val="center"/>
        </w:trPr>
        <w:tc>
          <w:tcPr>
            <w:tcW w:w="1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FE2E18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5"/>
              </w:rPr>
              <w:t>1. 2026/27</w:t>
            </w:r>
          </w:p>
        </w:tc>
        <w:tc>
          <w:tcPr>
            <w:tcW w:w="18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3B500B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 xml:space="preserve">1.–4. </w:t>
            </w:r>
            <w:proofErr w:type="spellStart"/>
            <w:r>
              <w:rPr>
                <w:color w:val="203038"/>
                <w:sz w:val="15"/>
              </w:rPr>
              <w:t>teden</w:t>
            </w:r>
            <w:proofErr w:type="spellEnd"/>
          </w:p>
        </w:tc>
        <w:tc>
          <w:tcPr>
            <w:tcW w:w="106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7AA39E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>V ŠOLO – JAZ, ODNOSI IN UČENJE</w:t>
            </w:r>
          </w:p>
        </w:tc>
        <w:tc>
          <w:tcPr>
            <w:tcW w:w="1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E3B445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2E6D8E"/>
                <w:sz w:val="15"/>
              </w:rPr>
              <w:t>21</w:t>
            </w:r>
          </w:p>
        </w:tc>
      </w:tr>
      <w:tr w:rsidR="00D27883" w14:paraId="2D2C2F08" w14:textId="77777777">
        <w:trPr>
          <w:cantSplit/>
          <w:jc w:val="center"/>
        </w:trPr>
        <w:tc>
          <w:tcPr>
            <w:tcW w:w="1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05F063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5"/>
              </w:rPr>
              <w:t>2. 2026/27</w:t>
            </w:r>
          </w:p>
        </w:tc>
        <w:tc>
          <w:tcPr>
            <w:tcW w:w="18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E3CFB2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 xml:space="preserve">5.–8. </w:t>
            </w:r>
            <w:proofErr w:type="spellStart"/>
            <w:r>
              <w:rPr>
                <w:color w:val="203038"/>
                <w:sz w:val="15"/>
              </w:rPr>
              <w:t>teden</w:t>
            </w:r>
            <w:proofErr w:type="spellEnd"/>
          </w:p>
        </w:tc>
        <w:tc>
          <w:tcPr>
            <w:tcW w:w="106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A3AF51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>VARNA POT IN MOBILNOST</w:t>
            </w:r>
          </w:p>
        </w:tc>
        <w:tc>
          <w:tcPr>
            <w:tcW w:w="1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896D20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2E6D8E"/>
                <w:sz w:val="15"/>
              </w:rPr>
              <w:t>22</w:t>
            </w:r>
          </w:p>
        </w:tc>
      </w:tr>
      <w:tr w:rsidR="00D27883" w14:paraId="16C95673" w14:textId="77777777">
        <w:trPr>
          <w:cantSplit/>
          <w:jc w:val="center"/>
        </w:trPr>
        <w:tc>
          <w:tcPr>
            <w:tcW w:w="1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15078C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5"/>
              </w:rPr>
              <w:t>3. 2026/27</w:t>
            </w:r>
          </w:p>
        </w:tc>
        <w:tc>
          <w:tcPr>
            <w:tcW w:w="18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CF3DD5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 xml:space="preserve">9.–12. </w:t>
            </w:r>
            <w:proofErr w:type="spellStart"/>
            <w:r>
              <w:rPr>
                <w:color w:val="203038"/>
                <w:sz w:val="15"/>
              </w:rPr>
              <w:t>teden</w:t>
            </w:r>
            <w:proofErr w:type="spellEnd"/>
          </w:p>
        </w:tc>
        <w:tc>
          <w:tcPr>
            <w:tcW w:w="106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83E228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>JESEN, SNOVI IN ŽIVA BITJA</w:t>
            </w:r>
          </w:p>
        </w:tc>
        <w:tc>
          <w:tcPr>
            <w:tcW w:w="1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7E0D7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2E6D8E"/>
                <w:sz w:val="15"/>
              </w:rPr>
              <w:t>23</w:t>
            </w:r>
          </w:p>
        </w:tc>
      </w:tr>
      <w:tr w:rsidR="00D27883" w14:paraId="7F6A3F60" w14:textId="77777777">
        <w:trPr>
          <w:cantSplit/>
          <w:jc w:val="center"/>
        </w:trPr>
        <w:tc>
          <w:tcPr>
            <w:tcW w:w="1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06320C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5"/>
              </w:rPr>
              <w:t>4. 2026/27</w:t>
            </w:r>
          </w:p>
        </w:tc>
        <w:tc>
          <w:tcPr>
            <w:tcW w:w="18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BAE003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 xml:space="preserve">13.–16. </w:t>
            </w:r>
            <w:proofErr w:type="spellStart"/>
            <w:r>
              <w:rPr>
                <w:color w:val="203038"/>
                <w:sz w:val="15"/>
              </w:rPr>
              <w:t>teden</w:t>
            </w:r>
            <w:proofErr w:type="spellEnd"/>
          </w:p>
        </w:tc>
        <w:tc>
          <w:tcPr>
            <w:tcW w:w="106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308AEA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>MOJA DRUŽINA, SKUPNOST IN PRAZNOVANJA</w:t>
            </w:r>
          </w:p>
        </w:tc>
        <w:tc>
          <w:tcPr>
            <w:tcW w:w="1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4DF2D9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2E6D8E"/>
                <w:sz w:val="15"/>
              </w:rPr>
              <w:t>22</w:t>
            </w:r>
          </w:p>
        </w:tc>
      </w:tr>
      <w:tr w:rsidR="00D27883" w14:paraId="6617DB3F" w14:textId="77777777">
        <w:trPr>
          <w:cantSplit/>
          <w:jc w:val="center"/>
        </w:trPr>
        <w:tc>
          <w:tcPr>
            <w:tcW w:w="1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0E5032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5"/>
              </w:rPr>
              <w:t>5. 2026/27</w:t>
            </w:r>
          </w:p>
        </w:tc>
        <w:tc>
          <w:tcPr>
            <w:tcW w:w="18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274DA2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 xml:space="preserve">17.–20. </w:t>
            </w:r>
            <w:proofErr w:type="spellStart"/>
            <w:r>
              <w:rPr>
                <w:color w:val="203038"/>
                <w:sz w:val="15"/>
              </w:rPr>
              <w:t>teden</w:t>
            </w:r>
            <w:proofErr w:type="spellEnd"/>
          </w:p>
        </w:tc>
        <w:tc>
          <w:tcPr>
            <w:tcW w:w="106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D9ED8F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>ZIMA, SNOVI IN POJAVI</w:t>
            </w:r>
          </w:p>
        </w:tc>
        <w:tc>
          <w:tcPr>
            <w:tcW w:w="1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7B5927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2E6D8E"/>
                <w:sz w:val="15"/>
              </w:rPr>
              <w:t>23</w:t>
            </w:r>
          </w:p>
        </w:tc>
      </w:tr>
      <w:tr w:rsidR="00D27883" w14:paraId="22D34892" w14:textId="77777777">
        <w:trPr>
          <w:cantSplit/>
          <w:jc w:val="center"/>
        </w:trPr>
        <w:tc>
          <w:tcPr>
            <w:tcW w:w="1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42F4ED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5"/>
              </w:rPr>
              <w:t>6. 2026/27</w:t>
            </w:r>
          </w:p>
        </w:tc>
        <w:tc>
          <w:tcPr>
            <w:tcW w:w="18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BAF74B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 xml:space="preserve">21.–23. </w:t>
            </w:r>
            <w:proofErr w:type="spellStart"/>
            <w:r>
              <w:rPr>
                <w:color w:val="203038"/>
                <w:sz w:val="15"/>
              </w:rPr>
              <w:t>teden</w:t>
            </w:r>
            <w:proofErr w:type="spellEnd"/>
          </w:p>
        </w:tc>
        <w:tc>
          <w:tcPr>
            <w:tcW w:w="106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ADF839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>NEKOČ IN DANES – ČAS IN DEDIŠČINA</w:t>
            </w:r>
          </w:p>
        </w:tc>
        <w:tc>
          <w:tcPr>
            <w:tcW w:w="1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1885D7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2E6D8E"/>
                <w:sz w:val="15"/>
              </w:rPr>
              <w:t>14</w:t>
            </w:r>
          </w:p>
        </w:tc>
      </w:tr>
      <w:tr w:rsidR="00D27883" w14:paraId="7D9847F9" w14:textId="77777777">
        <w:trPr>
          <w:cantSplit/>
          <w:jc w:val="center"/>
        </w:trPr>
        <w:tc>
          <w:tcPr>
            <w:tcW w:w="1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93DD1C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5"/>
              </w:rPr>
              <w:t>7. 2026/27</w:t>
            </w:r>
          </w:p>
        </w:tc>
        <w:tc>
          <w:tcPr>
            <w:tcW w:w="18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964D5F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 xml:space="preserve">24.–26. </w:t>
            </w:r>
            <w:proofErr w:type="spellStart"/>
            <w:r>
              <w:rPr>
                <w:color w:val="203038"/>
                <w:sz w:val="15"/>
              </w:rPr>
              <w:t>teden</w:t>
            </w:r>
            <w:proofErr w:type="spellEnd"/>
          </w:p>
        </w:tc>
        <w:tc>
          <w:tcPr>
            <w:tcW w:w="106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22F2F5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>ŽIVIM ZDRAVO – JAZ IN DOBRO POČUTJE</w:t>
            </w:r>
          </w:p>
        </w:tc>
        <w:tc>
          <w:tcPr>
            <w:tcW w:w="1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CF5263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2E6D8E"/>
                <w:sz w:val="15"/>
              </w:rPr>
              <w:t>18</w:t>
            </w:r>
          </w:p>
        </w:tc>
      </w:tr>
      <w:tr w:rsidR="00D27883" w14:paraId="26A48423" w14:textId="77777777">
        <w:trPr>
          <w:cantSplit/>
          <w:jc w:val="center"/>
        </w:trPr>
        <w:tc>
          <w:tcPr>
            <w:tcW w:w="1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0E1B82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5"/>
              </w:rPr>
              <w:t>8. 2026/27</w:t>
            </w:r>
          </w:p>
        </w:tc>
        <w:tc>
          <w:tcPr>
            <w:tcW w:w="18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423466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 xml:space="preserve">27.–29. </w:t>
            </w:r>
            <w:proofErr w:type="spellStart"/>
            <w:r>
              <w:rPr>
                <w:color w:val="203038"/>
                <w:sz w:val="15"/>
              </w:rPr>
              <w:t>teden</w:t>
            </w:r>
            <w:proofErr w:type="spellEnd"/>
          </w:p>
        </w:tc>
        <w:tc>
          <w:tcPr>
            <w:tcW w:w="106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E115A7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>POMLAD, POJAVI IN ŽIVA BITJA</w:t>
            </w:r>
          </w:p>
        </w:tc>
        <w:tc>
          <w:tcPr>
            <w:tcW w:w="1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089763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2E6D8E"/>
                <w:sz w:val="15"/>
              </w:rPr>
              <w:t>12</w:t>
            </w:r>
          </w:p>
        </w:tc>
      </w:tr>
      <w:tr w:rsidR="00D27883" w14:paraId="74167B0A" w14:textId="77777777">
        <w:trPr>
          <w:cantSplit/>
          <w:jc w:val="center"/>
        </w:trPr>
        <w:tc>
          <w:tcPr>
            <w:tcW w:w="1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6DFE05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5"/>
              </w:rPr>
              <w:t>9. 2026/27</w:t>
            </w:r>
          </w:p>
        </w:tc>
        <w:tc>
          <w:tcPr>
            <w:tcW w:w="18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B6CE58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 xml:space="preserve">30.–31. </w:t>
            </w:r>
            <w:proofErr w:type="spellStart"/>
            <w:r>
              <w:rPr>
                <w:color w:val="203038"/>
                <w:sz w:val="15"/>
              </w:rPr>
              <w:t>teden</w:t>
            </w:r>
            <w:proofErr w:type="spellEnd"/>
          </w:p>
        </w:tc>
        <w:tc>
          <w:tcPr>
            <w:tcW w:w="106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16FF95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>GIBANJE, SVETLOBA IN ZVOK</w:t>
            </w:r>
          </w:p>
        </w:tc>
        <w:tc>
          <w:tcPr>
            <w:tcW w:w="1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57A30A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2E6D8E"/>
                <w:sz w:val="15"/>
              </w:rPr>
              <w:t>9</w:t>
            </w:r>
          </w:p>
        </w:tc>
      </w:tr>
      <w:tr w:rsidR="00D27883" w14:paraId="7157D1C8" w14:textId="77777777">
        <w:trPr>
          <w:cantSplit/>
          <w:jc w:val="center"/>
        </w:trPr>
        <w:tc>
          <w:tcPr>
            <w:tcW w:w="1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7B289E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5"/>
              </w:rPr>
              <w:t>10. 2026/27</w:t>
            </w:r>
          </w:p>
        </w:tc>
        <w:tc>
          <w:tcPr>
            <w:tcW w:w="18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D20427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 xml:space="preserve">32.–35. </w:t>
            </w:r>
            <w:proofErr w:type="spellStart"/>
            <w:r>
              <w:rPr>
                <w:color w:val="203038"/>
                <w:sz w:val="15"/>
              </w:rPr>
              <w:t>teden</w:t>
            </w:r>
            <w:proofErr w:type="spellEnd"/>
          </w:p>
        </w:tc>
        <w:tc>
          <w:tcPr>
            <w:tcW w:w="106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F5FBF9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>POKRAJINA, PROSTOR IN TRAJNOSTNA SKUPNOST</w:t>
            </w:r>
          </w:p>
        </w:tc>
        <w:tc>
          <w:tcPr>
            <w:tcW w:w="1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D054F3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2E6D8E"/>
                <w:sz w:val="15"/>
              </w:rPr>
              <w:t>23</w:t>
            </w:r>
          </w:p>
        </w:tc>
      </w:tr>
      <w:tr w:rsidR="00D27883" w14:paraId="63CE47E9" w14:textId="77777777">
        <w:trPr>
          <w:cantSplit/>
          <w:jc w:val="center"/>
        </w:trPr>
        <w:tc>
          <w:tcPr>
            <w:tcW w:w="1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17C7E3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5"/>
              </w:rPr>
              <w:t>11. 2026/27</w:t>
            </w:r>
          </w:p>
        </w:tc>
        <w:tc>
          <w:tcPr>
            <w:tcW w:w="18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5C2E67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 xml:space="preserve">36.–39. </w:t>
            </w:r>
            <w:proofErr w:type="spellStart"/>
            <w:r>
              <w:rPr>
                <w:color w:val="203038"/>
                <w:sz w:val="15"/>
              </w:rPr>
              <w:t>teden</w:t>
            </w:r>
            <w:proofErr w:type="spellEnd"/>
          </w:p>
        </w:tc>
        <w:tc>
          <w:tcPr>
            <w:tcW w:w="1068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6CDE37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5"/>
              </w:rPr>
              <w:t>POLETJE, SKUPNOST IN ZAKLJUČEK</w:t>
            </w:r>
          </w:p>
        </w:tc>
        <w:tc>
          <w:tcPr>
            <w:tcW w:w="12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95B1AF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2E6D8E"/>
                <w:sz w:val="15"/>
              </w:rPr>
              <w:t>23</w:t>
            </w:r>
          </w:p>
        </w:tc>
      </w:tr>
      <w:tr w:rsidR="00D27883" w14:paraId="26326C84" w14:textId="77777777">
        <w:trPr>
          <w:jc w:val="center"/>
        </w:trPr>
        <w:tc>
          <w:tcPr>
            <w:tcW w:w="1700" w:type="dxa"/>
            <w:tcBorders>
              <w:top w:val="single" w:sz="7" w:space="0" w:color="2E6D8E"/>
              <w:left w:val="single" w:sz="7" w:space="0" w:color="2E6D8E"/>
              <w:bottom w:val="single" w:sz="7" w:space="0" w:color="2E6D8E"/>
              <w:right w:val="single" w:sz="7" w:space="0" w:color="2E6D8E"/>
            </w:tcBorders>
            <w:shd w:val="clear" w:color="auto" w:fill="E7F3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A99E77" w14:textId="77777777" w:rsidR="00D27883" w:rsidRDefault="00000000">
            <w:pPr>
              <w:spacing w:after="24" w:line="240" w:lineRule="auto"/>
            </w:pPr>
            <w:r>
              <w:rPr>
                <w:b/>
                <w:color w:val="2E6D8E"/>
                <w:sz w:val="16"/>
              </w:rPr>
              <w:t>SKUPAJ</w:t>
            </w:r>
          </w:p>
        </w:tc>
        <w:tc>
          <w:tcPr>
            <w:tcW w:w="1800" w:type="dxa"/>
            <w:tcBorders>
              <w:top w:val="single" w:sz="7" w:space="0" w:color="2E6D8E"/>
              <w:left w:val="single" w:sz="7" w:space="0" w:color="2E6D8E"/>
              <w:bottom w:val="single" w:sz="7" w:space="0" w:color="2E6D8E"/>
              <w:right w:val="single" w:sz="7" w:space="0" w:color="2E6D8E"/>
            </w:tcBorders>
            <w:shd w:val="clear" w:color="auto" w:fill="E7F3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313FDB" w14:textId="77777777" w:rsidR="00D27883" w:rsidRDefault="00D27883">
            <w:pPr>
              <w:spacing w:after="0"/>
            </w:pPr>
          </w:p>
        </w:tc>
        <w:tc>
          <w:tcPr>
            <w:tcW w:w="10680" w:type="dxa"/>
            <w:tcBorders>
              <w:top w:val="single" w:sz="7" w:space="0" w:color="2E6D8E"/>
              <w:left w:val="single" w:sz="7" w:space="0" w:color="2E6D8E"/>
              <w:bottom w:val="single" w:sz="7" w:space="0" w:color="2E6D8E"/>
              <w:right w:val="single" w:sz="7" w:space="0" w:color="2E6D8E"/>
            </w:tcBorders>
            <w:shd w:val="clear" w:color="auto" w:fill="E7F3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6B7B84" w14:textId="77777777" w:rsidR="00D27883" w:rsidRDefault="00D27883">
            <w:pPr>
              <w:spacing w:after="0"/>
            </w:pPr>
          </w:p>
        </w:tc>
        <w:tc>
          <w:tcPr>
            <w:tcW w:w="1200" w:type="dxa"/>
            <w:tcBorders>
              <w:top w:val="single" w:sz="7" w:space="0" w:color="2E6D8E"/>
              <w:left w:val="single" w:sz="7" w:space="0" w:color="2E6D8E"/>
              <w:bottom w:val="single" w:sz="7" w:space="0" w:color="2E6D8E"/>
              <w:right w:val="single" w:sz="7" w:space="0" w:color="2E6D8E"/>
            </w:tcBorders>
            <w:shd w:val="clear" w:color="auto" w:fill="E7F3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6E5151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2E6D8E"/>
              </w:rPr>
              <w:t>210</w:t>
            </w:r>
          </w:p>
        </w:tc>
      </w:tr>
    </w:tbl>
    <w:p w14:paraId="7779C07E" w14:textId="77777777" w:rsidR="00D27883" w:rsidRPr="00A15958" w:rsidRDefault="00C327F0">
      <w:pPr>
        <w:pStyle w:val="Naslov1"/>
        <w:rPr>
          <w:rFonts w:ascii="Arial" w:hAnsi="Arial" w:cs="Arial"/>
          <w:color w:val="244061" w:themeColor="accent1" w:themeShade="80"/>
        </w:rPr>
      </w:pPr>
      <w:r w:rsidRPr="00A15958">
        <w:rPr>
          <w:rFonts w:ascii="Arial" w:hAnsi="Arial" w:cs="Arial"/>
          <w:color w:val="244061" w:themeColor="accent1" w:themeShade="80"/>
        </w:rPr>
        <w:t xml:space="preserve">6. </w:t>
      </w:r>
      <w:proofErr w:type="spellStart"/>
      <w:r w:rsidRPr="00A15958">
        <w:rPr>
          <w:rFonts w:ascii="Arial" w:hAnsi="Arial" w:cs="Arial"/>
          <w:color w:val="244061" w:themeColor="accent1" w:themeShade="80"/>
        </w:rPr>
        <w:t>Podrobni</w:t>
      </w:r>
      <w:proofErr w:type="spellEnd"/>
      <w:r w:rsidRPr="00A15958">
        <w:rPr>
          <w:rFonts w:ascii="Arial" w:hAnsi="Arial" w:cs="Arial"/>
          <w:color w:val="244061" w:themeColor="accent1" w:themeShade="80"/>
        </w:rPr>
        <w:t xml:space="preserve"> </w:t>
      </w:r>
      <w:proofErr w:type="spellStart"/>
      <w:r w:rsidRPr="00A15958">
        <w:rPr>
          <w:rFonts w:ascii="Arial" w:hAnsi="Arial" w:cs="Arial"/>
          <w:color w:val="244061" w:themeColor="accent1" w:themeShade="80"/>
        </w:rPr>
        <w:t>obvezni</w:t>
      </w:r>
      <w:proofErr w:type="spellEnd"/>
      <w:r w:rsidRPr="00A15958">
        <w:rPr>
          <w:rFonts w:ascii="Arial" w:hAnsi="Arial" w:cs="Arial"/>
          <w:color w:val="244061" w:themeColor="accent1" w:themeShade="80"/>
        </w:rPr>
        <w:t xml:space="preserve">, </w:t>
      </w:r>
      <w:proofErr w:type="spellStart"/>
      <w:r w:rsidRPr="00A15958">
        <w:rPr>
          <w:rFonts w:ascii="Arial" w:hAnsi="Arial" w:cs="Arial"/>
          <w:color w:val="244061" w:themeColor="accent1" w:themeShade="80"/>
        </w:rPr>
        <w:t>povezovalni</w:t>
      </w:r>
      <w:proofErr w:type="spellEnd"/>
      <w:r w:rsidRPr="00A15958">
        <w:rPr>
          <w:rFonts w:ascii="Arial" w:hAnsi="Arial" w:cs="Arial"/>
          <w:color w:val="244061" w:themeColor="accent1" w:themeShade="80"/>
        </w:rPr>
        <w:t xml:space="preserve"> in </w:t>
      </w:r>
      <w:proofErr w:type="spellStart"/>
      <w:r w:rsidRPr="00A15958">
        <w:rPr>
          <w:rFonts w:ascii="Arial" w:hAnsi="Arial" w:cs="Arial"/>
          <w:color w:val="244061" w:themeColor="accent1" w:themeShade="80"/>
        </w:rPr>
        <w:t>skupni</w:t>
      </w:r>
      <w:proofErr w:type="spellEnd"/>
      <w:r w:rsidRPr="00A15958">
        <w:rPr>
          <w:rFonts w:ascii="Arial" w:hAnsi="Arial" w:cs="Arial"/>
          <w:color w:val="244061" w:themeColor="accent1" w:themeShade="80"/>
        </w:rPr>
        <w:t xml:space="preserve"> </w:t>
      </w:r>
      <w:proofErr w:type="spellStart"/>
      <w:r w:rsidRPr="00A15958">
        <w:rPr>
          <w:rFonts w:ascii="Arial" w:hAnsi="Arial" w:cs="Arial"/>
          <w:color w:val="244061" w:themeColor="accent1" w:themeShade="80"/>
        </w:rPr>
        <w:t>cilji</w:t>
      </w:r>
      <w:proofErr w:type="spellEnd"/>
    </w:p>
    <w:p w14:paraId="14DA98FD" w14:textId="77777777" w:rsidR="00D27883" w:rsidRDefault="00000000">
      <w:pPr>
        <w:spacing w:after="80" w:line="240" w:lineRule="auto"/>
      </w:pPr>
      <w:proofErr w:type="spellStart"/>
      <w:r>
        <w:rPr>
          <w:rFonts w:cs="Arial"/>
          <w:color w:val="34444B"/>
          <w:sz w:val="17"/>
        </w:rPr>
        <w:t>Preglednice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ohranjajo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podrobne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cilje</w:t>
      </w:r>
      <w:proofErr w:type="spellEnd"/>
      <w:r>
        <w:rPr>
          <w:rFonts w:cs="Arial"/>
          <w:color w:val="34444B"/>
          <w:sz w:val="17"/>
        </w:rPr>
        <w:t xml:space="preserve">, </w:t>
      </w:r>
      <w:proofErr w:type="spellStart"/>
      <w:r>
        <w:rPr>
          <w:rFonts w:cs="Arial"/>
          <w:color w:val="34444B"/>
          <w:sz w:val="17"/>
        </w:rPr>
        <w:t>standarde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znanja</w:t>
      </w:r>
      <w:proofErr w:type="spellEnd"/>
      <w:r>
        <w:rPr>
          <w:rFonts w:cs="Arial"/>
          <w:color w:val="34444B"/>
          <w:sz w:val="17"/>
        </w:rPr>
        <w:t xml:space="preserve"> in </w:t>
      </w:r>
      <w:proofErr w:type="spellStart"/>
      <w:r>
        <w:rPr>
          <w:rFonts w:cs="Arial"/>
          <w:color w:val="34444B"/>
          <w:sz w:val="17"/>
        </w:rPr>
        <w:t>terminologijo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iz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druge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letne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priprave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ter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dopolnjujejo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strnjeni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pregled</w:t>
      </w:r>
      <w:proofErr w:type="spellEnd"/>
      <w:r>
        <w:rPr>
          <w:rFonts w:cs="Arial"/>
          <w:color w:val="34444B"/>
          <w:sz w:val="17"/>
        </w:rPr>
        <w:t xml:space="preserve"> v 3. </w:t>
      </w:r>
      <w:proofErr w:type="spellStart"/>
      <w:r>
        <w:rPr>
          <w:rFonts w:cs="Arial"/>
          <w:color w:val="34444B"/>
          <w:sz w:val="17"/>
        </w:rPr>
        <w:t>poglavju</w:t>
      </w:r>
      <w:proofErr w:type="spellEnd"/>
      <w:r>
        <w:rPr>
          <w:rFonts w:cs="Arial"/>
          <w:color w:val="34444B"/>
          <w:sz w:val="17"/>
        </w:rPr>
        <w:t xml:space="preserve">. </w:t>
      </w:r>
      <w:proofErr w:type="spellStart"/>
      <w:r>
        <w:rPr>
          <w:rFonts w:cs="Arial"/>
          <w:color w:val="34444B"/>
          <w:sz w:val="17"/>
        </w:rPr>
        <w:t>Pri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načrtovanju</w:t>
      </w:r>
      <w:proofErr w:type="spellEnd"/>
      <w:r>
        <w:rPr>
          <w:rFonts w:cs="Arial"/>
          <w:color w:val="34444B"/>
          <w:sz w:val="17"/>
        </w:rPr>
        <w:t xml:space="preserve"> in </w:t>
      </w:r>
      <w:proofErr w:type="spellStart"/>
      <w:r>
        <w:rPr>
          <w:rFonts w:cs="Arial"/>
          <w:color w:val="34444B"/>
          <w:sz w:val="17"/>
        </w:rPr>
        <w:t>izvedbi</w:t>
      </w:r>
      <w:proofErr w:type="spellEnd"/>
      <w:r>
        <w:rPr>
          <w:rFonts w:cs="Arial"/>
          <w:color w:val="34444B"/>
          <w:sz w:val="17"/>
        </w:rPr>
        <w:t xml:space="preserve"> se </w:t>
      </w:r>
      <w:proofErr w:type="spellStart"/>
      <w:r>
        <w:rPr>
          <w:rFonts w:cs="Arial"/>
          <w:color w:val="34444B"/>
          <w:sz w:val="17"/>
        </w:rPr>
        <w:t>upoštevajo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operativni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cilji</w:t>
      </w:r>
      <w:proofErr w:type="spellEnd"/>
      <w:r>
        <w:rPr>
          <w:rFonts w:cs="Arial"/>
          <w:color w:val="34444B"/>
          <w:sz w:val="17"/>
        </w:rPr>
        <w:t xml:space="preserve">, </w:t>
      </w:r>
      <w:proofErr w:type="spellStart"/>
      <w:r>
        <w:rPr>
          <w:rFonts w:cs="Arial"/>
          <w:color w:val="34444B"/>
          <w:sz w:val="17"/>
        </w:rPr>
        <w:t>zaporedje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začetnega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opismenjevanja</w:t>
      </w:r>
      <w:proofErr w:type="spellEnd"/>
      <w:r>
        <w:rPr>
          <w:rFonts w:cs="Arial"/>
          <w:color w:val="34444B"/>
          <w:sz w:val="17"/>
        </w:rPr>
        <w:t xml:space="preserve"> in </w:t>
      </w:r>
      <w:proofErr w:type="spellStart"/>
      <w:r>
        <w:rPr>
          <w:rFonts w:cs="Arial"/>
          <w:color w:val="34444B"/>
          <w:sz w:val="17"/>
        </w:rPr>
        <w:t>časovna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razporeditev</w:t>
      </w:r>
      <w:proofErr w:type="spellEnd"/>
      <w:r>
        <w:rPr>
          <w:rFonts w:cs="Arial"/>
          <w:color w:val="34444B"/>
          <w:sz w:val="17"/>
        </w:rPr>
        <w:t xml:space="preserve"> </w:t>
      </w:r>
      <w:proofErr w:type="spellStart"/>
      <w:r>
        <w:rPr>
          <w:rFonts w:cs="Arial"/>
          <w:color w:val="34444B"/>
          <w:sz w:val="17"/>
        </w:rPr>
        <w:t>iz</w:t>
      </w:r>
      <w:proofErr w:type="spellEnd"/>
      <w:r>
        <w:rPr>
          <w:rFonts w:cs="Arial"/>
          <w:color w:val="34444B"/>
          <w:sz w:val="17"/>
        </w:rPr>
        <w:t xml:space="preserve"> 4. </w:t>
      </w:r>
      <w:proofErr w:type="spellStart"/>
      <w:r>
        <w:rPr>
          <w:rFonts w:cs="Arial"/>
          <w:color w:val="34444B"/>
          <w:sz w:val="17"/>
        </w:rPr>
        <w:t>poglavja</w:t>
      </w:r>
      <w:proofErr w:type="spellEnd"/>
      <w:r>
        <w:rPr>
          <w:rFonts w:cs="Arial"/>
          <w:color w:val="34444B"/>
          <w:sz w:val="17"/>
        </w:rPr>
        <w:t>.</w:t>
      </w:r>
    </w:p>
    <w:p w14:paraId="212BD517" w14:textId="77777777" w:rsidR="00D27883" w:rsidRDefault="00C327F0">
      <w:pPr>
        <w:pStyle w:val="Naslov2"/>
        <w:spacing w:before="80" w:after="60"/>
      </w:pPr>
      <w:r>
        <w:t xml:space="preserve">6.1 </w:t>
      </w:r>
      <w:proofErr w:type="spellStart"/>
      <w:r>
        <w:t>Predopismenjevanje</w:t>
      </w:r>
      <w:proofErr w:type="spellEnd"/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5A974E4B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99A8928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8C870B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2257DB9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354FC0B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E562A08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0909C6D4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9A387D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govorno-jezikovne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spodbudnem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učnem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okolju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color w:val="34444B"/>
                <w:sz w:val="12"/>
              </w:rPr>
              <w:t>sošolci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učitelji</w:t>
            </w:r>
            <w:proofErr w:type="spellEnd"/>
          </w:p>
          <w:p w14:paraId="119EE87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zaznava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izgovarja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glasove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širi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besedišče</w:t>
            </w:r>
            <w:proofErr w:type="spellEnd"/>
          </w:p>
          <w:p w14:paraId="184A1C3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glasovno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zavedanje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slušno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pozornost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slušno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pomnjenje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slušno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razločevanje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slušno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razčlenjevanje</w:t>
            </w:r>
            <w:proofErr w:type="spellEnd"/>
            <w:r>
              <w:rPr>
                <w:rFonts w:cs="Arial"/>
                <w:color w:val="34444B"/>
                <w:sz w:val="12"/>
              </w:rPr>
              <w:t>)</w:t>
            </w:r>
          </w:p>
          <w:p w14:paraId="6E284549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vidno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zaznavanje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 in </w:t>
            </w:r>
            <w:proofErr w:type="spellStart"/>
            <w:r>
              <w:rPr>
                <w:rFonts w:cs="Arial"/>
                <w:color w:val="34444B"/>
                <w:sz w:val="12"/>
              </w:rPr>
              <w:t>zavedanje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vidno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pozornost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vidno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pomnjenje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vidno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razlikovanje</w:t>
            </w:r>
            <w:proofErr w:type="spellEnd"/>
            <w:r>
              <w:rPr>
                <w:rFonts w:cs="Arial"/>
                <w:color w:val="34444B"/>
                <w:sz w:val="12"/>
              </w:rPr>
              <w:t>)</w:t>
            </w:r>
          </w:p>
          <w:p w14:paraId="19F6F849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črke </w:t>
            </w:r>
            <w:proofErr w:type="spellStart"/>
            <w:r>
              <w:rPr>
                <w:rFonts w:cs="Arial"/>
                <w:color w:val="34444B"/>
                <w:sz w:val="12"/>
              </w:rPr>
              <w:t>slovenske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abecede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povezuje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color w:val="34444B"/>
                <w:sz w:val="12"/>
              </w:rPr>
              <w:t>pripadajočimi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glasovi</w:t>
            </w:r>
            <w:proofErr w:type="spellEnd"/>
          </w:p>
          <w:p w14:paraId="329FB840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orientacijo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 </w:t>
            </w:r>
            <w:proofErr w:type="spellStart"/>
            <w:r>
              <w:rPr>
                <w:rFonts w:cs="Arial"/>
                <w:color w:val="34444B"/>
                <w:sz w:val="12"/>
              </w:rPr>
              <w:t>sebi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na </w:t>
            </w:r>
            <w:proofErr w:type="spellStart"/>
            <w:r>
              <w:rPr>
                <w:rFonts w:cs="Arial"/>
                <w:color w:val="34444B"/>
                <w:sz w:val="12"/>
              </w:rPr>
              <w:t>drugi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osebi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v </w:t>
            </w:r>
            <w:proofErr w:type="spellStart"/>
            <w:r>
              <w:rPr>
                <w:rFonts w:cs="Arial"/>
                <w:color w:val="34444B"/>
                <w:sz w:val="12"/>
              </w:rPr>
              <w:t>prostoru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na </w:t>
            </w:r>
            <w:proofErr w:type="spellStart"/>
            <w:r>
              <w:rPr>
                <w:rFonts w:cs="Arial"/>
                <w:color w:val="34444B"/>
                <w:sz w:val="12"/>
              </w:rPr>
              <w:t>ploskvi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v </w:t>
            </w:r>
            <w:proofErr w:type="spellStart"/>
            <w:r>
              <w:rPr>
                <w:rFonts w:cs="Arial"/>
                <w:color w:val="34444B"/>
                <w:sz w:val="12"/>
              </w:rPr>
              <w:t>bralnem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gradivu</w:t>
            </w:r>
            <w:proofErr w:type="spellEnd"/>
          </w:p>
          <w:p w14:paraId="346C3DC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pravilno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držo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telesa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pisala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78ABC8E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samostojnega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govorjenja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pogovarjanja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izražanja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svojih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misli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idej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situacijah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v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vlogah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6070757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orientira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na </w:t>
            </w:r>
            <w:proofErr w:type="spellStart"/>
            <w:r>
              <w:rPr>
                <w:rFonts w:cs="Arial"/>
                <w:color w:val="34444B"/>
                <w:sz w:val="12"/>
              </w:rPr>
              <w:t>sebi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v </w:t>
            </w:r>
            <w:proofErr w:type="spellStart"/>
            <w:r>
              <w:rPr>
                <w:rFonts w:cs="Arial"/>
                <w:color w:val="34444B"/>
                <w:sz w:val="12"/>
              </w:rPr>
              <w:t>prostoru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na </w:t>
            </w:r>
            <w:proofErr w:type="spellStart"/>
            <w:r>
              <w:rPr>
                <w:rFonts w:cs="Arial"/>
                <w:color w:val="34444B"/>
                <w:sz w:val="12"/>
              </w:rPr>
              <w:t>ravnini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5556526E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skrb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zdravo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telesno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držo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ustrezno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držo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pripomočkov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BA532C1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1.1.2.2 - Se </w:t>
            </w:r>
            <w:proofErr w:type="spellStart"/>
            <w:r>
              <w:rPr>
                <w:rFonts w:cs="Arial"/>
                <w:color w:val="34444B"/>
                <w:sz w:val="12"/>
              </w:rPr>
              <w:t>izraža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ustrezno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terminologijo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predmeta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skrbi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ustrezno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govorno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pisno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raven </w:t>
            </w:r>
            <w:proofErr w:type="spellStart"/>
            <w:r>
              <w:rPr>
                <w:rFonts w:cs="Arial"/>
                <w:color w:val="34444B"/>
                <w:sz w:val="12"/>
              </w:rPr>
              <w:t>svojega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strokovnega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jezika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  <w:p w14:paraId="3B990C6D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3.3.1.1. </w:t>
            </w:r>
            <w:proofErr w:type="spellStart"/>
            <w:r>
              <w:rPr>
                <w:rFonts w:cs="Arial"/>
                <w:color w:val="34444B"/>
                <w:sz w:val="12"/>
              </w:rPr>
              <w:t>Ozavešča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lastno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doživljanje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vedenje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odnosih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drugimi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97E843E" w14:textId="77777777" w:rsidR="00D27883" w:rsidRDefault="00D27883">
            <w:pPr>
              <w:spacing w:after="0" w:line="240" w:lineRule="auto"/>
            </w:pP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5A425C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glas</w:t>
            </w:r>
            <w:proofErr w:type="spellEnd"/>
          </w:p>
          <w:p w14:paraId="054A0276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črka</w:t>
            </w:r>
            <w:proofErr w:type="spellEnd"/>
          </w:p>
          <w:p w14:paraId="034D211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zlog</w:t>
            </w:r>
            <w:proofErr w:type="spellEnd"/>
          </w:p>
          <w:p w14:paraId="40FA457E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beseda</w:t>
            </w:r>
            <w:proofErr w:type="spellEnd"/>
          </w:p>
          <w:p w14:paraId="5C48D51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poved</w:t>
            </w:r>
            <w:proofErr w:type="spellEnd"/>
          </w:p>
          <w:p w14:paraId="71235D1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knjiga</w:t>
            </w:r>
            <w:proofErr w:type="spellEnd"/>
          </w:p>
          <w:p w14:paraId="74B7531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avtor</w:t>
            </w:r>
            <w:proofErr w:type="spellEnd"/>
          </w:p>
          <w:p w14:paraId="37FB461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ilustrator</w:t>
            </w:r>
            <w:proofErr w:type="spellEnd"/>
          </w:p>
          <w:p w14:paraId="3DBCA4C4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naslov</w:t>
            </w:r>
            <w:proofErr w:type="spellEnd"/>
          </w:p>
        </w:tc>
      </w:tr>
    </w:tbl>
    <w:p w14:paraId="571D5B67" w14:textId="77777777" w:rsidR="00D27883" w:rsidRDefault="00D27883">
      <w:pPr>
        <w:spacing w:after="40"/>
      </w:pPr>
    </w:p>
    <w:p w14:paraId="1C485497" w14:textId="77777777" w:rsidR="00D27883" w:rsidRDefault="00C327F0">
      <w:pPr>
        <w:pStyle w:val="Naslov2"/>
        <w:spacing w:before="160" w:after="60"/>
      </w:pPr>
      <w:r>
        <w:lastRenderedPageBreak/>
        <w:t xml:space="preserve">6.2 </w:t>
      </w:r>
      <w:proofErr w:type="spellStart"/>
      <w:r>
        <w:t>Začetno</w:t>
      </w:r>
      <w:proofErr w:type="spellEnd"/>
      <w:r>
        <w:t xml:space="preserve"> </w:t>
      </w:r>
      <w:proofErr w:type="spellStart"/>
      <w:r>
        <w:t>opismenjevanje</w:t>
      </w:r>
      <w:proofErr w:type="spellEnd"/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0830E904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DE1D3FD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B8E4E0C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D552AF5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75DB193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723391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41341EE4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767FFC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veččutno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izvaja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poteze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črk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zapisuje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vzpostavlja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asociativno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zvezo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glas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- </w:t>
            </w:r>
            <w:proofErr w:type="spellStart"/>
            <w:r>
              <w:rPr>
                <w:rFonts w:cs="Arial"/>
                <w:color w:val="34444B"/>
                <w:sz w:val="12"/>
              </w:rPr>
              <w:t>črka</w:t>
            </w:r>
            <w:proofErr w:type="spellEnd"/>
          </w:p>
          <w:p w14:paraId="4BCCD13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sistematično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usvaja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tiskane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črke, </w:t>
            </w:r>
            <w:proofErr w:type="spellStart"/>
            <w:r>
              <w:rPr>
                <w:rFonts w:cs="Arial"/>
                <w:color w:val="34444B"/>
                <w:sz w:val="12"/>
              </w:rPr>
              <w:t>hkrati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tehniko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pisanja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jezikovno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</w:p>
          <w:p w14:paraId="0B82BC84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črke, </w:t>
            </w:r>
            <w:proofErr w:type="spellStart"/>
            <w:r>
              <w:rPr>
                <w:rFonts w:cs="Arial"/>
                <w:color w:val="34444B"/>
                <w:sz w:val="12"/>
              </w:rPr>
              <w:t>zloge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povedi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besedila in </w:t>
            </w:r>
            <w:proofErr w:type="spellStart"/>
            <w:r>
              <w:rPr>
                <w:rFonts w:cs="Arial"/>
                <w:color w:val="34444B"/>
                <w:sz w:val="12"/>
              </w:rPr>
              <w:t>zapisano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polglasno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glasno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prebere</w:t>
            </w:r>
            <w:proofErr w:type="spellEnd"/>
          </w:p>
          <w:p w14:paraId="3186DAC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razvojni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stopnji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primerno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razumevanjem</w:t>
            </w:r>
            <w:proofErr w:type="spellEnd"/>
          </w:p>
          <w:p w14:paraId="1D83374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spremlja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svojo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spretnost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pisanja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predlaga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izboljšave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DEC100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spretnosti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opazovanja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primerjanja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urejanja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razvrščanja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prirejanja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napovedovanja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742FE50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ozavešča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pomen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bralno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kulturo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C736EB3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1.1.4.1 - </w:t>
            </w:r>
            <w:proofErr w:type="spellStart"/>
            <w:r>
              <w:rPr>
                <w:rFonts w:cs="Arial"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vseh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predmetih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redno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izbira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bralna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gradiva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poglobljeno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analizira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kritično </w:t>
            </w:r>
            <w:proofErr w:type="spellStart"/>
            <w:r>
              <w:rPr>
                <w:rFonts w:cs="Arial"/>
                <w:color w:val="34444B"/>
                <w:sz w:val="12"/>
              </w:rPr>
              <w:t>vrednoti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36ACBC7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Učenec</w:t>
            </w:r>
            <w:proofErr w:type="spellEnd"/>
            <w:r>
              <w:rPr>
                <w:rFonts w:cs="Arial"/>
                <w:color w:val="34444B"/>
                <w:sz w:val="12"/>
              </w:rPr>
              <w:t>:</w:t>
            </w:r>
          </w:p>
          <w:p w14:paraId="531869C8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>-</w:t>
            </w:r>
            <w:proofErr w:type="spellStart"/>
            <w:r>
              <w:rPr>
                <w:rFonts w:cs="Arial"/>
                <w:color w:val="34444B"/>
                <w:sz w:val="12"/>
              </w:rPr>
              <w:t>izkaže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opismenjenost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tako</w:t>
            </w:r>
            <w:proofErr w:type="spellEnd"/>
            <w:r>
              <w:rPr>
                <w:rFonts w:cs="Arial"/>
                <w:color w:val="34444B"/>
                <w:sz w:val="12"/>
              </w:rPr>
              <w:t>, da:</w:t>
            </w:r>
          </w:p>
          <w:p w14:paraId="6A9F0B59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prebere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napiše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povedi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tiskanimi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</w:p>
          <w:p w14:paraId="72835289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polglasno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tiskanimi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črkami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zapisana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besedila;</w:t>
            </w:r>
          </w:p>
          <w:p w14:paraId="33023F9E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-</w:t>
            </w:r>
            <w:proofErr w:type="spellStart"/>
            <w:r>
              <w:rPr>
                <w:rFonts w:cs="Arial"/>
                <w:color w:val="34444B"/>
                <w:sz w:val="12"/>
              </w:rPr>
              <w:t>izkaže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razumevanje </w:t>
            </w:r>
            <w:proofErr w:type="spellStart"/>
            <w:r>
              <w:rPr>
                <w:rFonts w:cs="Arial"/>
                <w:color w:val="34444B"/>
                <w:sz w:val="12"/>
              </w:rPr>
              <w:t>prebranega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besedila.</w:t>
            </w: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84F4EF6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glas</w:t>
            </w:r>
            <w:proofErr w:type="spellEnd"/>
          </w:p>
          <w:p w14:paraId="159526E9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črka</w:t>
            </w:r>
            <w:proofErr w:type="spellEnd"/>
          </w:p>
          <w:p w14:paraId="16026FB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zlog</w:t>
            </w:r>
            <w:proofErr w:type="spellEnd"/>
          </w:p>
          <w:p w14:paraId="7684ACB9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beseda</w:t>
            </w:r>
            <w:proofErr w:type="spellEnd"/>
          </w:p>
          <w:p w14:paraId="5AE32EF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poved</w:t>
            </w:r>
            <w:proofErr w:type="spellEnd"/>
          </w:p>
          <w:p w14:paraId="588D9A0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color w:val="34444B"/>
                <w:sz w:val="12"/>
              </w:rPr>
              <w:t>besedilo</w:t>
            </w:r>
          </w:p>
          <w:p w14:paraId="4B5A4E9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branje</w:t>
            </w:r>
            <w:proofErr w:type="spellEnd"/>
          </w:p>
          <w:p w14:paraId="6285C71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pisanje</w:t>
            </w:r>
            <w:proofErr w:type="spellEnd"/>
          </w:p>
        </w:tc>
      </w:tr>
    </w:tbl>
    <w:p w14:paraId="0791E0A1" w14:textId="77777777" w:rsidR="00D27883" w:rsidRDefault="00D27883">
      <w:pPr>
        <w:spacing w:after="40"/>
      </w:pPr>
    </w:p>
    <w:p w14:paraId="02634520" w14:textId="77777777" w:rsidR="00D27883" w:rsidRDefault="00C327F0">
      <w:pPr>
        <w:pStyle w:val="Naslov2"/>
        <w:spacing w:before="160" w:after="60"/>
      </w:pPr>
      <w:r>
        <w:t xml:space="preserve">6.3 </w:t>
      </w:r>
      <w:proofErr w:type="spellStart"/>
      <w:r>
        <w:t>Sporazumevanje</w:t>
      </w:r>
      <w:proofErr w:type="spellEnd"/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6322DCFC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5F9ECA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05B6DC6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E8F0CDC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ED3C26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8294AAE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779703C3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B849F6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nebesednega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sporazumevanja</w:t>
            </w:r>
            <w:proofErr w:type="spellEnd"/>
          </w:p>
          <w:p w14:paraId="39E4869E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pomen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usvaja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strategije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uspešnega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poslušanja</w:t>
            </w:r>
            <w:proofErr w:type="spellEnd"/>
          </w:p>
          <w:p w14:paraId="0F0D1E76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pogovarjanja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sogovorci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pogovarja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o </w:t>
            </w:r>
            <w:proofErr w:type="spellStart"/>
            <w:r>
              <w:rPr>
                <w:rFonts w:cs="Arial"/>
                <w:color w:val="34444B"/>
                <w:sz w:val="12"/>
              </w:rPr>
              <w:t>znanih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temah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izkušnjah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interesih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</w:t>
            </w:r>
            <w:proofErr w:type="spellStart"/>
            <w:r>
              <w:rPr>
                <w:rFonts w:cs="Arial"/>
                <w:color w:val="34444B"/>
                <w:sz w:val="12"/>
              </w:rPr>
              <w:t>usvaja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temeljna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načela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dialoškega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sporazumevanja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vikanje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tikanje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pozdravljanje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nagovor</w:t>
            </w:r>
            <w:proofErr w:type="spellEnd"/>
            <w:r>
              <w:rPr>
                <w:rFonts w:cs="Arial"/>
                <w:color w:val="34444B"/>
                <w:sz w:val="12"/>
              </w:rPr>
              <w:t>)</w:t>
            </w:r>
          </w:p>
          <w:p w14:paraId="05565E2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tvorjenja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povezovalnih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neumetnostnih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po </w:t>
            </w:r>
            <w:proofErr w:type="spellStart"/>
            <w:r>
              <w:rPr>
                <w:rFonts w:cs="Arial"/>
                <w:color w:val="34444B"/>
                <w:sz w:val="12"/>
              </w:rPr>
              <w:t>zgledu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pozdrav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vabilo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voščilo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čestitka</w:t>
            </w:r>
            <w:proofErr w:type="spellEnd"/>
            <w:r>
              <w:rPr>
                <w:rFonts w:cs="Arial"/>
                <w:color w:val="34444B"/>
                <w:sz w:val="12"/>
              </w:rPr>
              <w:t>)</w:t>
            </w:r>
          </w:p>
          <w:p w14:paraId="5D66A40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usvaja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vrednotenja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svojega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pogovarjanja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govorjenja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5AEB02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</w:t>
            </w:r>
            <w:proofErr w:type="spellStart"/>
            <w:r>
              <w:rPr>
                <w:rFonts w:cs="Arial"/>
                <w:color w:val="34444B"/>
                <w:sz w:val="12"/>
              </w:rPr>
              <w:t>spoštljive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komunikacije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drugimi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pravila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vljudnega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izražanja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pozdrav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zahvala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opravičilo</w:t>
            </w:r>
            <w:proofErr w:type="spellEnd"/>
            <w:r>
              <w:rPr>
                <w:rFonts w:cs="Arial"/>
                <w:color w:val="34444B"/>
                <w:sz w:val="12"/>
              </w:rPr>
              <w:t>);</w:t>
            </w:r>
          </w:p>
          <w:p w14:paraId="59A8905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</w:t>
            </w:r>
            <w:proofErr w:type="spellStart"/>
            <w:r>
              <w:rPr>
                <w:rFonts w:cs="Arial"/>
                <w:color w:val="34444B"/>
                <w:sz w:val="12"/>
              </w:rPr>
              <w:t>pozornega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postavljanja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smiselnih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vprašanj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odzivanja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nanje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2B596EC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1.1.5.1 -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lastne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sporazumevalne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skozi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nenasilno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komunikacijo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  <w:p w14:paraId="7B6B9C3F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3.3.2.1 -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spretnosti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aktivnega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asertivne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komunikacije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izražanja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zanimanja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skrbi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druge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A5605C9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Učenec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:</w:t>
            </w:r>
          </w:p>
          <w:p w14:paraId="0128D540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-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sporazumevanja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pokaže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tako</w:t>
            </w:r>
            <w:proofErr w:type="spellEnd"/>
            <w:r>
              <w:rPr>
                <w:rFonts w:cs="Arial"/>
                <w:color w:val="34444B"/>
                <w:sz w:val="12"/>
              </w:rPr>
              <w:t>, da:</w:t>
            </w:r>
          </w:p>
          <w:p w14:paraId="1689BAF0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nebesedna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sporočila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tvori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3CD555FE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pozorno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sogovorca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se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smiselno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odziva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;</w:t>
            </w:r>
          </w:p>
          <w:p w14:paraId="5F50B73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sodeluje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pogovoru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upošteva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načela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dialoškega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sporazumevanja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.</w:t>
            </w: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691BB82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besedni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</w:t>
            </w:r>
            <w:proofErr w:type="spellEnd"/>
          </w:p>
          <w:p w14:paraId="0FD32DB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nebesedni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</w:t>
            </w:r>
            <w:proofErr w:type="spellEnd"/>
          </w:p>
          <w:p w14:paraId="338E786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vikanje</w:t>
            </w:r>
            <w:proofErr w:type="spellEnd"/>
          </w:p>
          <w:p w14:paraId="7BAD47C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tikanje</w:t>
            </w:r>
            <w:proofErr w:type="spellEnd"/>
          </w:p>
          <w:p w14:paraId="41A87B82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pozdravljanje</w:t>
            </w:r>
            <w:proofErr w:type="spellEnd"/>
          </w:p>
        </w:tc>
      </w:tr>
    </w:tbl>
    <w:p w14:paraId="7778525D" w14:textId="77777777" w:rsidR="00D27883" w:rsidRDefault="00D27883">
      <w:pPr>
        <w:spacing w:after="40"/>
      </w:pPr>
    </w:p>
    <w:p w14:paraId="5DFCA3CF" w14:textId="77777777" w:rsidR="00D27883" w:rsidRDefault="00C327F0">
      <w:pPr>
        <w:pStyle w:val="Naslov2"/>
        <w:spacing w:before="160" w:after="60"/>
      </w:pPr>
      <w:r>
        <w:t xml:space="preserve">6.4 </w:t>
      </w:r>
      <w:proofErr w:type="spellStart"/>
      <w:r>
        <w:t>Sprejemanje</w:t>
      </w:r>
      <w:proofErr w:type="spellEnd"/>
      <w:r>
        <w:t xml:space="preserve">, razumevanje in </w:t>
      </w:r>
      <w:proofErr w:type="spellStart"/>
      <w:r>
        <w:t>tvorjenje</w:t>
      </w:r>
      <w:proofErr w:type="spellEnd"/>
      <w:r>
        <w:t xml:space="preserve"> besedila</w:t>
      </w:r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6577D723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02516F0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9EDCDC0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2FB3369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9F03C3A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0436B4A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6D3EB494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185513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> 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gledanja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posnetih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</w:t>
            </w:r>
            <w:proofErr w:type="spellStart"/>
            <w:r>
              <w:rPr>
                <w:rFonts w:cs="Arial"/>
                <w:color w:val="34444B"/>
                <w:sz w:val="12"/>
              </w:rPr>
              <w:t>branja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usvaja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značilnosti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vrst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opis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pripoved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novica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pozdrav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vabilo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voščilo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čestitka</w:t>
            </w:r>
            <w:proofErr w:type="spellEnd"/>
            <w:r>
              <w:rPr>
                <w:rFonts w:cs="Arial"/>
                <w:color w:val="34444B"/>
                <w:sz w:val="12"/>
              </w:rPr>
              <w:t>)</w:t>
            </w:r>
          </w:p>
          <w:p w14:paraId="3289ED0C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</w:t>
            </w:r>
            <w:proofErr w:type="spellStart"/>
            <w:r>
              <w:rPr>
                <w:rFonts w:cs="Arial"/>
                <w:color w:val="34444B"/>
                <w:sz w:val="12"/>
              </w:rPr>
              <w:t>uporabe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enostavnih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bralnih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učnih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strategij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razumevanje </w:t>
            </w:r>
            <w:proofErr w:type="spellStart"/>
            <w:r>
              <w:rPr>
                <w:rFonts w:cs="Arial"/>
                <w:color w:val="34444B"/>
                <w:sz w:val="12"/>
              </w:rPr>
              <w:t>prebranega</w:t>
            </w:r>
            <w:proofErr w:type="spellEnd"/>
          </w:p>
          <w:p w14:paraId="7057AA1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pomen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neumetnostnih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vsakdanjem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življenju</w:t>
            </w:r>
            <w:proofErr w:type="spellEnd"/>
          </w:p>
          <w:p w14:paraId="6E243DA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color w:val="34444B"/>
                <w:sz w:val="12"/>
              </w:rPr>
              <w:t xml:space="preserve">po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gledanju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</w:t>
            </w:r>
            <w:proofErr w:type="spellStart"/>
            <w:r>
              <w:rPr>
                <w:rFonts w:cs="Arial"/>
                <w:color w:val="34444B"/>
                <w:sz w:val="12"/>
              </w:rPr>
              <w:t>branju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izkazuje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razumevanje besedila</w:t>
            </w:r>
          </w:p>
          <w:p w14:paraId="7F5EADB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kritično </w:t>
            </w:r>
            <w:proofErr w:type="spellStart"/>
            <w:r>
              <w:rPr>
                <w:rFonts w:cs="Arial"/>
                <w:color w:val="34444B"/>
                <w:sz w:val="12"/>
              </w:rPr>
              <w:t>odzivanje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 besedilo</w:t>
            </w:r>
          </w:p>
          <w:p w14:paraId="6E3C767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postavlja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vprašanja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 </w:t>
            </w:r>
            <w:proofErr w:type="spellStart"/>
            <w:r>
              <w:rPr>
                <w:rFonts w:cs="Arial"/>
                <w:color w:val="34444B"/>
                <w:sz w:val="12"/>
              </w:rPr>
              <w:t>določeni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temi</w:t>
            </w:r>
            <w:proofErr w:type="spellEnd"/>
          </w:p>
          <w:p w14:paraId="209A8E3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namen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govornega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nastopanja</w:t>
            </w:r>
            <w:proofErr w:type="spellEnd"/>
          </w:p>
          <w:p w14:paraId="644F0170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ob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učiteljevih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vprašanjih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bistvene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podatke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pomembne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podrobnosti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besedila, </w:t>
            </w:r>
            <w:proofErr w:type="spellStart"/>
            <w:r>
              <w:rPr>
                <w:rFonts w:cs="Arial"/>
                <w:color w:val="34444B"/>
                <w:sz w:val="12"/>
              </w:rPr>
              <w:t>oblikuje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slikovni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besedni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zapis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se </w:t>
            </w:r>
            <w:proofErr w:type="spellStart"/>
            <w:r>
              <w:rPr>
                <w:rFonts w:cs="Arial"/>
                <w:color w:val="34444B"/>
                <w:sz w:val="12"/>
              </w:rPr>
              <w:t>uri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predstavitvi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predstavlja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izbrano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temo</w:t>
            </w:r>
            <w:proofErr w:type="spellEnd"/>
          </w:p>
          <w:p w14:paraId="45F712A2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vrednotenja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svojega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sovrstniškega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govornega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nastopanja</w:t>
            </w:r>
            <w:proofErr w:type="spellEnd"/>
          </w:p>
          <w:p w14:paraId="3292AEB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vrednoti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čitljivost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pisanja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04652F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interes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branje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raznovrstnih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64EA94F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</w:t>
            </w:r>
            <w:proofErr w:type="spellStart"/>
            <w:r>
              <w:rPr>
                <w:rFonts w:cs="Arial"/>
                <w:color w:val="34444B"/>
                <w:sz w:val="12"/>
              </w:rPr>
              <w:t>pozornega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postavljanja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smiselnih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vprašanj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odzivanja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nanje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1660C402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bogati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besedišče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ga </w:t>
            </w:r>
            <w:proofErr w:type="spellStart"/>
            <w:r>
              <w:rPr>
                <w:rFonts w:cs="Arial"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sporazumevanju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194C4E2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ozavešča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rabo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izreke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okoliščine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njeno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rabo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1F5E13D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kultur in </w:t>
            </w:r>
            <w:proofErr w:type="spellStart"/>
            <w:r>
              <w:rPr>
                <w:rFonts w:cs="Arial"/>
                <w:color w:val="34444B"/>
                <w:sz w:val="12"/>
              </w:rPr>
              <w:t>jezikov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zavedanje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da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bogati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72B0BDE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1.1.4.1 - </w:t>
            </w:r>
            <w:proofErr w:type="spellStart"/>
            <w:r>
              <w:rPr>
                <w:rFonts w:cs="Arial"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vseh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predmetih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redno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izbira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bralna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gradiva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poglobljeno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analizira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kritično </w:t>
            </w:r>
            <w:proofErr w:type="spellStart"/>
            <w:r>
              <w:rPr>
                <w:rFonts w:cs="Arial"/>
                <w:color w:val="34444B"/>
                <w:sz w:val="12"/>
              </w:rPr>
              <w:t>vrednoti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97346C6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Učenec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:</w:t>
            </w:r>
          </w:p>
          <w:p w14:paraId="666EEEF9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- </w:t>
            </w:r>
            <w:proofErr w:type="spellStart"/>
            <w:r>
              <w:rPr>
                <w:rFonts w:cs="Arial"/>
                <w:color w:val="34444B"/>
                <w:sz w:val="12"/>
              </w:rPr>
              <w:t>izkaže</w:t>
            </w:r>
            <w:proofErr w:type="spellEnd"/>
            <w:r>
              <w:rPr>
                <w:rFonts w:cs="Arial"/>
                <w:color w:val="34444B"/>
                <w:sz w:val="12"/>
              </w:rPr>
              <w:t> </w:t>
            </w:r>
            <w:r>
              <w:rPr>
                <w:rFonts w:cs="Arial"/>
                <w:color w:val="34444B"/>
                <w:sz w:val="12"/>
                <w:u w:val="single"/>
              </w:rPr>
              <w:t xml:space="preserve">razumevanje </w:t>
            </w:r>
            <w:proofErr w:type="spellStart"/>
            <w:r>
              <w:rPr>
                <w:rFonts w:cs="Arial"/>
                <w:color w:val="34444B"/>
                <w:sz w:val="12"/>
                <w:u w:val="single"/>
              </w:rPr>
              <w:t>poslušanega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 in </w:t>
            </w:r>
            <w:proofErr w:type="spellStart"/>
            <w:r>
              <w:rPr>
                <w:rFonts w:cs="Arial"/>
                <w:color w:val="34444B"/>
                <w:sz w:val="12"/>
              </w:rPr>
              <w:t>prebranega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besedila </w:t>
            </w:r>
            <w:proofErr w:type="spellStart"/>
            <w:r>
              <w:rPr>
                <w:rFonts w:cs="Arial"/>
                <w:color w:val="34444B"/>
                <w:sz w:val="12"/>
              </w:rPr>
              <w:t>tako</w:t>
            </w:r>
            <w:proofErr w:type="spellEnd"/>
            <w:r>
              <w:rPr>
                <w:rFonts w:cs="Arial"/>
                <w:color w:val="34444B"/>
                <w:sz w:val="12"/>
              </w:rPr>
              <w:t>, da:</w:t>
            </w:r>
          </w:p>
          <w:p w14:paraId="48D2A684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b/>
                <w:color w:val="34444B"/>
                <w:sz w:val="12"/>
              </w:rPr>
              <w:t xml:space="preserve">na podlagi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vprašanj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okoliščine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nastanka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besedila (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sporočevalca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naslovnika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kraj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)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sporočevalčev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namen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;</w:t>
            </w:r>
          </w:p>
          <w:p w14:paraId="544AEA8C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najde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bistvene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podatke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 </w:t>
            </w:r>
            <w:r>
              <w:rPr>
                <w:rFonts w:cs="Arial"/>
                <w:color w:val="34444B"/>
                <w:sz w:val="12"/>
              </w:rPr>
              <w:t xml:space="preserve">in </w:t>
            </w:r>
            <w:proofErr w:type="spellStart"/>
            <w:r>
              <w:rPr>
                <w:rFonts w:cs="Arial"/>
                <w:color w:val="34444B"/>
                <w:sz w:val="12"/>
              </w:rPr>
              <w:t>pomembne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podrobnosti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5914D97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opiše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zaporedje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dogodkov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0FE7BDE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sklepa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 </w:t>
            </w:r>
            <w:proofErr w:type="spellStart"/>
            <w:r>
              <w:rPr>
                <w:rFonts w:cs="Arial"/>
                <w:color w:val="34444B"/>
                <w:sz w:val="12"/>
              </w:rPr>
              <w:t>osnovi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podatkov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besedila;</w:t>
            </w:r>
          </w:p>
          <w:p w14:paraId="486D945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color w:val="34444B"/>
                <w:sz w:val="12"/>
              </w:rPr>
              <w:t xml:space="preserve">s </w:t>
            </w:r>
            <w:proofErr w:type="spellStart"/>
            <w:r>
              <w:rPr>
                <w:rFonts w:cs="Arial"/>
                <w:color w:val="34444B"/>
                <w:sz w:val="12"/>
              </w:rPr>
              <w:t>svojimi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besedami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povzame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besedilo;</w:t>
            </w:r>
          </w:p>
          <w:p w14:paraId="2EE1DC9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postavlja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odgovarja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na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vprašanja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vezana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na besedilo;</w:t>
            </w:r>
          </w:p>
          <w:p w14:paraId="29D8BC7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vrednoti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besedilo in </w:t>
            </w:r>
            <w:proofErr w:type="spellStart"/>
            <w:r>
              <w:rPr>
                <w:rFonts w:cs="Arial"/>
                <w:color w:val="34444B"/>
                <w:sz w:val="12"/>
              </w:rPr>
              <w:t>utemelji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svoje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mnenje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7AC3D841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- </w:t>
            </w:r>
            <w:proofErr w:type="spellStart"/>
            <w:r>
              <w:rPr>
                <w:rFonts w:cs="Arial"/>
                <w:color w:val="34444B"/>
                <w:sz w:val="12"/>
              </w:rPr>
              <w:t>govorno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nastopi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vnaprej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pripravljeno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temo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tako</w:t>
            </w:r>
            <w:proofErr w:type="spellEnd"/>
            <w:r>
              <w:rPr>
                <w:rFonts w:cs="Arial"/>
                <w:color w:val="34444B"/>
                <w:sz w:val="12"/>
              </w:rPr>
              <w:t>, da:</w:t>
            </w:r>
          </w:p>
          <w:p w14:paraId="464C357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predstavi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izbrano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;</w:t>
            </w:r>
          </w:p>
          <w:p w14:paraId="74AB0564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uporabi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ustrezen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govor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jezikovno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slogovno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ustrezen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);</w:t>
            </w:r>
          </w:p>
          <w:p w14:paraId="5FFAC942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color w:val="34444B"/>
                <w:sz w:val="12"/>
              </w:rPr>
              <w:t xml:space="preserve">po </w:t>
            </w:r>
            <w:proofErr w:type="spellStart"/>
            <w:r>
              <w:rPr>
                <w:rFonts w:cs="Arial"/>
                <w:color w:val="34444B"/>
                <w:sz w:val="12"/>
              </w:rPr>
              <w:t>predhodno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oblikovanih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merilih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vrednoti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lasten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govorni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nastop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govorni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nastop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sovrstnikov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307D39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kraj</w:t>
            </w:r>
            <w:proofErr w:type="spellEnd"/>
          </w:p>
          <w:p w14:paraId="4E4D80A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čas</w:t>
            </w:r>
            <w:proofErr w:type="spellEnd"/>
          </w:p>
          <w:p w14:paraId="0E4C777C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govorni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nastop</w:t>
            </w:r>
            <w:proofErr w:type="spellEnd"/>
          </w:p>
          <w:p w14:paraId="26907F1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pozdrav</w:t>
            </w:r>
            <w:proofErr w:type="spellEnd"/>
          </w:p>
          <w:p w14:paraId="1068E4FC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vabilo</w:t>
            </w:r>
            <w:proofErr w:type="spellEnd"/>
          </w:p>
          <w:p w14:paraId="2325578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voščilo</w:t>
            </w:r>
            <w:proofErr w:type="spellEnd"/>
          </w:p>
          <w:p w14:paraId="6A9C0140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čestitka</w:t>
            </w:r>
            <w:proofErr w:type="spellEnd"/>
          </w:p>
          <w:p w14:paraId="7DE8F652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color w:val="34444B"/>
                <w:sz w:val="12"/>
              </w:rPr>
              <w:t>besedilo</w:t>
            </w:r>
          </w:p>
        </w:tc>
      </w:tr>
    </w:tbl>
    <w:p w14:paraId="19A2774C" w14:textId="77777777" w:rsidR="00D27883" w:rsidRDefault="00D27883">
      <w:pPr>
        <w:spacing w:after="40"/>
      </w:pPr>
    </w:p>
    <w:p w14:paraId="08C756E2" w14:textId="77777777" w:rsidR="00D27883" w:rsidRDefault="00C327F0">
      <w:pPr>
        <w:pStyle w:val="Naslov2"/>
        <w:spacing w:before="160" w:after="60"/>
      </w:pPr>
      <w:r>
        <w:lastRenderedPageBreak/>
        <w:t xml:space="preserve">6.5 Besedilo, </w:t>
      </w:r>
      <w:proofErr w:type="spellStart"/>
      <w:r>
        <w:t>besedilne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in </w:t>
      </w:r>
      <w:proofErr w:type="spellStart"/>
      <w:r>
        <w:t>besedilne</w:t>
      </w:r>
      <w:proofErr w:type="spellEnd"/>
      <w:r>
        <w:t xml:space="preserve"> skupine</w:t>
      </w:r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6C99F647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25CDF63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FF2B727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D691302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30B0447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8AFD562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602893B8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98A054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(in </w:t>
            </w:r>
            <w:proofErr w:type="spellStart"/>
            <w:r>
              <w:rPr>
                <w:rFonts w:cs="Arial"/>
                <w:color w:val="34444B"/>
                <w:sz w:val="12"/>
              </w:rPr>
              <w:t>gledanja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vrst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pripoved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novica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opis</w:t>
            </w:r>
            <w:proofErr w:type="spellEnd"/>
            <w:r>
              <w:rPr>
                <w:rFonts w:cs="Arial"/>
                <w:color w:val="34444B"/>
                <w:sz w:val="12"/>
              </w:rPr>
              <w:t>)</w:t>
            </w:r>
          </w:p>
          <w:p w14:paraId="6EF9DFB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pogovarjanja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osebnih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telefonskih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pogovorih</w:t>
            </w:r>
            <w:proofErr w:type="spellEnd"/>
          </w:p>
          <w:p w14:paraId="0307742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razumevanjem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vrstami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neumetnostnih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navadni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elektronski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dopis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seznam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novica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pripoved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opis</w:t>
            </w:r>
            <w:proofErr w:type="spellEnd"/>
            <w:r>
              <w:rPr>
                <w:rFonts w:cs="Arial"/>
                <w:color w:val="34444B"/>
                <w:sz w:val="12"/>
              </w:rPr>
              <w:t>)</w:t>
            </w:r>
          </w:p>
          <w:p w14:paraId="4FFFB08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govornega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nastopanja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vnaprej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napovedano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temo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z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vrstami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pripoved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obnova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opis</w:t>
            </w:r>
            <w:proofErr w:type="spellEnd"/>
            <w:r>
              <w:rPr>
                <w:rFonts w:cs="Arial"/>
                <w:color w:val="34444B"/>
                <w:sz w:val="12"/>
              </w:rPr>
              <w:t>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F249D1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samostojnega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govorjenja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pogovarjanja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izražanja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svojih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misli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idej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situacijah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v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vlogah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5AAA541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napake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sprejemati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kot </w:t>
            </w:r>
            <w:proofErr w:type="spellStart"/>
            <w:r>
              <w:rPr>
                <w:rFonts w:cs="Arial"/>
                <w:color w:val="34444B"/>
                <w:sz w:val="12"/>
              </w:rPr>
              <w:t>priložnost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učenje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popravljati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5369CC8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interes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branje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raznovrstnih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</w:t>
            </w:r>
            <w:proofErr w:type="spellEnd"/>
          </w:p>
          <w:p w14:paraId="1CD92C4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</w:t>
            </w:r>
            <w:proofErr w:type="spellStart"/>
            <w:r>
              <w:rPr>
                <w:rFonts w:cs="Arial"/>
                <w:color w:val="34444B"/>
                <w:sz w:val="12"/>
              </w:rPr>
              <w:t>pozornega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postavljanja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smiselnih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vprašanj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odzivanja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nanje</w:t>
            </w:r>
            <w:proofErr w:type="spellEnd"/>
          </w:p>
          <w:p w14:paraId="52840DE2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vire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informiranja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časopisi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televizija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radio, </w:t>
            </w:r>
            <w:proofErr w:type="spellStart"/>
            <w:r>
              <w:rPr>
                <w:rFonts w:cs="Arial"/>
                <w:color w:val="34444B"/>
                <w:sz w:val="12"/>
              </w:rPr>
              <w:t>plakati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spletne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objave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idr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.) in </w:t>
            </w:r>
            <w:proofErr w:type="spellStart"/>
            <w:r>
              <w:rPr>
                <w:rFonts w:cs="Arial"/>
                <w:color w:val="34444B"/>
                <w:sz w:val="12"/>
              </w:rPr>
              <w:t>ozavešča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pomen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zanesljivih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informacij</w:t>
            </w:r>
            <w:proofErr w:type="spellEnd"/>
          </w:p>
          <w:p w14:paraId="2F15877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</w:t>
            </w:r>
            <w:proofErr w:type="spellStart"/>
            <w:r>
              <w:rPr>
                <w:rFonts w:cs="Arial"/>
                <w:color w:val="34444B"/>
                <w:sz w:val="12"/>
              </w:rPr>
              <w:t>komunicirati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sodelovati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 </w:t>
            </w:r>
            <w:proofErr w:type="spellStart"/>
            <w:r>
              <w:rPr>
                <w:rFonts w:cs="Arial"/>
                <w:color w:val="34444B"/>
                <w:sz w:val="12"/>
              </w:rPr>
              <w:t>daljavo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uporabo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digitalne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tehnologije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7FBD84B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1.1.2.1 - Se </w:t>
            </w:r>
            <w:proofErr w:type="spellStart"/>
            <w:r>
              <w:rPr>
                <w:rFonts w:cs="Arial"/>
                <w:color w:val="34444B"/>
                <w:sz w:val="12"/>
              </w:rPr>
              <w:t>zaveda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da je </w:t>
            </w:r>
            <w:proofErr w:type="spellStart"/>
            <w:r>
              <w:rPr>
                <w:rFonts w:cs="Arial"/>
                <w:color w:val="34444B"/>
                <w:sz w:val="12"/>
              </w:rPr>
              <w:t>učenje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vsebine </w:t>
            </w:r>
            <w:proofErr w:type="spellStart"/>
            <w:r>
              <w:rPr>
                <w:rFonts w:cs="Arial"/>
                <w:color w:val="34444B"/>
                <w:sz w:val="12"/>
              </w:rPr>
              <w:t>posameznega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predmeta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hkrati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tudi </w:t>
            </w:r>
            <w:proofErr w:type="spellStart"/>
            <w:r>
              <w:rPr>
                <w:rFonts w:cs="Arial"/>
                <w:color w:val="34444B"/>
                <w:sz w:val="12"/>
              </w:rPr>
              <w:t>spoznavanje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njegove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strokovne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terminologije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torej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učenje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 </w:t>
            </w:r>
            <w:proofErr w:type="spellStart"/>
            <w:r>
              <w:rPr>
                <w:rFonts w:cs="Arial"/>
                <w:color w:val="34444B"/>
                <w:sz w:val="12"/>
              </w:rPr>
              <w:t>ravni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poimenovanj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posamezne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pojme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na </w:t>
            </w:r>
            <w:proofErr w:type="spellStart"/>
            <w:r>
              <w:rPr>
                <w:rFonts w:cs="Arial"/>
                <w:color w:val="34444B"/>
                <w:sz w:val="12"/>
              </w:rPr>
              <w:t>ravni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logičnih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povezav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  <w:p w14:paraId="43A5A830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4.2.1.1 - </w:t>
            </w:r>
            <w:proofErr w:type="spellStart"/>
            <w:r>
              <w:rPr>
                <w:rFonts w:cs="Arial"/>
                <w:color w:val="34444B"/>
                <w:sz w:val="12"/>
              </w:rPr>
              <w:t>Sporazumeva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z </w:t>
            </w:r>
            <w:proofErr w:type="spellStart"/>
            <w:r>
              <w:rPr>
                <w:rFonts w:cs="Arial"/>
                <w:color w:val="34444B"/>
                <w:sz w:val="12"/>
              </w:rPr>
              <w:t>uporabo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  </w:t>
            </w:r>
            <w:proofErr w:type="spellStart"/>
            <w:r>
              <w:rPr>
                <w:rFonts w:cs="Arial"/>
                <w:color w:val="34444B"/>
                <w:sz w:val="12"/>
              </w:rPr>
              <w:t>digitalnih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tehnologij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ustrezna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sredstva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komunikacije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danih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okoliščinah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5320557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Učenec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:</w:t>
            </w:r>
          </w:p>
          <w:p w14:paraId="2B03B485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>-</w:t>
            </w:r>
            <w:proofErr w:type="spellStart"/>
            <w:r>
              <w:rPr>
                <w:rFonts w:cs="Arial"/>
                <w:color w:val="34444B"/>
                <w:sz w:val="12"/>
              </w:rPr>
              <w:t>pokaže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sprejemanja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branja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</w:t>
            </w:r>
            <w:proofErr w:type="spellStart"/>
            <w:r>
              <w:rPr>
                <w:rFonts w:cs="Arial"/>
                <w:color w:val="34444B"/>
                <w:sz w:val="12"/>
              </w:rPr>
              <w:t>tistih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vrst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ki so </w:t>
            </w:r>
            <w:proofErr w:type="spellStart"/>
            <w:r>
              <w:rPr>
                <w:rFonts w:cs="Arial"/>
                <w:color w:val="34444B"/>
                <w:sz w:val="12"/>
              </w:rPr>
              <w:t>določene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color w:val="34444B"/>
                <w:sz w:val="12"/>
              </w:rPr>
              <w:t>tem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učnim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načrtom</w:t>
            </w:r>
            <w:proofErr w:type="spellEnd"/>
            <w:r>
              <w:rPr>
                <w:rFonts w:cs="Arial"/>
                <w:color w:val="34444B"/>
                <w:sz w:val="12"/>
              </w:rPr>
              <w:t>:</w:t>
            </w:r>
          </w:p>
          <w:p w14:paraId="48312AF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pripoved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o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življenju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vrstnikov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znanih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osebnosti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;</w:t>
            </w:r>
          </w:p>
          <w:p w14:paraId="2149CE46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novica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 </w:t>
            </w:r>
            <w:proofErr w:type="spellStart"/>
            <w:r>
              <w:rPr>
                <w:rFonts w:cs="Arial"/>
                <w:color w:val="34444B"/>
                <w:sz w:val="12"/>
              </w:rPr>
              <w:t>aktualnem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zanimivem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dogodku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277B220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opisi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povezani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drugih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predmetnih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področij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 </w:t>
            </w:r>
            <w:r>
              <w:rPr>
                <w:rFonts w:cs="Arial"/>
                <w:color w:val="34444B"/>
                <w:sz w:val="12"/>
              </w:rPr>
              <w:t>(</w:t>
            </w:r>
            <w:proofErr w:type="spellStart"/>
            <w:r>
              <w:rPr>
                <w:rFonts w:cs="Arial"/>
                <w:color w:val="34444B"/>
                <w:sz w:val="12"/>
              </w:rPr>
              <w:t>npr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. </w:t>
            </w:r>
            <w:proofErr w:type="spellStart"/>
            <w:r>
              <w:rPr>
                <w:rFonts w:cs="Arial"/>
                <w:color w:val="34444B"/>
                <w:sz w:val="12"/>
              </w:rPr>
              <w:t>opis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sebe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(1. </w:t>
            </w:r>
            <w:proofErr w:type="spellStart"/>
            <w:r>
              <w:rPr>
                <w:rFonts w:cs="Arial"/>
                <w:color w:val="34444B"/>
                <w:sz w:val="12"/>
              </w:rPr>
              <w:t>razred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), </w:t>
            </w:r>
          </w:p>
          <w:p w14:paraId="39D5552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opisi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 </w:t>
            </w:r>
            <w:r>
              <w:rPr>
                <w:rFonts w:cs="Arial"/>
                <w:color w:val="34444B"/>
                <w:sz w:val="12"/>
              </w:rPr>
              <w:t>(</w:t>
            </w:r>
            <w:proofErr w:type="spellStart"/>
            <w:r>
              <w:rPr>
                <w:rFonts w:cs="Arial"/>
                <w:color w:val="34444B"/>
                <w:sz w:val="12"/>
              </w:rPr>
              <w:t>npr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. </w:t>
            </w:r>
            <w:proofErr w:type="spellStart"/>
            <w:r>
              <w:rPr>
                <w:rFonts w:cs="Arial"/>
                <w:color w:val="34444B"/>
                <w:sz w:val="12"/>
              </w:rPr>
              <w:t>opis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osebe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njenega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delovnika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živali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predmeta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…);</w:t>
            </w:r>
          </w:p>
          <w:p w14:paraId="482FFD73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- </w:t>
            </w:r>
            <w:proofErr w:type="spellStart"/>
            <w:r>
              <w:rPr>
                <w:rFonts w:cs="Arial"/>
                <w:color w:val="34444B"/>
                <w:sz w:val="12"/>
              </w:rPr>
              <w:t>pokaže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tvorjenja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govorno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nastopanje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</w:t>
            </w:r>
            <w:proofErr w:type="spellStart"/>
            <w:r>
              <w:rPr>
                <w:rFonts w:cs="Arial"/>
                <w:color w:val="34444B"/>
                <w:sz w:val="12"/>
              </w:rPr>
              <w:t>tistih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vrst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ki so </w:t>
            </w:r>
            <w:proofErr w:type="spellStart"/>
            <w:r>
              <w:rPr>
                <w:rFonts w:cs="Arial"/>
                <w:color w:val="34444B"/>
                <w:sz w:val="12"/>
              </w:rPr>
              <w:t>določene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color w:val="34444B"/>
                <w:sz w:val="12"/>
              </w:rPr>
              <w:t>tem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učnim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načrtom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je pred </w:t>
            </w:r>
            <w:proofErr w:type="spellStart"/>
            <w:r>
              <w:rPr>
                <w:rFonts w:cs="Arial"/>
                <w:color w:val="34444B"/>
                <w:sz w:val="12"/>
              </w:rPr>
              <w:t>tem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prebral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poslušal</w:t>
            </w:r>
            <w:proofErr w:type="spellEnd"/>
            <w:r>
              <w:rPr>
                <w:rFonts w:cs="Arial"/>
                <w:color w:val="34444B"/>
                <w:sz w:val="12"/>
              </w:rPr>
              <w:t>:</w:t>
            </w:r>
          </w:p>
          <w:p w14:paraId="741B078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obnova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knjige</w:t>
            </w:r>
            <w:proofErr w:type="spellEnd"/>
            <w:r>
              <w:rPr>
                <w:rFonts w:cs="Arial"/>
                <w:color w:val="34444B"/>
                <w:sz w:val="12"/>
              </w:rPr>
              <w:t>/</w:t>
            </w:r>
            <w:proofErr w:type="spellStart"/>
            <w:r>
              <w:rPr>
                <w:rFonts w:cs="Arial"/>
                <w:color w:val="34444B"/>
                <w:sz w:val="12"/>
              </w:rPr>
              <w:t>risanke</w:t>
            </w:r>
            <w:proofErr w:type="spellEnd"/>
            <w:r>
              <w:rPr>
                <w:rFonts w:cs="Arial"/>
                <w:color w:val="34444B"/>
                <w:sz w:val="12"/>
              </w:rPr>
              <w:t>/</w:t>
            </w:r>
            <w:proofErr w:type="spellStart"/>
            <w:r>
              <w:rPr>
                <w:rFonts w:cs="Arial"/>
                <w:color w:val="34444B"/>
                <w:sz w:val="12"/>
              </w:rPr>
              <w:t>filma</w:t>
            </w:r>
            <w:proofErr w:type="spellEnd"/>
            <w:r>
              <w:rPr>
                <w:rFonts w:cs="Arial"/>
                <w:color w:val="34444B"/>
                <w:sz w:val="12"/>
              </w:rPr>
              <w:t>/</w:t>
            </w:r>
            <w:proofErr w:type="spellStart"/>
            <w:r>
              <w:rPr>
                <w:rFonts w:cs="Arial"/>
                <w:color w:val="34444B"/>
                <w:sz w:val="12"/>
              </w:rPr>
              <w:t>posnetka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color w:val="34444B"/>
                <w:sz w:val="12"/>
              </w:rPr>
              <w:t>spleta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4BFCD5AE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opis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 </w:t>
            </w:r>
            <w:r>
              <w:rPr>
                <w:rFonts w:cs="Arial"/>
                <w:color w:val="34444B"/>
                <w:sz w:val="12"/>
              </w:rPr>
              <w:t>(</w:t>
            </w:r>
            <w:proofErr w:type="spellStart"/>
            <w:r>
              <w:rPr>
                <w:rFonts w:cs="Arial"/>
                <w:color w:val="34444B"/>
                <w:sz w:val="12"/>
              </w:rPr>
              <w:t>npr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. </w:t>
            </w:r>
            <w:proofErr w:type="spellStart"/>
            <w:r>
              <w:rPr>
                <w:rFonts w:cs="Arial"/>
                <w:color w:val="34444B"/>
                <w:sz w:val="12"/>
              </w:rPr>
              <w:t>opis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samega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sebe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(1. </w:t>
            </w:r>
            <w:proofErr w:type="spellStart"/>
            <w:r>
              <w:rPr>
                <w:rFonts w:cs="Arial"/>
                <w:color w:val="34444B"/>
                <w:sz w:val="12"/>
              </w:rPr>
              <w:t>razred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), </w:t>
            </w: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D9E55FE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pripoved</w:t>
            </w:r>
            <w:proofErr w:type="spellEnd"/>
          </w:p>
          <w:p w14:paraId="7E55CCA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novica</w:t>
            </w:r>
            <w:proofErr w:type="spellEnd"/>
          </w:p>
          <w:p w14:paraId="3C9A467E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opis</w:t>
            </w:r>
            <w:proofErr w:type="spellEnd"/>
          </w:p>
          <w:p w14:paraId="058F1F6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pozdrav</w:t>
            </w:r>
            <w:proofErr w:type="spellEnd"/>
          </w:p>
          <w:p w14:paraId="5EB54F4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voščilo</w:t>
            </w:r>
            <w:proofErr w:type="spellEnd"/>
          </w:p>
          <w:p w14:paraId="6CAFE10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čestitka</w:t>
            </w:r>
            <w:proofErr w:type="spellEnd"/>
          </w:p>
          <w:p w14:paraId="3258181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vabilo</w:t>
            </w:r>
            <w:proofErr w:type="spellEnd"/>
          </w:p>
          <w:p w14:paraId="78A108B0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color w:val="34444B"/>
                <w:sz w:val="12"/>
              </w:rPr>
              <w:t>besedilo</w:t>
            </w:r>
          </w:p>
          <w:p w14:paraId="54D73C1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sms</w:t>
            </w:r>
            <w:proofErr w:type="spellEnd"/>
          </w:p>
        </w:tc>
      </w:tr>
    </w:tbl>
    <w:p w14:paraId="0FB7EC7D" w14:textId="77777777" w:rsidR="00D27883" w:rsidRDefault="00D27883">
      <w:pPr>
        <w:spacing w:after="40"/>
      </w:pPr>
    </w:p>
    <w:p w14:paraId="1DF82771" w14:textId="77777777" w:rsidR="00D27883" w:rsidRDefault="00C327F0">
      <w:pPr>
        <w:pStyle w:val="Naslov2"/>
        <w:spacing w:before="160" w:after="60"/>
      </w:pPr>
      <w:r>
        <w:t xml:space="preserve">6.6 </w:t>
      </w:r>
      <w:proofErr w:type="spellStart"/>
      <w:r>
        <w:t>Slovenski</w:t>
      </w:r>
      <w:proofErr w:type="spellEnd"/>
      <w:r>
        <w:t xml:space="preserve"> jezikovni </w:t>
      </w:r>
      <w:proofErr w:type="spellStart"/>
      <w:r>
        <w:t>prostor</w:t>
      </w:r>
      <w:proofErr w:type="spellEnd"/>
      <w:r>
        <w:t xml:space="preserve"> in </w:t>
      </w:r>
      <w:proofErr w:type="spellStart"/>
      <w:r>
        <w:t>slovenski</w:t>
      </w:r>
      <w:proofErr w:type="spellEnd"/>
      <w:r>
        <w:t xml:space="preserve"> </w:t>
      </w:r>
      <w:proofErr w:type="spellStart"/>
      <w:r>
        <w:t>jezik</w:t>
      </w:r>
      <w:proofErr w:type="spellEnd"/>
      <w:r>
        <w:t xml:space="preserve"> v </w:t>
      </w:r>
      <w:proofErr w:type="spellStart"/>
      <w:r>
        <w:t>družbi</w:t>
      </w:r>
      <w:proofErr w:type="spellEnd"/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4A1C214F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40DDE16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30DC923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2EA00B5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629F40C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2845776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059326E7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436AC9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položaj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slovenščine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kot </w:t>
            </w:r>
            <w:proofErr w:type="spellStart"/>
            <w:r>
              <w:rPr>
                <w:rFonts w:cs="Arial"/>
                <w:color w:val="34444B"/>
                <w:sz w:val="12"/>
              </w:rPr>
              <w:t>državnega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Republiki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Sloveniji in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pozitiven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odnos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do </w:t>
            </w:r>
            <w:proofErr w:type="spellStart"/>
            <w:r>
              <w:rPr>
                <w:rFonts w:cs="Arial"/>
                <w:color w:val="34444B"/>
                <w:sz w:val="12"/>
              </w:rPr>
              <w:t>svojega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maternega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[</w:t>
            </w:r>
            <w:proofErr w:type="spellStart"/>
            <w:r>
              <w:rPr>
                <w:rFonts w:cs="Arial"/>
                <w:color w:val="34444B"/>
                <w:sz w:val="12"/>
              </w:rPr>
              <w:t>prvega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] </w:t>
            </w:r>
            <w:proofErr w:type="spellStart"/>
            <w:r>
              <w:rPr>
                <w:rFonts w:cs="Arial"/>
                <w:color w:val="34444B"/>
                <w:sz w:val="12"/>
              </w:rPr>
              <w:t>jezika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3086FA7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pomen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vlogo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maternega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[</w:t>
            </w:r>
            <w:proofErr w:type="spellStart"/>
            <w:r>
              <w:rPr>
                <w:rFonts w:cs="Arial"/>
                <w:color w:val="34444B"/>
                <w:sz w:val="12"/>
              </w:rPr>
              <w:t>prvega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] </w:t>
            </w:r>
            <w:proofErr w:type="spellStart"/>
            <w:r>
              <w:rPr>
                <w:rFonts w:cs="Arial"/>
                <w:color w:val="34444B"/>
                <w:sz w:val="12"/>
              </w:rPr>
              <w:t>jezika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ga </w:t>
            </w:r>
            <w:proofErr w:type="spellStart"/>
            <w:r>
              <w:rPr>
                <w:rFonts w:cs="Arial"/>
                <w:color w:val="34444B"/>
                <w:sz w:val="12"/>
              </w:rPr>
              <w:t>primerja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drugimi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jeziki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45444FA6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tuji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jezik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okolja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</w:t>
            </w:r>
            <w:proofErr w:type="spellStart"/>
            <w:r>
              <w:rPr>
                <w:rFonts w:cs="Arial"/>
                <w:color w:val="34444B"/>
                <w:sz w:val="12"/>
              </w:rPr>
              <w:t>podobnosti</w:t>
            </w:r>
            <w:proofErr w:type="spellEnd"/>
            <w:r>
              <w:rPr>
                <w:rFonts w:cs="Arial"/>
                <w:color w:val="34444B"/>
                <w:sz w:val="12"/>
              </w:rPr>
              <w:t>/</w:t>
            </w:r>
            <w:proofErr w:type="spellStart"/>
            <w:r>
              <w:rPr>
                <w:rFonts w:cs="Arial"/>
                <w:color w:val="34444B"/>
                <w:sz w:val="12"/>
              </w:rPr>
              <w:t>razlike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slovenskega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drugimi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jeziki</w:t>
            </w:r>
            <w:proofErr w:type="spellEnd"/>
            <w:r>
              <w:rPr>
                <w:rFonts w:cs="Arial"/>
                <w:color w:val="34444B"/>
                <w:sz w:val="12"/>
              </w:rPr>
              <w:t>/</w:t>
            </w:r>
            <w:proofErr w:type="spellStart"/>
            <w:r>
              <w:rPr>
                <w:rFonts w:cs="Arial"/>
                <w:color w:val="34444B"/>
                <w:sz w:val="12"/>
              </w:rPr>
              <w:t>prvimi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sovrstnikov</w:t>
            </w:r>
            <w:proofErr w:type="spellEnd"/>
          </w:p>
          <w:p w14:paraId="68B05CA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smiselnost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učenja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jezikov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0DF9290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kultur in </w:t>
            </w:r>
            <w:proofErr w:type="spellStart"/>
            <w:r>
              <w:rPr>
                <w:rFonts w:cs="Arial"/>
                <w:color w:val="34444B"/>
                <w:sz w:val="12"/>
              </w:rPr>
              <w:t>jezikov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zavedanje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da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bogati</w:t>
            </w:r>
            <w:proofErr w:type="spellEnd"/>
          </w:p>
          <w:p w14:paraId="2C068FF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bogati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besedišče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ga </w:t>
            </w:r>
            <w:proofErr w:type="spellStart"/>
            <w:r>
              <w:rPr>
                <w:rFonts w:cs="Arial"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sporazumevanju</w:t>
            </w:r>
            <w:proofErr w:type="spellEnd"/>
          </w:p>
          <w:p w14:paraId="12CE58B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ozavešča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rabo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izreke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okoliščine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njeno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rabo</w:t>
            </w:r>
            <w:proofErr w:type="spellEnd"/>
          </w:p>
          <w:p w14:paraId="112E37B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kultur in </w:t>
            </w:r>
            <w:proofErr w:type="spellStart"/>
            <w:r>
              <w:rPr>
                <w:rFonts w:cs="Arial"/>
                <w:color w:val="34444B"/>
                <w:sz w:val="12"/>
              </w:rPr>
              <w:t>jezikov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zavedanje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da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bogati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51CACD8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1.1.3.2 - </w:t>
            </w:r>
            <w:proofErr w:type="spellStart"/>
            <w:r>
              <w:rPr>
                <w:rFonts w:cs="Arial"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jezikovnih </w:t>
            </w:r>
            <w:proofErr w:type="spellStart"/>
            <w:r>
              <w:rPr>
                <w:rFonts w:cs="Arial"/>
                <w:color w:val="34444B"/>
                <w:sz w:val="12"/>
              </w:rPr>
              <w:t>predmetih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</w:t>
            </w:r>
            <w:proofErr w:type="spellStart"/>
            <w:r>
              <w:rPr>
                <w:rFonts w:cs="Arial"/>
                <w:color w:val="34444B"/>
                <w:sz w:val="12"/>
              </w:rPr>
              <w:t>zaveda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da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lahko </w:t>
            </w:r>
            <w:proofErr w:type="spellStart"/>
            <w:r>
              <w:rPr>
                <w:rFonts w:cs="Arial"/>
                <w:color w:val="34444B"/>
                <w:sz w:val="12"/>
              </w:rPr>
              <w:t>opisujemo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 </w:t>
            </w:r>
            <w:proofErr w:type="spellStart"/>
            <w:r>
              <w:rPr>
                <w:rFonts w:cs="Arial"/>
                <w:color w:val="34444B"/>
                <w:sz w:val="12"/>
              </w:rPr>
              <w:t>podoben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način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; </w:t>
            </w:r>
            <w:proofErr w:type="spellStart"/>
            <w:r>
              <w:rPr>
                <w:rFonts w:cs="Arial"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pouku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tujih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jezikov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zato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znanje, </w:t>
            </w:r>
            <w:proofErr w:type="spellStart"/>
            <w:r>
              <w:rPr>
                <w:rFonts w:cs="Arial"/>
                <w:color w:val="34444B"/>
                <w:sz w:val="12"/>
              </w:rPr>
              <w:t>pridobljeno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pouku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učnega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obratno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;  </w:t>
            </w:r>
            <w:proofErr w:type="spellStart"/>
            <w:r>
              <w:rPr>
                <w:rFonts w:cs="Arial"/>
                <w:color w:val="34444B"/>
                <w:sz w:val="12"/>
              </w:rPr>
              <w:t>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primerjati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ki se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in </w:t>
            </w:r>
            <w:proofErr w:type="spellStart"/>
            <w:r>
              <w:rPr>
                <w:rFonts w:cs="Arial"/>
                <w:color w:val="34444B"/>
                <w:sz w:val="12"/>
              </w:rPr>
              <w:t>razpoznava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podobnosti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razlike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med </w:t>
            </w:r>
            <w:proofErr w:type="spellStart"/>
            <w:r>
              <w:rPr>
                <w:rFonts w:cs="Arial"/>
                <w:color w:val="34444B"/>
                <w:sz w:val="12"/>
              </w:rPr>
              <w:t>njimi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81F9EE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svoj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materni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[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prvi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]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jezik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ga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loči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od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drugih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jezikov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s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katerimi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je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stiku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maternih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tujih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jezikov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)</w:t>
            </w:r>
          </w:p>
          <w:p w14:paraId="601EF15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predstavi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položaj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slovenščine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Republiki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Sloveniji</w:t>
            </w: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E1E252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materni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</w:t>
            </w:r>
            <w:proofErr w:type="spellEnd"/>
          </w:p>
          <w:p w14:paraId="0584DF2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tuji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</w:t>
            </w:r>
            <w:proofErr w:type="spellEnd"/>
          </w:p>
          <w:p w14:paraId="5571B0A9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državni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</w:t>
            </w:r>
            <w:proofErr w:type="spellEnd"/>
          </w:p>
        </w:tc>
      </w:tr>
    </w:tbl>
    <w:p w14:paraId="794827C8" w14:textId="77777777" w:rsidR="00D27883" w:rsidRDefault="00D27883">
      <w:pPr>
        <w:spacing w:after="40"/>
      </w:pPr>
    </w:p>
    <w:p w14:paraId="602B28E1" w14:textId="77777777" w:rsidR="00D27883" w:rsidRDefault="00C327F0">
      <w:pPr>
        <w:pStyle w:val="Naslov2"/>
        <w:spacing w:before="160" w:after="60"/>
      </w:pPr>
      <w:r>
        <w:t xml:space="preserve">6.7 </w:t>
      </w:r>
      <w:proofErr w:type="spellStart"/>
      <w:r>
        <w:t>Jezikovne</w:t>
      </w:r>
      <w:proofErr w:type="spellEnd"/>
      <w:r>
        <w:t xml:space="preserve"> </w:t>
      </w:r>
      <w:proofErr w:type="spellStart"/>
      <w:r>
        <w:t>zvrsti</w:t>
      </w:r>
      <w:proofErr w:type="spellEnd"/>
      <w:r>
        <w:t xml:space="preserve"> </w:t>
      </w:r>
      <w:proofErr w:type="spellStart"/>
      <w:r>
        <w:t>slovenskega</w:t>
      </w:r>
      <w:proofErr w:type="spellEnd"/>
      <w:r>
        <w:t xml:space="preserve"> </w:t>
      </w:r>
      <w:proofErr w:type="spellStart"/>
      <w:r>
        <w:t>jezika</w:t>
      </w:r>
      <w:proofErr w:type="spellEnd"/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5C4BD04C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2CC1813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AC49707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2E2A06B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B30D72D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BBBBCEE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672CD16B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382EBA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okoliščine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uporabe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nasprotju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rabo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pogovornega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narečja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3096F25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uzavešča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razlike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poimenovanju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načinu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izgovorjave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med </w:t>
            </w:r>
            <w:proofErr w:type="spellStart"/>
            <w:r>
              <w:rPr>
                <w:rFonts w:cs="Arial"/>
                <w:color w:val="34444B"/>
                <w:sz w:val="12"/>
              </w:rPr>
              <w:t>knjižnim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uradne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formalne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situacije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</w:t>
            </w:r>
            <w:proofErr w:type="spellStart"/>
            <w:r>
              <w:rPr>
                <w:rFonts w:cs="Arial"/>
                <w:color w:val="34444B"/>
                <w:sz w:val="12"/>
              </w:rPr>
              <w:t>neknjižnim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vsakdanje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pogovorne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situacije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okoliščine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njegovo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rabo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9DB751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ozavešča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rabo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izreke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okoliščine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njeno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rabo</w:t>
            </w:r>
            <w:proofErr w:type="spellEnd"/>
          </w:p>
          <w:p w14:paraId="6328588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kultur in </w:t>
            </w:r>
            <w:proofErr w:type="spellStart"/>
            <w:r>
              <w:rPr>
                <w:rFonts w:cs="Arial"/>
                <w:color w:val="34444B"/>
                <w:sz w:val="12"/>
              </w:rPr>
              <w:t>jezikov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zavedanje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da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bogati</w:t>
            </w:r>
            <w:proofErr w:type="spellEnd"/>
          </w:p>
          <w:p w14:paraId="1DDA584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sodeluje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 </w:t>
            </w:r>
            <w:proofErr w:type="spellStart"/>
            <w:r>
              <w:rPr>
                <w:rFonts w:cs="Arial"/>
                <w:color w:val="34444B"/>
                <w:sz w:val="12"/>
              </w:rPr>
              <w:t>prireditvah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razstave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proslave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predstave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športni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dogodki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literarna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srečanja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filmske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produkcije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se </w:t>
            </w:r>
            <w:proofErr w:type="spellStart"/>
            <w:r>
              <w:rPr>
                <w:rFonts w:cs="Arial"/>
                <w:color w:val="34444B"/>
                <w:sz w:val="12"/>
              </w:rPr>
              <w:t>vanje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primerno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vključuje</w:t>
            </w:r>
            <w:proofErr w:type="spellEnd"/>
          </w:p>
          <w:p w14:paraId="5C79EFC4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bogati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besedišče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ga </w:t>
            </w:r>
            <w:proofErr w:type="spellStart"/>
            <w:r>
              <w:rPr>
                <w:rFonts w:cs="Arial"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sporazumevanju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CF006B9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1.3.5.1 - </w:t>
            </w:r>
            <w:proofErr w:type="spellStart"/>
            <w:r>
              <w:rPr>
                <w:rFonts w:cs="Arial"/>
                <w:color w:val="34444B"/>
                <w:sz w:val="12"/>
              </w:rPr>
              <w:t>Živi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kulturo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umetnost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kot </w:t>
            </w:r>
            <w:proofErr w:type="spellStart"/>
            <w:r>
              <w:rPr>
                <w:rFonts w:cs="Arial"/>
                <w:color w:val="34444B"/>
                <w:sz w:val="12"/>
              </w:rPr>
              <w:t>vrednoto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domačem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šolskem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okolju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prispeva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 </w:t>
            </w:r>
            <w:proofErr w:type="spellStart"/>
            <w:r>
              <w:rPr>
                <w:rFonts w:cs="Arial"/>
                <w:color w:val="34444B"/>
                <w:sz w:val="12"/>
              </w:rPr>
              <w:t>razvoju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šole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kot </w:t>
            </w:r>
            <w:proofErr w:type="spellStart"/>
            <w:r>
              <w:rPr>
                <w:rFonts w:cs="Arial"/>
                <w:color w:val="34444B"/>
                <w:sz w:val="12"/>
              </w:rPr>
              <w:t>kulturnega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središča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njenemu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povezovanju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color w:val="34444B"/>
                <w:sz w:val="12"/>
              </w:rPr>
              <w:t>kulturnim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z </w:t>
            </w:r>
            <w:proofErr w:type="spellStart"/>
            <w:r>
              <w:rPr>
                <w:rFonts w:cs="Arial"/>
                <w:color w:val="34444B"/>
                <w:sz w:val="12"/>
              </w:rPr>
              <w:t>družbenim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okoljem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F3EBCD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svoj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materni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[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prvi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]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jezik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ga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loči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od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drugih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jezikov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s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katerimi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je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stiku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maternih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tujih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jezikov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)</w:t>
            </w: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4DFC24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knjižni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</w:t>
            </w:r>
            <w:proofErr w:type="spellEnd"/>
          </w:p>
        </w:tc>
      </w:tr>
    </w:tbl>
    <w:p w14:paraId="3D6AD57B" w14:textId="77777777" w:rsidR="00D27883" w:rsidRDefault="00D27883">
      <w:pPr>
        <w:spacing w:after="40"/>
      </w:pPr>
    </w:p>
    <w:p w14:paraId="468CA0D5" w14:textId="77777777" w:rsidR="00D27883" w:rsidRDefault="00C327F0">
      <w:pPr>
        <w:pStyle w:val="Naslov2"/>
        <w:spacing w:before="160" w:after="60"/>
      </w:pPr>
      <w:r>
        <w:lastRenderedPageBreak/>
        <w:t xml:space="preserve">6.8 </w:t>
      </w:r>
      <w:proofErr w:type="spellStart"/>
      <w:r>
        <w:t>Besedišče</w:t>
      </w:r>
      <w:proofErr w:type="spellEnd"/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6E836469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C02DA5B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47F99C5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3AE3B3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43E084B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AD0FCE9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18421D02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1B0146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utrjuje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poimenovanje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bitij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predmetov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dejanj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idr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. v </w:t>
            </w:r>
            <w:proofErr w:type="spellStart"/>
            <w:r>
              <w:rPr>
                <w:rFonts w:cs="Arial"/>
                <w:color w:val="34444B"/>
                <w:sz w:val="12"/>
              </w:rPr>
              <w:t>slovenskem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knjižnem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jeziku</w:t>
            </w:r>
            <w:proofErr w:type="spellEnd"/>
          </w:p>
          <w:p w14:paraId="1B0B3119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razlaga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pomene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</w:t>
            </w:r>
            <w:proofErr w:type="spellEnd"/>
            <w:r>
              <w:rPr>
                <w:rFonts w:cs="Arial"/>
                <w:color w:val="34444B"/>
                <w:sz w:val="12"/>
              </w:rPr>
              <w:t>/</w:t>
            </w:r>
            <w:proofErr w:type="spellStart"/>
            <w:r>
              <w:rPr>
                <w:rFonts w:cs="Arial"/>
                <w:color w:val="34444B"/>
                <w:sz w:val="12"/>
              </w:rPr>
              <w:t>besednih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zvez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ob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spletni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Šolski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slovar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slovenskega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jezika</w:t>
            </w:r>
            <w:proofErr w:type="spellEnd"/>
          </w:p>
          <w:p w14:paraId="17674DB9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istega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tematskega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z </w:t>
            </w:r>
            <w:proofErr w:type="spellStart"/>
            <w:r>
              <w:rPr>
                <w:rFonts w:cs="Arial"/>
                <w:color w:val="34444B"/>
                <w:sz w:val="12"/>
              </w:rPr>
              <w:t>enakim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pomenom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nadpomenke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podpomenke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protipomenke</w:t>
            </w:r>
            <w:proofErr w:type="spellEnd"/>
          </w:p>
          <w:p w14:paraId="711D6A2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tvori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>/</w:t>
            </w:r>
            <w:proofErr w:type="spellStart"/>
            <w:r>
              <w:rPr>
                <w:rFonts w:cs="Arial"/>
                <w:color w:val="34444B"/>
                <w:sz w:val="12"/>
              </w:rPr>
              <w:t>besedne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zveze</w:t>
            </w:r>
            <w:proofErr w:type="spellEnd"/>
          </w:p>
          <w:p w14:paraId="107F347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tvori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manjšalnice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ljubkovalnice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ženski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par </w:t>
            </w:r>
            <w:proofErr w:type="spellStart"/>
            <w:r>
              <w:rPr>
                <w:rFonts w:cs="Arial"/>
                <w:color w:val="34444B"/>
                <w:sz w:val="12"/>
              </w:rPr>
              <w:t>moškemu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obratno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samostalniške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izpeljanke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glagolov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(za </w:t>
            </w:r>
            <w:proofErr w:type="spellStart"/>
            <w:r>
              <w:rPr>
                <w:rFonts w:cs="Arial"/>
                <w:color w:val="34444B"/>
                <w:sz w:val="12"/>
              </w:rPr>
              <w:t>živega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neživega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vršilca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dejanja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za </w:t>
            </w:r>
            <w:proofErr w:type="spellStart"/>
            <w:r>
              <w:rPr>
                <w:rFonts w:cs="Arial"/>
                <w:color w:val="34444B"/>
                <w:sz w:val="12"/>
              </w:rPr>
              <w:t>dejanje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prostor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dejanja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pridevniške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izpeljanke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samostalnikov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(za </w:t>
            </w:r>
            <w:proofErr w:type="spellStart"/>
            <w:r>
              <w:rPr>
                <w:rFonts w:cs="Arial"/>
                <w:color w:val="34444B"/>
                <w:sz w:val="12"/>
              </w:rPr>
              <w:t>svojino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snovnost</w:t>
            </w:r>
            <w:proofErr w:type="spellEnd"/>
            <w:r>
              <w:rPr>
                <w:rFonts w:cs="Arial"/>
                <w:color w:val="34444B"/>
                <w:sz w:val="12"/>
              </w:rPr>
              <w:t>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B0D67D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samostojnega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govorjenja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pogovarjanja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izražanja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svojih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misli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idej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situacijah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v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vlogah</w:t>
            </w:r>
            <w:proofErr w:type="spellEnd"/>
          </w:p>
          <w:p w14:paraId="4C567BE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razumevanja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enostavnih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kompleksnejših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navodil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2CDD09A4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osnovno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programsko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opremo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glede na </w:t>
            </w:r>
            <w:proofErr w:type="spellStart"/>
            <w:r>
              <w:rPr>
                <w:rFonts w:cs="Arial"/>
                <w:color w:val="34444B"/>
                <w:sz w:val="12"/>
              </w:rPr>
              <w:t>cilje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oz. </w:t>
            </w:r>
            <w:proofErr w:type="spellStart"/>
            <w:r>
              <w:rPr>
                <w:rFonts w:cs="Arial"/>
                <w:color w:val="34444B"/>
                <w:sz w:val="12"/>
              </w:rPr>
              <w:t>namen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opravljanja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naloge oz. </w:t>
            </w:r>
            <w:proofErr w:type="spellStart"/>
            <w:r>
              <w:rPr>
                <w:rFonts w:cs="Arial"/>
                <w:color w:val="34444B"/>
                <w:sz w:val="12"/>
              </w:rPr>
              <w:t>cilja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6C7AA8D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1.1.2.2 - Se </w:t>
            </w:r>
            <w:proofErr w:type="spellStart"/>
            <w:r>
              <w:rPr>
                <w:rFonts w:cs="Arial"/>
                <w:color w:val="34444B"/>
                <w:sz w:val="12"/>
              </w:rPr>
              <w:t>izraža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ustrezno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terminologijo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predmeta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skrbi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ustrezno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govorno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pisno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raven </w:t>
            </w:r>
            <w:proofErr w:type="spellStart"/>
            <w:r>
              <w:rPr>
                <w:rFonts w:cs="Arial"/>
                <w:color w:val="34444B"/>
                <w:sz w:val="12"/>
              </w:rPr>
              <w:t>svojega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strokovnega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jezika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  <w:p w14:paraId="24E6B220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3.1.3.2 - </w:t>
            </w:r>
            <w:proofErr w:type="spellStart"/>
            <w:r>
              <w:rPr>
                <w:rFonts w:cs="Arial"/>
                <w:color w:val="34444B"/>
                <w:sz w:val="12"/>
              </w:rPr>
              <w:t>Spremlja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doseganje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spreminjanje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načrtovanih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ciljev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14C335E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Učenec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:</w:t>
            </w:r>
          </w:p>
          <w:p w14:paraId="235B6A67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-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ob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besedilih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izkaže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poimenovalno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tako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, da:</w:t>
            </w:r>
          </w:p>
          <w:p w14:paraId="050DAF50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bitja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predmete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dejanja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… na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sliki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knjižnimi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besedami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besednimi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zvezami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;</w:t>
            </w:r>
          </w:p>
          <w:p w14:paraId="790B44E2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razloži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oz. </w:t>
            </w:r>
            <w:proofErr w:type="spellStart"/>
            <w:r>
              <w:rPr>
                <w:rFonts w:cs="Arial"/>
                <w:color w:val="34444B"/>
                <w:sz w:val="12"/>
              </w:rPr>
              <w:t>besedno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zvezo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besedila;</w:t>
            </w:r>
          </w:p>
          <w:p w14:paraId="405E947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b/>
                <w:color w:val="34444B"/>
                <w:sz w:val="12"/>
              </w:rPr>
              <w:t xml:space="preserve">k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danim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besedam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priredi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knjižne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iz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istega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tematskega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polja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z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enakim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pomenom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nadpomenke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podpomenke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protipomenke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;</w:t>
            </w:r>
          </w:p>
          <w:p w14:paraId="0772E84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tvori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knjižne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manjšalnice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ženski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par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moškemu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poimenovanju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obratno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samostalniške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pridevniške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izpeljanke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tistih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vrst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ki so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določene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učnim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načrtom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.</w:t>
            </w: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E4500F2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slovar</w:t>
            </w:r>
            <w:proofErr w:type="spellEnd"/>
          </w:p>
        </w:tc>
      </w:tr>
    </w:tbl>
    <w:p w14:paraId="3B5F8814" w14:textId="77777777" w:rsidR="00D27883" w:rsidRDefault="00D27883">
      <w:pPr>
        <w:spacing w:after="40"/>
      </w:pPr>
    </w:p>
    <w:p w14:paraId="5AF44380" w14:textId="77777777" w:rsidR="00D27883" w:rsidRDefault="00C327F0">
      <w:pPr>
        <w:pStyle w:val="Naslov2"/>
        <w:spacing w:before="160" w:after="60"/>
      </w:pPr>
      <w:r>
        <w:t xml:space="preserve">6.9 </w:t>
      </w:r>
      <w:proofErr w:type="spellStart"/>
      <w:r>
        <w:t>Skladnja</w:t>
      </w:r>
      <w:proofErr w:type="spellEnd"/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3C3258D3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7CE7657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9ED692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69A9F9E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4EA3E8D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96E6C02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330607FA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286772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tvorjenja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pomensko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oblikovno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ustreznih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enostavčnih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večstavčnih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povedi</w:t>
            </w:r>
            <w:proofErr w:type="spellEnd"/>
          </w:p>
          <w:p w14:paraId="2B9637F0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upovedovanja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povezanih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dejanj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glede na </w:t>
            </w:r>
            <w:proofErr w:type="spellStart"/>
            <w:r>
              <w:rPr>
                <w:rFonts w:cs="Arial"/>
                <w:color w:val="34444B"/>
                <w:sz w:val="12"/>
              </w:rPr>
              <w:t>čas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sporočanja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se </w:t>
            </w:r>
            <w:proofErr w:type="spellStart"/>
            <w:r>
              <w:rPr>
                <w:rFonts w:cs="Arial"/>
                <w:color w:val="34444B"/>
                <w:sz w:val="12"/>
              </w:rPr>
              <w:t>navaja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 </w:t>
            </w:r>
            <w:proofErr w:type="spellStart"/>
            <w:r>
              <w:rPr>
                <w:rFonts w:cs="Arial"/>
                <w:color w:val="34444B"/>
                <w:sz w:val="12"/>
              </w:rPr>
              <w:t>rabo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časovnih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prislovov</w:t>
            </w:r>
            <w:proofErr w:type="spellEnd"/>
          </w:p>
          <w:p w14:paraId="3CECB626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usvaja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vrste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povedi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glede na </w:t>
            </w:r>
            <w:proofErr w:type="spellStart"/>
            <w:r>
              <w:rPr>
                <w:rFonts w:cs="Arial"/>
                <w:color w:val="34444B"/>
                <w:sz w:val="12"/>
              </w:rPr>
              <w:t>končno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ločilo</w:t>
            </w:r>
            <w:proofErr w:type="spellEnd"/>
          </w:p>
          <w:p w14:paraId="60149FF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izboljšuje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praktično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obvladovanje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slovnice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124A214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color w:val="34444B"/>
                <w:sz w:val="12"/>
              </w:rPr>
              <w:t xml:space="preserve">se </w:t>
            </w:r>
            <w:proofErr w:type="spellStart"/>
            <w:r>
              <w:rPr>
                <w:rFonts w:cs="Arial"/>
                <w:color w:val="34444B"/>
                <w:sz w:val="12"/>
              </w:rPr>
              <w:t>uči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odpravljati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napake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pomensko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oblikovno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neustreznih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povedih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0EC348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napake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sprejemati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kot </w:t>
            </w:r>
            <w:proofErr w:type="spellStart"/>
            <w:r>
              <w:rPr>
                <w:rFonts w:cs="Arial"/>
                <w:color w:val="34444B"/>
                <w:sz w:val="12"/>
              </w:rPr>
              <w:t>priložnost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učenje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popravljati</w:t>
            </w:r>
            <w:proofErr w:type="spellEnd"/>
          </w:p>
          <w:p w14:paraId="40A809A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bogati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besedišče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ga </w:t>
            </w:r>
            <w:proofErr w:type="spellStart"/>
            <w:r>
              <w:rPr>
                <w:rFonts w:cs="Arial"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sporazumevanju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987AACF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3.1.2.2 -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samozaupanje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samospoštovanje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4B077D4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Učenec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:</w:t>
            </w:r>
          </w:p>
          <w:p w14:paraId="70F1D56E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>-</w:t>
            </w:r>
            <w:proofErr w:type="spellStart"/>
            <w:r>
              <w:rPr>
                <w:rFonts w:cs="Arial"/>
                <w:color w:val="34444B"/>
                <w:sz w:val="12"/>
              </w:rPr>
              <w:t>ob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delu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dokaže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znanje s </w:t>
            </w:r>
            <w:proofErr w:type="spellStart"/>
            <w:r>
              <w:rPr>
                <w:rFonts w:cs="Arial"/>
                <w:color w:val="34444B"/>
                <w:sz w:val="12"/>
              </w:rPr>
              <w:t>področja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skladnje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tako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da </w:t>
            </w:r>
            <w:proofErr w:type="spellStart"/>
            <w:r>
              <w:rPr>
                <w:rFonts w:cs="Arial"/>
                <w:color w:val="34444B"/>
                <w:sz w:val="12"/>
              </w:rPr>
              <w:t>tvori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pomensko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oblikovno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ustrezne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povedi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v </w:t>
            </w:r>
            <w:proofErr w:type="spellStart"/>
            <w:r>
              <w:rPr>
                <w:rFonts w:cs="Arial"/>
                <w:color w:val="34444B"/>
                <w:sz w:val="12"/>
              </w:rPr>
              <w:t>njih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pravilno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color w:val="34444B"/>
                <w:sz w:val="12"/>
              </w:rPr>
              <w:t>:</w:t>
            </w:r>
          </w:p>
          <w:p w14:paraId="0895DFD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samostalnike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pravilni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sklonski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obliki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;</w:t>
            </w:r>
          </w:p>
          <w:p w14:paraId="78B9E159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pridevnike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pravilnem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spolu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številu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sklonu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ustrezno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opisno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obrazilno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stopnjevane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0E06F8C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glagole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pravilni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osebni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časovni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naklonski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obliki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;</w:t>
            </w:r>
          </w:p>
          <w:p w14:paraId="3C830EC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časovne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prislove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0ADA1D3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predloge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6C9FA0AB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-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tvori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povedi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piko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klicajem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vprašajem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.</w:t>
            </w: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2E3AA3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poved</w:t>
            </w:r>
            <w:proofErr w:type="spellEnd"/>
          </w:p>
        </w:tc>
      </w:tr>
    </w:tbl>
    <w:p w14:paraId="096CCF4D" w14:textId="77777777" w:rsidR="00D27883" w:rsidRDefault="00D27883">
      <w:pPr>
        <w:spacing w:after="40"/>
      </w:pPr>
    </w:p>
    <w:p w14:paraId="2E596968" w14:textId="77777777" w:rsidR="00D27883" w:rsidRDefault="00C327F0">
      <w:pPr>
        <w:pStyle w:val="Naslov2"/>
        <w:spacing w:before="160" w:after="60"/>
      </w:pPr>
      <w:r>
        <w:t xml:space="preserve">6.10 </w:t>
      </w:r>
      <w:proofErr w:type="spellStart"/>
      <w:r>
        <w:t>Pravopis</w:t>
      </w:r>
      <w:proofErr w:type="spellEnd"/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3C0FC4D4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72D899B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904DC71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A89D2C8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684CE7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05AF258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71BAE6D9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3FECEF6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usvaja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pisanje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nekritičnimi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kritičnimi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glasovi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(s </w:t>
            </w:r>
            <w:proofErr w:type="spellStart"/>
            <w:r>
              <w:rPr>
                <w:rFonts w:cs="Arial"/>
                <w:color w:val="34444B"/>
                <w:sz w:val="12"/>
              </w:rPr>
              <w:t>polglasnikom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z ṷ, z </w:t>
            </w:r>
            <w:proofErr w:type="spellStart"/>
            <w:r>
              <w:rPr>
                <w:rFonts w:cs="Arial"/>
                <w:color w:val="34444B"/>
                <w:sz w:val="12"/>
              </w:rPr>
              <w:t>nezvočnikom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 </w:t>
            </w:r>
            <w:proofErr w:type="spellStart"/>
            <w:r>
              <w:rPr>
                <w:rFonts w:cs="Arial"/>
                <w:color w:val="34444B"/>
                <w:sz w:val="12"/>
              </w:rPr>
              <w:t>koncu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sredi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>)</w:t>
            </w:r>
          </w:p>
          <w:p w14:paraId="2156825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usvaja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pisanje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skupaj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narazen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ločen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zapis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predloga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naslednje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nikalnice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pred </w:t>
            </w:r>
            <w:proofErr w:type="spellStart"/>
            <w:r>
              <w:rPr>
                <w:rFonts w:cs="Arial"/>
                <w:color w:val="34444B"/>
                <w:sz w:val="12"/>
              </w:rPr>
              <w:t>glagolom</w:t>
            </w:r>
            <w:proofErr w:type="spellEnd"/>
            <w:r>
              <w:rPr>
                <w:rFonts w:cs="Arial"/>
                <w:color w:val="34444B"/>
                <w:sz w:val="12"/>
              </w:rPr>
              <w:t>)</w:t>
            </w:r>
          </w:p>
          <w:p w14:paraId="0ED32EAE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usvaja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rabo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ločil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(pike, </w:t>
            </w:r>
            <w:proofErr w:type="spellStart"/>
            <w:r>
              <w:rPr>
                <w:rFonts w:cs="Arial"/>
                <w:color w:val="34444B"/>
                <w:sz w:val="12"/>
              </w:rPr>
              <w:t>vprašaja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klicaja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vejice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naštevanju</w:t>
            </w:r>
            <w:proofErr w:type="spellEnd"/>
            <w:r>
              <w:rPr>
                <w:rFonts w:cs="Arial"/>
                <w:color w:val="34444B"/>
                <w:sz w:val="12"/>
              </w:rPr>
              <w:t>)</w:t>
            </w:r>
          </w:p>
          <w:p w14:paraId="56B2925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</w:t>
            </w:r>
            <w:proofErr w:type="spellStart"/>
            <w:r>
              <w:rPr>
                <w:rFonts w:cs="Arial"/>
                <w:color w:val="34444B"/>
                <w:sz w:val="12"/>
              </w:rPr>
              <w:t>odkrivati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odpravljati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pravopisne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napake</w:t>
            </w:r>
            <w:proofErr w:type="spellEnd"/>
          </w:p>
          <w:p w14:paraId="1BA4F83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čitljivost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pisanja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2D3ED7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</w:t>
            </w:r>
            <w:proofErr w:type="spellStart"/>
            <w:r>
              <w:rPr>
                <w:rFonts w:cs="Arial"/>
                <w:color w:val="34444B"/>
                <w:sz w:val="12"/>
              </w:rPr>
              <w:t>načrtovati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svojo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pot </w:t>
            </w:r>
            <w:proofErr w:type="spellStart"/>
            <w:r>
              <w:rPr>
                <w:rFonts w:cs="Arial"/>
                <w:color w:val="34444B"/>
                <w:sz w:val="12"/>
              </w:rPr>
              <w:t>učenja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ravnati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skladu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načrtom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spremljati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kaj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je </w:t>
            </w:r>
            <w:proofErr w:type="spellStart"/>
            <w:r>
              <w:rPr>
                <w:rFonts w:cs="Arial"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reševanju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izvajanju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naloge </w:t>
            </w:r>
            <w:proofErr w:type="spellStart"/>
            <w:r>
              <w:rPr>
                <w:rFonts w:cs="Arial"/>
                <w:color w:val="34444B"/>
                <w:sz w:val="12"/>
              </w:rPr>
              <w:t>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naredil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kaj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mora</w:t>
            </w:r>
          </w:p>
          <w:p w14:paraId="3749B5A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napake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sprejemati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kot </w:t>
            </w:r>
            <w:proofErr w:type="spellStart"/>
            <w:r>
              <w:rPr>
                <w:rFonts w:cs="Arial"/>
                <w:color w:val="34444B"/>
                <w:sz w:val="12"/>
              </w:rPr>
              <w:t>priložnost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učenje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popravljati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1CA0C07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3.1.3.2 - </w:t>
            </w:r>
            <w:proofErr w:type="spellStart"/>
            <w:r>
              <w:rPr>
                <w:rFonts w:cs="Arial"/>
                <w:color w:val="34444B"/>
                <w:sz w:val="12"/>
              </w:rPr>
              <w:t>Spremlja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doseganje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spreminjanje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načrtovanih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ciljev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  <w:p w14:paraId="5F3C2BE7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3.1.2.2 -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samozaupanje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samospoštovanje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26D2213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Učenec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:</w:t>
            </w:r>
          </w:p>
          <w:p w14:paraId="4FC0EE9F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-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tvorjenju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povedi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besedil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dokaže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znanje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pravopisa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tako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, da:</w:t>
            </w:r>
          </w:p>
          <w:p w14:paraId="378F1AA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piše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nekritičnimi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 in </w:t>
            </w:r>
            <w:proofErr w:type="spellStart"/>
            <w:r>
              <w:rPr>
                <w:rFonts w:cs="Arial"/>
                <w:color w:val="34444B"/>
                <w:sz w:val="12"/>
              </w:rPr>
              <w:t>kritičnimi</w:t>
            </w:r>
            <w:proofErr w:type="spellEnd"/>
            <w:r>
              <w:rPr>
                <w:rFonts w:cs="Arial"/>
                <w:color w:val="34444B"/>
                <w:sz w:val="12"/>
              </w:rPr>
              <w:t> 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glasovi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;</w:t>
            </w:r>
          </w:p>
          <w:p w14:paraId="07FF8C0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uporabi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ustrezno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začetnico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začetku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povedi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za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slovenska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lastna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imena</w:t>
            </w:r>
            <w:r>
              <w:rPr>
                <w:rFonts w:cs="Arial"/>
                <w:color w:val="34444B"/>
                <w:sz w:val="12"/>
              </w:rPr>
              <w:t>, 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svojilne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pridevnike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znana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slovenska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zemljepisna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lastna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imena;</w:t>
            </w:r>
          </w:p>
          <w:p w14:paraId="71AAF9CC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piše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predlog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ločeno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od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naslednje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besede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, </w:t>
            </w:r>
            <w:proofErr w:type="spellStart"/>
            <w:r>
              <w:rPr>
                <w:rFonts w:cs="Arial"/>
                <w:color w:val="34444B"/>
                <w:sz w:val="12"/>
              </w:rPr>
              <w:t>nikalnico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ločeno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glagola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473DF57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končna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ločila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piko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vprašaj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klicaj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);</w:t>
            </w:r>
          </w:p>
          <w:p w14:paraId="2EFF389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vejico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naštevanju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102AC895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-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pozna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učnim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načrtom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določene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termine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.</w:t>
            </w: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45DB9C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velika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začetnica</w:t>
            </w:r>
            <w:proofErr w:type="spellEnd"/>
          </w:p>
          <w:p w14:paraId="2AAD8D6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color w:val="34444B"/>
                <w:sz w:val="12"/>
              </w:rPr>
              <w:t>pika</w:t>
            </w:r>
          </w:p>
          <w:p w14:paraId="5F161DB4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vprašaj</w:t>
            </w:r>
            <w:proofErr w:type="spellEnd"/>
          </w:p>
          <w:p w14:paraId="6E7E5D34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klicaj</w:t>
            </w:r>
            <w:proofErr w:type="spellEnd"/>
          </w:p>
          <w:p w14:paraId="00CA736E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vejica</w:t>
            </w:r>
            <w:proofErr w:type="spellEnd"/>
          </w:p>
        </w:tc>
      </w:tr>
    </w:tbl>
    <w:p w14:paraId="2A371343" w14:textId="77777777" w:rsidR="00D27883" w:rsidRDefault="00D27883">
      <w:pPr>
        <w:spacing w:after="40"/>
      </w:pPr>
    </w:p>
    <w:p w14:paraId="1DEABD18" w14:textId="77777777" w:rsidR="00D27883" w:rsidRDefault="00C327F0">
      <w:pPr>
        <w:pStyle w:val="Naslov2"/>
        <w:spacing w:before="160" w:after="60"/>
      </w:pPr>
      <w:r>
        <w:lastRenderedPageBreak/>
        <w:t xml:space="preserve">6.11 </w:t>
      </w:r>
      <w:proofErr w:type="spellStart"/>
      <w:r>
        <w:t>Pravorečje</w:t>
      </w:r>
      <w:proofErr w:type="spellEnd"/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307F22DA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1650DB2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CCB468C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D5E3D62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6587E1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91AB42F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5A19B1B1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868CC6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ob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pravorečno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tako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da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izreko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jo </w:t>
            </w:r>
            <w:proofErr w:type="spellStart"/>
            <w:r>
              <w:rPr>
                <w:rFonts w:cs="Arial"/>
                <w:color w:val="34444B"/>
                <w:sz w:val="12"/>
              </w:rPr>
              <w:t>ločuje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izreke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pogovornega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narečja</w:t>
            </w:r>
            <w:proofErr w:type="spellEnd"/>
          </w:p>
          <w:p w14:paraId="07756E26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čim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bolj </w:t>
            </w:r>
            <w:proofErr w:type="spellStart"/>
            <w:r>
              <w:rPr>
                <w:rFonts w:cs="Arial"/>
                <w:color w:val="34444B"/>
                <w:sz w:val="12"/>
              </w:rPr>
              <w:t>knjižno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izreko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razločno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govorjenje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F0F512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kultur in </w:t>
            </w:r>
            <w:proofErr w:type="spellStart"/>
            <w:r>
              <w:rPr>
                <w:rFonts w:cs="Arial"/>
                <w:color w:val="34444B"/>
                <w:sz w:val="12"/>
              </w:rPr>
              <w:t>jezikov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zavedanje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da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bogati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9A99C49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3.3.1.2 - </w:t>
            </w:r>
            <w:proofErr w:type="spellStart"/>
            <w:r>
              <w:rPr>
                <w:rFonts w:cs="Arial"/>
                <w:color w:val="34444B"/>
                <w:sz w:val="12"/>
              </w:rPr>
              <w:t>Zaveda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in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ožjih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oddelek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vrstniki, </w:t>
            </w:r>
            <w:proofErr w:type="spellStart"/>
            <w:r>
              <w:rPr>
                <w:rFonts w:cs="Arial"/>
                <w:color w:val="34444B"/>
                <w:sz w:val="12"/>
              </w:rPr>
              <w:t>družina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</w:t>
            </w:r>
            <w:proofErr w:type="spellStart"/>
            <w:r>
              <w:rPr>
                <w:rFonts w:cs="Arial"/>
                <w:color w:val="34444B"/>
                <w:sz w:val="12"/>
              </w:rPr>
              <w:t>širših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okoljih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(šola, </w:t>
            </w:r>
            <w:proofErr w:type="spellStart"/>
            <w:r>
              <w:rPr>
                <w:rFonts w:cs="Arial"/>
                <w:color w:val="34444B"/>
                <w:sz w:val="12"/>
              </w:rPr>
              <w:t>lokalna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skupnost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družba</w:t>
            </w:r>
            <w:proofErr w:type="spellEnd"/>
            <w:r>
              <w:rPr>
                <w:rFonts w:cs="Arial"/>
                <w:color w:val="34444B"/>
                <w:sz w:val="12"/>
              </w:rPr>
              <w:t>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ADD892B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Učenec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:</w:t>
            </w:r>
          </w:p>
          <w:p w14:paraId="6FE3F8A1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>-</w:t>
            </w:r>
            <w:proofErr w:type="spellStart"/>
            <w:r>
              <w:rPr>
                <w:rFonts w:cs="Arial"/>
                <w:color w:val="34444B"/>
                <w:sz w:val="12"/>
              </w:rPr>
              <w:t>dokaže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pravorečno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tako</w:t>
            </w:r>
            <w:proofErr w:type="spellEnd"/>
            <w:r>
              <w:rPr>
                <w:rFonts w:cs="Arial"/>
                <w:color w:val="34444B"/>
                <w:sz w:val="12"/>
              </w:rPr>
              <w:t>, da:</w:t>
            </w:r>
          </w:p>
          <w:p w14:paraId="17C639A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govori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 </w:t>
            </w:r>
            <w:proofErr w:type="spellStart"/>
            <w:r>
              <w:rPr>
                <w:rFonts w:cs="Arial"/>
                <w:color w:val="34444B"/>
                <w:sz w:val="12"/>
              </w:rPr>
              <w:t>čim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bolj </w:t>
            </w:r>
            <w:proofErr w:type="spellStart"/>
            <w:r>
              <w:rPr>
                <w:rFonts w:cs="Arial"/>
                <w:color w:val="34444B"/>
                <w:sz w:val="12"/>
              </w:rPr>
              <w:t>knjižno</w:t>
            </w:r>
            <w:proofErr w:type="spellEnd"/>
            <w:r>
              <w:rPr>
                <w:rFonts w:cs="Arial"/>
                <w:color w:val="34444B"/>
                <w:sz w:val="12"/>
              </w:rPr>
              <w:t>, 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razločno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 </w:t>
            </w:r>
            <w:r>
              <w:rPr>
                <w:rFonts w:cs="Arial"/>
                <w:color w:val="34444B"/>
                <w:sz w:val="12"/>
              </w:rPr>
              <w:t xml:space="preserve">in </w:t>
            </w:r>
            <w:proofErr w:type="spellStart"/>
            <w:r>
              <w:rPr>
                <w:rFonts w:cs="Arial"/>
                <w:color w:val="34444B"/>
                <w:sz w:val="12"/>
              </w:rPr>
              <w:t>primerno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glasno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2A9F0E4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color w:val="34444B"/>
                <w:sz w:val="12"/>
              </w:rPr>
              <w:t xml:space="preserve">v </w:t>
            </w:r>
            <w:proofErr w:type="spellStart"/>
            <w:r>
              <w:rPr>
                <w:rFonts w:cs="Arial"/>
                <w:color w:val="34444B"/>
                <w:sz w:val="12"/>
              </w:rPr>
              <w:t>govorjenih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upošteva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stavčni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poudarek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intonacijo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2F41D6D" w14:textId="77777777" w:rsidR="00D27883" w:rsidRDefault="00D27883">
            <w:pPr>
              <w:spacing w:after="0" w:line="240" w:lineRule="auto"/>
            </w:pPr>
          </w:p>
        </w:tc>
      </w:tr>
    </w:tbl>
    <w:p w14:paraId="26C2BE00" w14:textId="77777777" w:rsidR="00D27883" w:rsidRDefault="00D27883">
      <w:pPr>
        <w:spacing w:after="40"/>
      </w:pPr>
    </w:p>
    <w:p w14:paraId="17FFD2A8" w14:textId="77777777" w:rsidR="00D27883" w:rsidRDefault="00C327F0">
      <w:pPr>
        <w:pStyle w:val="Naslov2"/>
        <w:spacing w:before="160" w:after="60"/>
      </w:pPr>
      <w:r>
        <w:t xml:space="preserve">6.12 </w:t>
      </w:r>
      <w:proofErr w:type="spellStart"/>
      <w:r>
        <w:t>Književna</w:t>
      </w:r>
      <w:proofErr w:type="spellEnd"/>
      <w:r>
        <w:t xml:space="preserve"> besedila</w:t>
      </w:r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6A1D900F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C41238A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9FD3AEC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2CA6F1E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B157D49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2741383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780F4436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B2C78E0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raznovrstna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besedila po </w:t>
            </w:r>
            <w:proofErr w:type="spellStart"/>
            <w:r>
              <w:rPr>
                <w:rFonts w:cs="Arial"/>
                <w:color w:val="34444B"/>
                <w:sz w:val="12"/>
              </w:rPr>
              <w:t>izbiri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učitelja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učencev</w:t>
            </w:r>
          </w:p>
          <w:p w14:paraId="4425F2A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zaznava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doživlja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čustvene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sestavine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interpretativnega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pripovedovanja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</w:t>
            </w:r>
            <w:proofErr w:type="spellEnd"/>
          </w:p>
          <w:p w14:paraId="7EDAE33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recepcijsko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tj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.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doživljanja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razumevanja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vrednotenja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</w:t>
            </w:r>
            <w:proofErr w:type="spellEnd"/>
          </w:p>
          <w:p w14:paraId="2E4C4439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primerja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sporočila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ilustracij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besedila v </w:t>
            </w:r>
            <w:proofErr w:type="spellStart"/>
            <w:r>
              <w:rPr>
                <w:rFonts w:cs="Arial"/>
                <w:color w:val="34444B"/>
                <w:sz w:val="12"/>
              </w:rPr>
              <w:t>slikanici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EE206D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krepi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ohranja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svojo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radovednost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ustvarjalnost</w:t>
            </w:r>
            <w:proofErr w:type="spellEnd"/>
          </w:p>
          <w:p w14:paraId="002E230E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interes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obiskovanje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knjižnice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njeno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vlogo</w:t>
            </w:r>
            <w:proofErr w:type="spellEnd"/>
          </w:p>
          <w:p w14:paraId="0503909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ozavešča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pomen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bralno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kulturo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4CF267B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3.3.2.1 -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spretnosti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aktivnega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asertivne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komunikacije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izražanja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zanimanja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skrbi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druge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  <w:p w14:paraId="4A043049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1.1.4.1 - </w:t>
            </w:r>
            <w:proofErr w:type="spellStart"/>
            <w:r>
              <w:rPr>
                <w:rFonts w:cs="Arial"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vseh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predmetih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redno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izbira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bralna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gradiva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poglobljeno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analizira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kritično </w:t>
            </w:r>
            <w:proofErr w:type="spellStart"/>
            <w:r>
              <w:rPr>
                <w:rFonts w:cs="Arial"/>
                <w:color w:val="34444B"/>
                <w:sz w:val="12"/>
              </w:rPr>
              <w:t>vrednoti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DBD2DEC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zbrano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brano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/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posneto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književno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besedilo in se 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odzove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nanj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;</w:t>
            </w:r>
          </w:p>
          <w:p w14:paraId="7D97828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poimenuje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različne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vrste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obravnavanih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besedil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;</w:t>
            </w:r>
          </w:p>
          <w:p w14:paraId="3878A142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prebere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krajše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besedilo in </w:t>
            </w:r>
            <w:proofErr w:type="spellStart"/>
            <w:r>
              <w:rPr>
                <w:rFonts w:cs="Arial"/>
                <w:color w:val="34444B"/>
                <w:sz w:val="12"/>
              </w:rPr>
              <w:t>odgovarja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 </w:t>
            </w:r>
            <w:proofErr w:type="spellStart"/>
            <w:r>
              <w:rPr>
                <w:rFonts w:cs="Arial"/>
                <w:color w:val="34444B"/>
                <w:sz w:val="12"/>
              </w:rPr>
              <w:t>zastavljena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vprašanja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06CF3DD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predstavi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slikanico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ki je bila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obravnavana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pouku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.</w:t>
            </w: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783306C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književno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besedilo</w:t>
            </w:r>
          </w:p>
          <w:p w14:paraId="5EE59399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slikanica</w:t>
            </w:r>
            <w:proofErr w:type="spellEnd"/>
          </w:p>
          <w:p w14:paraId="285C31C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ilustracija</w:t>
            </w:r>
            <w:proofErr w:type="spellEnd"/>
          </w:p>
          <w:p w14:paraId="73EF111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naslov</w:t>
            </w:r>
            <w:proofErr w:type="spellEnd"/>
          </w:p>
          <w:p w14:paraId="356F58C0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avtor</w:t>
            </w:r>
            <w:proofErr w:type="spellEnd"/>
          </w:p>
          <w:p w14:paraId="0BAC9CF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ilustrator</w:t>
            </w:r>
            <w:proofErr w:type="spellEnd"/>
          </w:p>
        </w:tc>
      </w:tr>
    </w:tbl>
    <w:p w14:paraId="7CB8D58F" w14:textId="77777777" w:rsidR="00D27883" w:rsidRDefault="00D27883">
      <w:pPr>
        <w:spacing w:after="40"/>
      </w:pPr>
    </w:p>
    <w:p w14:paraId="59E5B839" w14:textId="77777777" w:rsidR="00D27883" w:rsidRDefault="00C327F0">
      <w:pPr>
        <w:pStyle w:val="Naslov2"/>
        <w:spacing w:before="160" w:after="60"/>
      </w:pPr>
      <w:r>
        <w:t xml:space="preserve">6.13 </w:t>
      </w:r>
      <w:proofErr w:type="spellStart"/>
      <w:r>
        <w:t>Prvine</w:t>
      </w:r>
      <w:proofErr w:type="spellEnd"/>
      <w:r>
        <w:t xml:space="preserve"> </w:t>
      </w:r>
      <w:proofErr w:type="spellStart"/>
      <w:r>
        <w:t>književnih</w:t>
      </w:r>
      <w:proofErr w:type="spellEnd"/>
      <w:r>
        <w:t xml:space="preserve"> </w:t>
      </w:r>
      <w:proofErr w:type="spellStart"/>
      <w:r>
        <w:t>besedil</w:t>
      </w:r>
      <w:proofErr w:type="spellEnd"/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086F86B3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CD9447D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6254AD3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FB44B35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2B5FFD4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B243E1D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3B721BB9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98F424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predstavljanja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osebe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vživljanja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vanjo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privzemanja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njene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vloge</w:t>
            </w:r>
            <w:proofErr w:type="spellEnd"/>
          </w:p>
          <w:p w14:paraId="47EEF2B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glavno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osebo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njeno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vlogo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besedilu</w:t>
            </w:r>
            <w:proofErr w:type="spellEnd"/>
          </w:p>
          <w:p w14:paraId="34E31F0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ubeseduje</w:t>
            </w:r>
            <w:proofErr w:type="spellEnd"/>
            <w:r>
              <w:rPr>
                <w:rFonts w:cs="Arial"/>
                <w:color w:val="34444B"/>
                <w:sz w:val="12"/>
              </w:rPr>
              <w:t>/</w:t>
            </w:r>
            <w:proofErr w:type="spellStart"/>
            <w:r>
              <w:rPr>
                <w:rFonts w:cs="Arial"/>
                <w:color w:val="34444B"/>
                <w:sz w:val="12"/>
              </w:rPr>
              <w:t>opisuje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svojo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predstavo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oseb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predstavlja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načine</w:t>
            </w:r>
            <w:proofErr w:type="spellEnd"/>
          </w:p>
          <w:p w14:paraId="082AAF6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navaja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presoja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motive za </w:t>
            </w:r>
            <w:proofErr w:type="spellStart"/>
            <w:r>
              <w:rPr>
                <w:rFonts w:cs="Arial"/>
                <w:color w:val="34444B"/>
                <w:sz w:val="12"/>
              </w:rPr>
              <w:t>ravnanje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oseb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izraža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lastno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mnenje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ga </w:t>
            </w:r>
            <w:proofErr w:type="spellStart"/>
            <w:r>
              <w:rPr>
                <w:rFonts w:cs="Arial"/>
                <w:color w:val="34444B"/>
                <w:sz w:val="12"/>
              </w:rPr>
              <w:t>utemeljuje</w:t>
            </w:r>
            <w:proofErr w:type="spellEnd"/>
          </w:p>
          <w:p w14:paraId="6898DEE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književno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osebo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primerja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color w:val="34444B"/>
                <w:sz w:val="12"/>
              </w:rPr>
              <w:t>svojimi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vsakdanjimi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izkušnjami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s </w:t>
            </w:r>
            <w:proofErr w:type="spellStart"/>
            <w:r>
              <w:rPr>
                <w:rFonts w:cs="Arial"/>
                <w:color w:val="34444B"/>
                <w:sz w:val="12"/>
              </w:rPr>
              <w:t>podobami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drugih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</w:t>
            </w:r>
            <w:proofErr w:type="spellEnd"/>
          </w:p>
          <w:p w14:paraId="4BAC633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color w:val="34444B"/>
                <w:sz w:val="12"/>
              </w:rPr>
              <w:t xml:space="preserve">v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ilustracijah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prostor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čas</w:t>
            </w:r>
            <w:proofErr w:type="spellEnd"/>
          </w:p>
          <w:p w14:paraId="2F671544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ločuje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realni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domišljijski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svet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razlikuje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pravljični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realni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prostor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čas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0A794D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kultur in </w:t>
            </w:r>
            <w:proofErr w:type="spellStart"/>
            <w:r>
              <w:rPr>
                <w:rFonts w:cs="Arial"/>
                <w:color w:val="34444B"/>
                <w:sz w:val="12"/>
              </w:rPr>
              <w:t>jezikov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zavedanje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da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bogati</w:t>
            </w:r>
            <w:proofErr w:type="spellEnd"/>
          </w:p>
          <w:p w14:paraId="5805CC5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poimenovati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izražati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lastna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čustva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čustva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drugih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se na </w:t>
            </w:r>
            <w:proofErr w:type="spellStart"/>
            <w:r>
              <w:rPr>
                <w:rFonts w:cs="Arial"/>
                <w:color w:val="34444B"/>
                <w:sz w:val="12"/>
              </w:rPr>
              <w:t>njih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primerno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odzivati</w:t>
            </w:r>
            <w:proofErr w:type="spellEnd"/>
          </w:p>
          <w:p w14:paraId="717D872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interes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branje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raznovrstnih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</w:t>
            </w:r>
            <w:proofErr w:type="spellEnd"/>
          </w:p>
          <w:p w14:paraId="77B63FE0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ozavešča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pomen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bralno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kulturo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5BD5F73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3.3.4.1 - </w:t>
            </w:r>
            <w:proofErr w:type="spellStart"/>
            <w:r>
              <w:rPr>
                <w:rFonts w:cs="Arial"/>
                <w:color w:val="34444B"/>
                <w:sz w:val="12"/>
              </w:rPr>
              <w:t>Krepi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razumevanja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prevzemanja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perspektive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drugega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  <w:p w14:paraId="6D0387FB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3.3.4.2 -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meje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med </w:t>
            </w:r>
            <w:proofErr w:type="spellStart"/>
            <w:r>
              <w:rPr>
                <w:rFonts w:cs="Arial"/>
                <w:color w:val="34444B"/>
                <w:sz w:val="12"/>
              </w:rPr>
              <w:t>doživljanjem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sebe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drugega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  <w:p w14:paraId="3B8493C8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1.3.5.1 - </w:t>
            </w:r>
            <w:proofErr w:type="spellStart"/>
            <w:r>
              <w:rPr>
                <w:rFonts w:cs="Arial"/>
                <w:color w:val="34444B"/>
                <w:sz w:val="12"/>
              </w:rPr>
              <w:t>Živi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kulturo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umetnost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kot </w:t>
            </w:r>
            <w:proofErr w:type="spellStart"/>
            <w:r>
              <w:rPr>
                <w:rFonts w:cs="Arial"/>
                <w:color w:val="34444B"/>
                <w:sz w:val="12"/>
              </w:rPr>
              <w:t>vrednoto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domačem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šolskem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okolju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prispeva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 </w:t>
            </w:r>
            <w:proofErr w:type="spellStart"/>
            <w:r>
              <w:rPr>
                <w:rFonts w:cs="Arial"/>
                <w:color w:val="34444B"/>
                <w:sz w:val="12"/>
              </w:rPr>
              <w:t>razvoju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šole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kot </w:t>
            </w:r>
            <w:proofErr w:type="spellStart"/>
            <w:r>
              <w:rPr>
                <w:rFonts w:cs="Arial"/>
                <w:color w:val="34444B"/>
                <w:sz w:val="12"/>
              </w:rPr>
              <w:t>kulturnega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središča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njenemu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povezovanju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color w:val="34444B"/>
                <w:sz w:val="12"/>
              </w:rPr>
              <w:t>kulturnim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z </w:t>
            </w:r>
            <w:proofErr w:type="spellStart"/>
            <w:r>
              <w:rPr>
                <w:rFonts w:cs="Arial"/>
                <w:color w:val="34444B"/>
                <w:sz w:val="12"/>
              </w:rPr>
              <w:t>družbenim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okoljem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826333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književne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osebe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opiše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podatki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iz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besedila </w:t>
            </w:r>
            <w:r>
              <w:rPr>
                <w:rFonts w:cs="Arial"/>
                <w:color w:val="34444B"/>
                <w:sz w:val="12"/>
              </w:rPr>
              <w:t xml:space="preserve">in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primerja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med seboj;</w:t>
            </w:r>
          </w:p>
          <w:p w14:paraId="1C8719A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določi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glavno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književno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osebo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 </w:t>
            </w:r>
            <w:r>
              <w:rPr>
                <w:rFonts w:cs="Arial"/>
                <w:color w:val="34444B"/>
                <w:sz w:val="12"/>
              </w:rPr>
              <w:t xml:space="preserve">in </w:t>
            </w:r>
            <w:proofErr w:type="spellStart"/>
            <w:r>
              <w:rPr>
                <w:rFonts w:cs="Arial"/>
                <w:color w:val="34444B"/>
                <w:sz w:val="12"/>
              </w:rPr>
              <w:t>opredeli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kakšna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je </w:t>
            </w:r>
            <w:proofErr w:type="spellStart"/>
            <w:r>
              <w:rPr>
                <w:rFonts w:cs="Arial"/>
                <w:color w:val="34444B"/>
                <w:sz w:val="12"/>
              </w:rPr>
              <w:t>njena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vloga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besedilu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05F0B5C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predstavi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osebo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njenimi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značajskimi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drugimi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lastnostmi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7E7A420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opredeli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književni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čas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nekoč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-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danes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);</w:t>
            </w:r>
          </w:p>
          <w:p w14:paraId="3344AD6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b/>
                <w:color w:val="34444B"/>
                <w:sz w:val="12"/>
              </w:rPr>
              <w:t xml:space="preserve">s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podatki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iz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besedila/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ilustracij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ubesedi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predstavo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književnega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prostora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;</w:t>
            </w:r>
          </w:p>
          <w:p w14:paraId="6CBC7F8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ubesedi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književno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dogajanje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ustreznem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zaporedju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dogodkov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ob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ilustraciji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ključnih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besedah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);</w:t>
            </w: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674A88C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glavna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oseba</w:t>
            </w:r>
            <w:proofErr w:type="spellEnd"/>
          </w:p>
          <w:p w14:paraId="1472C254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književni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prostor</w:t>
            </w:r>
            <w:proofErr w:type="spellEnd"/>
          </w:p>
          <w:p w14:paraId="1195BE3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književni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čas</w:t>
            </w:r>
            <w:proofErr w:type="spellEnd"/>
          </w:p>
          <w:p w14:paraId="38AF62E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književno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dogajanje</w:t>
            </w:r>
            <w:proofErr w:type="spellEnd"/>
          </w:p>
        </w:tc>
      </w:tr>
    </w:tbl>
    <w:p w14:paraId="239E5FF3" w14:textId="77777777" w:rsidR="00D27883" w:rsidRDefault="00D27883">
      <w:pPr>
        <w:spacing w:after="40"/>
      </w:pPr>
    </w:p>
    <w:p w14:paraId="0DD3BBA8" w14:textId="77777777" w:rsidR="00D27883" w:rsidRDefault="00C327F0">
      <w:pPr>
        <w:pStyle w:val="Naslov2"/>
        <w:spacing w:before="160" w:after="60"/>
      </w:pPr>
      <w:r>
        <w:t xml:space="preserve">6.14 </w:t>
      </w:r>
      <w:proofErr w:type="spellStart"/>
      <w:r>
        <w:t>Bralna</w:t>
      </w:r>
      <w:proofErr w:type="spellEnd"/>
      <w:r>
        <w:t xml:space="preserve"> </w:t>
      </w:r>
      <w:proofErr w:type="spellStart"/>
      <w:r>
        <w:t>kultura</w:t>
      </w:r>
      <w:proofErr w:type="spellEnd"/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6279029E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ED2CF5C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69C028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BFDA02A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BF638BB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EB5717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348D73A3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7664B80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raznovrstno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leposlovno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bralno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gradivo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zanimanje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branje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vztrajanje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branju</w:t>
            </w:r>
            <w:proofErr w:type="spellEnd"/>
          </w:p>
          <w:p w14:paraId="0A6B611E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lokacije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bralnih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virov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domača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šolska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splošna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digitalna </w:t>
            </w:r>
            <w:proofErr w:type="spellStart"/>
            <w:r>
              <w:rPr>
                <w:rFonts w:cs="Arial"/>
                <w:color w:val="34444B"/>
                <w:sz w:val="12"/>
              </w:rPr>
              <w:t>knjižnica</w:t>
            </w:r>
            <w:proofErr w:type="spellEnd"/>
            <w:r>
              <w:rPr>
                <w:rFonts w:cs="Arial"/>
                <w:color w:val="34444B"/>
                <w:sz w:val="12"/>
              </w:rPr>
              <w:t>)</w:t>
            </w:r>
          </w:p>
          <w:p w14:paraId="547979C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color w:val="34444B"/>
                <w:sz w:val="12"/>
              </w:rPr>
              <w:t>(</w:t>
            </w:r>
            <w:proofErr w:type="spellStart"/>
            <w:r>
              <w:rPr>
                <w:rFonts w:cs="Arial"/>
                <w:color w:val="34444B"/>
                <w:sz w:val="12"/>
              </w:rPr>
              <w:t>ob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skupnem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branju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</w:t>
            </w:r>
            <w:proofErr w:type="spellStart"/>
            <w:r>
              <w:rPr>
                <w:rFonts w:cs="Arial"/>
                <w:color w:val="34444B"/>
                <w:sz w:val="12"/>
              </w:rPr>
              <w:t>ozavešča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pomen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kot </w:t>
            </w:r>
            <w:proofErr w:type="spellStart"/>
            <w:r>
              <w:rPr>
                <w:rFonts w:cs="Arial"/>
                <w:color w:val="34444B"/>
                <w:sz w:val="12"/>
              </w:rPr>
              <w:t>vrednote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bralno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kulturo</w:t>
            </w:r>
            <w:proofErr w:type="spellEnd"/>
          </w:p>
          <w:p w14:paraId="53421592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interes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sprejemanje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raznovrstnih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priporoča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vrstnikom</w:t>
            </w:r>
            <w:proofErr w:type="spellEnd"/>
          </w:p>
          <w:p w14:paraId="29425E0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občutek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sposobnosti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vrst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</w:t>
            </w:r>
            <w:proofErr w:type="spellEnd"/>
          </w:p>
          <w:p w14:paraId="721EF4A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govori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 </w:t>
            </w:r>
            <w:proofErr w:type="spellStart"/>
            <w:r>
              <w:rPr>
                <w:rFonts w:cs="Arial"/>
                <w:color w:val="34444B"/>
                <w:sz w:val="12"/>
              </w:rPr>
              <w:t>svojih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bralnih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izkušnjah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npr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. </w:t>
            </w:r>
            <w:proofErr w:type="spellStart"/>
            <w:r>
              <w:rPr>
                <w:rFonts w:cs="Arial"/>
                <w:color w:val="34444B"/>
                <w:sz w:val="12"/>
              </w:rPr>
              <w:t>zakaj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si je izbral </w:t>
            </w:r>
            <w:proofErr w:type="spellStart"/>
            <w:r>
              <w:rPr>
                <w:rFonts w:cs="Arial"/>
                <w:color w:val="34444B"/>
                <w:sz w:val="12"/>
              </w:rPr>
              <w:t>določeno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besedilo) in </w:t>
            </w:r>
            <w:proofErr w:type="spellStart"/>
            <w:r>
              <w:rPr>
                <w:rFonts w:cs="Arial"/>
                <w:color w:val="34444B"/>
                <w:sz w:val="12"/>
              </w:rPr>
              <w:t>izraža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svoje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mnenje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 </w:t>
            </w:r>
            <w:proofErr w:type="spellStart"/>
            <w:r>
              <w:rPr>
                <w:rFonts w:cs="Arial"/>
                <w:color w:val="34444B"/>
                <w:sz w:val="12"/>
              </w:rPr>
              <w:t>prebranem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89CCC5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interes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branje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raznovrstnih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</w:t>
            </w:r>
            <w:proofErr w:type="spellEnd"/>
          </w:p>
          <w:p w14:paraId="2258E50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interes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obiskovanje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knjižnice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njeno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vlogo</w:t>
            </w:r>
            <w:proofErr w:type="spellEnd"/>
          </w:p>
          <w:p w14:paraId="4756FDD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ozavešča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pomen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bralno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kulturo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F54A85F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1.1.4.1 - </w:t>
            </w:r>
            <w:proofErr w:type="spellStart"/>
            <w:r>
              <w:rPr>
                <w:rFonts w:cs="Arial"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vseh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predmetih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redno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izbira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bralna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gradiva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poglobljeno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analizira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kritično </w:t>
            </w:r>
            <w:proofErr w:type="spellStart"/>
            <w:r>
              <w:rPr>
                <w:rFonts w:cs="Arial"/>
                <w:color w:val="34444B"/>
                <w:sz w:val="12"/>
              </w:rPr>
              <w:t>vrednoti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DCC361B" w14:textId="77777777" w:rsidR="00D27883" w:rsidRDefault="00D27883">
            <w:pPr>
              <w:spacing w:after="0" w:line="240" w:lineRule="auto"/>
            </w:pP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E446B5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knjižnica</w:t>
            </w:r>
            <w:proofErr w:type="spellEnd"/>
          </w:p>
          <w:p w14:paraId="61D7F2E0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knjižničarka</w:t>
            </w:r>
            <w:proofErr w:type="spellEnd"/>
          </w:p>
        </w:tc>
      </w:tr>
    </w:tbl>
    <w:p w14:paraId="3199FC26" w14:textId="77777777" w:rsidR="00D27883" w:rsidRDefault="00D27883">
      <w:pPr>
        <w:spacing w:after="40"/>
      </w:pPr>
    </w:p>
    <w:p w14:paraId="7B6AFFAA" w14:textId="77777777" w:rsidR="00D27883" w:rsidRDefault="00C327F0">
      <w:pPr>
        <w:pStyle w:val="Naslov2"/>
        <w:spacing w:before="160" w:after="60"/>
      </w:pPr>
      <w:r>
        <w:t xml:space="preserve">6.15 </w:t>
      </w:r>
      <w:proofErr w:type="spellStart"/>
      <w:r>
        <w:t>Pesništvo</w:t>
      </w:r>
      <w:proofErr w:type="spellEnd"/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3488E4AC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2DF0FFF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2759190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35E18AF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BE59D1B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C9031A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205775AF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2B9675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color w:val="34444B"/>
                <w:sz w:val="12"/>
              </w:rPr>
              <w:t>/</w:t>
            </w: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doživlja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pesmi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njih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pesemske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prvine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zvočnost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rimo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ritem</w:t>
            </w:r>
            <w:proofErr w:type="spellEnd"/>
            <w:r>
              <w:rPr>
                <w:rFonts w:cs="Arial"/>
                <w:color w:val="34444B"/>
                <w:sz w:val="12"/>
              </w:rPr>
              <w:t>)</w:t>
            </w:r>
          </w:p>
          <w:p w14:paraId="1DBF1C3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doživlja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interpretativno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prebrano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pesem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se </w:t>
            </w:r>
            <w:proofErr w:type="spellStart"/>
            <w:r>
              <w:rPr>
                <w:rFonts w:cs="Arial"/>
                <w:color w:val="34444B"/>
                <w:sz w:val="12"/>
              </w:rPr>
              <w:t>nanjo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čustveno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odziva</w:t>
            </w:r>
            <w:proofErr w:type="spellEnd"/>
          </w:p>
          <w:p w14:paraId="47A999F6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zgradbo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pesmi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drugačna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kot druga besedila, </w:t>
            </w:r>
            <w:proofErr w:type="spellStart"/>
            <w:r>
              <w:rPr>
                <w:rFonts w:cs="Arial"/>
                <w:color w:val="34444B"/>
                <w:sz w:val="12"/>
              </w:rPr>
              <w:t>kitice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verzi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</w:t>
            </w:r>
            <w:proofErr w:type="spellStart"/>
            <w:r>
              <w:rPr>
                <w:rFonts w:cs="Arial"/>
                <w:color w:val="34444B"/>
                <w:sz w:val="12"/>
              </w:rPr>
              <w:t>zaznava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njene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posebnosti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npr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. </w:t>
            </w:r>
            <w:proofErr w:type="spellStart"/>
            <w:r>
              <w:rPr>
                <w:rFonts w:cs="Arial"/>
                <w:color w:val="34444B"/>
                <w:sz w:val="12"/>
              </w:rPr>
              <w:t>likovna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oblikovanost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pesemskega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besedila)</w:t>
            </w:r>
          </w:p>
          <w:p w14:paraId="50843D2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izbere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pesem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pesniške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zbirke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svojo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izbiro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utemelji</w:t>
            </w:r>
            <w:proofErr w:type="spellEnd"/>
          </w:p>
          <w:p w14:paraId="7C2A98E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zaznava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čustvene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sestavine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pesmi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vesela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žalostna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</w:t>
            </w:r>
            <w:proofErr w:type="spellStart"/>
            <w:r>
              <w:rPr>
                <w:rFonts w:cs="Arial"/>
                <w:color w:val="34444B"/>
                <w:sz w:val="12"/>
              </w:rPr>
              <w:t>čustveno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obarvane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besede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9395F7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osebe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šolskem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okolju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vzpostavlja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dobre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medsebojne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odnose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odgovoren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odnos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do </w:t>
            </w:r>
            <w:proofErr w:type="spellStart"/>
            <w:r>
              <w:rPr>
                <w:rFonts w:cs="Arial"/>
                <w:color w:val="34444B"/>
                <w:sz w:val="12"/>
              </w:rPr>
              <w:t>samega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sebe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soljudi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narave</w:t>
            </w:r>
            <w:proofErr w:type="spellEnd"/>
          </w:p>
          <w:p w14:paraId="791027E0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kultur in </w:t>
            </w:r>
            <w:proofErr w:type="spellStart"/>
            <w:r>
              <w:rPr>
                <w:rFonts w:cs="Arial"/>
                <w:color w:val="34444B"/>
                <w:sz w:val="12"/>
              </w:rPr>
              <w:t>jezikov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zavedanje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da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bogati</w:t>
            </w:r>
            <w:proofErr w:type="spellEnd"/>
          </w:p>
          <w:p w14:paraId="7BD6BFCC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interes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branje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raznovrstnih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</w:t>
            </w:r>
            <w:proofErr w:type="spellEnd"/>
          </w:p>
          <w:p w14:paraId="7888E606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interes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obiskovanje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knjižnice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njeno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vlogo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6ED6A31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3.1.1.1 - </w:t>
            </w:r>
            <w:proofErr w:type="spellStart"/>
            <w:r>
              <w:rPr>
                <w:rFonts w:cs="Arial"/>
                <w:color w:val="34444B"/>
                <w:sz w:val="12"/>
              </w:rPr>
              <w:t>Zaznava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lastno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doživljanje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telesne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občutke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čustva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misli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vrednote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potrebe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želja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</w:t>
            </w:r>
            <w:proofErr w:type="spellStart"/>
            <w:r>
              <w:rPr>
                <w:rFonts w:cs="Arial"/>
                <w:color w:val="34444B"/>
                <w:sz w:val="12"/>
              </w:rPr>
              <w:t>lastno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vedenje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  <w:p w14:paraId="4D0FB6F0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3.3.4.1 - </w:t>
            </w:r>
            <w:proofErr w:type="spellStart"/>
            <w:r>
              <w:rPr>
                <w:rFonts w:cs="Arial"/>
                <w:color w:val="34444B"/>
                <w:sz w:val="12"/>
              </w:rPr>
              <w:t>Krepi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razumevanja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prevzemanja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perspektive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drugega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EE9E68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predstavi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zgradbo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pesmi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število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dolžino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kitic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);</w:t>
            </w:r>
          </w:p>
          <w:p w14:paraId="1E3EDFD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poišče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rime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pesmi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tvori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rime;</w:t>
            </w:r>
          </w:p>
          <w:p w14:paraId="6D1DA6CC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predstavi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razpoloženje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pesmi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;</w:t>
            </w:r>
          </w:p>
          <w:p w14:paraId="2594D7B2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color w:val="34444B"/>
                <w:sz w:val="12"/>
              </w:rPr>
              <w:t xml:space="preserve">s </w:t>
            </w:r>
            <w:proofErr w:type="spellStart"/>
            <w:r>
              <w:rPr>
                <w:rFonts w:cs="Arial"/>
                <w:color w:val="34444B"/>
                <w:sz w:val="12"/>
              </w:rPr>
              <w:t>svojimi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besedami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izrazi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razumevanje </w:t>
            </w:r>
            <w:proofErr w:type="spellStart"/>
            <w:r>
              <w:rPr>
                <w:rFonts w:cs="Arial"/>
                <w:color w:val="34444B"/>
                <w:sz w:val="12"/>
              </w:rPr>
              <w:t>pesmi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tema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osrednja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tematska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naslov</w:t>
            </w:r>
            <w:proofErr w:type="spellEnd"/>
            <w:r>
              <w:rPr>
                <w:rFonts w:cs="Arial"/>
                <w:color w:val="34444B"/>
                <w:sz w:val="12"/>
              </w:rPr>
              <w:t>);</w:t>
            </w:r>
          </w:p>
          <w:p w14:paraId="5A239D9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predstavi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tematiko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pesmi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.</w:t>
            </w: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3622A4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pesem</w:t>
            </w:r>
            <w:proofErr w:type="spellEnd"/>
          </w:p>
          <w:p w14:paraId="07FC15D9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pesnik</w:t>
            </w:r>
            <w:proofErr w:type="spellEnd"/>
          </w:p>
          <w:p w14:paraId="6CDEE09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pesniška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zbirka</w:t>
            </w:r>
            <w:proofErr w:type="spellEnd"/>
          </w:p>
          <w:p w14:paraId="3D5A50D4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kitica</w:t>
            </w:r>
            <w:proofErr w:type="spellEnd"/>
          </w:p>
          <w:p w14:paraId="4CDB9E5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color w:val="34444B"/>
                <w:sz w:val="12"/>
              </w:rPr>
              <w:t>rima</w:t>
            </w:r>
          </w:p>
        </w:tc>
      </w:tr>
    </w:tbl>
    <w:p w14:paraId="564A85E0" w14:textId="77777777" w:rsidR="00D27883" w:rsidRDefault="00D27883">
      <w:pPr>
        <w:spacing w:after="40"/>
      </w:pPr>
    </w:p>
    <w:p w14:paraId="03FED146" w14:textId="77777777" w:rsidR="00D27883" w:rsidRDefault="00C327F0">
      <w:pPr>
        <w:pStyle w:val="Naslov2"/>
        <w:spacing w:before="160" w:after="60"/>
      </w:pPr>
      <w:r>
        <w:t xml:space="preserve">6.16 </w:t>
      </w:r>
      <w:proofErr w:type="spellStart"/>
      <w:r>
        <w:t>Pripovedništvo</w:t>
      </w:r>
      <w:proofErr w:type="spellEnd"/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3EFA0518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AF174F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51E2A56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14AE9A7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F27F49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F0A08A1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522A27EC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8A24642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posluša</w:t>
            </w:r>
            <w:proofErr w:type="spellEnd"/>
            <w:r>
              <w:rPr>
                <w:rFonts w:cs="Arial"/>
                <w:color w:val="34444B"/>
                <w:sz w:val="12"/>
              </w:rPr>
              <w:t>/</w:t>
            </w: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doživlja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pripovedno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besedilo</w:t>
            </w:r>
          </w:p>
          <w:p w14:paraId="246E11F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opisuje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povzema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značilnosti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fantazijskih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vrst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realističnih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zgodb</w:t>
            </w:r>
            <w:proofErr w:type="spellEnd"/>
          </w:p>
          <w:p w14:paraId="2DB40F3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ločuje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pravljico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realistične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pripovedi</w:t>
            </w:r>
            <w:proofErr w:type="spellEnd"/>
          </w:p>
          <w:p w14:paraId="6FB88CB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razlike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med </w:t>
            </w:r>
            <w:proofErr w:type="spellStart"/>
            <w:r>
              <w:rPr>
                <w:rFonts w:cs="Arial"/>
                <w:color w:val="34444B"/>
                <w:sz w:val="12"/>
              </w:rPr>
              <w:t>domišljijskim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realnim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svetom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pripovednih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besedilih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5FA48B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kultur in </w:t>
            </w:r>
            <w:proofErr w:type="spellStart"/>
            <w:r>
              <w:rPr>
                <w:rFonts w:cs="Arial"/>
                <w:color w:val="34444B"/>
                <w:sz w:val="12"/>
              </w:rPr>
              <w:t>jezikov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zavedanje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da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bogati</w:t>
            </w:r>
            <w:proofErr w:type="spellEnd"/>
          </w:p>
          <w:p w14:paraId="3DC4ED19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interes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branje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raznovrstnih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</w:t>
            </w:r>
            <w:proofErr w:type="spellEnd"/>
          </w:p>
          <w:p w14:paraId="46C8B6A4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interes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obiskovanje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knjižnice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njeno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vlogo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D139443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3.1.1.1 - </w:t>
            </w:r>
            <w:proofErr w:type="spellStart"/>
            <w:r>
              <w:rPr>
                <w:rFonts w:cs="Arial"/>
                <w:color w:val="34444B"/>
                <w:sz w:val="12"/>
              </w:rPr>
              <w:t>Zaznava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lastno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doživljanje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telesne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občutke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čustva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misli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vrednote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potrebe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želja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</w:t>
            </w:r>
            <w:proofErr w:type="spellStart"/>
            <w:r>
              <w:rPr>
                <w:rFonts w:cs="Arial"/>
                <w:color w:val="34444B"/>
                <w:sz w:val="12"/>
              </w:rPr>
              <w:t>lastno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vedenje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32B8A49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prvine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pravljice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;</w:t>
            </w:r>
          </w:p>
          <w:p w14:paraId="0864D1F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loči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pravljico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realistične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zgodbe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ED8849E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pravljica</w:t>
            </w:r>
            <w:proofErr w:type="spellEnd"/>
          </w:p>
          <w:p w14:paraId="7364739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realistična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zgodba</w:t>
            </w:r>
            <w:proofErr w:type="spellEnd"/>
          </w:p>
          <w:p w14:paraId="6FB3720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pisatelj</w:t>
            </w:r>
            <w:proofErr w:type="spellEnd"/>
          </w:p>
        </w:tc>
      </w:tr>
    </w:tbl>
    <w:p w14:paraId="364A572F" w14:textId="77777777" w:rsidR="00D27883" w:rsidRDefault="00D27883">
      <w:pPr>
        <w:spacing w:after="40"/>
      </w:pPr>
    </w:p>
    <w:p w14:paraId="5CFF86BB" w14:textId="77777777" w:rsidR="00D27883" w:rsidRDefault="00C327F0">
      <w:pPr>
        <w:pStyle w:val="Naslov2"/>
        <w:spacing w:before="160" w:after="60"/>
      </w:pPr>
      <w:r>
        <w:t xml:space="preserve">6.17 </w:t>
      </w:r>
      <w:proofErr w:type="spellStart"/>
      <w:r>
        <w:t>Dramatika</w:t>
      </w:r>
      <w:proofErr w:type="spellEnd"/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05A6F428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1E099E9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07D61A7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180D9F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6CF7151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F3B0120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34C214DF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0F1599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dramsko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besedilo in ga </w:t>
            </w:r>
            <w:proofErr w:type="spellStart"/>
            <w:r>
              <w:rPr>
                <w:rFonts w:cs="Arial"/>
                <w:color w:val="34444B"/>
                <w:sz w:val="12"/>
              </w:rPr>
              <w:t>loči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pripovednega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pesemskega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besedila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6075630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</w:t>
            </w:r>
            <w:proofErr w:type="spellStart"/>
            <w:r>
              <w:rPr>
                <w:rFonts w:cs="Arial"/>
                <w:color w:val="34444B"/>
                <w:sz w:val="12"/>
              </w:rPr>
              <w:t>enostavnih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strategij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pomnjenja</w:t>
            </w:r>
            <w:proofErr w:type="spellEnd"/>
          </w:p>
          <w:p w14:paraId="12826959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sodeluje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 </w:t>
            </w:r>
            <w:proofErr w:type="spellStart"/>
            <w:r>
              <w:rPr>
                <w:rFonts w:cs="Arial"/>
                <w:color w:val="34444B"/>
                <w:sz w:val="12"/>
              </w:rPr>
              <w:t>prireditvah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razstave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proslave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predstave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športni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dogodki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literarna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srečanja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filmske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produkcije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se </w:t>
            </w:r>
            <w:proofErr w:type="spellStart"/>
            <w:r>
              <w:rPr>
                <w:rFonts w:cs="Arial"/>
                <w:color w:val="34444B"/>
                <w:sz w:val="12"/>
              </w:rPr>
              <w:t>vanje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primerno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vključuje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0104331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3.1.3.1 -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lastne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interese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lastnosti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močna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šibka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področja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skladu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njimi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načrtuje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kratkoročne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dolgoročne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cilje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vezane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 </w:t>
            </w:r>
            <w:proofErr w:type="spellStart"/>
            <w:r>
              <w:rPr>
                <w:rFonts w:cs="Arial"/>
                <w:color w:val="34444B"/>
                <w:sz w:val="12"/>
              </w:rPr>
              <w:t>duševno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telesno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socialno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učno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področje</w:t>
            </w:r>
            <w:proofErr w:type="spellEnd"/>
            <w:r>
              <w:rPr>
                <w:rFonts w:cs="Arial"/>
                <w:color w:val="34444B"/>
                <w:sz w:val="12"/>
              </w:rPr>
              <w:t>).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AEE69B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dramsko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besedilo;</w:t>
            </w: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759A2A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dramsko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besedilo</w:t>
            </w:r>
          </w:p>
        </w:tc>
      </w:tr>
    </w:tbl>
    <w:p w14:paraId="14A782EF" w14:textId="77777777" w:rsidR="00D27883" w:rsidRDefault="00D27883">
      <w:pPr>
        <w:spacing w:after="40"/>
      </w:pPr>
    </w:p>
    <w:p w14:paraId="7956CF15" w14:textId="77777777" w:rsidR="00D27883" w:rsidRDefault="00C327F0">
      <w:pPr>
        <w:pStyle w:val="Naslov2"/>
        <w:spacing w:before="160" w:after="60"/>
      </w:pPr>
      <w:r>
        <w:t xml:space="preserve">6.18 </w:t>
      </w:r>
      <w:proofErr w:type="spellStart"/>
      <w:r>
        <w:t>Govorno</w:t>
      </w:r>
      <w:proofErr w:type="spellEnd"/>
      <w:r>
        <w:t xml:space="preserve"> in </w:t>
      </w:r>
      <w:proofErr w:type="spellStart"/>
      <w:r>
        <w:t>pisno</w:t>
      </w:r>
      <w:proofErr w:type="spellEnd"/>
      <w:r>
        <w:t xml:space="preserve"> (po)</w:t>
      </w:r>
      <w:proofErr w:type="spellStart"/>
      <w:r>
        <w:t>ustvarjanje</w:t>
      </w:r>
      <w:proofErr w:type="spellEnd"/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7954FF19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5344AE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F7E77FE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1CE0844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81FECFF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BD3D9BD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7DD2D7BA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CCB614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obnove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že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slišanega</w:t>
            </w:r>
            <w:proofErr w:type="spellEnd"/>
            <w:r>
              <w:rPr>
                <w:rFonts w:cs="Arial"/>
                <w:color w:val="34444B"/>
                <w:sz w:val="12"/>
              </w:rPr>
              <w:t>/</w:t>
            </w:r>
            <w:proofErr w:type="spellStart"/>
            <w:r>
              <w:rPr>
                <w:rFonts w:cs="Arial"/>
                <w:color w:val="34444B"/>
                <w:sz w:val="12"/>
              </w:rPr>
              <w:t>prebranega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besedila s </w:t>
            </w:r>
            <w:proofErr w:type="spellStart"/>
            <w:r>
              <w:rPr>
                <w:rFonts w:cs="Arial"/>
                <w:color w:val="34444B"/>
                <w:sz w:val="12"/>
              </w:rPr>
              <w:t>svojimi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besedami</w:t>
            </w:r>
            <w:proofErr w:type="spellEnd"/>
          </w:p>
          <w:p w14:paraId="3160FE06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tvorjenja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govornega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besedila o </w:t>
            </w:r>
            <w:proofErr w:type="spellStart"/>
            <w:r>
              <w:rPr>
                <w:rFonts w:cs="Arial"/>
                <w:color w:val="34444B"/>
                <w:sz w:val="12"/>
              </w:rPr>
              <w:t>stvarnih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domišljijskih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svetovih</w:t>
            </w:r>
            <w:proofErr w:type="spellEnd"/>
          </w:p>
          <w:p w14:paraId="70FDFC5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tvorjenja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pravljice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po </w:t>
            </w:r>
            <w:proofErr w:type="spellStart"/>
            <w:r>
              <w:rPr>
                <w:rFonts w:cs="Arial"/>
                <w:color w:val="34444B"/>
                <w:sz w:val="12"/>
              </w:rPr>
              <w:t>zgledu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klasične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pravljice</w:t>
            </w:r>
            <w:proofErr w:type="spellEnd"/>
          </w:p>
          <w:p w14:paraId="5AC6F02C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multimodalne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izraze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(z </w:t>
            </w:r>
            <w:proofErr w:type="spellStart"/>
            <w:r>
              <w:rPr>
                <w:rFonts w:cs="Arial"/>
                <w:color w:val="34444B"/>
                <w:sz w:val="12"/>
              </w:rPr>
              <w:t>besedami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sliko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glasbo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animiranimi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podobami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za </w:t>
            </w:r>
            <w:proofErr w:type="spellStart"/>
            <w:r>
              <w:rPr>
                <w:rFonts w:cs="Arial"/>
                <w:color w:val="34444B"/>
                <w:sz w:val="12"/>
              </w:rPr>
              <w:t>upodobitev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svoje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domišljijske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predstave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o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osebah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njihovem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ravnanju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okoliščinah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kot so </w:t>
            </w:r>
            <w:proofErr w:type="spellStart"/>
            <w:r>
              <w:rPr>
                <w:rFonts w:cs="Arial"/>
                <w:color w:val="34444B"/>
                <w:sz w:val="12"/>
              </w:rPr>
              <w:t>kraj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čas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dogajanja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ki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iz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besedila</w:t>
            </w:r>
          </w:p>
          <w:p w14:paraId="1CF89BF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predelave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besedila (</w:t>
            </w:r>
            <w:proofErr w:type="spellStart"/>
            <w:r>
              <w:rPr>
                <w:rFonts w:cs="Arial"/>
                <w:color w:val="34444B"/>
                <w:sz w:val="12"/>
              </w:rPr>
              <w:t>zgodbo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pesem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color w:val="34444B"/>
                <w:sz w:val="12"/>
              </w:rPr>
              <w:t>dramsko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besedilo, </w:t>
            </w:r>
            <w:proofErr w:type="spellStart"/>
            <w:r>
              <w:rPr>
                <w:rFonts w:cs="Arial"/>
                <w:color w:val="34444B"/>
                <w:sz w:val="12"/>
              </w:rPr>
              <w:t>pesem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zgodbo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), oz. v </w:t>
            </w:r>
            <w:proofErr w:type="spellStart"/>
            <w:r>
              <w:rPr>
                <w:rFonts w:cs="Arial"/>
                <w:color w:val="34444B"/>
                <w:sz w:val="12"/>
              </w:rPr>
              <w:t>drugi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medij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npr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. </w:t>
            </w:r>
            <w:proofErr w:type="spellStart"/>
            <w:r>
              <w:rPr>
                <w:rFonts w:cs="Arial"/>
                <w:color w:val="34444B"/>
                <w:sz w:val="12"/>
              </w:rPr>
              <w:t>ilustrira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pesem</w:t>
            </w:r>
            <w:proofErr w:type="spellEnd"/>
            <w:r>
              <w:rPr>
                <w:rFonts w:cs="Arial"/>
                <w:color w:val="34444B"/>
                <w:sz w:val="12"/>
              </w:rPr>
              <w:t>/</w:t>
            </w:r>
            <w:proofErr w:type="spellStart"/>
            <w:r>
              <w:rPr>
                <w:rFonts w:cs="Arial"/>
                <w:color w:val="34444B"/>
                <w:sz w:val="12"/>
              </w:rPr>
              <w:t>zgodbo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tvori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strip, </w:t>
            </w:r>
            <w:proofErr w:type="spellStart"/>
            <w:r>
              <w:rPr>
                <w:rFonts w:cs="Arial"/>
                <w:color w:val="34444B"/>
                <w:sz w:val="12"/>
              </w:rPr>
              <w:t>slikopis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predstavo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color w:val="34444B"/>
                <w:sz w:val="12"/>
              </w:rPr>
              <w:t>prstnimi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lutkami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kamišibaj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animirani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film)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884B76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interes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branje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raznovrstnih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besedil</w:t>
            </w:r>
            <w:proofErr w:type="spellEnd"/>
          </w:p>
          <w:p w14:paraId="667D1F1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ozavešča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pomen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bralno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kulturo</w:t>
            </w:r>
            <w:proofErr w:type="spellEnd"/>
          </w:p>
          <w:p w14:paraId="691DCCE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</w:t>
            </w:r>
            <w:proofErr w:type="spellStart"/>
            <w:r>
              <w:rPr>
                <w:rFonts w:cs="Arial"/>
                <w:color w:val="34444B"/>
                <w:sz w:val="12"/>
              </w:rPr>
              <w:t>pozornega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postavljanja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smiselnih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vprašanj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odzivanja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nanje</w:t>
            </w:r>
            <w:proofErr w:type="spellEnd"/>
          </w:p>
          <w:p w14:paraId="374AB22E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sodeluje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 </w:t>
            </w:r>
            <w:proofErr w:type="spellStart"/>
            <w:r>
              <w:rPr>
                <w:rFonts w:cs="Arial"/>
                <w:color w:val="34444B"/>
                <w:sz w:val="12"/>
              </w:rPr>
              <w:t>prireditvah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razstave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proslave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predstave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športni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dogodki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literarna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srečanja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filmske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produkcije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se </w:t>
            </w:r>
            <w:proofErr w:type="spellStart"/>
            <w:r>
              <w:rPr>
                <w:rFonts w:cs="Arial"/>
                <w:color w:val="34444B"/>
                <w:sz w:val="12"/>
              </w:rPr>
              <w:t>vanje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primerno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vključuje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7A256A4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1.1.4.1 - </w:t>
            </w:r>
            <w:proofErr w:type="spellStart"/>
            <w:r>
              <w:rPr>
                <w:rFonts w:cs="Arial"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vseh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predmetih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redno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bere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izbira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bralna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gradiva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poglobljeno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analizira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kritično </w:t>
            </w:r>
            <w:proofErr w:type="spellStart"/>
            <w:r>
              <w:rPr>
                <w:rFonts w:cs="Arial"/>
                <w:color w:val="34444B"/>
                <w:sz w:val="12"/>
              </w:rPr>
              <w:t>vrednoti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  <w:p w14:paraId="39E2B9CE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1.1.5.1 -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lastne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sporazumevalne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zmožnosti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skozi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nenasilno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komunikacijo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9FEE0B6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Učenec</w:t>
            </w:r>
            <w:proofErr w:type="spellEnd"/>
            <w:r>
              <w:rPr>
                <w:rFonts w:cs="Arial"/>
                <w:color w:val="34444B"/>
                <w:sz w:val="12"/>
              </w:rPr>
              <w:t>:</w:t>
            </w:r>
          </w:p>
          <w:p w14:paraId="51FF8DE4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 xml:space="preserve">-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tvori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ustna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pisna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besedila:</w:t>
            </w:r>
          </w:p>
          <w:p w14:paraId="53F3539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ob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slikanici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(z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besedilom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ali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brez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) s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svojimi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besedami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pripoveduje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zgodbo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(1.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razred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);</w:t>
            </w:r>
          </w:p>
          <w:p w14:paraId="38DBD4E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b/>
                <w:color w:val="34444B"/>
                <w:sz w:val="12"/>
              </w:rPr>
              <w:t xml:space="preserve">po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poslušanju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/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branju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pravljice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tvori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njeno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nadaljevanje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(1., 2.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razred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);</w:t>
            </w:r>
          </w:p>
          <w:p w14:paraId="64836919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recitira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/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deklamira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pesem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(1. in 2.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razred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)</w:t>
            </w:r>
            <w:r>
              <w:rPr>
                <w:rFonts w:cs="Arial"/>
                <w:color w:val="34444B"/>
                <w:sz w:val="12"/>
              </w:rPr>
              <w:t>;</w:t>
            </w: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063D35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ilustracija</w:t>
            </w:r>
            <w:proofErr w:type="spellEnd"/>
          </w:p>
          <w:p w14:paraId="30AFF36C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color w:val="34444B"/>
                <w:sz w:val="12"/>
              </w:rPr>
              <w:t>strip</w:t>
            </w:r>
          </w:p>
          <w:p w14:paraId="691A33E6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slikopis</w:t>
            </w:r>
            <w:proofErr w:type="spellEnd"/>
          </w:p>
          <w:p w14:paraId="2D45EB34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lutka</w:t>
            </w:r>
            <w:proofErr w:type="spellEnd"/>
          </w:p>
          <w:p w14:paraId="6E5CEBE6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naslov</w:t>
            </w:r>
            <w:proofErr w:type="spellEnd"/>
          </w:p>
        </w:tc>
      </w:tr>
    </w:tbl>
    <w:p w14:paraId="1CAB0078" w14:textId="77777777" w:rsidR="00D27883" w:rsidRDefault="00D27883">
      <w:pPr>
        <w:spacing w:after="40"/>
      </w:pPr>
    </w:p>
    <w:p w14:paraId="673DC5D8" w14:textId="77777777" w:rsidR="00D27883" w:rsidRDefault="00C327F0">
      <w:pPr>
        <w:pStyle w:val="Naslov2"/>
        <w:spacing w:before="160" w:after="60"/>
      </w:pPr>
      <w:r>
        <w:lastRenderedPageBreak/>
        <w:t xml:space="preserve">6.19 </w:t>
      </w:r>
      <w:proofErr w:type="spellStart"/>
      <w:r>
        <w:t>Ustvarjalci</w:t>
      </w:r>
      <w:proofErr w:type="spellEnd"/>
      <w:r>
        <w:t xml:space="preserve"> in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književna</w:t>
      </w:r>
      <w:proofErr w:type="spellEnd"/>
      <w:r>
        <w:t xml:space="preserve"> dela </w:t>
      </w:r>
      <w:proofErr w:type="spellStart"/>
      <w:r>
        <w:t>ter</w:t>
      </w:r>
      <w:proofErr w:type="spellEnd"/>
      <w:r>
        <w:t xml:space="preserve"> </w:t>
      </w:r>
      <w:proofErr w:type="spellStart"/>
      <w:r>
        <w:t>slovstvena</w:t>
      </w:r>
      <w:proofErr w:type="spellEnd"/>
      <w:r>
        <w:t xml:space="preserve"> </w:t>
      </w:r>
      <w:proofErr w:type="spellStart"/>
      <w:r>
        <w:t>folklora</w:t>
      </w:r>
      <w:proofErr w:type="spellEnd"/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5415EFF5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DBEFE5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B8F0AC4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99CF498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603A92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B3B43A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3C393A4D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8A3708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avtorje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otroške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njihova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besedila/dela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ilustratorje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književnih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del</w:t>
            </w:r>
          </w:p>
          <w:p w14:paraId="611FF14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slovstveno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folkloro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ljudske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pesmi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(tudi </w:t>
            </w:r>
            <w:proofErr w:type="spellStart"/>
            <w:r>
              <w:rPr>
                <w:rFonts w:cs="Arial"/>
                <w:color w:val="34444B"/>
                <w:sz w:val="12"/>
              </w:rPr>
              <w:t>izštevanke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zafrkljivke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</w:t>
            </w:r>
            <w:proofErr w:type="spellStart"/>
            <w:r>
              <w:rPr>
                <w:rFonts w:cs="Arial"/>
                <w:color w:val="34444B"/>
                <w:sz w:val="12"/>
              </w:rPr>
              <w:t>slovenske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ljudske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pravljice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pripovedke</w:t>
            </w:r>
            <w:proofErr w:type="spellEnd"/>
            <w:r>
              <w:rPr>
                <w:rFonts w:cs="Arial"/>
                <w:color w:val="34444B"/>
                <w:sz w:val="12"/>
              </w:rPr>
              <w:t>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17850FE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kultur in </w:t>
            </w:r>
            <w:proofErr w:type="spellStart"/>
            <w:r>
              <w:rPr>
                <w:rFonts w:cs="Arial"/>
                <w:color w:val="34444B"/>
                <w:sz w:val="12"/>
              </w:rPr>
              <w:t>jezikov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zavedanje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da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bogati</w:t>
            </w:r>
            <w:proofErr w:type="spellEnd"/>
          </w:p>
          <w:p w14:paraId="1FC7E11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uči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</w:t>
            </w:r>
            <w:proofErr w:type="spellStart"/>
            <w:r>
              <w:rPr>
                <w:rFonts w:cs="Arial"/>
                <w:color w:val="34444B"/>
                <w:sz w:val="12"/>
              </w:rPr>
              <w:t>pozornega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postavljanja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smiselnih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vprašanj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odzivanja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nanje</w:t>
            </w:r>
            <w:proofErr w:type="spellEnd"/>
          </w:p>
          <w:p w14:paraId="5212E76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sodeluje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 </w:t>
            </w:r>
            <w:proofErr w:type="spellStart"/>
            <w:r>
              <w:rPr>
                <w:rFonts w:cs="Arial"/>
                <w:color w:val="34444B"/>
                <w:sz w:val="12"/>
              </w:rPr>
              <w:t>prireditvah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razstave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proslave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predstave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športni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dogodki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literarna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srečanja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filmske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produkcije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se </w:t>
            </w:r>
            <w:proofErr w:type="spellStart"/>
            <w:r>
              <w:rPr>
                <w:rFonts w:cs="Arial"/>
                <w:color w:val="34444B"/>
                <w:sz w:val="12"/>
              </w:rPr>
              <w:t>vanje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primerno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vključuje</w:t>
            </w:r>
            <w:proofErr w:type="spellEnd"/>
          </w:p>
          <w:p w14:paraId="3A442F2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bogati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besedišče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ga </w:t>
            </w:r>
            <w:proofErr w:type="spellStart"/>
            <w:r>
              <w:rPr>
                <w:rFonts w:cs="Arial"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sporazumevanju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4D22271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3.3.1.2 - </w:t>
            </w:r>
            <w:proofErr w:type="spellStart"/>
            <w:r>
              <w:rPr>
                <w:rFonts w:cs="Arial"/>
                <w:color w:val="34444B"/>
                <w:sz w:val="12"/>
              </w:rPr>
              <w:t>Zaveda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se in </w:t>
            </w:r>
            <w:proofErr w:type="spellStart"/>
            <w:r>
              <w:rPr>
                <w:rFonts w:cs="Arial"/>
                <w:color w:val="34444B"/>
                <w:sz w:val="12"/>
              </w:rPr>
              <w:t>prepoznava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raznolikosti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ožjih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oddelek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vrstniki, </w:t>
            </w:r>
            <w:proofErr w:type="spellStart"/>
            <w:r>
              <w:rPr>
                <w:rFonts w:cs="Arial"/>
                <w:color w:val="34444B"/>
                <w:sz w:val="12"/>
              </w:rPr>
              <w:t>družina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</w:t>
            </w:r>
            <w:proofErr w:type="spellStart"/>
            <w:r>
              <w:rPr>
                <w:rFonts w:cs="Arial"/>
                <w:color w:val="34444B"/>
                <w:sz w:val="12"/>
              </w:rPr>
              <w:t>širših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okoljih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(šola, </w:t>
            </w:r>
            <w:proofErr w:type="spellStart"/>
            <w:r>
              <w:rPr>
                <w:rFonts w:cs="Arial"/>
                <w:color w:val="34444B"/>
                <w:sz w:val="12"/>
              </w:rPr>
              <w:t>lokalna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skupnost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družba</w:t>
            </w:r>
            <w:proofErr w:type="spellEnd"/>
            <w:r>
              <w:rPr>
                <w:rFonts w:cs="Arial"/>
                <w:color w:val="34444B"/>
                <w:sz w:val="12"/>
              </w:rPr>
              <w:t>)</w:t>
            </w:r>
          </w:p>
          <w:p w14:paraId="6C802E20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3.3.2.1 - </w:t>
            </w: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spretnosti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aktivnega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poslušanja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asertivne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komunikacije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izražanja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zanimanja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skrbi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druge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C76831B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Učenec</w:t>
            </w:r>
            <w:proofErr w:type="spellEnd"/>
            <w:r>
              <w:rPr>
                <w:rFonts w:cs="Arial"/>
                <w:color w:val="34444B"/>
                <w:sz w:val="12"/>
              </w:rPr>
              <w:t>:</w:t>
            </w:r>
          </w:p>
          <w:p w14:paraId="3990517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pozna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,</w:t>
            </w:r>
            <w:r>
              <w:rPr>
                <w:rFonts w:cs="Arial"/>
                <w:color w:val="34444B"/>
                <w:sz w:val="12"/>
              </w:rPr>
              <w:t> </w:t>
            </w:r>
            <w:proofErr w:type="spellStart"/>
            <w:r>
              <w:rPr>
                <w:rFonts w:cs="Arial"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ovrednoti</w:t>
            </w:r>
            <w:proofErr w:type="spellEnd"/>
            <w:r>
              <w:rPr>
                <w:rFonts w:cs="Arial"/>
                <w:color w:val="34444B"/>
                <w:sz w:val="12"/>
              </w:rPr>
              <w:t> 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književna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besedila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obvezno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obravnavanih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književnikov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književnic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izbrane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slovenske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ljudske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pravljice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pravljice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bratov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Grimm;</w:t>
            </w:r>
          </w:p>
          <w:p w14:paraId="7093087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pozna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,</w:t>
            </w:r>
            <w:r>
              <w:rPr>
                <w:rFonts w:cs="Arial"/>
                <w:color w:val="34444B"/>
                <w:sz w:val="12"/>
              </w:rPr>
              <w:t> </w:t>
            </w:r>
            <w:proofErr w:type="spellStart"/>
            <w:r>
              <w:rPr>
                <w:rFonts w:cs="Arial"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ovrednoti</w:t>
            </w:r>
            <w:proofErr w:type="spellEnd"/>
            <w:r>
              <w:rPr>
                <w:rFonts w:cs="Arial"/>
                <w:color w:val="34444B"/>
                <w:sz w:val="12"/>
              </w:rPr>
              <w:t> 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vsaj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eno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besedilo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sodobnega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avtorja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/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sodobne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avtorice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po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izbiri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učitelja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učencev;</w:t>
            </w:r>
          </w:p>
          <w:p w14:paraId="53B8B830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pozna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,</w:t>
            </w:r>
            <w:r>
              <w:rPr>
                <w:rFonts w:cs="Arial"/>
                <w:color w:val="34444B"/>
                <w:sz w:val="12"/>
              </w:rPr>
              <w:t> </w:t>
            </w:r>
            <w:proofErr w:type="spellStart"/>
            <w:r>
              <w:rPr>
                <w:rFonts w:cs="Arial"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ovrednoti</w:t>
            </w:r>
            <w:proofErr w:type="spellEnd"/>
            <w:r>
              <w:rPr>
                <w:rFonts w:cs="Arial"/>
                <w:color w:val="34444B"/>
                <w:sz w:val="12"/>
              </w:rPr>
              <w:t> 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najmanj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eno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celovito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kakovostno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slikanico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na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posamezni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razred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najmanj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eno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kakovostno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dramsko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besedilo (lahko tudi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predstavo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);</w:t>
            </w:r>
          </w:p>
          <w:p w14:paraId="707EE61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pozna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slovenske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ljudske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pesmi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 in </w:t>
            </w:r>
            <w:proofErr w:type="spellStart"/>
            <w:r>
              <w:rPr>
                <w:rFonts w:cs="Arial"/>
                <w:color w:val="34444B"/>
                <w:sz w:val="12"/>
              </w:rPr>
              <w:t>njihove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značilnosti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4F4F278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uporabi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ljudsko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pesem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različnih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kontekstih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npr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.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petje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recitiranje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);</w:t>
            </w:r>
          </w:p>
          <w:p w14:paraId="2AAD227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pozna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slovenske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ljudske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pravljice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pripovedke</w:t>
            </w:r>
            <w:proofErr w:type="spellEnd"/>
            <w:r>
              <w:rPr>
                <w:rFonts w:cs="Arial"/>
                <w:color w:val="34444B"/>
                <w:sz w:val="12"/>
              </w:rPr>
              <w:t> </w:t>
            </w:r>
            <w:proofErr w:type="spellStart"/>
            <w:r>
              <w:rPr>
                <w:rFonts w:cs="Arial"/>
                <w:color w:val="34444B"/>
                <w:sz w:val="12"/>
              </w:rPr>
              <w:t>ter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njihove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značilnosti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4F100BB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uporabi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slovensko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ljudsko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pravljico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pripovedko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color w:val="34444B"/>
                <w:sz w:val="12"/>
              </w:rPr>
              <w:t>različnih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kontekstih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npr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. </w:t>
            </w:r>
            <w:proofErr w:type="spellStart"/>
            <w:r>
              <w:rPr>
                <w:rFonts w:cs="Arial"/>
                <w:color w:val="34444B"/>
                <w:sz w:val="12"/>
              </w:rPr>
              <w:t>pripovedovanje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dramatizacija</w:t>
            </w:r>
            <w:proofErr w:type="spellEnd"/>
            <w:r>
              <w:rPr>
                <w:rFonts w:cs="Arial"/>
                <w:color w:val="34444B"/>
                <w:sz w:val="12"/>
              </w:rPr>
              <w:t>);</w:t>
            </w:r>
          </w:p>
          <w:p w14:paraId="359D64A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b/>
                <w:color w:val="34444B"/>
                <w:sz w:val="12"/>
              </w:rPr>
              <w:t>uporabi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izštevanko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v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igri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.</w:t>
            </w:r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22C702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ljudska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pravljica</w:t>
            </w:r>
            <w:proofErr w:type="spellEnd"/>
          </w:p>
          <w:p w14:paraId="2DD8700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ljudska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pesem</w:t>
            </w:r>
            <w:proofErr w:type="spellEnd"/>
          </w:p>
          <w:p w14:paraId="634F6662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izštevanka</w:t>
            </w:r>
            <w:proofErr w:type="spellEnd"/>
          </w:p>
          <w:p w14:paraId="7817984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pripovedka</w:t>
            </w:r>
            <w:proofErr w:type="spellEnd"/>
          </w:p>
        </w:tc>
      </w:tr>
    </w:tbl>
    <w:p w14:paraId="7A7E6E77" w14:textId="77777777" w:rsidR="00D27883" w:rsidRDefault="00D27883">
      <w:pPr>
        <w:spacing w:after="40"/>
      </w:pPr>
    </w:p>
    <w:p w14:paraId="5F60CAE8" w14:textId="77777777" w:rsidR="00D27883" w:rsidRDefault="00C327F0">
      <w:pPr>
        <w:pStyle w:val="Naslov2"/>
        <w:spacing w:before="160" w:after="60"/>
      </w:pPr>
      <w:r>
        <w:t xml:space="preserve">6.20 </w:t>
      </w:r>
      <w:proofErr w:type="spellStart"/>
      <w:r>
        <w:t>Literarnovedni</w:t>
      </w:r>
      <w:proofErr w:type="spellEnd"/>
      <w:r>
        <w:t xml:space="preserve"> </w:t>
      </w:r>
      <w:proofErr w:type="spellStart"/>
      <w:r>
        <w:t>izrazi</w:t>
      </w:r>
      <w:proofErr w:type="spellEnd"/>
    </w:p>
    <w:tbl>
      <w:tblPr>
        <w:tblStyle w:val="Tabelamrea"/>
        <w:tblW w:w="15398" w:type="dxa"/>
        <w:tblInd w:w="55" w:type="dxa"/>
        <w:tblLayout w:type="fixed"/>
        <w:tblLook w:val="04A0" w:firstRow="1" w:lastRow="0" w:firstColumn="1" w:lastColumn="0" w:noHBand="0" w:noVBand="1"/>
      </w:tblPr>
      <w:tblGrid>
        <w:gridCol w:w="4311"/>
        <w:gridCol w:w="3542"/>
        <w:gridCol w:w="2772"/>
        <w:gridCol w:w="3542"/>
        <w:gridCol w:w="1231"/>
      </w:tblGrid>
      <w:tr w:rsidR="00D27883" w14:paraId="68AAD501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F5513E7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Obvezni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(O)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DE954CB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Povezovalni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B66BB5A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Skupni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cilji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2E29BC" w14:textId="77777777" w:rsidR="00D27883" w:rsidRDefault="00000000">
            <w:pPr>
              <w:keepNext/>
              <w:spacing w:after="0" w:line="240" w:lineRule="auto"/>
              <w:jc w:val="center"/>
            </w:pPr>
            <w:proofErr w:type="spellStart"/>
            <w:r>
              <w:rPr>
                <w:rFonts w:cs="Arial"/>
                <w:b/>
                <w:color w:val="FFFFFF"/>
                <w:sz w:val="13"/>
              </w:rPr>
              <w:t>Standardi</w:t>
            </w:r>
            <w:proofErr w:type="spellEnd"/>
            <w:r>
              <w:rPr>
                <w:rFonts w:cs="Arial"/>
                <w:b/>
                <w:color w:val="FFFFFF"/>
                <w:sz w:val="13"/>
              </w:rPr>
              <w:t xml:space="preserve"> </w:t>
            </w:r>
            <w:proofErr w:type="spellStart"/>
            <w:r>
              <w:rPr>
                <w:rFonts w:cs="Arial"/>
                <w:b/>
                <w:color w:val="FFFFFF"/>
                <w:sz w:val="13"/>
              </w:rPr>
              <w:t>znanja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2F739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903FA6C" w14:textId="77777777" w:rsidR="00D27883" w:rsidRDefault="00000000">
            <w:pPr>
              <w:keepNext/>
              <w:spacing w:after="0" w:line="240" w:lineRule="auto"/>
              <w:jc w:val="center"/>
            </w:pPr>
            <w:r>
              <w:rPr>
                <w:rFonts w:cs="Arial"/>
                <w:b/>
                <w:color w:val="FFFFFF"/>
                <w:sz w:val="13"/>
              </w:rPr>
              <w:t>Termini</w:t>
            </w:r>
          </w:p>
        </w:tc>
      </w:tr>
      <w:tr w:rsidR="00D27883" w14:paraId="13AF7C03" w14:textId="77777777">
        <w:trPr>
          <w:cantSplit/>
        </w:trPr>
        <w:tc>
          <w:tcPr>
            <w:tcW w:w="431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CBA640C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razvija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razumevanje in </w:t>
            </w:r>
            <w:proofErr w:type="spellStart"/>
            <w:r>
              <w:rPr>
                <w:rFonts w:cs="Arial"/>
                <w:color w:val="34444B"/>
                <w:sz w:val="12"/>
              </w:rPr>
              <w:t>uporabo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literarnoteoretičnih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pojmov</w:t>
            </w:r>
            <w:proofErr w:type="spellEnd"/>
            <w:r>
              <w:rPr>
                <w:rFonts w:cs="Arial"/>
                <w:color w:val="34444B"/>
                <w:sz w:val="12"/>
              </w:rPr>
              <w:t>.</w:t>
            </w:r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59D14A7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-  </w:t>
            </w:r>
            <w:proofErr w:type="spellStart"/>
            <w:r>
              <w:rPr>
                <w:rFonts w:cs="Arial"/>
                <w:color w:val="34444B"/>
                <w:sz w:val="12"/>
              </w:rPr>
              <w:t>sodeluje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na </w:t>
            </w:r>
            <w:proofErr w:type="spellStart"/>
            <w:r>
              <w:rPr>
                <w:rFonts w:cs="Arial"/>
                <w:color w:val="34444B"/>
                <w:sz w:val="12"/>
              </w:rPr>
              <w:t>prireditvah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razstave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proslave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predstave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športni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dogodki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literarna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srečanja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filmske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produkcije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 in se </w:t>
            </w:r>
            <w:proofErr w:type="spellStart"/>
            <w:r>
              <w:rPr>
                <w:rFonts w:cs="Arial"/>
                <w:color w:val="34444B"/>
                <w:sz w:val="12"/>
              </w:rPr>
              <w:t>vanje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primerno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vključuje</w:t>
            </w:r>
            <w:proofErr w:type="spellEnd"/>
          </w:p>
        </w:tc>
        <w:tc>
          <w:tcPr>
            <w:tcW w:w="277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62DFA8C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  <w:sz w:val="12"/>
              </w:rPr>
              <w:t xml:space="preserve">1.1.2.2 - Se </w:t>
            </w:r>
            <w:proofErr w:type="spellStart"/>
            <w:r>
              <w:rPr>
                <w:rFonts w:cs="Arial"/>
                <w:color w:val="34444B"/>
                <w:sz w:val="12"/>
              </w:rPr>
              <w:t>izraža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 </w:t>
            </w:r>
            <w:proofErr w:type="spellStart"/>
            <w:r>
              <w:rPr>
                <w:rFonts w:cs="Arial"/>
                <w:color w:val="34444B"/>
                <w:sz w:val="12"/>
              </w:rPr>
              <w:t>ustrezno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terminologijo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predmeta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skrbi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za </w:t>
            </w:r>
            <w:proofErr w:type="spellStart"/>
            <w:r>
              <w:rPr>
                <w:rFonts w:cs="Arial"/>
                <w:color w:val="34444B"/>
                <w:sz w:val="12"/>
              </w:rPr>
              <w:t>ustrezno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govorno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pisno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raven </w:t>
            </w:r>
            <w:proofErr w:type="spellStart"/>
            <w:r>
              <w:rPr>
                <w:rFonts w:cs="Arial"/>
                <w:color w:val="34444B"/>
                <w:sz w:val="12"/>
              </w:rPr>
              <w:t>svojega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strokovnega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jezika</w:t>
            </w:r>
            <w:proofErr w:type="spellEnd"/>
          </w:p>
        </w:tc>
        <w:tc>
          <w:tcPr>
            <w:tcW w:w="3542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CF1A952" w14:textId="77777777" w:rsidR="00D27883" w:rsidRDefault="00000000">
            <w:pPr>
              <w:spacing w:after="0" w:line="240" w:lineRule="auto"/>
            </w:pPr>
            <w:proofErr w:type="spellStart"/>
            <w:r>
              <w:rPr>
                <w:rFonts w:cs="Arial"/>
                <w:color w:val="34444B"/>
                <w:sz w:val="12"/>
              </w:rPr>
              <w:t>Učenec</w:t>
            </w:r>
            <w:proofErr w:type="spellEnd"/>
            <w:r>
              <w:rPr>
                <w:rFonts w:cs="Arial"/>
                <w:color w:val="34444B"/>
                <w:sz w:val="12"/>
              </w:rPr>
              <w:t>:</w:t>
            </w:r>
          </w:p>
          <w:p w14:paraId="0DF98E2D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-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prepozna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uporabi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literarnoteoretične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pojme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>:</w:t>
            </w:r>
          </w:p>
          <w:p w14:paraId="39D010A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naslov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pisatelj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pravljica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pripovedka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realistična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zgodba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ilustrator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ilustracija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7E1C2C0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pesnik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pesem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kitica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(2. </w:t>
            </w:r>
            <w:proofErr w:type="spellStart"/>
            <w:r>
              <w:rPr>
                <w:rFonts w:cs="Arial"/>
                <w:color w:val="34444B"/>
                <w:sz w:val="12"/>
              </w:rPr>
              <w:t>razred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), rima (2. </w:t>
            </w:r>
            <w:proofErr w:type="spellStart"/>
            <w:r>
              <w:rPr>
                <w:rFonts w:cs="Arial"/>
                <w:color w:val="34444B"/>
                <w:sz w:val="12"/>
              </w:rPr>
              <w:t>razred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), </w:t>
            </w:r>
            <w:proofErr w:type="spellStart"/>
            <w:r>
              <w:rPr>
                <w:rFonts w:cs="Arial"/>
                <w:color w:val="34444B"/>
                <w:sz w:val="12"/>
              </w:rPr>
              <w:t>izštevanka</w:t>
            </w:r>
            <w:proofErr w:type="spellEnd"/>
            <w:r>
              <w:rPr>
                <w:rFonts w:cs="Arial"/>
                <w:color w:val="34444B"/>
                <w:sz w:val="12"/>
              </w:rPr>
              <w:t>;</w:t>
            </w:r>
          </w:p>
          <w:p w14:paraId="19D347A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predstava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(</w:t>
            </w:r>
            <w:proofErr w:type="spellStart"/>
            <w:r>
              <w:rPr>
                <w:rFonts w:cs="Arial"/>
                <w:color w:val="34444B"/>
                <w:sz w:val="12"/>
              </w:rPr>
              <w:t>gledališka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color w:val="34444B"/>
                <w:sz w:val="12"/>
              </w:rPr>
              <w:t>lutkovna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), </w:t>
            </w:r>
            <w:proofErr w:type="spellStart"/>
            <w:r>
              <w:rPr>
                <w:rFonts w:cs="Arial"/>
                <w:color w:val="34444B"/>
                <w:sz w:val="12"/>
              </w:rPr>
              <w:t>igralec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oder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color w:val="34444B"/>
                <w:sz w:val="12"/>
              </w:rPr>
              <w:t>igrani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film, </w:t>
            </w:r>
            <w:proofErr w:type="spellStart"/>
            <w:r>
              <w:rPr>
                <w:rFonts w:cs="Arial"/>
                <w:color w:val="34444B"/>
                <w:sz w:val="12"/>
              </w:rPr>
              <w:t>animirani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film;</w:t>
            </w:r>
          </w:p>
          <w:p w14:paraId="597032B9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b/>
                <w:color w:val="34444B"/>
                <w:sz w:val="12"/>
              </w:rPr>
              <w:t>-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pozna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,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razume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in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uporablja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s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učnim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načrtom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določene</w:t>
            </w:r>
            <w:proofErr w:type="spellEnd"/>
            <w:r>
              <w:rPr>
                <w:rFonts w:cs="Arial"/>
                <w:b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b/>
                <w:color w:val="34444B"/>
                <w:sz w:val="12"/>
              </w:rPr>
              <w:t>termine</w:t>
            </w:r>
            <w:proofErr w:type="spellEnd"/>
          </w:p>
        </w:tc>
        <w:tc>
          <w:tcPr>
            <w:tcW w:w="1231" w:type="dxa"/>
            <w:tcBorders>
              <w:top w:val="single" w:sz="5" w:space="0" w:color="C7D3D7"/>
              <w:left w:val="single" w:sz="5" w:space="0" w:color="C7D3D7"/>
              <w:bottom w:val="single" w:sz="5" w:space="0" w:color="C7D3D7"/>
              <w:right w:val="single" w:sz="5" w:space="0" w:color="C7D3D7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056BC5F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naslov</w:t>
            </w:r>
            <w:proofErr w:type="spellEnd"/>
          </w:p>
          <w:p w14:paraId="5A856832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pisatelj</w:t>
            </w:r>
            <w:proofErr w:type="spellEnd"/>
          </w:p>
          <w:p w14:paraId="4AFB1E48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pravljica</w:t>
            </w:r>
            <w:proofErr w:type="spellEnd"/>
          </w:p>
          <w:p w14:paraId="1EC57B0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pripovedka</w:t>
            </w:r>
            <w:proofErr w:type="spellEnd"/>
          </w:p>
          <w:p w14:paraId="190CE72D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realistična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</w:t>
            </w:r>
            <w:proofErr w:type="spellStart"/>
            <w:r>
              <w:rPr>
                <w:rFonts w:cs="Arial"/>
                <w:color w:val="34444B"/>
                <w:sz w:val="12"/>
              </w:rPr>
              <w:t>zgodba</w:t>
            </w:r>
            <w:proofErr w:type="spellEnd"/>
          </w:p>
          <w:p w14:paraId="1F0D6EF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ilustrator</w:t>
            </w:r>
            <w:proofErr w:type="spellEnd"/>
          </w:p>
          <w:p w14:paraId="61667D07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ilustracija</w:t>
            </w:r>
            <w:proofErr w:type="spellEnd"/>
          </w:p>
          <w:p w14:paraId="33D74F1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pesnik</w:t>
            </w:r>
            <w:proofErr w:type="spellEnd"/>
          </w:p>
          <w:p w14:paraId="6601B4CA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pesem</w:t>
            </w:r>
            <w:proofErr w:type="spellEnd"/>
          </w:p>
          <w:p w14:paraId="6A81934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kitica</w:t>
            </w:r>
            <w:proofErr w:type="spellEnd"/>
          </w:p>
          <w:p w14:paraId="07FB17B5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r>
              <w:rPr>
                <w:rFonts w:cs="Arial"/>
                <w:color w:val="34444B"/>
                <w:sz w:val="12"/>
              </w:rPr>
              <w:t>rima</w:t>
            </w:r>
          </w:p>
          <w:p w14:paraId="46C92E3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izštevanka</w:t>
            </w:r>
            <w:proofErr w:type="spellEnd"/>
          </w:p>
          <w:p w14:paraId="2EFF5F1B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predstava</w:t>
            </w:r>
            <w:proofErr w:type="spellEnd"/>
          </w:p>
          <w:p w14:paraId="15F06833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igralec</w:t>
            </w:r>
            <w:proofErr w:type="spellEnd"/>
          </w:p>
          <w:p w14:paraId="42DA3AC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oder</w:t>
            </w:r>
            <w:proofErr w:type="spellEnd"/>
          </w:p>
          <w:p w14:paraId="490CC9DE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igrani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film</w:t>
            </w:r>
          </w:p>
          <w:p w14:paraId="0AA915A1" w14:textId="77777777" w:rsidR="00D27883" w:rsidRDefault="00000000">
            <w:pPr>
              <w:pStyle w:val="Oznaenseznam"/>
              <w:spacing w:after="0" w:line="240" w:lineRule="auto"/>
              <w:ind w:left="180" w:hanging="120"/>
            </w:pPr>
            <w:proofErr w:type="spellStart"/>
            <w:r>
              <w:rPr>
                <w:rFonts w:cs="Arial"/>
                <w:color w:val="34444B"/>
                <w:sz w:val="12"/>
              </w:rPr>
              <w:t>animirani</w:t>
            </w:r>
            <w:proofErr w:type="spellEnd"/>
            <w:r>
              <w:rPr>
                <w:rFonts w:cs="Arial"/>
                <w:color w:val="34444B"/>
                <w:sz w:val="12"/>
              </w:rPr>
              <w:t xml:space="preserve"> film</w:t>
            </w:r>
          </w:p>
        </w:tc>
      </w:tr>
    </w:tbl>
    <w:p w14:paraId="4E352D3F" w14:textId="77777777" w:rsidR="00D27883" w:rsidRDefault="00D27883">
      <w:pPr>
        <w:spacing w:after="40"/>
      </w:pPr>
    </w:p>
    <w:p w14:paraId="69159F87" w14:textId="77777777" w:rsidR="00D27883" w:rsidRDefault="00D27883">
      <w:pPr>
        <w:sectPr w:rsidR="00D27883">
          <w:headerReference w:type="default" r:id="rId9"/>
          <w:footerReference w:type="default" r:id="rId10"/>
          <w:pgSz w:w="16838" w:h="11906" w:orient="landscape"/>
          <w:pgMar w:top="680" w:right="720" w:bottom="737" w:left="720" w:header="340" w:footer="397" w:gutter="0"/>
          <w:cols w:space="720"/>
          <w:docGrid w:linePitch="360"/>
        </w:sectPr>
      </w:pPr>
    </w:p>
    <w:p w14:paraId="7D95EF7B" w14:textId="77777777" w:rsidR="00D27883" w:rsidRPr="00C327F0" w:rsidRDefault="00C327F0">
      <w:pPr>
        <w:pStyle w:val="Naslov1"/>
        <w:spacing w:before="140" w:after="80"/>
      </w:pPr>
      <w:r w:rsidRPr="00C327F0">
        <w:rPr>
          <w:rFonts w:ascii="Arial" w:eastAsia="Arial" w:hAnsi="Arial"/>
          <w:color w:val="173B4D"/>
        </w:rPr>
        <w:lastRenderedPageBreak/>
        <w:t xml:space="preserve">7. </w:t>
      </w:r>
      <w:proofErr w:type="spellStart"/>
      <w:r w:rsidRPr="00C327F0">
        <w:rPr>
          <w:rFonts w:ascii="Arial" w:eastAsia="Arial" w:hAnsi="Arial"/>
          <w:color w:val="173B4D"/>
        </w:rPr>
        <w:t>Prilagoditve</w:t>
      </w:r>
      <w:proofErr w:type="spellEnd"/>
      <w:r w:rsidRPr="00C327F0">
        <w:rPr>
          <w:rFonts w:ascii="Arial" w:eastAsia="Arial" w:hAnsi="Arial"/>
          <w:color w:val="173B4D"/>
        </w:rPr>
        <w:t xml:space="preserve">, evidence in </w:t>
      </w:r>
      <w:proofErr w:type="spellStart"/>
      <w:r w:rsidRPr="00C327F0">
        <w:rPr>
          <w:rFonts w:ascii="Arial" w:eastAsia="Arial" w:hAnsi="Arial"/>
          <w:color w:val="173B4D"/>
        </w:rPr>
        <w:t>viri</w:t>
      </w:r>
      <w:proofErr w:type="spellEnd"/>
    </w:p>
    <w:p w14:paraId="7C114208" w14:textId="77777777" w:rsidR="00D27883" w:rsidRDefault="00C327F0">
      <w:pPr>
        <w:pStyle w:val="Naslov2"/>
        <w:spacing w:before="80" w:after="60"/>
      </w:pPr>
      <w:r>
        <w:rPr>
          <w:rFonts w:ascii="Arial" w:eastAsia="Arial" w:hAnsi="Arial"/>
          <w:color w:val="2E6D8E"/>
          <w:sz w:val="24"/>
        </w:rPr>
        <w:t xml:space="preserve">7.1 </w:t>
      </w:r>
      <w:proofErr w:type="spellStart"/>
      <w:r>
        <w:rPr>
          <w:rFonts w:ascii="Arial" w:eastAsia="Arial" w:hAnsi="Arial"/>
          <w:color w:val="2E6D8E"/>
          <w:sz w:val="24"/>
        </w:rPr>
        <w:t>Sprotna</w:t>
      </w:r>
      <w:proofErr w:type="spellEnd"/>
      <w:r>
        <w:rPr>
          <w:rFonts w:ascii="Arial" w:eastAsia="Arial" w:hAnsi="Arial"/>
          <w:color w:val="2E6D8E"/>
          <w:sz w:val="24"/>
        </w:rPr>
        <w:t xml:space="preserve"> </w:t>
      </w:r>
      <w:proofErr w:type="spellStart"/>
      <w:r>
        <w:rPr>
          <w:rFonts w:ascii="Arial" w:eastAsia="Arial" w:hAnsi="Arial"/>
          <w:color w:val="2E6D8E"/>
          <w:sz w:val="24"/>
        </w:rPr>
        <w:t>evidenca</w:t>
      </w:r>
      <w:proofErr w:type="spellEnd"/>
      <w:r>
        <w:rPr>
          <w:rFonts w:ascii="Arial" w:eastAsia="Arial" w:hAnsi="Arial"/>
          <w:color w:val="2E6D8E"/>
          <w:sz w:val="24"/>
        </w:rPr>
        <w:t xml:space="preserve"> in </w:t>
      </w:r>
      <w:proofErr w:type="spellStart"/>
      <w:r>
        <w:rPr>
          <w:rFonts w:ascii="Arial" w:eastAsia="Arial" w:hAnsi="Arial"/>
          <w:color w:val="2E6D8E"/>
          <w:sz w:val="24"/>
        </w:rPr>
        <w:t>prilagajanje</w:t>
      </w:r>
      <w:proofErr w:type="spellEnd"/>
    </w:p>
    <w:p w14:paraId="3D1F32F4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  <w:sz w:val="17"/>
        </w:rPr>
        <w:t>Učitelj</w:t>
      </w:r>
      <w:proofErr w:type="spellEnd"/>
      <w:r>
        <w:rPr>
          <w:color w:val="203038"/>
          <w:sz w:val="17"/>
        </w:rPr>
        <w:t>/-</w:t>
      </w:r>
      <w:proofErr w:type="spellStart"/>
      <w:r>
        <w:rPr>
          <w:color w:val="203038"/>
          <w:sz w:val="17"/>
        </w:rPr>
        <w:t>ica</w:t>
      </w:r>
      <w:proofErr w:type="spellEnd"/>
      <w:r>
        <w:rPr>
          <w:color w:val="203038"/>
          <w:sz w:val="17"/>
        </w:rPr>
        <w:t xml:space="preserve"> v </w:t>
      </w:r>
      <w:proofErr w:type="spellStart"/>
      <w:r>
        <w:rPr>
          <w:color w:val="203038"/>
          <w:sz w:val="17"/>
        </w:rPr>
        <w:t>dnevnih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pripravah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zabeleži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dejansko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izvedeno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vsebino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odsotnosti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uporabljene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podpore</w:t>
      </w:r>
      <w:proofErr w:type="spellEnd"/>
      <w:r>
        <w:rPr>
          <w:color w:val="203038"/>
          <w:sz w:val="17"/>
        </w:rPr>
        <w:t xml:space="preserve"> in </w:t>
      </w:r>
      <w:proofErr w:type="spellStart"/>
      <w:r>
        <w:rPr>
          <w:color w:val="203038"/>
          <w:sz w:val="17"/>
        </w:rPr>
        <w:t>bistvena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opažanja</w:t>
      </w:r>
      <w:proofErr w:type="spellEnd"/>
      <w:r>
        <w:rPr>
          <w:color w:val="203038"/>
          <w:sz w:val="17"/>
        </w:rPr>
        <w:t xml:space="preserve"> o </w:t>
      </w:r>
      <w:proofErr w:type="spellStart"/>
      <w:r>
        <w:rPr>
          <w:color w:val="203038"/>
          <w:sz w:val="17"/>
        </w:rPr>
        <w:t>učenju</w:t>
      </w:r>
      <w:proofErr w:type="spellEnd"/>
      <w:r>
        <w:rPr>
          <w:color w:val="203038"/>
          <w:sz w:val="17"/>
        </w:rPr>
        <w:t>.</w:t>
      </w:r>
    </w:p>
    <w:p w14:paraId="70F292D4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  <w:sz w:val="17"/>
        </w:rPr>
        <w:t>Če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več</w:t>
      </w:r>
      <w:proofErr w:type="spellEnd"/>
      <w:r>
        <w:rPr>
          <w:color w:val="203038"/>
          <w:sz w:val="17"/>
        </w:rPr>
        <w:t xml:space="preserve"> učencev </w:t>
      </w:r>
      <w:proofErr w:type="spellStart"/>
      <w:r>
        <w:rPr>
          <w:color w:val="203038"/>
          <w:sz w:val="17"/>
        </w:rPr>
        <w:t>kriterija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še</w:t>
      </w:r>
      <w:proofErr w:type="spellEnd"/>
      <w:r>
        <w:rPr>
          <w:color w:val="203038"/>
          <w:sz w:val="17"/>
        </w:rPr>
        <w:t xml:space="preserve"> ne </w:t>
      </w:r>
      <w:proofErr w:type="spellStart"/>
      <w:r>
        <w:rPr>
          <w:color w:val="203038"/>
          <w:sz w:val="17"/>
        </w:rPr>
        <w:t>dosega</w:t>
      </w:r>
      <w:proofErr w:type="spellEnd"/>
      <w:r>
        <w:rPr>
          <w:color w:val="203038"/>
          <w:sz w:val="17"/>
        </w:rPr>
        <w:t xml:space="preserve">, se pred </w:t>
      </w:r>
      <w:proofErr w:type="spellStart"/>
      <w:r>
        <w:rPr>
          <w:color w:val="203038"/>
          <w:sz w:val="17"/>
        </w:rPr>
        <w:t>ocenjevanjem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načrtujejo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drugačna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izkušnja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dodatna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vaja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ter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nov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dokaz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razumevanja</w:t>
      </w:r>
      <w:proofErr w:type="spellEnd"/>
      <w:r>
        <w:rPr>
          <w:color w:val="203038"/>
          <w:sz w:val="17"/>
        </w:rPr>
        <w:t>.</w:t>
      </w:r>
    </w:p>
    <w:p w14:paraId="24F7C734" w14:textId="77777777" w:rsidR="00D27883" w:rsidRDefault="00000000">
      <w:pPr>
        <w:pStyle w:val="Oznaenseznam"/>
        <w:spacing w:after="30"/>
        <w:ind w:left="280" w:hanging="140"/>
      </w:pPr>
      <w:r>
        <w:rPr>
          <w:color w:val="203038"/>
          <w:sz w:val="17"/>
        </w:rPr>
        <w:t xml:space="preserve">Za </w:t>
      </w:r>
      <w:proofErr w:type="spellStart"/>
      <w:r>
        <w:rPr>
          <w:color w:val="203038"/>
          <w:sz w:val="17"/>
        </w:rPr>
        <w:t>učence</w:t>
      </w:r>
      <w:proofErr w:type="spellEnd"/>
      <w:r>
        <w:rPr>
          <w:color w:val="203038"/>
          <w:sz w:val="17"/>
        </w:rPr>
        <w:t xml:space="preserve"> s </w:t>
      </w:r>
      <w:proofErr w:type="spellStart"/>
      <w:r>
        <w:rPr>
          <w:color w:val="203038"/>
          <w:sz w:val="17"/>
        </w:rPr>
        <w:t>posebnimi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potrebami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učnimi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težavami</w:t>
      </w:r>
      <w:proofErr w:type="spellEnd"/>
      <w:r>
        <w:rPr>
          <w:color w:val="203038"/>
          <w:sz w:val="17"/>
        </w:rPr>
        <w:t xml:space="preserve"> ali </w:t>
      </w:r>
      <w:proofErr w:type="spellStart"/>
      <w:r>
        <w:rPr>
          <w:color w:val="203038"/>
          <w:sz w:val="17"/>
        </w:rPr>
        <w:t>naprednejšim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znanjem</w:t>
      </w:r>
      <w:proofErr w:type="spellEnd"/>
      <w:r>
        <w:rPr>
          <w:color w:val="203038"/>
          <w:sz w:val="17"/>
        </w:rPr>
        <w:t xml:space="preserve"> se </w:t>
      </w:r>
      <w:proofErr w:type="spellStart"/>
      <w:r>
        <w:rPr>
          <w:color w:val="203038"/>
          <w:sz w:val="17"/>
        </w:rPr>
        <w:t>cilji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opore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čas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gradiva</w:t>
      </w:r>
      <w:proofErr w:type="spellEnd"/>
      <w:r>
        <w:rPr>
          <w:color w:val="203038"/>
          <w:sz w:val="17"/>
        </w:rPr>
        <w:t xml:space="preserve"> in </w:t>
      </w:r>
      <w:proofErr w:type="spellStart"/>
      <w:r>
        <w:rPr>
          <w:color w:val="203038"/>
          <w:sz w:val="17"/>
        </w:rPr>
        <w:t>način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dokazovanja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prilagodijo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individualnim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potrebam</w:t>
      </w:r>
      <w:proofErr w:type="spellEnd"/>
      <w:r>
        <w:rPr>
          <w:color w:val="203038"/>
          <w:sz w:val="17"/>
        </w:rPr>
        <w:t xml:space="preserve">, ne da bi se </w:t>
      </w:r>
      <w:proofErr w:type="spellStart"/>
      <w:r>
        <w:rPr>
          <w:color w:val="203038"/>
          <w:sz w:val="17"/>
        </w:rPr>
        <w:t>znižala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smiselnost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učnega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cilja</w:t>
      </w:r>
      <w:proofErr w:type="spellEnd"/>
      <w:r>
        <w:rPr>
          <w:color w:val="203038"/>
          <w:sz w:val="17"/>
        </w:rPr>
        <w:t>.</w:t>
      </w:r>
    </w:p>
    <w:p w14:paraId="50A1D6DA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  <w:sz w:val="17"/>
        </w:rPr>
        <w:t>Izdelki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fotografije</w:t>
      </w:r>
      <w:proofErr w:type="spellEnd"/>
      <w:r>
        <w:rPr>
          <w:color w:val="203038"/>
          <w:sz w:val="17"/>
        </w:rPr>
        <w:t xml:space="preserve">, </w:t>
      </w:r>
      <w:proofErr w:type="spellStart"/>
      <w:r>
        <w:rPr>
          <w:color w:val="203038"/>
          <w:sz w:val="17"/>
        </w:rPr>
        <w:t>avdio</w:t>
      </w:r>
      <w:proofErr w:type="spellEnd"/>
      <w:r>
        <w:rPr>
          <w:color w:val="203038"/>
          <w:sz w:val="17"/>
        </w:rPr>
        <w:t xml:space="preserve">/video </w:t>
      </w:r>
      <w:proofErr w:type="spellStart"/>
      <w:r>
        <w:rPr>
          <w:color w:val="203038"/>
          <w:sz w:val="17"/>
        </w:rPr>
        <w:t>posnetki</w:t>
      </w:r>
      <w:proofErr w:type="spellEnd"/>
      <w:r>
        <w:rPr>
          <w:color w:val="203038"/>
          <w:sz w:val="17"/>
        </w:rPr>
        <w:t xml:space="preserve"> in </w:t>
      </w:r>
      <w:proofErr w:type="spellStart"/>
      <w:r>
        <w:rPr>
          <w:color w:val="203038"/>
          <w:sz w:val="17"/>
        </w:rPr>
        <w:t>opazovalni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zapisi</w:t>
      </w:r>
      <w:proofErr w:type="spellEnd"/>
      <w:r>
        <w:rPr>
          <w:color w:val="203038"/>
          <w:sz w:val="17"/>
        </w:rPr>
        <w:t xml:space="preserve"> se </w:t>
      </w:r>
      <w:proofErr w:type="spellStart"/>
      <w:r>
        <w:rPr>
          <w:color w:val="203038"/>
          <w:sz w:val="17"/>
        </w:rPr>
        <w:t>hranijo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skladno</w:t>
      </w:r>
      <w:proofErr w:type="spellEnd"/>
      <w:r>
        <w:rPr>
          <w:color w:val="203038"/>
          <w:sz w:val="17"/>
        </w:rPr>
        <w:t xml:space="preserve"> s </w:t>
      </w:r>
      <w:proofErr w:type="spellStart"/>
      <w:r>
        <w:rPr>
          <w:color w:val="203038"/>
          <w:sz w:val="17"/>
        </w:rPr>
        <w:t>šolskimi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pravili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varstva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osebnih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podatkov</w:t>
      </w:r>
      <w:proofErr w:type="spellEnd"/>
      <w:r>
        <w:rPr>
          <w:color w:val="203038"/>
          <w:sz w:val="17"/>
        </w:rPr>
        <w:t>.</w:t>
      </w:r>
    </w:p>
    <w:p w14:paraId="6BBC558A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  <w:sz w:val="17"/>
        </w:rPr>
        <w:t>Spremembe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vrstnega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reda</w:t>
      </w:r>
      <w:proofErr w:type="spellEnd"/>
      <w:r>
        <w:rPr>
          <w:color w:val="203038"/>
          <w:sz w:val="17"/>
        </w:rPr>
        <w:t xml:space="preserve"> ali </w:t>
      </w:r>
      <w:proofErr w:type="spellStart"/>
      <w:r>
        <w:rPr>
          <w:color w:val="203038"/>
          <w:sz w:val="17"/>
        </w:rPr>
        <w:t>števila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ur</w:t>
      </w:r>
      <w:proofErr w:type="spellEnd"/>
      <w:r>
        <w:rPr>
          <w:color w:val="203038"/>
          <w:sz w:val="17"/>
        </w:rPr>
        <w:t xml:space="preserve"> se </w:t>
      </w:r>
      <w:proofErr w:type="spellStart"/>
      <w:r>
        <w:rPr>
          <w:color w:val="203038"/>
          <w:sz w:val="17"/>
        </w:rPr>
        <w:t>zapišejo</w:t>
      </w:r>
      <w:proofErr w:type="spellEnd"/>
      <w:r>
        <w:rPr>
          <w:color w:val="203038"/>
          <w:sz w:val="17"/>
        </w:rPr>
        <w:t xml:space="preserve"> v </w:t>
      </w:r>
      <w:proofErr w:type="spellStart"/>
      <w:r>
        <w:rPr>
          <w:color w:val="203038"/>
          <w:sz w:val="17"/>
        </w:rPr>
        <w:t>evidenco</w:t>
      </w:r>
      <w:proofErr w:type="spellEnd"/>
      <w:r>
        <w:rPr>
          <w:color w:val="203038"/>
          <w:sz w:val="17"/>
        </w:rPr>
        <w:t xml:space="preserve">; </w:t>
      </w:r>
      <w:proofErr w:type="spellStart"/>
      <w:r>
        <w:rPr>
          <w:color w:val="203038"/>
          <w:sz w:val="17"/>
        </w:rPr>
        <w:t>ob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koncu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obdobja</w:t>
      </w:r>
      <w:proofErr w:type="spellEnd"/>
      <w:r>
        <w:rPr>
          <w:color w:val="203038"/>
          <w:sz w:val="17"/>
        </w:rPr>
        <w:t xml:space="preserve"> se </w:t>
      </w:r>
      <w:proofErr w:type="spellStart"/>
      <w:r>
        <w:rPr>
          <w:color w:val="203038"/>
          <w:sz w:val="17"/>
        </w:rPr>
        <w:t>preveri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doseganje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letnega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obsega</w:t>
      </w:r>
      <w:proofErr w:type="spellEnd"/>
      <w:r>
        <w:rPr>
          <w:color w:val="203038"/>
          <w:sz w:val="17"/>
        </w:rPr>
        <w:t xml:space="preserve"> in </w:t>
      </w:r>
      <w:proofErr w:type="spellStart"/>
      <w:r>
        <w:rPr>
          <w:color w:val="203038"/>
          <w:sz w:val="17"/>
        </w:rPr>
        <w:t>vseh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ključnih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področij</w:t>
      </w:r>
      <w:proofErr w:type="spellEnd"/>
      <w:r>
        <w:rPr>
          <w:color w:val="203038"/>
          <w:sz w:val="17"/>
        </w:rPr>
        <w:t>.</w:t>
      </w:r>
    </w:p>
    <w:p w14:paraId="332A8200" w14:textId="77777777" w:rsidR="00D27883" w:rsidRDefault="00C327F0">
      <w:pPr>
        <w:pStyle w:val="Naslov2"/>
        <w:spacing w:before="80" w:after="60"/>
      </w:pPr>
      <w:r>
        <w:rPr>
          <w:rFonts w:ascii="Arial" w:eastAsia="Arial" w:hAnsi="Arial"/>
          <w:color w:val="2E6D8E"/>
          <w:sz w:val="24"/>
        </w:rPr>
        <w:t xml:space="preserve">7.2 Viri in </w:t>
      </w:r>
      <w:proofErr w:type="spellStart"/>
      <w:r>
        <w:rPr>
          <w:rFonts w:ascii="Arial" w:eastAsia="Arial" w:hAnsi="Arial"/>
          <w:color w:val="2E6D8E"/>
          <w:sz w:val="24"/>
        </w:rPr>
        <w:t>podlage</w:t>
      </w:r>
      <w:proofErr w:type="spellEnd"/>
    </w:p>
    <w:p w14:paraId="00C9FF03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  <w:sz w:val="17"/>
        </w:rPr>
        <w:t>Tabele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razporeda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snovi</w:t>
      </w:r>
      <w:proofErr w:type="spellEnd"/>
      <w:r>
        <w:rPr>
          <w:color w:val="203038"/>
          <w:sz w:val="17"/>
        </w:rPr>
        <w:t xml:space="preserve"> za 1. </w:t>
      </w:r>
      <w:proofErr w:type="spellStart"/>
      <w:r>
        <w:rPr>
          <w:color w:val="203038"/>
          <w:sz w:val="17"/>
        </w:rPr>
        <w:t>razred</w:t>
      </w:r>
      <w:proofErr w:type="spellEnd"/>
      <w:r>
        <w:rPr>
          <w:color w:val="203038"/>
          <w:sz w:val="17"/>
        </w:rPr>
        <w:t xml:space="preserve"> 2026/27 – </w:t>
      </w:r>
      <w:proofErr w:type="spellStart"/>
      <w:r>
        <w:rPr>
          <w:color w:val="203038"/>
          <w:sz w:val="17"/>
        </w:rPr>
        <w:t>tematski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tedni</w:t>
      </w:r>
      <w:proofErr w:type="spellEnd"/>
      <w:r>
        <w:rPr>
          <w:color w:val="203038"/>
          <w:sz w:val="17"/>
        </w:rPr>
        <w:t xml:space="preserve"> in </w:t>
      </w:r>
      <w:proofErr w:type="spellStart"/>
      <w:r>
        <w:rPr>
          <w:color w:val="203038"/>
          <w:sz w:val="17"/>
        </w:rPr>
        <w:t>dnevi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dejavnosti</w:t>
      </w:r>
      <w:proofErr w:type="spellEnd"/>
      <w:r>
        <w:rPr>
          <w:color w:val="203038"/>
          <w:sz w:val="17"/>
        </w:rPr>
        <w:t xml:space="preserve"> (</w:t>
      </w:r>
      <w:proofErr w:type="spellStart"/>
      <w:r>
        <w:rPr>
          <w:color w:val="203038"/>
          <w:sz w:val="17"/>
        </w:rPr>
        <w:t>priloženi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vir</w:t>
      </w:r>
      <w:proofErr w:type="spellEnd"/>
      <w:r>
        <w:rPr>
          <w:color w:val="203038"/>
          <w:sz w:val="17"/>
        </w:rPr>
        <w:t>).</w:t>
      </w:r>
    </w:p>
    <w:p w14:paraId="6048D4BA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  <w:sz w:val="17"/>
        </w:rPr>
        <w:t>Dnevne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učne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priprave</w:t>
      </w:r>
      <w:proofErr w:type="spellEnd"/>
      <w:r>
        <w:rPr>
          <w:color w:val="203038"/>
          <w:sz w:val="17"/>
        </w:rPr>
        <w:t xml:space="preserve"> za </w:t>
      </w:r>
      <w:proofErr w:type="spellStart"/>
      <w:r>
        <w:rPr>
          <w:color w:val="203038"/>
          <w:sz w:val="17"/>
        </w:rPr>
        <w:t>predmet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Slovenščina</w:t>
      </w:r>
      <w:proofErr w:type="spellEnd"/>
      <w:r>
        <w:rPr>
          <w:color w:val="203038"/>
          <w:sz w:val="17"/>
        </w:rPr>
        <w:t xml:space="preserve">, 1. </w:t>
      </w:r>
      <w:proofErr w:type="spellStart"/>
      <w:r>
        <w:rPr>
          <w:color w:val="203038"/>
          <w:sz w:val="17"/>
        </w:rPr>
        <w:t>razred</w:t>
      </w:r>
      <w:proofErr w:type="spellEnd"/>
      <w:r>
        <w:rPr>
          <w:color w:val="203038"/>
          <w:sz w:val="17"/>
        </w:rPr>
        <w:t>, 2026/27 (</w:t>
      </w:r>
      <w:proofErr w:type="spellStart"/>
      <w:r>
        <w:rPr>
          <w:color w:val="203038"/>
          <w:sz w:val="17"/>
        </w:rPr>
        <w:t>izdelane</w:t>
      </w:r>
      <w:proofErr w:type="spellEnd"/>
      <w:r>
        <w:rPr>
          <w:color w:val="203038"/>
          <w:sz w:val="17"/>
        </w:rPr>
        <w:t xml:space="preserve"> na podlagi </w:t>
      </w:r>
      <w:proofErr w:type="spellStart"/>
      <w:r>
        <w:rPr>
          <w:color w:val="203038"/>
          <w:sz w:val="17"/>
        </w:rPr>
        <w:t>iste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tabele</w:t>
      </w:r>
      <w:proofErr w:type="spellEnd"/>
      <w:r>
        <w:rPr>
          <w:color w:val="203038"/>
          <w:sz w:val="17"/>
        </w:rPr>
        <w:t>).</w:t>
      </w:r>
    </w:p>
    <w:p w14:paraId="6515DE14" w14:textId="77777777" w:rsidR="00D27883" w:rsidRDefault="00000000">
      <w:pPr>
        <w:pStyle w:val="Oznaenseznam"/>
        <w:spacing w:after="0" w:line="240" w:lineRule="auto"/>
        <w:ind w:left="280" w:hanging="140"/>
      </w:pPr>
      <w:proofErr w:type="spellStart"/>
      <w:r>
        <w:rPr>
          <w:rFonts w:cs="Arial"/>
          <w:color w:val="34444B"/>
        </w:rPr>
        <w:t>Letna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priprava</w:t>
      </w:r>
      <w:proofErr w:type="spellEnd"/>
      <w:r>
        <w:rPr>
          <w:rFonts w:cs="Arial"/>
          <w:color w:val="34444B"/>
        </w:rPr>
        <w:t xml:space="preserve"> SLJ_1_razred (</w:t>
      </w:r>
      <w:proofErr w:type="spellStart"/>
      <w:r>
        <w:rPr>
          <w:rFonts w:cs="Arial"/>
          <w:color w:val="34444B"/>
        </w:rPr>
        <w:t>priloženi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podrobni</w:t>
      </w:r>
      <w:proofErr w:type="spellEnd"/>
      <w:r>
        <w:rPr>
          <w:rFonts w:cs="Arial"/>
          <w:color w:val="34444B"/>
        </w:rPr>
        <w:t xml:space="preserve"> </w:t>
      </w:r>
      <w:proofErr w:type="spellStart"/>
      <w:r>
        <w:rPr>
          <w:rFonts w:cs="Arial"/>
          <w:color w:val="34444B"/>
        </w:rPr>
        <w:t>cilji</w:t>
      </w:r>
      <w:proofErr w:type="spellEnd"/>
      <w:r>
        <w:rPr>
          <w:rFonts w:cs="Arial"/>
          <w:color w:val="34444B"/>
        </w:rPr>
        <w:t xml:space="preserve">, </w:t>
      </w:r>
      <w:proofErr w:type="spellStart"/>
      <w:r>
        <w:rPr>
          <w:rFonts w:cs="Arial"/>
          <w:color w:val="34444B"/>
        </w:rPr>
        <w:t>standardi</w:t>
      </w:r>
      <w:proofErr w:type="spellEnd"/>
      <w:r>
        <w:rPr>
          <w:rFonts w:cs="Arial"/>
          <w:color w:val="34444B"/>
        </w:rPr>
        <w:t xml:space="preserve"> in </w:t>
      </w:r>
      <w:proofErr w:type="spellStart"/>
      <w:r>
        <w:rPr>
          <w:rFonts w:cs="Arial"/>
          <w:color w:val="34444B"/>
        </w:rPr>
        <w:t>terminologija</w:t>
      </w:r>
      <w:proofErr w:type="spellEnd"/>
      <w:r>
        <w:rPr>
          <w:rFonts w:cs="Arial"/>
          <w:color w:val="34444B"/>
        </w:rPr>
        <w:t>).</w:t>
      </w:r>
    </w:p>
    <w:p w14:paraId="12F589E6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  <w:sz w:val="17"/>
        </w:rPr>
        <w:t>Veljavni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učni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načrt</w:t>
      </w:r>
      <w:proofErr w:type="spellEnd"/>
      <w:r>
        <w:rPr>
          <w:color w:val="203038"/>
          <w:sz w:val="17"/>
        </w:rPr>
        <w:t xml:space="preserve"> oziroma program </w:t>
      </w:r>
      <w:proofErr w:type="spellStart"/>
      <w:r>
        <w:rPr>
          <w:color w:val="203038"/>
          <w:sz w:val="17"/>
        </w:rPr>
        <w:t>osnovne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šole</w:t>
      </w:r>
      <w:proofErr w:type="spellEnd"/>
      <w:r>
        <w:rPr>
          <w:color w:val="203038"/>
          <w:sz w:val="17"/>
        </w:rPr>
        <w:t xml:space="preserve"> za </w:t>
      </w:r>
      <w:proofErr w:type="spellStart"/>
      <w:r>
        <w:rPr>
          <w:color w:val="203038"/>
          <w:sz w:val="17"/>
        </w:rPr>
        <w:t>predmet</w:t>
      </w:r>
      <w:proofErr w:type="spellEnd"/>
      <w:r>
        <w:rPr>
          <w:color w:val="203038"/>
          <w:sz w:val="17"/>
        </w:rPr>
        <w:t xml:space="preserve"> in </w:t>
      </w:r>
      <w:proofErr w:type="spellStart"/>
      <w:r>
        <w:rPr>
          <w:color w:val="203038"/>
          <w:sz w:val="17"/>
        </w:rPr>
        <w:t>prvo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vzgojno-izobraževalno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obdobje</w:t>
      </w:r>
      <w:proofErr w:type="spellEnd"/>
      <w:r>
        <w:rPr>
          <w:color w:val="203038"/>
          <w:sz w:val="17"/>
        </w:rPr>
        <w:t xml:space="preserve">; portal GOV.SI: </w:t>
      </w:r>
      <w:proofErr w:type="spellStart"/>
      <w:r>
        <w:rPr>
          <w:color w:val="203038"/>
          <w:sz w:val="17"/>
        </w:rPr>
        <w:t>Programi</w:t>
      </w:r>
      <w:proofErr w:type="spellEnd"/>
      <w:r>
        <w:rPr>
          <w:color w:val="203038"/>
          <w:sz w:val="17"/>
        </w:rPr>
        <w:t xml:space="preserve"> in </w:t>
      </w:r>
      <w:proofErr w:type="spellStart"/>
      <w:r>
        <w:rPr>
          <w:color w:val="203038"/>
          <w:sz w:val="17"/>
        </w:rPr>
        <w:t>učni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načrti</w:t>
      </w:r>
      <w:proofErr w:type="spellEnd"/>
      <w:r>
        <w:rPr>
          <w:color w:val="203038"/>
          <w:sz w:val="17"/>
        </w:rPr>
        <w:t xml:space="preserve"> v osnovni šoli.</w:t>
      </w:r>
    </w:p>
    <w:p w14:paraId="70B7EDDB" w14:textId="77777777" w:rsidR="00D27883" w:rsidRDefault="00000000">
      <w:pPr>
        <w:pStyle w:val="Oznaenseznam"/>
        <w:spacing w:after="30"/>
        <w:ind w:left="280" w:hanging="140"/>
      </w:pPr>
      <w:proofErr w:type="spellStart"/>
      <w:r>
        <w:rPr>
          <w:color w:val="203038"/>
          <w:sz w:val="17"/>
        </w:rPr>
        <w:t>Pravilnik</w:t>
      </w:r>
      <w:proofErr w:type="spellEnd"/>
      <w:r>
        <w:rPr>
          <w:color w:val="203038"/>
          <w:sz w:val="17"/>
        </w:rPr>
        <w:t xml:space="preserve"> o </w:t>
      </w:r>
      <w:proofErr w:type="spellStart"/>
      <w:r>
        <w:rPr>
          <w:color w:val="203038"/>
          <w:sz w:val="17"/>
        </w:rPr>
        <w:t>ocenjevanju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znanja</w:t>
      </w:r>
      <w:proofErr w:type="spellEnd"/>
      <w:r>
        <w:rPr>
          <w:color w:val="203038"/>
          <w:sz w:val="17"/>
        </w:rPr>
        <w:t xml:space="preserve"> in </w:t>
      </w:r>
      <w:proofErr w:type="spellStart"/>
      <w:r>
        <w:rPr>
          <w:color w:val="203038"/>
          <w:sz w:val="17"/>
        </w:rPr>
        <w:t>napredovanju</w:t>
      </w:r>
      <w:proofErr w:type="spellEnd"/>
      <w:r>
        <w:rPr>
          <w:color w:val="203038"/>
          <w:sz w:val="17"/>
        </w:rPr>
        <w:t xml:space="preserve"> učencev v osnovni šoli (</w:t>
      </w:r>
      <w:proofErr w:type="spellStart"/>
      <w:r>
        <w:rPr>
          <w:color w:val="203038"/>
          <w:sz w:val="17"/>
        </w:rPr>
        <w:t>Uradni</w:t>
      </w:r>
      <w:proofErr w:type="spellEnd"/>
      <w:r>
        <w:rPr>
          <w:color w:val="203038"/>
          <w:sz w:val="17"/>
        </w:rPr>
        <w:t xml:space="preserve"> list RS, </w:t>
      </w:r>
      <w:proofErr w:type="spellStart"/>
      <w:r>
        <w:rPr>
          <w:color w:val="203038"/>
          <w:sz w:val="17"/>
        </w:rPr>
        <w:t>veljavna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različica</w:t>
      </w:r>
      <w:proofErr w:type="spellEnd"/>
      <w:r>
        <w:rPr>
          <w:color w:val="203038"/>
          <w:sz w:val="17"/>
        </w:rPr>
        <w:t xml:space="preserve"> za </w:t>
      </w:r>
      <w:proofErr w:type="spellStart"/>
      <w:r>
        <w:rPr>
          <w:color w:val="203038"/>
          <w:sz w:val="17"/>
        </w:rPr>
        <w:t>šolsko</w:t>
      </w:r>
      <w:proofErr w:type="spellEnd"/>
      <w:r>
        <w:rPr>
          <w:color w:val="203038"/>
          <w:sz w:val="17"/>
        </w:rPr>
        <w:t xml:space="preserve"> </w:t>
      </w:r>
      <w:proofErr w:type="spellStart"/>
      <w:r>
        <w:rPr>
          <w:color w:val="203038"/>
          <w:sz w:val="17"/>
        </w:rPr>
        <w:t>leto</w:t>
      </w:r>
      <w:proofErr w:type="spellEnd"/>
      <w:r>
        <w:rPr>
          <w:color w:val="203038"/>
          <w:sz w:val="17"/>
        </w:rPr>
        <w:t xml:space="preserve"> 2026/27).</w:t>
      </w:r>
    </w:p>
    <w:p w14:paraId="5B2CD854" w14:textId="77777777" w:rsidR="00D27883" w:rsidRDefault="00C327F0">
      <w:pPr>
        <w:pStyle w:val="Naslov2"/>
        <w:spacing w:before="80" w:after="60"/>
      </w:pPr>
      <w:r>
        <w:rPr>
          <w:rFonts w:ascii="Arial" w:eastAsia="Arial" w:hAnsi="Arial"/>
          <w:color w:val="2E6D8E"/>
          <w:sz w:val="24"/>
        </w:rPr>
        <w:t xml:space="preserve">7.3 </w:t>
      </w:r>
      <w:proofErr w:type="spellStart"/>
      <w:r>
        <w:rPr>
          <w:rFonts w:ascii="Arial" w:eastAsia="Arial" w:hAnsi="Arial"/>
          <w:color w:val="2E6D8E"/>
          <w:sz w:val="24"/>
        </w:rPr>
        <w:t>Zaključna</w:t>
      </w:r>
      <w:proofErr w:type="spellEnd"/>
      <w:r>
        <w:rPr>
          <w:rFonts w:ascii="Arial" w:eastAsia="Arial" w:hAnsi="Arial"/>
          <w:color w:val="2E6D8E"/>
          <w:sz w:val="24"/>
        </w:rPr>
        <w:t xml:space="preserve"> </w:t>
      </w:r>
      <w:proofErr w:type="spellStart"/>
      <w:r>
        <w:rPr>
          <w:rFonts w:ascii="Arial" w:eastAsia="Arial" w:hAnsi="Arial"/>
          <w:color w:val="2E6D8E"/>
          <w:sz w:val="24"/>
        </w:rPr>
        <w:t>kontrola</w:t>
      </w:r>
      <w:proofErr w:type="spellEnd"/>
    </w:p>
    <w:tbl>
      <w:tblPr>
        <w:tblW w:w="9860" w:type="dxa"/>
        <w:jc w:val="center"/>
        <w:tblLayout w:type="fixed"/>
        <w:tblLook w:val="04A0" w:firstRow="1" w:lastRow="0" w:firstColumn="1" w:lastColumn="0" w:noHBand="0" w:noVBand="1"/>
      </w:tblPr>
      <w:tblGrid>
        <w:gridCol w:w="700"/>
        <w:gridCol w:w="9160"/>
      </w:tblGrid>
      <w:tr w:rsidR="00D27883" w14:paraId="1B20816C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73EC66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2E6D8E"/>
                <w:sz w:val="22"/>
              </w:rPr>
              <w:t>☐</w:t>
            </w:r>
          </w:p>
        </w:tc>
        <w:tc>
          <w:tcPr>
            <w:tcW w:w="91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40F5C0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6"/>
              </w:rPr>
              <w:t>Letni obseg ur je preverjen: 210 ur.</w:t>
            </w:r>
          </w:p>
        </w:tc>
      </w:tr>
      <w:tr w:rsidR="00D27883" w14:paraId="6FB90232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11C854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2E6D8E"/>
                <w:sz w:val="22"/>
              </w:rPr>
              <w:t>☐</w:t>
            </w:r>
          </w:p>
        </w:tc>
        <w:tc>
          <w:tcPr>
            <w:tcW w:w="91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3F0BEB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6"/>
              </w:rPr>
              <w:t>Vseh 39 tednov vsebuje operativne cilje, sodobne oblike poučevanja in predvidene dokaze o učenju.</w:t>
            </w:r>
          </w:p>
        </w:tc>
      </w:tr>
      <w:tr w:rsidR="00D27883" w14:paraId="153B069C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96317A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2E6D8E"/>
                <w:sz w:val="22"/>
              </w:rPr>
              <w:t>☐</w:t>
            </w:r>
          </w:p>
        </w:tc>
        <w:tc>
          <w:tcPr>
            <w:tcW w:w="91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F4CBCB" w14:textId="77777777" w:rsidR="00D27883" w:rsidRDefault="00000000">
            <w:pPr>
              <w:spacing w:after="0" w:line="240" w:lineRule="auto"/>
            </w:pPr>
            <w:r>
              <w:rPr>
                <w:rFonts w:cs="Arial"/>
                <w:color w:val="34444B"/>
              </w:rPr>
              <w:t>Načrt ocenjevanja vsebuje natanko 6 ocenjevalnih situacij, od tega 2 pisni, ter opisne kriterije.</w:t>
            </w:r>
          </w:p>
        </w:tc>
      </w:tr>
      <w:tr w:rsidR="00D27883" w14:paraId="0497F802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795CAD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2E6D8E"/>
                <w:sz w:val="22"/>
              </w:rPr>
              <w:t>☐</w:t>
            </w:r>
          </w:p>
        </w:tc>
        <w:tc>
          <w:tcPr>
            <w:tcW w:w="91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E50FB3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6"/>
              </w:rPr>
              <w:t>Dnevi dejavnosti in okvirni termini so preneseni iz izhodiščne tabele.</w:t>
            </w:r>
          </w:p>
        </w:tc>
      </w:tr>
      <w:tr w:rsidR="00D27883" w14:paraId="176E9F11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121E1F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2E6D8E"/>
                <w:sz w:val="22"/>
              </w:rPr>
              <w:t>☐</w:t>
            </w:r>
          </w:p>
        </w:tc>
        <w:tc>
          <w:tcPr>
            <w:tcW w:w="91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1A6A59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6"/>
              </w:rPr>
              <w:t>Medpredmetne povezave podpirajo skupne tematske tedne, predmetni cilji pa ostajajo razvidni.</w:t>
            </w:r>
          </w:p>
        </w:tc>
      </w:tr>
      <w:tr w:rsidR="00D27883" w14:paraId="67C932C1" w14:textId="77777777">
        <w:trPr>
          <w:cantSplit/>
          <w:jc w:val="center"/>
        </w:trPr>
        <w:tc>
          <w:tcPr>
            <w:tcW w:w="70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D914A3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2E6D8E"/>
                <w:sz w:val="22"/>
              </w:rPr>
              <w:t>☐</w:t>
            </w:r>
          </w:p>
        </w:tc>
        <w:tc>
          <w:tcPr>
            <w:tcW w:w="9160" w:type="dxa"/>
            <w:tcBorders>
              <w:top w:val="single" w:sz="5" w:space="0" w:color="CCD6DA"/>
              <w:left w:val="single" w:sz="5" w:space="0" w:color="CCD6DA"/>
              <w:bottom w:val="single" w:sz="5" w:space="0" w:color="CCD6DA"/>
              <w:right w:val="single" w:sz="5" w:space="0" w:color="CCD6DA"/>
            </w:tcBorders>
            <w:shd w:val="clear" w:color="auto" w:fill="F4F7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F9734D" w14:textId="77777777" w:rsidR="00D27883" w:rsidRDefault="00000000">
            <w:pPr>
              <w:spacing w:after="24" w:line="240" w:lineRule="auto"/>
            </w:pPr>
            <w:r>
              <w:rPr>
                <w:color w:val="203038"/>
                <w:sz w:val="16"/>
              </w:rPr>
              <w:t>Morebitne spremembe med letom se evidentirajo v dnevnih pripravah in letni evalvaciji.</w:t>
            </w:r>
          </w:p>
        </w:tc>
      </w:tr>
    </w:tbl>
    <w:p w14:paraId="2CACF187" w14:textId="77777777" w:rsidR="00D27883" w:rsidRDefault="00D27883">
      <w:pPr>
        <w:spacing w:after="160" w:line="252" w:lineRule="auto"/>
      </w:pPr>
    </w:p>
    <w:tbl>
      <w:tblPr>
        <w:tblW w:w="9860" w:type="dxa"/>
        <w:jc w:val="center"/>
        <w:tblLayout w:type="fixed"/>
        <w:tblLook w:val="04A0" w:firstRow="1" w:lastRow="0" w:firstColumn="1" w:lastColumn="0" w:noHBand="0" w:noVBand="1"/>
      </w:tblPr>
      <w:tblGrid>
        <w:gridCol w:w="4930"/>
        <w:gridCol w:w="4930"/>
      </w:tblGrid>
      <w:tr w:rsidR="00D27883" w14:paraId="4C631FA0" w14:textId="77777777">
        <w:trPr>
          <w:jc w:val="center"/>
        </w:trPr>
        <w:tc>
          <w:tcPr>
            <w:tcW w:w="49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BA929A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60727A"/>
                <w:sz w:val="16"/>
              </w:rPr>
              <w:t>Izvajalka</w:t>
            </w:r>
          </w:p>
        </w:tc>
        <w:tc>
          <w:tcPr>
            <w:tcW w:w="49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96C727" w14:textId="77777777" w:rsidR="00D27883" w:rsidRDefault="00000000">
            <w:pPr>
              <w:spacing w:after="24" w:line="240" w:lineRule="auto"/>
              <w:jc w:val="center"/>
            </w:pPr>
            <w:r>
              <w:rPr>
                <w:b/>
                <w:color w:val="60727A"/>
                <w:sz w:val="16"/>
              </w:rPr>
              <w:t>Ravnateljica / pregledala</w:t>
            </w:r>
          </w:p>
        </w:tc>
      </w:tr>
      <w:tr w:rsidR="00D27883" w14:paraId="7C9576BF" w14:textId="77777777">
        <w:trPr>
          <w:jc w:val="center"/>
        </w:trPr>
        <w:tc>
          <w:tcPr>
            <w:tcW w:w="49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122A8" w14:textId="77777777" w:rsidR="00D27883" w:rsidRDefault="00000000">
            <w:pPr>
              <w:spacing w:after="24" w:line="240" w:lineRule="auto"/>
              <w:jc w:val="center"/>
            </w:pPr>
            <w:r>
              <w:rPr>
                <w:color w:val="203038"/>
              </w:rPr>
              <w:t>____________________________</w:t>
            </w:r>
          </w:p>
        </w:tc>
        <w:tc>
          <w:tcPr>
            <w:tcW w:w="493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5B3F3A" w14:textId="77777777" w:rsidR="00D27883" w:rsidRDefault="00000000">
            <w:pPr>
              <w:spacing w:after="24" w:line="240" w:lineRule="auto"/>
              <w:jc w:val="center"/>
            </w:pPr>
            <w:r>
              <w:rPr>
                <w:color w:val="203038"/>
              </w:rPr>
              <w:t>____________________________</w:t>
            </w:r>
          </w:p>
        </w:tc>
      </w:tr>
    </w:tbl>
    <w:p w14:paraId="0CF9860F" w14:textId="77777777" w:rsidR="00D27883" w:rsidRDefault="00000000">
      <w:pPr>
        <w:spacing w:after="0" w:line="252" w:lineRule="auto"/>
        <w:jc w:val="center"/>
      </w:pPr>
      <w:r>
        <w:rPr>
          <w:i/>
          <w:color w:val="60727A"/>
          <w:sz w:val="16"/>
        </w:rPr>
        <w:t>Opomba: vsebine in termini se lahko prilagodijo dejanskim dogodkom, razredni dinamiki ter potrebam učencev, pri čemer se ohranijo cilji, standardi in letni obseg predmeta.</w:t>
      </w:r>
    </w:p>
    <w:sectPr w:rsidR="00D27883" w:rsidSect="00034616">
      <w:headerReference w:type="default" r:id="rId11"/>
      <w:footerReference w:type="default" r:id="rId12"/>
      <w:pgSz w:w="11906" w:h="16838"/>
      <w:pgMar w:top="964" w:right="1020" w:bottom="964" w:left="1020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E0BA3" w14:textId="77777777" w:rsidR="00292B0F" w:rsidRDefault="00292B0F">
      <w:pPr>
        <w:spacing w:after="0" w:line="240" w:lineRule="auto"/>
      </w:pPr>
      <w:r>
        <w:separator/>
      </w:r>
    </w:p>
  </w:endnote>
  <w:endnote w:type="continuationSeparator" w:id="0">
    <w:p w14:paraId="4514B735" w14:textId="77777777" w:rsidR="00292B0F" w:rsidRDefault="00292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96FE3" w14:textId="77777777" w:rsidR="00D27883" w:rsidRPr="00C327F0" w:rsidRDefault="00D27883" w:rsidP="00C327F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6CEDE" w14:textId="05C0675D" w:rsidR="00D27883" w:rsidRPr="00FF0B5B" w:rsidRDefault="00D27883" w:rsidP="00FF0B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67C02" w14:textId="77777777" w:rsidR="00292B0F" w:rsidRDefault="00292B0F">
      <w:pPr>
        <w:spacing w:after="0" w:line="240" w:lineRule="auto"/>
      </w:pPr>
      <w:r>
        <w:separator/>
      </w:r>
    </w:p>
  </w:footnote>
  <w:footnote w:type="continuationSeparator" w:id="0">
    <w:p w14:paraId="321900D7" w14:textId="77777777" w:rsidR="00292B0F" w:rsidRDefault="00292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06C77" w14:textId="77777777" w:rsidR="00C327F0" w:rsidRDefault="00C327F0" w:rsidP="00C327F0">
    <w:pPr>
      <w:pStyle w:val="Glava"/>
      <w:jc w:val="center"/>
    </w:pPr>
    <w:r>
      <w:rPr>
        <w:noProof/>
      </w:rPr>
      <w:drawing>
        <wp:inline distT="0" distB="0" distL="0" distR="0" wp14:anchorId="381A16CA" wp14:editId="5BE91414">
          <wp:extent cx="2121535" cy="1048385"/>
          <wp:effectExtent l="0" t="0" r="0" b="0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1535" cy="1048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1AF5E" w14:textId="77777777" w:rsidR="00D27883" w:rsidRPr="00C327F0" w:rsidRDefault="00D27883" w:rsidP="00C327F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F3B89" w14:textId="77777777" w:rsidR="00D27883" w:rsidRPr="00A15958" w:rsidRDefault="00D27883" w:rsidP="00A1595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7707903">
    <w:abstractNumId w:val="8"/>
  </w:num>
  <w:num w:numId="2" w16cid:durableId="1191719364">
    <w:abstractNumId w:val="6"/>
  </w:num>
  <w:num w:numId="3" w16cid:durableId="1048916678">
    <w:abstractNumId w:val="5"/>
  </w:num>
  <w:num w:numId="4" w16cid:durableId="769740017">
    <w:abstractNumId w:val="4"/>
  </w:num>
  <w:num w:numId="5" w16cid:durableId="799569002">
    <w:abstractNumId w:val="7"/>
  </w:num>
  <w:num w:numId="6" w16cid:durableId="798573048">
    <w:abstractNumId w:val="3"/>
  </w:num>
  <w:num w:numId="7" w16cid:durableId="1424372366">
    <w:abstractNumId w:val="2"/>
  </w:num>
  <w:num w:numId="8" w16cid:durableId="1738354050">
    <w:abstractNumId w:val="1"/>
  </w:num>
  <w:num w:numId="9" w16cid:durableId="1156726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613"/>
    <w:rsid w:val="00034616"/>
    <w:rsid w:val="0006063C"/>
    <w:rsid w:val="00096D2A"/>
    <w:rsid w:val="0015074B"/>
    <w:rsid w:val="00292B0F"/>
    <w:rsid w:val="0029639D"/>
    <w:rsid w:val="00326F90"/>
    <w:rsid w:val="003C2538"/>
    <w:rsid w:val="006D5A2C"/>
    <w:rsid w:val="007F27C9"/>
    <w:rsid w:val="009501A2"/>
    <w:rsid w:val="00A15958"/>
    <w:rsid w:val="00AA1D8D"/>
    <w:rsid w:val="00B47730"/>
    <w:rsid w:val="00C327F0"/>
    <w:rsid w:val="00CB0664"/>
    <w:rsid w:val="00D27883"/>
    <w:rsid w:val="00FC693F"/>
    <w:rsid w:val="00FF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681CF7"/>
  <w14:defaultImageDpi w14:val="300"/>
  <w15:docId w15:val="{2C0795C4-28F5-4DC9-A1A4-CC4C121BB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pPr>
      <w:spacing w:after="50" w:line="247" w:lineRule="auto"/>
    </w:pPr>
    <w:rPr>
      <w:rFonts w:ascii="Arial" w:eastAsia="Arial" w:hAnsi="Arial"/>
      <w:sz w:val="18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21</Pages>
  <Words>10773</Words>
  <Characters>61408</Characters>
  <Application>Microsoft Office Word</Application>
  <DocSecurity>0</DocSecurity>
  <Lines>511</Lines>
  <Paragraphs>144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Letna učna priprava – Slovenščina – 1. razred – 2026/27</vt:lpstr>
      <vt:lpstr/>
    </vt:vector>
  </TitlesOfParts>
  <Manager/>
  <Company/>
  <LinksUpToDate>false</LinksUpToDate>
  <CharactersWithSpaces>72037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Letna učna priprava – Slovenščina – 1. razred – 2026/27</dc:title>
  <dc:subject>Letna priprava na vzgojno-izobraževalno delo</dc:subject>
  <dc:creator>Narrayani Premal</dc:creator>
  <cp:keywords>1. razred, letna priprava, formativno spremljanje, 2026/27</cp:keywords>
  <dc:description>generated by python-docx</dc:description>
  <cp:lastModifiedBy>Narrayani Premal</cp:lastModifiedBy>
  <cp:revision>5</cp:revision>
  <dcterms:created xsi:type="dcterms:W3CDTF">2013-12-23T23:15:00Z</dcterms:created>
  <dcterms:modified xsi:type="dcterms:W3CDTF">2026-08-16T21:42:00Z</dcterms:modified>
  <cp:category/>
</cp:coreProperties>
</file>