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64652" w14:textId="77777777" w:rsidR="000349DC" w:rsidRDefault="000349DC">
      <w:pPr>
        <w:spacing w:after="40" w:line="252" w:lineRule="auto"/>
        <w:jc w:val="center"/>
        <w:rPr>
          <w:b/>
          <w:color w:val="173B4D"/>
          <w:sz w:val="50"/>
        </w:rPr>
      </w:pPr>
      <w:r>
        <w:rPr>
          <w:noProof/>
        </w:rPr>
        <w:drawing>
          <wp:inline distT="0" distB="0" distL="0" distR="0" wp14:anchorId="553640BC" wp14:editId="1D5E61B6">
            <wp:extent cx="2121535" cy="1048385"/>
            <wp:effectExtent l="0" t="0" r="0" b="0"/>
            <wp:docPr id="10" name="Slika 10" descr="Logotip Osnovne šole Lucija" title="Logotip OŠ Lu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p w14:paraId="06349B13" w14:textId="77777777" w:rsidR="000349DC" w:rsidRDefault="000349DC">
      <w:pPr>
        <w:spacing w:after="40" w:line="252" w:lineRule="auto"/>
        <w:jc w:val="center"/>
        <w:rPr>
          <w:b/>
          <w:color w:val="173B4D"/>
          <w:sz w:val="50"/>
        </w:rPr>
      </w:pPr>
    </w:p>
    <w:p w14:paraId="2B2DCEDE" w14:textId="77777777" w:rsidR="00DC7FCD" w:rsidRDefault="00000000">
      <w:pPr>
        <w:spacing w:after="40" w:line="252" w:lineRule="auto"/>
        <w:jc w:val="center"/>
      </w:pPr>
      <w:r>
        <w:rPr>
          <w:b/>
          <w:color w:val="173B4D"/>
          <w:sz w:val="50"/>
        </w:rPr>
        <w:t>LETNA PRIPRAVA</w:t>
      </w:r>
    </w:p>
    <w:p w14:paraId="1765DF83" w14:textId="77777777" w:rsidR="00DC7FCD" w:rsidRDefault="00000000">
      <w:pPr>
        <w:spacing w:after="480" w:line="252" w:lineRule="auto"/>
        <w:jc w:val="center"/>
      </w:pPr>
      <w:r>
        <w:rPr>
          <w:b/>
          <w:color w:val="A3702A"/>
          <w:sz w:val="26"/>
        </w:rPr>
        <w:t>NA VZGOJNO-IZOBRAŽEVALNO DELO</w:t>
      </w:r>
    </w:p>
    <w:tbl>
      <w:tblPr>
        <w:tblW w:w="9860" w:type="dxa"/>
        <w:jc w:val="center"/>
        <w:tblLayout w:type="fixed"/>
        <w:tblLook w:val="04A0" w:firstRow="1" w:lastRow="0" w:firstColumn="1" w:lastColumn="0" w:noHBand="0" w:noVBand="1"/>
      </w:tblPr>
      <w:tblGrid>
        <w:gridCol w:w="9860"/>
      </w:tblGrid>
      <w:tr w:rsidR="00DC7FCD" w14:paraId="37A0FAA2" w14:textId="77777777">
        <w:trPr>
          <w:cantSplit/>
          <w:jc w:val="center"/>
        </w:trPr>
        <w:tc>
          <w:tcPr>
            <w:tcW w:w="9860" w:type="dxa"/>
            <w:tcBorders>
              <w:top w:val="single" w:sz="7" w:space="0" w:color="A3702A"/>
              <w:left w:val="single" w:sz="7" w:space="0" w:color="A3702A"/>
              <w:bottom w:val="single" w:sz="7" w:space="0" w:color="A3702A"/>
              <w:right w:val="single" w:sz="7" w:space="0" w:color="A3702A"/>
            </w:tcBorders>
            <w:shd w:val="clear" w:color="auto" w:fill="A3702A"/>
            <w:tcMar>
              <w:top w:w="70" w:type="dxa"/>
              <w:left w:w="90" w:type="dxa"/>
              <w:bottom w:w="70" w:type="dxa"/>
              <w:right w:w="90" w:type="dxa"/>
            </w:tcMar>
            <w:vAlign w:val="center"/>
          </w:tcPr>
          <w:p w14:paraId="3A3C554B" w14:textId="77777777" w:rsidR="00DC7FCD" w:rsidRDefault="00000000">
            <w:pPr>
              <w:spacing w:after="40" w:line="240" w:lineRule="auto"/>
              <w:jc w:val="center"/>
            </w:pPr>
            <w:r>
              <w:rPr>
                <w:b/>
                <w:color w:val="FFFFFF"/>
                <w:sz w:val="36"/>
              </w:rPr>
              <w:t>LIKOVNA UMETNOST</w:t>
            </w:r>
          </w:p>
        </w:tc>
      </w:tr>
      <w:tr w:rsidR="00DC7FCD" w14:paraId="0623A46F" w14:textId="77777777">
        <w:trPr>
          <w:cantSplit/>
          <w:jc w:val="center"/>
        </w:trPr>
        <w:tc>
          <w:tcPr>
            <w:tcW w:w="9860" w:type="dxa"/>
            <w:tcBorders>
              <w:top w:val="single" w:sz="7" w:space="0" w:color="A3702A"/>
              <w:left w:val="single" w:sz="7" w:space="0" w:color="A3702A"/>
              <w:bottom w:val="single" w:sz="7" w:space="0" w:color="A3702A"/>
              <w:right w:val="single" w:sz="7" w:space="0" w:color="A3702A"/>
            </w:tcBorders>
            <w:shd w:val="clear" w:color="auto" w:fill="E7F3F2"/>
            <w:tcMar>
              <w:top w:w="70" w:type="dxa"/>
              <w:left w:w="90" w:type="dxa"/>
              <w:bottom w:w="70" w:type="dxa"/>
              <w:right w:w="90" w:type="dxa"/>
            </w:tcMar>
            <w:vAlign w:val="center"/>
          </w:tcPr>
          <w:p w14:paraId="35BBF145" w14:textId="77777777" w:rsidR="00DC7FCD" w:rsidRDefault="00000000">
            <w:pPr>
              <w:spacing w:after="40" w:line="240" w:lineRule="auto"/>
              <w:jc w:val="center"/>
            </w:pPr>
            <w:r>
              <w:rPr>
                <w:b/>
                <w:color w:val="173B4D"/>
                <w:sz w:val="20"/>
              </w:rPr>
              <w:t xml:space="preserve">1. </w:t>
            </w:r>
            <w:proofErr w:type="spellStart"/>
            <w:r>
              <w:rPr>
                <w:b/>
                <w:color w:val="173B4D"/>
                <w:sz w:val="20"/>
              </w:rPr>
              <w:t>razred</w:t>
            </w:r>
            <w:proofErr w:type="spellEnd"/>
            <w:r>
              <w:rPr>
                <w:b/>
                <w:color w:val="173B4D"/>
                <w:sz w:val="20"/>
              </w:rPr>
              <w:t xml:space="preserve"> </w:t>
            </w:r>
            <w:r w:rsidR="000349DC">
              <w:rPr>
                <w:b/>
                <w:color w:val="173B4D"/>
                <w:sz w:val="20"/>
              </w:rPr>
              <w:t xml:space="preserve">  -   </w:t>
            </w:r>
            <w:r>
              <w:rPr>
                <w:b/>
                <w:color w:val="173B4D"/>
                <w:sz w:val="20"/>
              </w:rPr>
              <w:t xml:space="preserve"> </w:t>
            </w:r>
            <w:proofErr w:type="spellStart"/>
            <w:r>
              <w:rPr>
                <w:b/>
                <w:color w:val="173B4D"/>
                <w:sz w:val="20"/>
              </w:rPr>
              <w:t>šolsko</w:t>
            </w:r>
            <w:proofErr w:type="spellEnd"/>
            <w:r>
              <w:rPr>
                <w:b/>
                <w:color w:val="173B4D"/>
                <w:sz w:val="20"/>
              </w:rPr>
              <w:t xml:space="preserve"> </w:t>
            </w:r>
            <w:proofErr w:type="spellStart"/>
            <w:r>
              <w:rPr>
                <w:b/>
                <w:color w:val="173B4D"/>
                <w:sz w:val="20"/>
              </w:rPr>
              <w:t>leto</w:t>
            </w:r>
            <w:proofErr w:type="spellEnd"/>
            <w:r>
              <w:rPr>
                <w:b/>
                <w:color w:val="173B4D"/>
                <w:sz w:val="20"/>
              </w:rPr>
              <w:t xml:space="preserve"> 2026/2027</w:t>
            </w:r>
          </w:p>
        </w:tc>
      </w:tr>
    </w:tbl>
    <w:p w14:paraId="2067EAED" w14:textId="77777777" w:rsidR="00DC7FCD" w:rsidRDefault="00DC7FCD">
      <w:pPr>
        <w:spacing w:after="0" w:line="252" w:lineRule="auto"/>
      </w:pPr>
    </w:p>
    <w:tbl>
      <w:tblPr>
        <w:tblW w:w="9860" w:type="dxa"/>
        <w:jc w:val="center"/>
        <w:tblLayout w:type="fixed"/>
        <w:tblLook w:val="04A0" w:firstRow="1" w:lastRow="0" w:firstColumn="1" w:lastColumn="0" w:noHBand="0" w:noVBand="1"/>
      </w:tblPr>
      <w:tblGrid>
        <w:gridCol w:w="3300"/>
        <w:gridCol w:w="6560"/>
      </w:tblGrid>
      <w:tr w:rsidR="00DC7FCD" w14:paraId="284CA7A6"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AC4D34" w14:textId="77777777" w:rsidR="00DC7FCD" w:rsidRDefault="000349DC">
            <w:pPr>
              <w:spacing w:after="24" w:line="240" w:lineRule="auto"/>
            </w:pPr>
            <w:r>
              <w:rPr>
                <w:b/>
                <w:color w:val="A3702A"/>
                <w:sz w:val="16"/>
              </w:rPr>
              <w:t>UČITELJICA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1AAC30" w14:textId="77777777" w:rsidR="00DC7FCD" w:rsidRDefault="000349DC">
            <w:pPr>
              <w:spacing w:after="24" w:line="240" w:lineRule="auto"/>
            </w:pPr>
            <w:r>
              <w:rPr>
                <w:b/>
                <w:color w:val="203038"/>
              </w:rPr>
              <w:t>mag. Narrayani Premal</w:t>
            </w:r>
          </w:p>
        </w:tc>
      </w:tr>
      <w:tr w:rsidR="00DC7FCD" w14:paraId="4DA7AF95"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C84899" w14:textId="77777777" w:rsidR="00DC7FCD" w:rsidRDefault="00000000">
            <w:pPr>
              <w:spacing w:after="24" w:line="240" w:lineRule="auto"/>
            </w:pPr>
            <w:r>
              <w:rPr>
                <w:b/>
                <w:color w:val="A3702A"/>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95DF62" w14:textId="77777777" w:rsidR="00DC7FCD" w:rsidRDefault="00000000">
            <w:pPr>
              <w:spacing w:after="24" w:line="240" w:lineRule="auto"/>
            </w:pPr>
            <w:r>
              <w:rPr>
                <w:color w:val="203038"/>
              </w:rPr>
              <w:t>OŠ Lucija</w:t>
            </w:r>
          </w:p>
        </w:tc>
      </w:tr>
      <w:tr w:rsidR="00DC7FCD" w14:paraId="581D30E7"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07C012" w14:textId="77777777" w:rsidR="00DC7FCD" w:rsidRDefault="00000000">
            <w:pPr>
              <w:spacing w:after="24" w:line="240" w:lineRule="auto"/>
            </w:pPr>
            <w:r>
              <w:rPr>
                <w:b/>
                <w:color w:val="A3702A"/>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603D52" w14:textId="77777777" w:rsidR="00DC7FCD" w:rsidRDefault="00000000">
            <w:pPr>
              <w:spacing w:after="24" w:line="240" w:lineRule="auto"/>
            </w:pPr>
            <w:r>
              <w:rPr>
                <w:color w:val="203038"/>
              </w:rPr>
              <w:t>2 ur / 70 ur</w:t>
            </w:r>
          </w:p>
        </w:tc>
      </w:tr>
      <w:tr w:rsidR="00DC7FCD" w14:paraId="630497C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E9FE02" w14:textId="77777777" w:rsidR="00DC7FCD" w:rsidRDefault="00000000">
            <w:pPr>
              <w:spacing w:after="24" w:line="240" w:lineRule="auto"/>
            </w:pPr>
            <w:r>
              <w:rPr>
                <w:b/>
                <w:color w:val="A3702A"/>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C288BE" w14:textId="77777777" w:rsidR="00DC7FCD" w:rsidRDefault="00000000">
            <w:pPr>
              <w:spacing w:after="24" w:line="240" w:lineRule="auto"/>
            </w:pPr>
            <w:r>
              <w:rPr>
                <w:color w:val="203038"/>
              </w:rPr>
              <w:t xml:space="preserve">39 </w:t>
            </w:r>
            <w:proofErr w:type="spellStart"/>
            <w:r>
              <w:rPr>
                <w:color w:val="203038"/>
              </w:rPr>
              <w:t>tednov</w:t>
            </w:r>
            <w:proofErr w:type="spellEnd"/>
            <w:r>
              <w:rPr>
                <w:color w:val="203038"/>
              </w:rPr>
              <w:t xml:space="preserve"> </w:t>
            </w:r>
            <w:r w:rsidR="000349DC">
              <w:rPr>
                <w:color w:val="203038"/>
              </w:rPr>
              <w:t xml:space="preserve">  (</w:t>
            </w:r>
            <w:r>
              <w:rPr>
                <w:color w:val="203038"/>
              </w:rPr>
              <w:t xml:space="preserve">11 </w:t>
            </w:r>
            <w:proofErr w:type="spellStart"/>
            <w:r>
              <w:rPr>
                <w:color w:val="203038"/>
              </w:rPr>
              <w:t>tematskih</w:t>
            </w:r>
            <w:proofErr w:type="spellEnd"/>
            <w:r>
              <w:rPr>
                <w:color w:val="203038"/>
              </w:rPr>
              <w:t xml:space="preserve"> </w:t>
            </w:r>
            <w:proofErr w:type="spellStart"/>
            <w:r>
              <w:rPr>
                <w:color w:val="203038"/>
              </w:rPr>
              <w:t>obdobij</w:t>
            </w:r>
            <w:proofErr w:type="spellEnd"/>
            <w:r w:rsidR="000349DC">
              <w:rPr>
                <w:color w:val="203038"/>
              </w:rPr>
              <w:t>)</w:t>
            </w:r>
          </w:p>
        </w:tc>
      </w:tr>
      <w:tr w:rsidR="00DC7FCD" w14:paraId="4FE5EB05"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403E7B" w14:textId="77777777" w:rsidR="00DC7FCD" w:rsidRDefault="00000000">
            <w:pPr>
              <w:spacing w:after="24" w:line="240" w:lineRule="auto"/>
            </w:pPr>
            <w:r>
              <w:rPr>
                <w:b/>
                <w:color w:val="A3702A"/>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A9D890" w14:textId="77777777" w:rsidR="00DC7FCD" w:rsidRDefault="00000000">
            <w:pPr>
              <w:spacing w:after="24" w:line="240" w:lineRule="auto"/>
            </w:pPr>
            <w:r>
              <w:rPr>
                <w:color w:val="203038"/>
              </w:rPr>
              <w:t>31. 8. 2026</w:t>
            </w:r>
          </w:p>
        </w:tc>
      </w:tr>
    </w:tbl>
    <w:p w14:paraId="42760F6F" w14:textId="77777777" w:rsidR="00DC7FCD" w:rsidRDefault="00DC7FCD">
      <w:pPr>
        <w:spacing w:after="0" w:line="252" w:lineRule="auto"/>
      </w:pPr>
    </w:p>
    <w:p w14:paraId="463AEF63" w14:textId="77777777" w:rsidR="008F4AC0" w:rsidRDefault="008F4AC0">
      <w:pPr>
        <w:spacing w:after="280" w:line="252" w:lineRule="auto"/>
        <w:jc w:val="center"/>
        <w:rPr>
          <w:i/>
          <w:color w:val="60727A"/>
          <w:sz w:val="17"/>
        </w:rPr>
      </w:pPr>
    </w:p>
    <w:p w14:paraId="5DFE8F8A" w14:textId="77777777" w:rsidR="00DC7FCD" w:rsidRDefault="00000000">
      <w:pPr>
        <w:spacing w:after="280" w:line="252" w:lineRule="auto"/>
        <w:jc w:val="center"/>
      </w:pPr>
      <w:proofErr w:type="spellStart"/>
      <w:r>
        <w:rPr>
          <w:i/>
          <w:color w:val="60727A"/>
          <w:sz w:val="17"/>
        </w:rPr>
        <w:t>Letna</w:t>
      </w:r>
      <w:proofErr w:type="spellEnd"/>
      <w:r>
        <w:rPr>
          <w:i/>
          <w:color w:val="60727A"/>
          <w:sz w:val="17"/>
        </w:rPr>
        <w:t xml:space="preserve"> </w:t>
      </w:r>
      <w:proofErr w:type="spellStart"/>
      <w:r>
        <w:rPr>
          <w:i/>
          <w:color w:val="60727A"/>
          <w:sz w:val="17"/>
        </w:rPr>
        <w:t>priprava</w:t>
      </w:r>
      <w:proofErr w:type="spellEnd"/>
      <w:r>
        <w:rPr>
          <w:i/>
          <w:color w:val="60727A"/>
          <w:sz w:val="17"/>
        </w:rPr>
        <w:t xml:space="preserve"> je </w:t>
      </w:r>
      <w:proofErr w:type="spellStart"/>
      <w:r>
        <w:rPr>
          <w:i/>
          <w:color w:val="60727A"/>
          <w:sz w:val="17"/>
        </w:rPr>
        <w:t>usklajena</w:t>
      </w:r>
      <w:proofErr w:type="spellEnd"/>
      <w:r>
        <w:rPr>
          <w:i/>
          <w:color w:val="60727A"/>
          <w:sz w:val="17"/>
        </w:rPr>
        <w:t xml:space="preserve"> s priloženo tematsko tabelo, dnevnimi učnimi pripravami in načrtovanimi dnevi dejavnosti.</w:t>
      </w:r>
    </w:p>
    <w:tbl>
      <w:tblPr>
        <w:tblW w:w="9860" w:type="dxa"/>
        <w:jc w:val="center"/>
        <w:tblLayout w:type="fixed"/>
        <w:tblLook w:val="04A0" w:firstRow="1" w:lastRow="0" w:firstColumn="1" w:lastColumn="0" w:noHBand="0" w:noVBand="1"/>
      </w:tblPr>
      <w:tblGrid>
        <w:gridCol w:w="4930"/>
        <w:gridCol w:w="4930"/>
      </w:tblGrid>
      <w:tr w:rsidR="00DC7FCD" w14:paraId="2ACDFC18" w14:textId="77777777">
        <w:trPr>
          <w:jc w:val="center"/>
        </w:trPr>
        <w:tc>
          <w:tcPr>
            <w:tcW w:w="4930" w:type="dxa"/>
            <w:tcMar>
              <w:top w:w="70" w:type="dxa"/>
              <w:left w:w="90" w:type="dxa"/>
              <w:bottom w:w="70" w:type="dxa"/>
              <w:right w:w="90" w:type="dxa"/>
            </w:tcMar>
            <w:vAlign w:val="center"/>
          </w:tcPr>
          <w:p w14:paraId="09D59487" w14:textId="77777777" w:rsidR="00DC7FCD" w:rsidRDefault="00000000">
            <w:pPr>
              <w:spacing w:after="24" w:line="240" w:lineRule="auto"/>
              <w:jc w:val="center"/>
            </w:pPr>
            <w:r>
              <w:rPr>
                <w:b/>
                <w:color w:val="60727A"/>
                <w:sz w:val="16"/>
              </w:rPr>
              <w:t>Letno pripravo izdelala</w:t>
            </w:r>
          </w:p>
        </w:tc>
        <w:tc>
          <w:tcPr>
            <w:tcW w:w="4930" w:type="dxa"/>
            <w:tcMar>
              <w:top w:w="70" w:type="dxa"/>
              <w:left w:w="90" w:type="dxa"/>
              <w:bottom w:w="70" w:type="dxa"/>
              <w:right w:w="90" w:type="dxa"/>
            </w:tcMar>
            <w:vAlign w:val="center"/>
          </w:tcPr>
          <w:p w14:paraId="61AFA807" w14:textId="77777777" w:rsidR="00DC7FCD" w:rsidRDefault="00000000">
            <w:pPr>
              <w:spacing w:after="24" w:line="240" w:lineRule="auto"/>
              <w:jc w:val="center"/>
            </w:pPr>
            <w:r>
              <w:rPr>
                <w:b/>
                <w:color w:val="60727A"/>
                <w:sz w:val="16"/>
              </w:rPr>
              <w:t>Letno pripravo pregledala</w:t>
            </w:r>
          </w:p>
        </w:tc>
      </w:tr>
      <w:tr w:rsidR="00DC7FCD" w14:paraId="7CC2C89E" w14:textId="77777777">
        <w:trPr>
          <w:jc w:val="center"/>
        </w:trPr>
        <w:tc>
          <w:tcPr>
            <w:tcW w:w="4930" w:type="dxa"/>
            <w:tcMar>
              <w:top w:w="70" w:type="dxa"/>
              <w:left w:w="90" w:type="dxa"/>
              <w:bottom w:w="70" w:type="dxa"/>
              <w:right w:w="90" w:type="dxa"/>
            </w:tcMar>
            <w:vAlign w:val="center"/>
          </w:tcPr>
          <w:p w14:paraId="3B4CFF9B" w14:textId="77777777" w:rsidR="00DC7FCD"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13F6C3D0" w14:textId="77777777" w:rsidR="00DC7FCD" w:rsidRDefault="00000000">
            <w:pPr>
              <w:spacing w:after="24" w:line="240" w:lineRule="auto"/>
              <w:jc w:val="center"/>
            </w:pPr>
            <w:r>
              <w:rPr>
                <w:color w:val="203038"/>
              </w:rPr>
              <w:t>____________________________</w:t>
            </w:r>
          </w:p>
        </w:tc>
      </w:tr>
    </w:tbl>
    <w:p w14:paraId="57974F3B" w14:textId="77777777" w:rsidR="00DC7FCD" w:rsidRDefault="00000000">
      <w:pPr>
        <w:spacing w:after="0"/>
      </w:pPr>
      <w:r>
        <w:br w:type="page"/>
      </w:r>
    </w:p>
    <w:p w14:paraId="62C771C2" w14:textId="77777777" w:rsidR="00DC7FCD" w:rsidRPr="008F4AC0" w:rsidRDefault="00000000">
      <w:pPr>
        <w:pStyle w:val="Naslov1"/>
        <w:spacing w:before="140" w:after="80"/>
      </w:pPr>
      <w:r w:rsidRPr="008F4AC0">
        <w:rPr>
          <w:rFonts w:ascii="Arial" w:eastAsia="Arial" w:hAnsi="Arial"/>
          <w:color w:val="173B4D"/>
        </w:rPr>
        <w:lastRenderedPageBreak/>
        <w:t>1. Letni okvir predmeta</w:t>
      </w:r>
    </w:p>
    <w:p w14:paraId="18640BD3" w14:textId="77777777" w:rsidR="00DC7FCD" w:rsidRDefault="00000000" w:rsidP="008F4AC0">
      <w:pPr>
        <w:spacing w:after="60" w:line="252" w:lineRule="auto"/>
        <w:jc w:val="both"/>
      </w:pPr>
      <w:r>
        <w:rPr>
          <w:color w:val="203038"/>
        </w:rPr>
        <w:t>Predmet Likovna umetnost je načrtovan v obsegu 2 ur tedensko in 70 ur letno. Razporeditev upošteva 39 tematskih tednov, krajše tedne, pouka proste dni ter 15 dni dejavnosti iz šolskega koledarja. Ker konkretni dnevi v tedenskem urniku niso določeni v viru, je število ur po tednih sorazmerno prilagojeno razpoložljivim učnim dnem; letni seštevek ostaja natančen.</w:t>
      </w:r>
    </w:p>
    <w:tbl>
      <w:tblPr>
        <w:tblW w:w="9860" w:type="dxa"/>
        <w:jc w:val="center"/>
        <w:tblLayout w:type="fixed"/>
        <w:tblLook w:val="04A0" w:firstRow="1" w:lastRow="0" w:firstColumn="1" w:lastColumn="0" w:noHBand="0" w:noVBand="1"/>
      </w:tblPr>
      <w:tblGrid>
        <w:gridCol w:w="2465"/>
        <w:gridCol w:w="2465"/>
        <w:gridCol w:w="2465"/>
        <w:gridCol w:w="2465"/>
      </w:tblGrid>
      <w:tr w:rsidR="00DC7FCD" w14:paraId="3DB9CEE2" w14:textId="77777777">
        <w:trPr>
          <w:tblHeader/>
          <w:jc w:val="center"/>
        </w:trPr>
        <w:tc>
          <w:tcPr>
            <w:tcW w:w="2465"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51266A27" w14:textId="77777777" w:rsidR="00DC7FCD" w:rsidRDefault="00000000">
            <w:pPr>
              <w:spacing w:after="24" w:line="240" w:lineRule="auto"/>
              <w:jc w:val="center"/>
            </w:pPr>
            <w:r>
              <w:rPr>
                <w:b/>
                <w:color w:val="FFFFFF"/>
                <w:sz w:val="14"/>
              </w:rPr>
              <w:t>LETNI OBSEG</w:t>
            </w:r>
          </w:p>
        </w:tc>
        <w:tc>
          <w:tcPr>
            <w:tcW w:w="2465"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49C34577" w14:textId="77777777" w:rsidR="00DC7FCD" w:rsidRDefault="00000000">
            <w:pPr>
              <w:spacing w:after="24" w:line="240" w:lineRule="auto"/>
              <w:jc w:val="center"/>
            </w:pPr>
            <w:r>
              <w:rPr>
                <w:b/>
                <w:color w:val="FFFFFF"/>
                <w:sz w:val="14"/>
              </w:rPr>
              <w:t>TEDENSKI OBSEG</w:t>
            </w:r>
          </w:p>
        </w:tc>
        <w:tc>
          <w:tcPr>
            <w:tcW w:w="2465"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634CC443" w14:textId="77777777" w:rsidR="00DC7FCD" w:rsidRDefault="00000000">
            <w:pPr>
              <w:spacing w:after="24" w:line="240" w:lineRule="auto"/>
              <w:jc w:val="center"/>
            </w:pPr>
            <w:r>
              <w:rPr>
                <w:b/>
                <w:color w:val="FFFFFF"/>
                <w:sz w:val="14"/>
              </w:rPr>
              <w:t>UČNI DNEVI</w:t>
            </w:r>
          </w:p>
        </w:tc>
        <w:tc>
          <w:tcPr>
            <w:tcW w:w="2465"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13123CF9" w14:textId="77777777" w:rsidR="00DC7FCD" w:rsidRDefault="00000000">
            <w:pPr>
              <w:spacing w:after="24" w:line="240" w:lineRule="auto"/>
              <w:jc w:val="center"/>
            </w:pPr>
            <w:r>
              <w:rPr>
                <w:b/>
                <w:color w:val="FFFFFF"/>
                <w:sz w:val="14"/>
              </w:rPr>
              <w:t>DNEVI DEJAVNOSTI</w:t>
            </w:r>
          </w:p>
        </w:tc>
      </w:tr>
      <w:tr w:rsidR="00DC7FCD" w14:paraId="04EF5095" w14:textId="77777777">
        <w:trPr>
          <w:jc w:val="center"/>
        </w:trPr>
        <w:tc>
          <w:tcPr>
            <w:tcW w:w="2465" w:type="dxa"/>
            <w:tcBorders>
              <w:top w:val="single" w:sz="5" w:space="0" w:color="A3702A"/>
              <w:left w:val="single" w:sz="5" w:space="0" w:color="A3702A"/>
              <w:bottom w:val="single" w:sz="5" w:space="0" w:color="A3702A"/>
              <w:right w:val="single" w:sz="5" w:space="0" w:color="A3702A"/>
            </w:tcBorders>
            <w:shd w:val="clear" w:color="auto" w:fill="E7F3F2"/>
            <w:tcMar>
              <w:top w:w="70" w:type="dxa"/>
              <w:left w:w="90" w:type="dxa"/>
              <w:bottom w:w="70" w:type="dxa"/>
              <w:right w:w="90" w:type="dxa"/>
            </w:tcMar>
            <w:vAlign w:val="center"/>
          </w:tcPr>
          <w:p w14:paraId="1C42974F" w14:textId="77777777" w:rsidR="00DC7FCD" w:rsidRDefault="00000000">
            <w:pPr>
              <w:spacing w:after="24" w:line="240" w:lineRule="auto"/>
              <w:jc w:val="center"/>
            </w:pPr>
            <w:r>
              <w:rPr>
                <w:b/>
                <w:color w:val="173B4D"/>
                <w:sz w:val="24"/>
              </w:rPr>
              <w:t>70 ur</w:t>
            </w:r>
          </w:p>
        </w:tc>
        <w:tc>
          <w:tcPr>
            <w:tcW w:w="2465" w:type="dxa"/>
            <w:tcBorders>
              <w:top w:val="single" w:sz="5" w:space="0" w:color="A3702A"/>
              <w:left w:val="single" w:sz="5" w:space="0" w:color="A3702A"/>
              <w:bottom w:val="single" w:sz="5" w:space="0" w:color="A3702A"/>
              <w:right w:val="single" w:sz="5" w:space="0" w:color="A3702A"/>
            </w:tcBorders>
            <w:shd w:val="clear" w:color="auto" w:fill="E7F3F2"/>
            <w:tcMar>
              <w:top w:w="70" w:type="dxa"/>
              <w:left w:w="90" w:type="dxa"/>
              <w:bottom w:w="70" w:type="dxa"/>
              <w:right w:w="90" w:type="dxa"/>
            </w:tcMar>
            <w:vAlign w:val="center"/>
          </w:tcPr>
          <w:p w14:paraId="41B3780F" w14:textId="77777777" w:rsidR="00DC7FCD" w:rsidRDefault="00000000">
            <w:pPr>
              <w:spacing w:after="24" w:line="240" w:lineRule="auto"/>
              <w:jc w:val="center"/>
            </w:pPr>
            <w:r>
              <w:rPr>
                <w:b/>
                <w:color w:val="173B4D"/>
                <w:sz w:val="24"/>
              </w:rPr>
              <w:t>2 ur</w:t>
            </w:r>
          </w:p>
        </w:tc>
        <w:tc>
          <w:tcPr>
            <w:tcW w:w="2465" w:type="dxa"/>
            <w:tcBorders>
              <w:top w:val="single" w:sz="5" w:space="0" w:color="A3702A"/>
              <w:left w:val="single" w:sz="5" w:space="0" w:color="A3702A"/>
              <w:bottom w:val="single" w:sz="5" w:space="0" w:color="A3702A"/>
              <w:right w:val="single" w:sz="5" w:space="0" w:color="A3702A"/>
            </w:tcBorders>
            <w:shd w:val="clear" w:color="auto" w:fill="E7F3F2"/>
            <w:tcMar>
              <w:top w:w="70" w:type="dxa"/>
              <w:left w:w="90" w:type="dxa"/>
              <w:bottom w:w="70" w:type="dxa"/>
              <w:right w:w="90" w:type="dxa"/>
            </w:tcMar>
            <w:vAlign w:val="center"/>
          </w:tcPr>
          <w:p w14:paraId="1D11A06F" w14:textId="77777777" w:rsidR="00DC7FCD" w:rsidRDefault="00000000">
            <w:pPr>
              <w:spacing w:after="24" w:line="240" w:lineRule="auto"/>
              <w:jc w:val="center"/>
            </w:pPr>
            <w:r>
              <w:rPr>
                <w:b/>
                <w:color w:val="173B4D"/>
                <w:sz w:val="24"/>
              </w:rPr>
              <w:t>175 dni</w:t>
            </w:r>
          </w:p>
        </w:tc>
        <w:tc>
          <w:tcPr>
            <w:tcW w:w="2465" w:type="dxa"/>
            <w:tcBorders>
              <w:top w:val="single" w:sz="5" w:space="0" w:color="A3702A"/>
              <w:left w:val="single" w:sz="5" w:space="0" w:color="A3702A"/>
              <w:bottom w:val="single" w:sz="5" w:space="0" w:color="A3702A"/>
              <w:right w:val="single" w:sz="5" w:space="0" w:color="A3702A"/>
            </w:tcBorders>
            <w:shd w:val="clear" w:color="auto" w:fill="E7F3F2"/>
            <w:tcMar>
              <w:top w:w="70" w:type="dxa"/>
              <w:left w:w="90" w:type="dxa"/>
              <w:bottom w:w="70" w:type="dxa"/>
              <w:right w:w="90" w:type="dxa"/>
            </w:tcMar>
            <w:vAlign w:val="center"/>
          </w:tcPr>
          <w:p w14:paraId="484472A7" w14:textId="77777777" w:rsidR="00DC7FCD" w:rsidRDefault="00000000">
            <w:pPr>
              <w:spacing w:after="24" w:line="240" w:lineRule="auto"/>
              <w:jc w:val="center"/>
            </w:pPr>
            <w:r>
              <w:rPr>
                <w:b/>
                <w:color w:val="173B4D"/>
                <w:sz w:val="24"/>
              </w:rPr>
              <w:t>15 dni</w:t>
            </w:r>
          </w:p>
        </w:tc>
      </w:tr>
    </w:tbl>
    <w:p w14:paraId="6BF3046C" w14:textId="77777777" w:rsidR="00DC7FCD" w:rsidRDefault="00000000">
      <w:pPr>
        <w:pStyle w:val="Naslov2"/>
        <w:spacing w:before="80" w:after="60"/>
      </w:pPr>
      <w:r>
        <w:rPr>
          <w:rFonts w:ascii="Arial" w:eastAsia="Arial" w:hAnsi="Arial"/>
          <w:color w:val="A3702A"/>
          <w:sz w:val="24"/>
        </w:rPr>
        <w:t>1.1 Splošni cilji</w:t>
      </w:r>
    </w:p>
    <w:p w14:paraId="64FD8816" w14:textId="77777777" w:rsidR="00DC7FCD" w:rsidRDefault="00000000">
      <w:pPr>
        <w:pStyle w:val="Oznaenseznam"/>
        <w:spacing w:after="30"/>
        <w:ind w:left="280" w:hanging="140"/>
      </w:pPr>
      <w:r>
        <w:rPr>
          <w:color w:val="203038"/>
        </w:rPr>
        <w:t>pozorno opazuje vidni svet, umetnine in izdelke ter svoje zaznave izraža z besedo, gibanjem in likovnim delom</w:t>
      </w:r>
    </w:p>
    <w:p w14:paraId="6D5AA0B6" w14:textId="77777777" w:rsidR="00DC7FCD" w:rsidRDefault="00000000">
      <w:pPr>
        <w:pStyle w:val="Oznaenseznam"/>
        <w:spacing w:after="30"/>
        <w:ind w:left="280" w:hanging="140"/>
      </w:pPr>
      <w:r>
        <w:rPr>
          <w:color w:val="203038"/>
        </w:rPr>
        <w:t>raziskuje črto, barvo, obliko, ploskev, prostor, površino in ritem v različnih likovnih področjih</w:t>
      </w:r>
    </w:p>
    <w:p w14:paraId="48D45576" w14:textId="77777777" w:rsidR="00DC7FCD" w:rsidRDefault="00000000">
      <w:pPr>
        <w:pStyle w:val="Oznaenseznam"/>
        <w:spacing w:after="30"/>
        <w:ind w:left="280" w:hanging="140"/>
      </w:pPr>
      <w:r>
        <w:rPr>
          <w:color w:val="203038"/>
        </w:rPr>
        <w:t>varno in ustvarjalno uporablja risarske, slikarske, grafične, kiparske, prostorske ter oblikovalske materiale in postopke</w:t>
      </w:r>
    </w:p>
    <w:p w14:paraId="14DF66B6" w14:textId="77777777" w:rsidR="00DC7FCD" w:rsidRDefault="00000000">
      <w:pPr>
        <w:pStyle w:val="Oznaenseznam"/>
        <w:spacing w:after="30"/>
        <w:ind w:left="280" w:hanging="140"/>
      </w:pPr>
      <w:r>
        <w:rPr>
          <w:color w:val="203038"/>
        </w:rPr>
        <w:t>načrtuje likovno rešitev, vztraja v procesu, izbira med možnostmi in pojasni svojo odločitev</w:t>
      </w:r>
    </w:p>
    <w:p w14:paraId="59741B99" w14:textId="77777777" w:rsidR="00DC7FCD" w:rsidRDefault="00000000">
      <w:pPr>
        <w:pStyle w:val="Oznaenseznam"/>
        <w:spacing w:after="30"/>
        <w:ind w:left="280" w:hanging="140"/>
      </w:pPr>
      <w:r>
        <w:rPr>
          <w:color w:val="203038"/>
        </w:rPr>
        <w:t>predstavlja dela, sprejema opisno povratno informacijo, gradi mapo dosežkov in spoštuje različne rešitve</w:t>
      </w:r>
    </w:p>
    <w:p w14:paraId="5653A15C" w14:textId="77777777" w:rsidR="00DC7FCD" w:rsidRDefault="00000000">
      <w:pPr>
        <w:pStyle w:val="Naslov2"/>
        <w:spacing w:before="80" w:after="60"/>
      </w:pPr>
      <w:r>
        <w:rPr>
          <w:rFonts w:ascii="Arial" w:eastAsia="Arial" w:hAnsi="Arial"/>
          <w:color w:val="A3702A"/>
          <w:sz w:val="24"/>
        </w:rPr>
        <w:t>1.2 Didaktična izhodišča in sodobne oblike poučevanja</w:t>
      </w:r>
    </w:p>
    <w:p w14:paraId="61622C06" w14:textId="77777777" w:rsidR="00DC7FCD" w:rsidRDefault="00000000">
      <w:pPr>
        <w:pStyle w:val="Oznaenseznam"/>
        <w:spacing w:after="30"/>
        <w:ind w:left="280" w:hanging="140"/>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0E3FC7B6" w14:textId="77777777" w:rsidR="00DC7FCD" w:rsidRDefault="00000000">
      <w:pPr>
        <w:pStyle w:val="Oznaenseznam"/>
        <w:spacing w:after="30"/>
        <w:ind w:left="280" w:hanging="140"/>
      </w:pPr>
      <w:r>
        <w:rPr>
          <w:color w:val="203038"/>
          <w:sz w:val="17"/>
        </w:rPr>
        <w:t>Izkušenjsko učenje: opazovanje, tipanje in preizkušanje materiala; ustvarjalni proces od zamisli do razstave.</w:t>
      </w:r>
    </w:p>
    <w:p w14:paraId="3FDD4950" w14:textId="77777777" w:rsidR="00DC7FCD" w:rsidRDefault="00000000">
      <w:pPr>
        <w:pStyle w:val="Oznaenseznam"/>
        <w:spacing w:after="30"/>
        <w:ind w:left="280" w:hanging="140"/>
      </w:pPr>
      <w:r>
        <w:rPr>
          <w:color w:val="203038"/>
          <w:sz w:val="17"/>
        </w:rPr>
        <w:t>Poučevanje v gibanju: risanje z velikim gibom, prostorska kompozicija, ustvarjalne postaje in galerijski sprehod.</w:t>
      </w:r>
    </w:p>
    <w:p w14:paraId="275264BF" w14:textId="77777777" w:rsidR="00DC7FCD" w:rsidRDefault="00000000">
      <w:pPr>
        <w:pStyle w:val="Oznaenseznam"/>
        <w:spacing w:after="30"/>
        <w:ind w:left="280" w:hanging="140"/>
      </w:pPr>
      <w:r>
        <w:rPr>
          <w:color w:val="203038"/>
          <w:sz w:val="17"/>
        </w:rPr>
        <w:t>Sodelovalno in problemsko učenje: delo v paru ali manjši skupini, postaje, izbira strategije, razlaga postopka in skupna refleksija.</w:t>
      </w:r>
    </w:p>
    <w:p w14:paraId="1EEFAF55" w14:textId="77777777" w:rsidR="00DC7FCD" w:rsidRDefault="00000000">
      <w:pPr>
        <w:pStyle w:val="Oznaenseznam"/>
        <w:spacing w:after="30"/>
        <w:ind w:left="280" w:hanging="140"/>
      </w:pPr>
      <w:r>
        <w:rPr>
          <w:color w:val="203038"/>
          <w:sz w:val="17"/>
        </w:rPr>
        <w:t>Diferenciacija in vključevanje: izbira zahtevnosti, konkretna/slikovna/gibalna opora, dodatni čas, alternativni način odgovora ter naloge za poglabljanje.</w:t>
      </w:r>
    </w:p>
    <w:p w14:paraId="6C260F57" w14:textId="77777777" w:rsidR="00DC7FCD" w:rsidRDefault="00000000">
      <w:pPr>
        <w:pStyle w:val="Oznaenseznam"/>
        <w:spacing w:after="30"/>
        <w:ind w:left="280" w:hanging="140"/>
      </w:pPr>
      <w:r>
        <w:rPr>
          <w:color w:val="203038"/>
          <w:sz w:val="17"/>
        </w:rPr>
        <w:t>Medpredmetno povezovanje: tedenske vsebine se navezujejo na skupni tematski motiv in književno izhodišče, vendar cilji posameznega predmeta ostajajo razvidni in preverljivi.</w:t>
      </w:r>
    </w:p>
    <w:p w14:paraId="0B27770B" w14:textId="77777777" w:rsidR="00DC7FCD" w:rsidRDefault="00000000">
      <w:pPr>
        <w:pStyle w:val="Naslov2"/>
        <w:spacing w:before="80" w:after="60"/>
      </w:pPr>
      <w:r>
        <w:rPr>
          <w:rFonts w:ascii="Arial" w:eastAsia="Arial" w:hAnsi="Arial"/>
          <w:color w:val="A3702A"/>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DC7FCD" w14:paraId="106055B1" w14:textId="77777777">
        <w:trPr>
          <w:tblHeader/>
          <w:jc w:val="center"/>
        </w:trPr>
        <w:tc>
          <w:tcPr>
            <w:tcW w:w="25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040E8CFC" w14:textId="77777777" w:rsidR="00DC7FCD" w:rsidRDefault="00000000">
            <w:pPr>
              <w:spacing w:after="24" w:line="240" w:lineRule="auto"/>
              <w:jc w:val="center"/>
            </w:pPr>
            <w:r>
              <w:rPr>
                <w:b/>
                <w:color w:val="FFFFFF"/>
                <w:sz w:val="14"/>
              </w:rPr>
              <w:t>KORAK</w:t>
            </w:r>
          </w:p>
        </w:tc>
        <w:tc>
          <w:tcPr>
            <w:tcW w:w="43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3D434490" w14:textId="77777777" w:rsidR="00DC7FCD" w:rsidRDefault="00000000">
            <w:pPr>
              <w:spacing w:after="24" w:line="240" w:lineRule="auto"/>
              <w:jc w:val="center"/>
            </w:pPr>
            <w:r>
              <w:rPr>
                <w:b/>
                <w:color w:val="FFFFFF"/>
                <w:sz w:val="14"/>
              </w:rPr>
              <w:t>DEJANJE UČENCA</w:t>
            </w:r>
          </w:p>
        </w:tc>
        <w:tc>
          <w:tcPr>
            <w:tcW w:w="306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58AA17CF" w14:textId="77777777" w:rsidR="00DC7FCD" w:rsidRDefault="00000000">
            <w:pPr>
              <w:spacing w:after="24" w:line="240" w:lineRule="auto"/>
              <w:jc w:val="center"/>
            </w:pPr>
            <w:r>
              <w:rPr>
                <w:b/>
                <w:color w:val="FFFFFF"/>
                <w:sz w:val="14"/>
              </w:rPr>
              <w:t>DOKAZ / POVRATNA INFORMACIJA</w:t>
            </w:r>
          </w:p>
        </w:tc>
      </w:tr>
      <w:tr w:rsidR="00DC7FCD" w14:paraId="7A542605"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C41395" w14:textId="77777777" w:rsidR="00DC7FCD" w:rsidRDefault="00000000">
            <w:pPr>
              <w:spacing w:after="24" w:line="240" w:lineRule="auto"/>
            </w:pPr>
            <w:r>
              <w:rPr>
                <w:b/>
                <w:color w:val="A3702A"/>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302262" w14:textId="77777777" w:rsidR="00DC7FCD" w:rsidRDefault="00000000">
            <w:pPr>
              <w:spacing w:after="24" w:line="240" w:lineRule="auto"/>
            </w:pPr>
            <w:r>
              <w:rPr>
                <w:color w:val="203038"/>
                <w:sz w:val="15"/>
              </w:rPr>
              <w:t>pove, kaj že zna, in pomaga oblikovati kriterij uspešnosti</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A3C89D" w14:textId="77777777" w:rsidR="00DC7FCD" w:rsidRDefault="00000000">
            <w:pPr>
              <w:spacing w:after="24" w:line="240" w:lineRule="auto"/>
            </w:pPr>
            <w:r>
              <w:rPr>
                <w:color w:val="203038"/>
                <w:sz w:val="15"/>
              </w:rPr>
              <w:t>vprašanje, razvrstitev, KWL, risba predznanja</w:t>
            </w:r>
          </w:p>
        </w:tc>
      </w:tr>
      <w:tr w:rsidR="00DC7FCD" w14:paraId="5B2F5A27"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4378BE" w14:textId="77777777" w:rsidR="00DC7FCD" w:rsidRDefault="00000000">
            <w:pPr>
              <w:spacing w:after="24" w:line="240" w:lineRule="auto"/>
            </w:pPr>
            <w:r>
              <w:rPr>
                <w:b/>
                <w:color w:val="A3702A"/>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7BCC4A" w14:textId="77777777" w:rsidR="00DC7FCD" w:rsidRDefault="00000000">
            <w:pPr>
              <w:spacing w:after="24" w:line="240" w:lineRule="auto"/>
            </w:pPr>
            <w:r>
              <w:rPr>
                <w:color w:val="203038"/>
                <w:sz w:val="15"/>
              </w:rPr>
              <w:t>preizkuša, primerja, sprašuje in pojasnjuje strategijo</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5926B9" w14:textId="77777777" w:rsidR="00DC7FCD" w:rsidRDefault="00000000">
            <w:pPr>
              <w:spacing w:after="24" w:line="240" w:lineRule="auto"/>
            </w:pPr>
            <w:r>
              <w:rPr>
                <w:color w:val="203038"/>
                <w:sz w:val="15"/>
              </w:rPr>
              <w:t>skica/poskus; fotografija procesa; končni izdelek; ustna refleksija in izbor iz mape</w:t>
            </w:r>
          </w:p>
        </w:tc>
      </w:tr>
      <w:tr w:rsidR="00DC7FCD" w14:paraId="07C0F78D"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A266EE" w14:textId="77777777" w:rsidR="00DC7FCD" w:rsidRDefault="00000000">
            <w:pPr>
              <w:spacing w:after="24" w:line="240" w:lineRule="auto"/>
            </w:pPr>
            <w:r>
              <w:rPr>
                <w:b/>
                <w:color w:val="A3702A"/>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538D5A" w14:textId="77777777" w:rsidR="00DC7FCD" w:rsidRDefault="00000000">
            <w:pPr>
              <w:spacing w:after="24" w:line="240" w:lineRule="auto"/>
            </w:pPr>
            <w:r>
              <w:rPr>
                <w:color w:val="203038"/>
                <w:sz w:val="15"/>
              </w:rPr>
              <w:t>opiše opaženo in poda prijazen predlog, vezan na kriterij</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62AE2D" w14:textId="77777777" w:rsidR="00DC7FCD" w:rsidRDefault="00000000">
            <w:pPr>
              <w:spacing w:after="24" w:line="240" w:lineRule="auto"/>
            </w:pPr>
            <w:r>
              <w:rPr>
                <w:color w:val="203038"/>
                <w:sz w:val="15"/>
              </w:rPr>
              <w:t>dve pohvali in en naslednji korak; pogovor v paru</w:t>
            </w:r>
          </w:p>
        </w:tc>
      </w:tr>
      <w:tr w:rsidR="00DC7FCD" w14:paraId="33CEA7C6"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E591CD" w14:textId="77777777" w:rsidR="00DC7FCD" w:rsidRDefault="00000000">
            <w:pPr>
              <w:spacing w:after="24" w:line="240" w:lineRule="auto"/>
            </w:pPr>
            <w:r>
              <w:rPr>
                <w:b/>
                <w:color w:val="A3702A"/>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171414" w14:textId="77777777" w:rsidR="00DC7FCD" w:rsidRDefault="00000000">
            <w:pPr>
              <w:spacing w:after="24" w:line="240" w:lineRule="auto"/>
            </w:pPr>
            <w:r>
              <w:rPr>
                <w:color w:val="203038"/>
                <w:sz w:val="15"/>
              </w:rPr>
              <w:t>izbere dokaz, se samovrednoti in določi dosegljiv korak</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6A1C5B" w14:textId="77777777" w:rsidR="00DC7FCD" w:rsidRDefault="00000000">
            <w:pPr>
              <w:spacing w:after="24" w:line="240" w:lineRule="auto"/>
            </w:pPr>
            <w:r>
              <w:rPr>
                <w:color w:val="203038"/>
                <w:sz w:val="15"/>
              </w:rPr>
              <w:t>semafor, lestvica, izhodni listek, mapa dosežkov</w:t>
            </w:r>
          </w:p>
        </w:tc>
      </w:tr>
    </w:tbl>
    <w:p w14:paraId="1A07332B" w14:textId="77777777" w:rsidR="00DC7FCD" w:rsidRPr="008F4AC0" w:rsidRDefault="00000000">
      <w:pPr>
        <w:pStyle w:val="Naslov1"/>
        <w:pageBreakBefore/>
        <w:spacing w:before="140" w:after="80"/>
      </w:pPr>
      <w:r w:rsidRPr="008F4AC0">
        <w:rPr>
          <w:rFonts w:ascii="Arial" w:eastAsia="Arial" w:hAnsi="Arial"/>
          <w:color w:val="173B4D"/>
        </w:rPr>
        <w:lastRenderedPageBreak/>
        <w:t>2. Načrt spremljanja, preverjanja in ocenjevanja znanja</w:t>
      </w:r>
    </w:p>
    <w:p w14:paraId="2142C31A" w14:textId="77777777" w:rsidR="00DC7FCD" w:rsidRDefault="00000000" w:rsidP="008F4AC0">
      <w:pPr>
        <w:spacing w:after="0" w:line="245" w:lineRule="auto"/>
        <w:jc w:val="both"/>
      </w:pPr>
      <w:r>
        <w:rPr>
          <w:rFonts w:cs="Arial"/>
          <w:color w:val="34444B"/>
          <w:sz w:val="17"/>
        </w:rPr>
        <w:t>V 1. razredu je ocena opisna. Ocenjevanje sledi učenju in predhodnemu preverjanju: učenec pozna namen in kriterije, večkrat vadi, prejme povratno informacijo ter nato znanje pokaže na napovedan in razvojno primeren način. Za predmet so načrtovane natanko 3 raznolike ocenjevalne situacije, ki temeljijo na praktičnem ustvarjanju, spremljanju procesa, kratki razlagi in izboru dokazov iz mape dosežkov.</w:t>
      </w:r>
    </w:p>
    <w:tbl>
      <w:tblPr>
        <w:tblW w:w="9860" w:type="dxa"/>
        <w:jc w:val="center"/>
        <w:tblLayout w:type="fixed"/>
        <w:tblLook w:val="04A0" w:firstRow="1" w:lastRow="0" w:firstColumn="1" w:lastColumn="0" w:noHBand="0" w:noVBand="1"/>
      </w:tblPr>
      <w:tblGrid>
        <w:gridCol w:w="1050"/>
        <w:gridCol w:w="1550"/>
        <w:gridCol w:w="2300"/>
        <w:gridCol w:w="2450"/>
        <w:gridCol w:w="2510"/>
      </w:tblGrid>
      <w:tr w:rsidR="00DC7FCD" w14:paraId="0609962F" w14:textId="77777777">
        <w:trPr>
          <w:cantSplit/>
          <w:tblHeader/>
          <w:jc w:val="center"/>
        </w:trPr>
        <w:tc>
          <w:tcPr>
            <w:tcW w:w="1050" w:type="dxa"/>
            <w:tcBorders>
              <w:top w:val="single" w:sz="5" w:space="0" w:color="A3702A"/>
              <w:left w:val="single" w:sz="5" w:space="0" w:color="A3702A"/>
              <w:bottom w:val="single" w:sz="5" w:space="0" w:color="A3702A"/>
              <w:right w:val="single" w:sz="5" w:space="0" w:color="A3702A"/>
            </w:tcBorders>
            <w:shd w:val="clear" w:color="auto" w:fill="2F8577"/>
            <w:tcMar>
              <w:top w:w="65" w:type="dxa"/>
              <w:left w:w="75" w:type="dxa"/>
              <w:bottom w:w="65" w:type="dxa"/>
              <w:right w:w="75" w:type="dxa"/>
            </w:tcMar>
            <w:vAlign w:val="center"/>
          </w:tcPr>
          <w:p w14:paraId="1943850E" w14:textId="77777777" w:rsidR="00DC7FCD" w:rsidRDefault="00000000">
            <w:pPr>
              <w:spacing w:after="0" w:line="240" w:lineRule="auto"/>
              <w:jc w:val="center"/>
            </w:pPr>
            <w:r>
              <w:rPr>
                <w:rFonts w:cs="Arial"/>
                <w:b/>
                <w:color w:val="FFFFFF"/>
                <w:sz w:val="13"/>
              </w:rPr>
              <w:t>ZAP.</w:t>
            </w:r>
          </w:p>
        </w:tc>
        <w:tc>
          <w:tcPr>
            <w:tcW w:w="1550" w:type="dxa"/>
            <w:tcBorders>
              <w:top w:val="single" w:sz="5" w:space="0" w:color="A3702A"/>
              <w:left w:val="single" w:sz="5" w:space="0" w:color="A3702A"/>
              <w:bottom w:val="single" w:sz="5" w:space="0" w:color="A3702A"/>
              <w:right w:val="single" w:sz="5" w:space="0" w:color="A3702A"/>
            </w:tcBorders>
            <w:shd w:val="clear" w:color="auto" w:fill="2F8577"/>
            <w:tcMar>
              <w:top w:w="65" w:type="dxa"/>
              <w:left w:w="75" w:type="dxa"/>
              <w:bottom w:w="65" w:type="dxa"/>
              <w:right w:w="75" w:type="dxa"/>
            </w:tcMar>
            <w:vAlign w:val="center"/>
          </w:tcPr>
          <w:p w14:paraId="4E541DF0" w14:textId="77777777" w:rsidR="00DC7FCD" w:rsidRDefault="00000000">
            <w:pPr>
              <w:spacing w:after="0" w:line="240" w:lineRule="auto"/>
              <w:jc w:val="center"/>
            </w:pPr>
            <w:r>
              <w:rPr>
                <w:rFonts w:cs="Arial"/>
                <w:b/>
                <w:color w:val="FFFFFF"/>
                <w:sz w:val="13"/>
              </w:rPr>
              <w:t>TEDEN / TERMIN</w:t>
            </w:r>
          </w:p>
        </w:tc>
        <w:tc>
          <w:tcPr>
            <w:tcW w:w="2300" w:type="dxa"/>
            <w:tcBorders>
              <w:top w:val="single" w:sz="5" w:space="0" w:color="A3702A"/>
              <w:left w:val="single" w:sz="5" w:space="0" w:color="A3702A"/>
              <w:bottom w:val="single" w:sz="5" w:space="0" w:color="A3702A"/>
              <w:right w:val="single" w:sz="5" w:space="0" w:color="A3702A"/>
            </w:tcBorders>
            <w:shd w:val="clear" w:color="auto" w:fill="2F8577"/>
            <w:tcMar>
              <w:top w:w="65" w:type="dxa"/>
              <w:left w:w="75" w:type="dxa"/>
              <w:bottom w:w="65" w:type="dxa"/>
              <w:right w:w="75" w:type="dxa"/>
            </w:tcMar>
            <w:vAlign w:val="center"/>
          </w:tcPr>
          <w:p w14:paraId="0C0D4E57" w14:textId="77777777" w:rsidR="00DC7FCD" w:rsidRDefault="00000000">
            <w:pPr>
              <w:spacing w:after="0" w:line="240" w:lineRule="auto"/>
              <w:jc w:val="center"/>
            </w:pPr>
            <w:r>
              <w:rPr>
                <w:rFonts w:cs="Arial"/>
                <w:b/>
                <w:color w:val="FFFFFF"/>
                <w:sz w:val="13"/>
              </w:rPr>
              <w:t>VSEBINSKI POUDARKI</w:t>
            </w:r>
          </w:p>
        </w:tc>
        <w:tc>
          <w:tcPr>
            <w:tcW w:w="2450" w:type="dxa"/>
            <w:tcBorders>
              <w:top w:val="single" w:sz="5" w:space="0" w:color="A3702A"/>
              <w:left w:val="single" w:sz="5" w:space="0" w:color="A3702A"/>
              <w:bottom w:val="single" w:sz="5" w:space="0" w:color="A3702A"/>
              <w:right w:val="single" w:sz="5" w:space="0" w:color="A3702A"/>
            </w:tcBorders>
            <w:shd w:val="clear" w:color="auto" w:fill="2F8577"/>
            <w:tcMar>
              <w:top w:w="65" w:type="dxa"/>
              <w:left w:w="75" w:type="dxa"/>
              <w:bottom w:w="65" w:type="dxa"/>
              <w:right w:w="75" w:type="dxa"/>
            </w:tcMar>
            <w:vAlign w:val="center"/>
          </w:tcPr>
          <w:p w14:paraId="75832463" w14:textId="77777777" w:rsidR="00DC7FCD" w:rsidRDefault="00000000">
            <w:pPr>
              <w:spacing w:after="0" w:line="240" w:lineRule="auto"/>
              <w:jc w:val="center"/>
            </w:pPr>
            <w:r>
              <w:rPr>
                <w:rFonts w:cs="Arial"/>
                <w:b/>
                <w:color w:val="FFFFFF"/>
                <w:sz w:val="13"/>
              </w:rPr>
              <w:t>NAČIN OCENJEVANJA</w:t>
            </w:r>
          </w:p>
        </w:tc>
        <w:tc>
          <w:tcPr>
            <w:tcW w:w="2510" w:type="dxa"/>
            <w:tcBorders>
              <w:top w:val="single" w:sz="5" w:space="0" w:color="A3702A"/>
              <w:left w:val="single" w:sz="5" w:space="0" w:color="A3702A"/>
              <w:bottom w:val="single" w:sz="5" w:space="0" w:color="A3702A"/>
              <w:right w:val="single" w:sz="5" w:space="0" w:color="A3702A"/>
            </w:tcBorders>
            <w:shd w:val="clear" w:color="auto" w:fill="2F8577"/>
            <w:tcMar>
              <w:top w:w="65" w:type="dxa"/>
              <w:left w:w="75" w:type="dxa"/>
              <w:bottom w:w="65" w:type="dxa"/>
              <w:right w:w="75" w:type="dxa"/>
            </w:tcMar>
            <w:vAlign w:val="center"/>
          </w:tcPr>
          <w:p w14:paraId="4317E06D" w14:textId="77777777" w:rsidR="00DC7FCD" w:rsidRDefault="00000000">
            <w:pPr>
              <w:spacing w:after="0" w:line="240" w:lineRule="auto"/>
              <w:jc w:val="center"/>
            </w:pPr>
            <w:r>
              <w:rPr>
                <w:rFonts w:cs="Arial"/>
                <w:b/>
                <w:color w:val="FFFFFF"/>
                <w:sz w:val="13"/>
              </w:rPr>
              <w:t>DOKAZI IN KRITERIJI USPEŠNOSTI</w:t>
            </w:r>
          </w:p>
        </w:tc>
      </w:tr>
      <w:tr w:rsidR="00336226" w14:paraId="11C89816" w14:textId="77777777">
        <w:tblPrEx>
          <w:jc w:val="left"/>
        </w:tblPrEx>
        <w:trPr>
          <w:cantSplit/>
        </w:trPr>
        <w:tc>
          <w:tcPr>
            <w:tcW w:w="1050" w:type="dxa"/>
            <w:shd w:val="clear" w:color="auto" w:fill="FFFFFF"/>
            <w:tcMar>
              <w:top w:w="65" w:type="dxa"/>
              <w:left w:w="75" w:type="dxa"/>
              <w:bottom w:w="65" w:type="dxa"/>
              <w:right w:w="75" w:type="dxa"/>
            </w:tcMar>
            <w:vAlign w:val="center"/>
          </w:tcPr>
          <w:p w14:paraId="38D341B9" w14:textId="77777777" w:rsidR="00336226" w:rsidRDefault="00000000">
            <w:pPr>
              <w:spacing w:after="0" w:line="240" w:lineRule="auto"/>
              <w:jc w:val="center"/>
            </w:pPr>
            <w:r>
              <w:rPr>
                <w:rFonts w:cs="Arial"/>
                <w:b/>
                <w:color w:val="2F8577"/>
                <w:sz w:val="14"/>
              </w:rPr>
              <w:t>1</w:t>
            </w:r>
          </w:p>
        </w:tc>
        <w:tc>
          <w:tcPr>
            <w:tcW w:w="1550" w:type="dxa"/>
            <w:shd w:val="clear" w:color="auto" w:fill="FFFFFF"/>
            <w:tcMar>
              <w:top w:w="65" w:type="dxa"/>
              <w:left w:w="75" w:type="dxa"/>
              <w:bottom w:w="65" w:type="dxa"/>
              <w:right w:w="75" w:type="dxa"/>
            </w:tcMar>
            <w:vAlign w:val="center"/>
          </w:tcPr>
          <w:p w14:paraId="1B8D15F9" w14:textId="77777777" w:rsidR="00336226" w:rsidRDefault="00000000">
            <w:pPr>
              <w:spacing w:after="0" w:line="240" w:lineRule="auto"/>
            </w:pPr>
            <w:r>
              <w:rPr>
                <w:rFonts w:cs="Arial"/>
                <w:b/>
                <w:color w:val="2F8577"/>
                <w:sz w:val="14"/>
              </w:rPr>
              <w:t>18. teden</w:t>
            </w:r>
            <w:r>
              <w:rPr>
                <w:rFonts w:cs="Arial"/>
                <w:b/>
                <w:color w:val="2F8577"/>
                <w:sz w:val="14"/>
              </w:rPr>
              <w:br/>
              <w:t>11.–15. 1. 2027</w:t>
            </w:r>
          </w:p>
        </w:tc>
        <w:tc>
          <w:tcPr>
            <w:tcW w:w="2300" w:type="dxa"/>
            <w:shd w:val="clear" w:color="auto" w:fill="FFFFFF"/>
            <w:tcMar>
              <w:top w:w="65" w:type="dxa"/>
              <w:left w:w="75" w:type="dxa"/>
              <w:bottom w:w="65" w:type="dxa"/>
              <w:right w:w="75" w:type="dxa"/>
            </w:tcMar>
            <w:vAlign w:val="center"/>
          </w:tcPr>
          <w:p w14:paraId="0E90BB0A" w14:textId="77777777" w:rsidR="00336226" w:rsidRDefault="00000000">
            <w:pPr>
              <w:spacing w:after="0" w:line="240" w:lineRule="auto"/>
            </w:pPr>
            <w:r>
              <w:rPr>
                <w:rFonts w:cs="Arial"/>
                <w:b/>
                <w:color w:val="34444B"/>
                <w:sz w:val="14"/>
              </w:rPr>
              <w:t>Ledeni vzorci</w:t>
            </w:r>
          </w:p>
        </w:tc>
        <w:tc>
          <w:tcPr>
            <w:tcW w:w="2450" w:type="dxa"/>
            <w:shd w:val="clear" w:color="auto" w:fill="FFFFFF"/>
            <w:tcMar>
              <w:top w:w="65" w:type="dxa"/>
              <w:left w:w="75" w:type="dxa"/>
              <w:bottom w:w="65" w:type="dxa"/>
              <w:right w:w="75" w:type="dxa"/>
            </w:tcMar>
            <w:vAlign w:val="center"/>
          </w:tcPr>
          <w:p w14:paraId="61643058" w14:textId="77777777" w:rsidR="00336226" w:rsidRDefault="00000000">
            <w:pPr>
              <w:spacing w:after="0" w:line="240" w:lineRule="auto"/>
            </w:pPr>
            <w:r>
              <w:rPr>
                <w:rFonts w:cs="Arial"/>
                <w:color w:val="34444B"/>
                <w:sz w:val="14"/>
              </w:rPr>
              <w:t>spremljanje likovnega procesa, končni izdelek in kratek pogovor o uporabi likovnih prvin ter materiala</w:t>
            </w:r>
          </w:p>
        </w:tc>
        <w:tc>
          <w:tcPr>
            <w:tcW w:w="2510" w:type="dxa"/>
            <w:shd w:val="clear" w:color="auto" w:fill="FFFFFF"/>
            <w:tcMar>
              <w:top w:w="65" w:type="dxa"/>
              <w:left w:w="75" w:type="dxa"/>
              <w:bottom w:w="65" w:type="dxa"/>
              <w:right w:w="75" w:type="dxa"/>
            </w:tcMar>
            <w:vAlign w:val="center"/>
          </w:tcPr>
          <w:p w14:paraId="5B9F8545" w14:textId="77777777" w:rsidR="00336226" w:rsidRDefault="00000000">
            <w:pPr>
              <w:spacing w:after="0" w:line="240" w:lineRule="auto"/>
            </w:pPr>
            <w:r>
              <w:rPr>
                <w:rFonts w:cs="Arial"/>
                <w:color w:val="34444B"/>
                <w:sz w:val="14"/>
              </w:rPr>
              <w:t>Učenec/-ka opazuje vzorce, uporablja različne linije in hladne barve ter pojasni eno likovno odločitev.</w:t>
            </w:r>
          </w:p>
        </w:tc>
      </w:tr>
      <w:tr w:rsidR="00336226" w14:paraId="7F7A65C4" w14:textId="77777777">
        <w:tblPrEx>
          <w:jc w:val="left"/>
        </w:tblPrEx>
        <w:trPr>
          <w:cantSplit/>
        </w:trPr>
        <w:tc>
          <w:tcPr>
            <w:tcW w:w="1050" w:type="dxa"/>
            <w:shd w:val="clear" w:color="auto" w:fill="F1F5F6"/>
            <w:tcMar>
              <w:top w:w="65" w:type="dxa"/>
              <w:left w:w="75" w:type="dxa"/>
              <w:bottom w:w="65" w:type="dxa"/>
              <w:right w:w="75" w:type="dxa"/>
            </w:tcMar>
            <w:vAlign w:val="center"/>
          </w:tcPr>
          <w:p w14:paraId="577F4CAC" w14:textId="77777777" w:rsidR="00336226" w:rsidRDefault="00000000">
            <w:pPr>
              <w:spacing w:after="0" w:line="240" w:lineRule="auto"/>
              <w:jc w:val="center"/>
            </w:pPr>
            <w:r>
              <w:rPr>
                <w:rFonts w:cs="Arial"/>
                <w:b/>
                <w:color w:val="2F8577"/>
                <w:sz w:val="14"/>
              </w:rPr>
              <w:t>2</w:t>
            </w:r>
          </w:p>
        </w:tc>
        <w:tc>
          <w:tcPr>
            <w:tcW w:w="1550" w:type="dxa"/>
            <w:shd w:val="clear" w:color="auto" w:fill="F1F5F6"/>
            <w:tcMar>
              <w:top w:w="65" w:type="dxa"/>
              <w:left w:w="75" w:type="dxa"/>
              <w:bottom w:w="65" w:type="dxa"/>
              <w:right w:w="75" w:type="dxa"/>
            </w:tcMar>
            <w:vAlign w:val="center"/>
          </w:tcPr>
          <w:p w14:paraId="49AD43AB" w14:textId="77777777" w:rsidR="00336226" w:rsidRDefault="00000000">
            <w:pPr>
              <w:spacing w:after="0" w:line="240" w:lineRule="auto"/>
            </w:pPr>
            <w:r>
              <w:rPr>
                <w:rFonts w:cs="Arial"/>
                <w:b/>
                <w:color w:val="2F8577"/>
                <w:sz w:val="14"/>
              </w:rPr>
              <w:t>30. teden</w:t>
            </w:r>
            <w:r>
              <w:rPr>
                <w:rFonts w:cs="Arial"/>
                <w:b/>
                <w:color w:val="2F8577"/>
                <w:sz w:val="14"/>
              </w:rPr>
              <w:br/>
              <w:t>12.–16. 4. 2027</w:t>
            </w:r>
          </w:p>
        </w:tc>
        <w:tc>
          <w:tcPr>
            <w:tcW w:w="2300" w:type="dxa"/>
            <w:shd w:val="clear" w:color="auto" w:fill="F1F5F6"/>
            <w:tcMar>
              <w:top w:w="65" w:type="dxa"/>
              <w:left w:w="75" w:type="dxa"/>
              <w:bottom w:w="65" w:type="dxa"/>
              <w:right w:w="75" w:type="dxa"/>
            </w:tcMar>
            <w:vAlign w:val="center"/>
          </w:tcPr>
          <w:p w14:paraId="1709C127" w14:textId="77777777" w:rsidR="00336226" w:rsidRDefault="00000000">
            <w:pPr>
              <w:spacing w:after="0" w:line="240" w:lineRule="auto"/>
            </w:pPr>
            <w:r>
              <w:rPr>
                <w:rFonts w:cs="Arial"/>
                <w:b/>
                <w:color w:val="34444B"/>
                <w:sz w:val="14"/>
              </w:rPr>
              <w:t>Gibljiva figura ali barčica</w:t>
            </w:r>
          </w:p>
        </w:tc>
        <w:tc>
          <w:tcPr>
            <w:tcW w:w="2450" w:type="dxa"/>
            <w:shd w:val="clear" w:color="auto" w:fill="F1F5F6"/>
            <w:tcMar>
              <w:top w:w="65" w:type="dxa"/>
              <w:left w:w="75" w:type="dxa"/>
              <w:bottom w:w="65" w:type="dxa"/>
              <w:right w:w="75" w:type="dxa"/>
            </w:tcMar>
            <w:vAlign w:val="center"/>
          </w:tcPr>
          <w:p w14:paraId="6C43BA53" w14:textId="77777777" w:rsidR="00336226" w:rsidRDefault="00000000">
            <w:pPr>
              <w:spacing w:after="0" w:line="240" w:lineRule="auto"/>
            </w:pPr>
            <w:r>
              <w:rPr>
                <w:rFonts w:cs="Arial"/>
                <w:color w:val="34444B"/>
                <w:sz w:val="14"/>
              </w:rPr>
              <w:t>praktična izdelava, preizkus delovanja oziroma stabilnosti in kratka razlaga postopka</w:t>
            </w:r>
          </w:p>
        </w:tc>
        <w:tc>
          <w:tcPr>
            <w:tcW w:w="2510" w:type="dxa"/>
            <w:shd w:val="clear" w:color="auto" w:fill="F1F5F6"/>
            <w:tcMar>
              <w:top w:w="65" w:type="dxa"/>
              <w:left w:w="75" w:type="dxa"/>
              <w:bottom w:w="65" w:type="dxa"/>
              <w:right w:w="75" w:type="dxa"/>
            </w:tcMar>
            <w:vAlign w:val="center"/>
          </w:tcPr>
          <w:p w14:paraId="7D4FF517" w14:textId="77777777" w:rsidR="00336226" w:rsidRDefault="00000000">
            <w:pPr>
              <w:spacing w:after="0" w:line="240" w:lineRule="auto"/>
            </w:pPr>
            <w:r>
              <w:rPr>
                <w:rFonts w:cs="Arial"/>
                <w:color w:val="34444B"/>
                <w:sz w:val="14"/>
              </w:rPr>
              <w:t>Učenec/-ka načrtuje izdelek, varno in smiselno spaja dele, preizkusi delovanje ter predlaga izboljšavo.</w:t>
            </w:r>
          </w:p>
        </w:tc>
      </w:tr>
      <w:tr w:rsidR="00336226" w14:paraId="72148D73" w14:textId="77777777">
        <w:tblPrEx>
          <w:jc w:val="left"/>
        </w:tblPrEx>
        <w:trPr>
          <w:cantSplit/>
        </w:trPr>
        <w:tc>
          <w:tcPr>
            <w:tcW w:w="1050" w:type="dxa"/>
            <w:shd w:val="clear" w:color="auto" w:fill="FFFFFF"/>
            <w:tcMar>
              <w:top w:w="65" w:type="dxa"/>
              <w:left w:w="75" w:type="dxa"/>
              <w:bottom w:w="65" w:type="dxa"/>
              <w:right w:w="75" w:type="dxa"/>
            </w:tcMar>
            <w:vAlign w:val="center"/>
          </w:tcPr>
          <w:p w14:paraId="159F1E7F" w14:textId="77777777" w:rsidR="00336226" w:rsidRDefault="00000000">
            <w:pPr>
              <w:spacing w:after="0" w:line="240" w:lineRule="auto"/>
              <w:jc w:val="center"/>
            </w:pPr>
            <w:r>
              <w:rPr>
                <w:rFonts w:cs="Arial"/>
                <w:b/>
                <w:color w:val="2F8577"/>
                <w:sz w:val="14"/>
              </w:rPr>
              <w:t>3</w:t>
            </w:r>
          </w:p>
        </w:tc>
        <w:tc>
          <w:tcPr>
            <w:tcW w:w="1550" w:type="dxa"/>
            <w:shd w:val="clear" w:color="auto" w:fill="FFFFFF"/>
            <w:tcMar>
              <w:top w:w="65" w:type="dxa"/>
              <w:left w:w="75" w:type="dxa"/>
              <w:bottom w:w="65" w:type="dxa"/>
              <w:right w:w="75" w:type="dxa"/>
            </w:tcMar>
            <w:vAlign w:val="center"/>
          </w:tcPr>
          <w:p w14:paraId="14619F38" w14:textId="4B079E0E" w:rsidR="00336226" w:rsidRDefault="00000000">
            <w:pPr>
              <w:spacing w:after="0" w:line="240" w:lineRule="auto"/>
            </w:pPr>
            <w:r>
              <w:rPr>
                <w:rFonts w:cs="Arial"/>
                <w:b/>
                <w:color w:val="2F8577"/>
                <w:sz w:val="14"/>
              </w:rPr>
              <w:t>3</w:t>
            </w:r>
            <w:r w:rsidR="00BB0FB2">
              <w:rPr>
                <w:rFonts w:cs="Arial"/>
                <w:b/>
                <w:color w:val="2F8577"/>
                <w:sz w:val="14"/>
              </w:rPr>
              <w:t>7</w:t>
            </w:r>
            <w:r>
              <w:rPr>
                <w:rFonts w:cs="Arial"/>
                <w:b/>
                <w:color w:val="2F8577"/>
                <w:sz w:val="14"/>
              </w:rPr>
              <w:t xml:space="preserve">. </w:t>
            </w:r>
            <w:proofErr w:type="spellStart"/>
            <w:r>
              <w:rPr>
                <w:rFonts w:cs="Arial"/>
                <w:b/>
                <w:color w:val="2F8577"/>
                <w:sz w:val="14"/>
              </w:rPr>
              <w:t>teden</w:t>
            </w:r>
            <w:proofErr w:type="spellEnd"/>
            <w:r>
              <w:rPr>
                <w:rFonts w:cs="Arial"/>
                <w:b/>
                <w:color w:val="2F8577"/>
                <w:sz w:val="14"/>
              </w:rPr>
              <w:br/>
            </w:r>
            <w:r w:rsidR="00BB0FB2">
              <w:rPr>
                <w:rFonts w:cs="Arial"/>
                <w:b/>
                <w:color w:val="2F8577"/>
                <w:sz w:val="14"/>
              </w:rPr>
              <w:t>7</w:t>
            </w:r>
            <w:r>
              <w:rPr>
                <w:rFonts w:cs="Arial"/>
                <w:b/>
                <w:color w:val="2F8577"/>
                <w:sz w:val="14"/>
              </w:rPr>
              <w:t>.–1</w:t>
            </w:r>
            <w:r w:rsidR="00BB0FB2">
              <w:rPr>
                <w:rFonts w:cs="Arial"/>
                <w:b/>
                <w:color w:val="2F8577"/>
                <w:sz w:val="14"/>
              </w:rPr>
              <w:t>1</w:t>
            </w:r>
            <w:r>
              <w:rPr>
                <w:rFonts w:cs="Arial"/>
                <w:b/>
                <w:color w:val="2F8577"/>
                <w:sz w:val="14"/>
              </w:rPr>
              <w:t>. 6. 2027</w:t>
            </w:r>
          </w:p>
        </w:tc>
        <w:tc>
          <w:tcPr>
            <w:tcW w:w="2300" w:type="dxa"/>
            <w:shd w:val="clear" w:color="auto" w:fill="FFFFFF"/>
            <w:tcMar>
              <w:top w:w="65" w:type="dxa"/>
              <w:left w:w="75" w:type="dxa"/>
              <w:bottom w:w="65" w:type="dxa"/>
              <w:right w:w="75" w:type="dxa"/>
            </w:tcMar>
            <w:vAlign w:val="center"/>
          </w:tcPr>
          <w:p w14:paraId="0025D9DA" w14:textId="77777777" w:rsidR="00336226" w:rsidRDefault="00000000">
            <w:pPr>
              <w:spacing w:after="0" w:line="240" w:lineRule="auto"/>
            </w:pPr>
            <w:r>
              <w:rPr>
                <w:rFonts w:cs="Arial"/>
                <w:b/>
                <w:color w:val="34444B"/>
                <w:sz w:val="14"/>
              </w:rPr>
              <w:t>Moj likovni napredek</w:t>
            </w:r>
          </w:p>
        </w:tc>
        <w:tc>
          <w:tcPr>
            <w:tcW w:w="2450" w:type="dxa"/>
            <w:shd w:val="clear" w:color="auto" w:fill="FFFFFF"/>
            <w:tcMar>
              <w:top w:w="65" w:type="dxa"/>
              <w:left w:w="75" w:type="dxa"/>
              <w:bottom w:w="65" w:type="dxa"/>
              <w:right w:w="75" w:type="dxa"/>
            </w:tcMar>
            <w:vAlign w:val="center"/>
          </w:tcPr>
          <w:p w14:paraId="47231DA4" w14:textId="77777777" w:rsidR="00336226" w:rsidRDefault="00000000">
            <w:pPr>
              <w:spacing w:after="0" w:line="240" w:lineRule="auto"/>
            </w:pPr>
            <w:r>
              <w:rPr>
                <w:rFonts w:cs="Arial"/>
                <w:color w:val="34444B"/>
                <w:sz w:val="14"/>
              </w:rPr>
              <w:t>izbor del iz mape, postavitev mini razstave in učenčeva razlaga napredka</w:t>
            </w:r>
          </w:p>
        </w:tc>
        <w:tc>
          <w:tcPr>
            <w:tcW w:w="2510" w:type="dxa"/>
            <w:shd w:val="clear" w:color="auto" w:fill="FFFFFF"/>
            <w:tcMar>
              <w:top w:w="65" w:type="dxa"/>
              <w:left w:w="75" w:type="dxa"/>
              <w:bottom w:w="65" w:type="dxa"/>
              <w:right w:w="75" w:type="dxa"/>
            </w:tcMar>
            <w:vAlign w:val="center"/>
          </w:tcPr>
          <w:p w14:paraId="2935052E" w14:textId="77777777" w:rsidR="00336226" w:rsidRDefault="00000000">
            <w:pPr>
              <w:spacing w:after="0" w:line="240" w:lineRule="auto"/>
            </w:pPr>
            <w:r>
              <w:rPr>
                <w:rFonts w:cs="Arial"/>
                <w:color w:val="34444B"/>
                <w:sz w:val="14"/>
              </w:rPr>
              <w:t>Učenec/-ka izbere dela iz mape, pojasni svoj razvoj in sodeluje pri pripravi razstave.</w:t>
            </w:r>
          </w:p>
        </w:tc>
      </w:tr>
    </w:tbl>
    <w:p w14:paraId="19836985" w14:textId="77777777" w:rsidR="00DC7FCD" w:rsidRDefault="00DC7FCD">
      <w:pPr>
        <w:spacing w:after="0"/>
        <w:sectPr w:rsidR="00DC7FCD">
          <w:pgSz w:w="11906" w:h="16838"/>
          <w:pgMar w:top="964" w:right="1020" w:bottom="964" w:left="1020" w:header="340" w:footer="397" w:gutter="0"/>
          <w:cols w:space="720"/>
          <w:titlePg/>
          <w:docGrid w:linePitch="360"/>
        </w:sectPr>
      </w:pPr>
    </w:p>
    <w:p w14:paraId="6173C6CA" w14:textId="77777777" w:rsidR="00DC7FCD" w:rsidRDefault="00000000">
      <w:pPr>
        <w:pStyle w:val="Naslov2"/>
        <w:spacing w:before="80" w:after="60"/>
      </w:pPr>
      <w:r>
        <w:rPr>
          <w:rFonts w:ascii="Arial" w:eastAsia="Arial" w:hAnsi="Arial"/>
          <w:color w:val="A3702A"/>
          <w:sz w:val="24"/>
        </w:rPr>
        <w:lastRenderedPageBreak/>
        <w:t>2.1 Splošni opisni kriteriji</w:t>
      </w:r>
    </w:p>
    <w:tbl>
      <w:tblPr>
        <w:tblW w:w="15380" w:type="dxa"/>
        <w:jc w:val="center"/>
        <w:tblLayout w:type="fixed"/>
        <w:tblLook w:val="04A0" w:firstRow="1" w:lastRow="0" w:firstColumn="1" w:lastColumn="0" w:noHBand="0" w:noVBand="1"/>
      </w:tblPr>
      <w:tblGrid>
        <w:gridCol w:w="2400"/>
        <w:gridCol w:w="6600"/>
        <w:gridCol w:w="6380"/>
      </w:tblGrid>
      <w:tr w:rsidR="00DC7FCD" w14:paraId="0BB5476F" w14:textId="77777777">
        <w:trPr>
          <w:tblHeader/>
          <w:jc w:val="center"/>
        </w:trPr>
        <w:tc>
          <w:tcPr>
            <w:tcW w:w="24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319E2B6B" w14:textId="77777777" w:rsidR="00DC7FCD" w:rsidRDefault="00000000">
            <w:pPr>
              <w:spacing w:after="24" w:line="240" w:lineRule="auto"/>
              <w:jc w:val="center"/>
            </w:pPr>
            <w:r>
              <w:rPr>
                <w:b/>
                <w:color w:val="FFFFFF"/>
                <w:sz w:val="14"/>
              </w:rPr>
              <w:t>RAVEN DOSEGANJA</w:t>
            </w:r>
          </w:p>
        </w:tc>
        <w:tc>
          <w:tcPr>
            <w:tcW w:w="66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1BF48143" w14:textId="77777777" w:rsidR="00DC7FCD" w:rsidRDefault="00000000">
            <w:pPr>
              <w:spacing w:after="24" w:line="240" w:lineRule="auto"/>
              <w:jc w:val="center"/>
            </w:pPr>
            <w:r>
              <w:rPr>
                <w:b/>
                <w:color w:val="FFFFFF"/>
                <w:sz w:val="14"/>
              </w:rPr>
              <w:t>OPIS</w:t>
            </w:r>
          </w:p>
        </w:tc>
        <w:tc>
          <w:tcPr>
            <w:tcW w:w="638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0E0FB591" w14:textId="77777777" w:rsidR="00DC7FCD" w:rsidRDefault="00000000">
            <w:pPr>
              <w:spacing w:after="24" w:line="240" w:lineRule="auto"/>
              <w:jc w:val="center"/>
            </w:pPr>
            <w:r>
              <w:rPr>
                <w:b/>
                <w:color w:val="FFFFFF"/>
                <w:sz w:val="14"/>
              </w:rPr>
              <w:t>UČITELJEV NASLEDNJI KORAK</w:t>
            </w:r>
          </w:p>
        </w:tc>
      </w:tr>
      <w:tr w:rsidR="00DC7FCD" w14:paraId="19291218"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448212F0" w14:textId="77777777" w:rsidR="00DC7FCD" w:rsidRDefault="00000000">
            <w:pPr>
              <w:spacing w:after="24" w:line="240" w:lineRule="auto"/>
            </w:pPr>
            <w:r>
              <w:rPr>
                <w:b/>
                <w:color w:val="A3702A"/>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1D6212" w14:textId="77777777" w:rsidR="00DC7FCD" w:rsidRDefault="00000000">
            <w:pPr>
              <w:spacing w:after="24" w:line="240" w:lineRule="auto"/>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48210E" w14:textId="77777777" w:rsidR="00DC7FCD" w:rsidRDefault="00000000">
            <w:pPr>
              <w:spacing w:after="24" w:line="240" w:lineRule="auto"/>
            </w:pPr>
            <w:r>
              <w:rPr>
                <w:color w:val="203038"/>
                <w:sz w:val="14"/>
              </w:rPr>
              <w:t>ponudi prenos znanja v novo situacijo ali zahtevnejši izziv</w:t>
            </w:r>
          </w:p>
        </w:tc>
      </w:tr>
      <w:tr w:rsidR="00DC7FCD" w14:paraId="21347AA7"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57A7EDDF" w14:textId="77777777" w:rsidR="00DC7FCD" w:rsidRDefault="00000000">
            <w:pPr>
              <w:spacing w:after="24" w:line="240" w:lineRule="auto"/>
            </w:pPr>
            <w:r>
              <w:rPr>
                <w:b/>
                <w:color w:val="A3702A"/>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5D64F8" w14:textId="77777777" w:rsidR="00DC7FCD" w:rsidRDefault="00000000">
            <w:pPr>
              <w:spacing w:after="24" w:line="240" w:lineRule="auto"/>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F75994" w14:textId="77777777" w:rsidR="00DC7FCD" w:rsidRDefault="00000000">
            <w:pPr>
              <w:spacing w:after="24" w:line="240" w:lineRule="auto"/>
            </w:pPr>
            <w:r>
              <w:rPr>
                <w:color w:val="203038"/>
                <w:sz w:val="14"/>
              </w:rPr>
              <w:t>zagotovi dodatno konkretno/gibalno oporo, razčleni korake in omogoči novo vajo</w:t>
            </w:r>
          </w:p>
        </w:tc>
      </w:tr>
      <w:tr w:rsidR="00DC7FCD" w14:paraId="182D6107"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7552241E" w14:textId="77777777" w:rsidR="00DC7FCD" w:rsidRDefault="00000000">
            <w:pPr>
              <w:spacing w:after="24" w:line="240" w:lineRule="auto"/>
            </w:pPr>
            <w:r>
              <w:rPr>
                <w:b/>
                <w:color w:val="A3702A"/>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408FBA" w14:textId="77777777" w:rsidR="00DC7FCD" w:rsidRDefault="00000000">
            <w:pPr>
              <w:spacing w:after="24" w:line="240" w:lineRule="auto"/>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D6C417" w14:textId="77777777" w:rsidR="00DC7FCD" w:rsidRDefault="00000000">
            <w:pPr>
              <w:spacing w:after="24" w:line="240" w:lineRule="auto"/>
            </w:pPr>
            <w:r>
              <w:rPr>
                <w:color w:val="203038"/>
                <w:sz w:val="14"/>
              </w:rPr>
              <w:t>ponovno ugotovi predznanje, prilagodi način učenja in določi majhen, opazljiv naslednji cilj</w:t>
            </w:r>
          </w:p>
        </w:tc>
      </w:tr>
    </w:tbl>
    <w:p w14:paraId="1FF005A3" w14:textId="77777777" w:rsidR="00DC7FCD" w:rsidRDefault="00000000">
      <w:pPr>
        <w:spacing w:after="60" w:line="252" w:lineRule="auto"/>
      </w:pPr>
      <w:r>
        <w:rPr>
          <w:i/>
          <w:color w:val="60727A"/>
          <w:sz w:val="15"/>
        </w:rPr>
        <w:t>Natančni kriteriji se oblikujejo iz operativnih ciljev in pričakovanih dosežkov ter učencem predstavijo z zgledom uspešnega dokaza. Datum se po potrebi uskladi z razrednim načrtom ocenjevanja in dejansko izvedbo pouka.</w:t>
      </w:r>
    </w:p>
    <w:p w14:paraId="56150B9D" w14:textId="77777777" w:rsidR="00DC7FCD" w:rsidRPr="008F4AC0" w:rsidRDefault="00000000">
      <w:pPr>
        <w:pStyle w:val="Naslov1"/>
        <w:spacing w:before="140" w:after="80"/>
      </w:pPr>
      <w:r w:rsidRPr="008F4AC0">
        <w:rPr>
          <w:rFonts w:ascii="Arial" w:eastAsia="Arial" w:hAnsi="Arial"/>
          <w:color w:val="173B4D"/>
        </w:rPr>
        <w:t>3. Vsebinski sklopi, cilji in standardi znanja</w:t>
      </w:r>
    </w:p>
    <w:p w14:paraId="006B783B" w14:textId="77777777" w:rsidR="00DC7FCD" w:rsidRDefault="00000000">
      <w:pPr>
        <w:spacing w:after="80" w:line="252" w:lineRule="auto"/>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DC7FCD" w14:paraId="75B1198E" w14:textId="77777777">
        <w:trPr>
          <w:tblHeader/>
          <w:jc w:val="center"/>
        </w:trPr>
        <w:tc>
          <w:tcPr>
            <w:tcW w:w="17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35F01C04" w14:textId="77777777" w:rsidR="00DC7FCD" w:rsidRDefault="00000000">
            <w:pPr>
              <w:spacing w:after="24" w:line="240" w:lineRule="auto"/>
              <w:jc w:val="center"/>
            </w:pPr>
            <w:r>
              <w:rPr>
                <w:b/>
                <w:color w:val="FFFFFF"/>
                <w:sz w:val="13"/>
              </w:rPr>
              <w:t>VSEBINSKI SKLOP</w:t>
            </w:r>
          </w:p>
        </w:tc>
        <w:tc>
          <w:tcPr>
            <w:tcW w:w="21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576FA237" w14:textId="77777777" w:rsidR="00DC7FCD" w:rsidRDefault="00000000">
            <w:pPr>
              <w:spacing w:after="24" w:line="240" w:lineRule="auto"/>
              <w:jc w:val="center"/>
            </w:pPr>
            <w:r>
              <w:rPr>
                <w:b/>
                <w:color w:val="FFFFFF"/>
                <w:sz w:val="13"/>
              </w:rPr>
              <w:t>VSEBINE / PODTEME</w:t>
            </w:r>
          </w:p>
        </w:tc>
        <w:tc>
          <w:tcPr>
            <w:tcW w:w="33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70AEF856" w14:textId="77777777" w:rsidR="00DC7FCD" w:rsidRDefault="00000000">
            <w:pPr>
              <w:spacing w:after="24" w:line="240" w:lineRule="auto"/>
              <w:jc w:val="center"/>
            </w:pPr>
            <w:r>
              <w:rPr>
                <w:b/>
                <w:color w:val="FFFFFF"/>
                <w:sz w:val="13"/>
              </w:rPr>
              <w:t>PRIČAKOVANI DOSEŽKI IN MINIMALNI POUDARKI</w:t>
            </w:r>
          </w:p>
        </w:tc>
        <w:tc>
          <w:tcPr>
            <w:tcW w:w="25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0379EBB7" w14:textId="77777777" w:rsidR="00DC7FCD" w:rsidRDefault="00000000">
            <w:pPr>
              <w:spacing w:after="24" w:line="240" w:lineRule="auto"/>
              <w:jc w:val="center"/>
            </w:pPr>
            <w:r>
              <w:rPr>
                <w:b/>
                <w:color w:val="FFFFFF"/>
                <w:sz w:val="13"/>
              </w:rPr>
              <w:t>IZKUŠENJSKO UČENJE IN GIBANJE</w:t>
            </w:r>
          </w:p>
        </w:tc>
        <w:tc>
          <w:tcPr>
            <w:tcW w:w="21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77547151" w14:textId="77777777" w:rsidR="00DC7FCD" w:rsidRDefault="00000000">
            <w:pPr>
              <w:spacing w:after="24" w:line="240" w:lineRule="auto"/>
              <w:jc w:val="center"/>
            </w:pPr>
            <w:r>
              <w:rPr>
                <w:b/>
                <w:color w:val="FFFFFF"/>
                <w:sz w:val="13"/>
              </w:rPr>
              <w:t>DOKAZI O UČENJU</w:t>
            </w:r>
          </w:p>
        </w:tc>
        <w:tc>
          <w:tcPr>
            <w:tcW w:w="18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7D8C2636" w14:textId="77777777" w:rsidR="00DC7FCD" w:rsidRDefault="00000000">
            <w:pPr>
              <w:spacing w:after="24" w:line="240" w:lineRule="auto"/>
              <w:jc w:val="center"/>
            </w:pPr>
            <w:r>
              <w:rPr>
                <w:b/>
                <w:color w:val="FFFFFF"/>
                <w:sz w:val="13"/>
              </w:rPr>
              <w:t>MEDPREDMETNE POVEZAVE</w:t>
            </w:r>
          </w:p>
        </w:tc>
        <w:tc>
          <w:tcPr>
            <w:tcW w:w="163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04A2D424" w14:textId="77777777" w:rsidR="00DC7FCD" w:rsidRDefault="00000000">
            <w:pPr>
              <w:spacing w:after="24" w:line="240" w:lineRule="auto"/>
              <w:jc w:val="center"/>
            </w:pPr>
            <w:r>
              <w:rPr>
                <w:b/>
                <w:color w:val="FFFFFF"/>
                <w:sz w:val="13"/>
              </w:rPr>
              <w:t>TERMINI / URE</w:t>
            </w:r>
          </w:p>
        </w:tc>
      </w:tr>
      <w:tr w:rsidR="00DC7FCD" w14:paraId="7E1339D3"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2E4A6F" w14:textId="77777777" w:rsidR="00DC7FCD" w:rsidRDefault="00000000">
            <w:pPr>
              <w:spacing w:after="24" w:line="240" w:lineRule="auto"/>
            </w:pPr>
            <w:r>
              <w:rPr>
                <w:b/>
                <w:color w:val="A3702A"/>
                <w:sz w:val="14"/>
              </w:rPr>
              <w:t>Risanje in slikanje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EA42E3" w14:textId="77777777" w:rsidR="00DC7FCD" w:rsidRDefault="00000000">
            <w:pPr>
              <w:spacing w:after="24" w:line="240" w:lineRule="auto"/>
            </w:pPr>
            <w:r>
              <w:rPr>
                <w:color w:val="203038"/>
                <w:sz w:val="14"/>
              </w:rPr>
              <w:t>črta, pika, barvna ploskev, mešanje barv, portret, figura, vzorec, pokrajina in opazovanje</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14F201" w14:textId="77777777" w:rsidR="00DC7FCD" w:rsidRDefault="00000000">
            <w:pPr>
              <w:pStyle w:val="Oznaenseznam"/>
              <w:spacing w:after="16" w:line="235" w:lineRule="auto"/>
              <w:ind w:left="160" w:hanging="100"/>
            </w:pPr>
            <w:r>
              <w:rPr>
                <w:color w:val="203038"/>
                <w:sz w:val="14"/>
              </w:rPr>
              <w:t>uporablja različne črte, pike, oblike in barvne ploskve za opazovanje ter izražanje</w:t>
            </w:r>
          </w:p>
          <w:p w14:paraId="7494EDA5" w14:textId="77777777" w:rsidR="00DC7FCD" w:rsidRDefault="00000000">
            <w:pPr>
              <w:pStyle w:val="Oznaenseznam"/>
              <w:spacing w:after="16" w:line="235" w:lineRule="auto"/>
              <w:ind w:left="160" w:hanging="100"/>
            </w:pPr>
            <w:r>
              <w:rPr>
                <w:color w:val="203038"/>
                <w:sz w:val="14"/>
              </w:rPr>
              <w:t>raziskuje osnovne barve, mešanje in barvni učinek ter varno uporablja slikarski material</w:t>
            </w:r>
          </w:p>
          <w:p w14:paraId="106DD89E" w14:textId="77777777" w:rsidR="00DC7FCD" w:rsidRDefault="00000000">
            <w:pPr>
              <w:pStyle w:val="Oznaenseznam"/>
              <w:spacing w:after="16" w:line="235" w:lineRule="auto"/>
              <w:ind w:left="160" w:hanging="100"/>
            </w:pPr>
            <w:r>
              <w:rPr>
                <w:color w:val="203038"/>
                <w:sz w:val="14"/>
              </w:rPr>
              <w:t>riše ali slika po opazovanju, prepozna podrobnost in likovno rešitev izboljša</w:t>
            </w:r>
          </w:p>
          <w:p w14:paraId="611BDAAC" w14:textId="77777777" w:rsidR="00DC7FCD" w:rsidRDefault="00000000">
            <w:pPr>
              <w:pStyle w:val="Oznaenseznam"/>
              <w:spacing w:after="16" w:line="235" w:lineRule="auto"/>
              <w:ind w:left="160" w:hanging="100"/>
            </w:pPr>
            <w:r>
              <w:rPr>
                <w:color w:val="203038"/>
                <w:sz w:val="14"/>
              </w:rPr>
              <w:t>predstavi motiv, pojasni izbrano črto ali barvo ter spoštuje različne rešitve</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A0D7F2" w14:textId="77777777" w:rsidR="00DC7FCD" w:rsidRDefault="00000000">
            <w:pPr>
              <w:pStyle w:val="Oznaenseznam"/>
              <w:spacing w:after="16" w:line="235" w:lineRule="auto"/>
              <w:ind w:left="160" w:hanging="100"/>
            </w:pPr>
            <w:r>
              <w:rPr>
                <w:color w:val="203038"/>
                <w:sz w:val="14"/>
              </w:rPr>
              <w:t>opazovanje, tipanje in preizkušanje materiala; ustvarjalni proces od zamisli do razstave</w:t>
            </w:r>
          </w:p>
          <w:p w14:paraId="29892220" w14:textId="77777777" w:rsidR="00DC7FCD" w:rsidRDefault="00000000">
            <w:pPr>
              <w:pStyle w:val="Oznaenseznam"/>
              <w:spacing w:after="16" w:line="235" w:lineRule="auto"/>
              <w:ind w:left="160" w:hanging="100"/>
            </w:pPr>
            <w:r>
              <w:rPr>
                <w:color w:val="203038"/>
                <w:sz w:val="14"/>
              </w:rPr>
              <w:t>risanje z velikim gibom, prostorska kompozicija, ustvarjalne postaje in galerijski sprehod</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EEFCD8" w14:textId="77777777" w:rsidR="00DC7FCD" w:rsidRDefault="00000000">
            <w:pPr>
              <w:spacing w:after="24" w:line="240" w:lineRule="auto"/>
            </w:pPr>
            <w:r>
              <w:rPr>
                <w:color w:val="203038"/>
                <w:sz w:val="14"/>
              </w:rPr>
              <w:t>skica/poskus; fotografija procesa; končni izdelek; ustna refleksija in izbor iz mape</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66AE6E" w14:textId="77777777" w:rsidR="00DC7FCD" w:rsidRDefault="00000000">
            <w:pPr>
              <w:spacing w:after="24" w:line="240" w:lineRule="auto"/>
            </w:pPr>
            <w:r>
              <w:rPr>
                <w:color w:val="203038"/>
                <w:sz w:val="14"/>
              </w:rPr>
              <w:t>SPO – opazovanje narave/telesa; MAT – črta in oblika; SLJ – opis</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3E8222" w14:textId="77777777" w:rsidR="00DC7FCD" w:rsidRDefault="00000000">
            <w:pPr>
              <w:spacing w:after="24" w:line="240" w:lineRule="auto"/>
            </w:pPr>
            <w:r>
              <w:rPr>
                <w:b/>
                <w:color w:val="A3702A"/>
                <w:sz w:val="14"/>
              </w:rPr>
              <w:t>Tedni: 1, 2, 3, 6, 9, 13, 18, 24, 26, 28, 29, 32, 36</w:t>
            </w:r>
            <w:r>
              <w:rPr>
                <w:b/>
                <w:color w:val="A3702A"/>
                <w:sz w:val="14"/>
              </w:rPr>
              <w:br/>
              <w:t>25 ur</w:t>
            </w:r>
          </w:p>
        </w:tc>
      </w:tr>
      <w:tr w:rsidR="00DC7FCD" w14:paraId="668AFB24"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9E4DEF" w14:textId="77777777" w:rsidR="00DC7FCD" w:rsidRDefault="00000000">
            <w:pPr>
              <w:spacing w:after="24" w:line="240" w:lineRule="auto"/>
            </w:pPr>
            <w:r>
              <w:rPr>
                <w:b/>
                <w:color w:val="A3702A"/>
                <w:sz w:val="14"/>
              </w:rPr>
              <w:t>Grafika, oblikovanje in vizualno sporočanje</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20B472" w14:textId="77777777" w:rsidR="00DC7FCD" w:rsidRDefault="00000000">
            <w:pPr>
              <w:spacing w:after="24" w:line="240" w:lineRule="auto"/>
            </w:pPr>
            <w:r>
              <w:rPr>
                <w:color w:val="203038"/>
                <w:sz w:val="14"/>
              </w:rPr>
              <w:t>prometni znak/plakat, grafični odtis, voščilnica, kulturni in zdravstveni plakat, kartografski simbol</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7B76576" w14:textId="77777777" w:rsidR="00DC7FCD" w:rsidRDefault="00000000">
            <w:pPr>
              <w:pStyle w:val="Oznaenseznam"/>
              <w:spacing w:after="16" w:line="235" w:lineRule="auto"/>
              <w:ind w:left="160" w:hanging="100"/>
            </w:pPr>
            <w:r>
              <w:rPr>
                <w:color w:val="203038"/>
                <w:sz w:val="14"/>
              </w:rPr>
              <w:t>poveže podobo, barvo, znak in kratko besedo z namenom vizualnega sporočila</w:t>
            </w:r>
          </w:p>
          <w:p w14:paraId="31BC36DC" w14:textId="77777777" w:rsidR="00DC7FCD" w:rsidRDefault="00000000">
            <w:pPr>
              <w:pStyle w:val="Oznaenseznam"/>
              <w:spacing w:after="16" w:line="235" w:lineRule="auto"/>
              <w:ind w:left="160" w:hanging="100"/>
            </w:pPr>
            <w:r>
              <w:rPr>
                <w:color w:val="203038"/>
                <w:sz w:val="14"/>
              </w:rPr>
              <w:t>spozna osnovni odnos med matrico in odtisom ter primerja nastale odtise</w:t>
            </w:r>
          </w:p>
          <w:p w14:paraId="1C916B58" w14:textId="77777777" w:rsidR="00DC7FCD" w:rsidRDefault="00000000">
            <w:pPr>
              <w:pStyle w:val="Oznaenseznam"/>
              <w:spacing w:after="16" w:line="235" w:lineRule="auto"/>
              <w:ind w:left="160" w:hanging="100"/>
            </w:pPr>
            <w:r>
              <w:rPr>
                <w:color w:val="203038"/>
                <w:sz w:val="14"/>
              </w:rPr>
              <w:t>jasno razporedi elemente na ploskvi in oblikuje preprost simbol oziroma legendo</w:t>
            </w:r>
          </w:p>
          <w:p w14:paraId="11CFC525" w14:textId="77777777" w:rsidR="00DC7FCD" w:rsidRDefault="00000000">
            <w:pPr>
              <w:pStyle w:val="Oznaenseznam"/>
              <w:spacing w:after="16" w:line="235" w:lineRule="auto"/>
              <w:ind w:left="160" w:hanging="100"/>
            </w:pPr>
            <w:r>
              <w:rPr>
                <w:color w:val="203038"/>
                <w:sz w:val="14"/>
              </w:rPr>
              <w:t>varno uporablja pripomočke, upošteva namen izdelka ter razloži njegovo sporočilo</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CADC6E" w14:textId="77777777" w:rsidR="00DC7FCD" w:rsidRDefault="00000000">
            <w:pPr>
              <w:pStyle w:val="Oznaenseznam"/>
              <w:spacing w:after="16" w:line="235" w:lineRule="auto"/>
              <w:ind w:left="160" w:hanging="100"/>
            </w:pPr>
            <w:r>
              <w:rPr>
                <w:color w:val="203038"/>
                <w:sz w:val="14"/>
              </w:rPr>
              <w:t>opazovanje, tipanje in preizkušanje materiala; ustvarjalni proces od zamisli do razstave</w:t>
            </w:r>
          </w:p>
          <w:p w14:paraId="03774673" w14:textId="77777777" w:rsidR="00DC7FCD" w:rsidRDefault="00000000">
            <w:pPr>
              <w:pStyle w:val="Oznaenseznam"/>
              <w:spacing w:after="16" w:line="235" w:lineRule="auto"/>
              <w:ind w:left="160" w:hanging="100"/>
            </w:pPr>
            <w:r>
              <w:rPr>
                <w:color w:val="203038"/>
                <w:sz w:val="14"/>
              </w:rPr>
              <w:t>risanje z velikim gibom, prostorska kompozicija, ustvarjalne postaje in galerijski sprehod</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D65F34" w14:textId="77777777" w:rsidR="00DC7FCD" w:rsidRDefault="00000000">
            <w:pPr>
              <w:spacing w:after="24" w:line="240" w:lineRule="auto"/>
            </w:pPr>
            <w:r>
              <w:rPr>
                <w:color w:val="203038"/>
                <w:sz w:val="14"/>
              </w:rPr>
              <w:t>skica/poskus; fotografija procesa; končni izdelek; ustna refleksija in izbor iz mape</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0F14EC" w14:textId="77777777" w:rsidR="00DC7FCD" w:rsidRDefault="00000000">
            <w:pPr>
              <w:spacing w:after="24" w:line="240" w:lineRule="auto"/>
            </w:pPr>
            <w:r>
              <w:rPr>
                <w:color w:val="203038"/>
                <w:sz w:val="14"/>
              </w:rPr>
              <w:t>SPO – promet/zdravje/načrt; SLJ – kratko sporočilo; MAT – razporeditev</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A28311" w14:textId="77777777" w:rsidR="00DC7FCD" w:rsidRDefault="00000000">
            <w:pPr>
              <w:spacing w:after="24" w:line="240" w:lineRule="auto"/>
            </w:pPr>
            <w:r>
              <w:rPr>
                <w:b/>
                <w:color w:val="A3702A"/>
                <w:sz w:val="14"/>
              </w:rPr>
              <w:t>Tedni: 5, 8, 15, 17, 22, 25, 27, 33</w:t>
            </w:r>
            <w:r>
              <w:rPr>
                <w:b/>
                <w:color w:val="A3702A"/>
                <w:sz w:val="14"/>
              </w:rPr>
              <w:br/>
              <w:t>13 ur</w:t>
            </w:r>
          </w:p>
        </w:tc>
      </w:tr>
      <w:tr w:rsidR="00DC7FCD" w14:paraId="49159DB2"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D1775B" w14:textId="77777777" w:rsidR="00DC7FCD" w:rsidRDefault="00000000">
            <w:pPr>
              <w:spacing w:after="24" w:line="240" w:lineRule="auto"/>
            </w:pPr>
            <w:r>
              <w:rPr>
                <w:b/>
                <w:color w:val="A3702A"/>
                <w:sz w:val="14"/>
              </w:rPr>
              <w:t>Kiparstvo, prostor, konstruiranje in oblikovanje uporabnih predmetov</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DCD1C0" w14:textId="77777777" w:rsidR="00DC7FCD" w:rsidRDefault="00000000">
            <w:pPr>
              <w:spacing w:after="24" w:line="240" w:lineRule="auto"/>
            </w:pPr>
            <w:r>
              <w:rPr>
                <w:color w:val="203038"/>
                <w:sz w:val="14"/>
              </w:rPr>
              <w:t>modeliranje, naravni in odpadni materiali, kolaž, prostorski model, svetloba/senca, stabilnost in uporabnost</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67779C" w14:textId="77777777" w:rsidR="00DC7FCD" w:rsidRDefault="00000000">
            <w:pPr>
              <w:pStyle w:val="Oznaenseznam"/>
              <w:spacing w:after="16" w:line="235" w:lineRule="auto"/>
              <w:ind w:left="160" w:hanging="100"/>
            </w:pPr>
            <w:r>
              <w:rPr>
                <w:color w:val="203038"/>
                <w:sz w:val="14"/>
              </w:rPr>
              <w:t>preoblikuje, spaja in gradi z različnimi materiali ter upošteva njihove lastnosti</w:t>
            </w:r>
          </w:p>
          <w:p w14:paraId="206472BE" w14:textId="77777777" w:rsidR="00DC7FCD" w:rsidRDefault="00000000">
            <w:pPr>
              <w:pStyle w:val="Oznaenseznam"/>
              <w:spacing w:after="16" w:line="235" w:lineRule="auto"/>
              <w:ind w:left="160" w:hanging="100"/>
            </w:pPr>
            <w:r>
              <w:rPr>
                <w:color w:val="203038"/>
                <w:sz w:val="14"/>
              </w:rPr>
              <w:t>ustvari preprost prostorski model ali figuro in razlikuje ploskovno od prostorske rešitve</w:t>
            </w:r>
          </w:p>
          <w:p w14:paraId="4892990C" w14:textId="77777777" w:rsidR="00DC7FCD" w:rsidRDefault="00000000">
            <w:pPr>
              <w:pStyle w:val="Oznaenseznam"/>
              <w:spacing w:after="16" w:line="235" w:lineRule="auto"/>
              <w:ind w:left="160" w:hanging="100"/>
            </w:pPr>
            <w:r>
              <w:rPr>
                <w:color w:val="203038"/>
                <w:sz w:val="14"/>
              </w:rPr>
              <w:t>preizkusi stabilnost, gibljivost ali uporabnost izdelka ter predlaga izboljšavo</w:t>
            </w:r>
          </w:p>
          <w:p w14:paraId="3B0639C6" w14:textId="77777777" w:rsidR="00DC7FCD" w:rsidRDefault="00000000">
            <w:pPr>
              <w:pStyle w:val="Oznaenseznam"/>
              <w:spacing w:after="16" w:line="235" w:lineRule="auto"/>
              <w:ind w:left="160" w:hanging="100"/>
            </w:pPr>
            <w:r>
              <w:rPr>
                <w:color w:val="203038"/>
                <w:sz w:val="14"/>
              </w:rPr>
              <w:t>varno ravna z orodjem in materialom, odgovorno uporablja odpadne/naravne materiale in uredi prostor</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E347A7" w14:textId="77777777" w:rsidR="00DC7FCD" w:rsidRDefault="00000000">
            <w:pPr>
              <w:pStyle w:val="Oznaenseznam"/>
              <w:spacing w:after="16" w:line="235" w:lineRule="auto"/>
              <w:ind w:left="160" w:hanging="100"/>
            </w:pPr>
            <w:r>
              <w:rPr>
                <w:color w:val="203038"/>
                <w:sz w:val="14"/>
              </w:rPr>
              <w:t>opazovanje, tipanje in preizkušanje materiala; ustvarjalni proces od zamisli do razstave</w:t>
            </w:r>
          </w:p>
          <w:p w14:paraId="4240D2FF" w14:textId="77777777" w:rsidR="00DC7FCD" w:rsidRDefault="00000000">
            <w:pPr>
              <w:pStyle w:val="Oznaenseznam"/>
              <w:spacing w:after="16" w:line="235" w:lineRule="auto"/>
              <w:ind w:left="160" w:hanging="100"/>
            </w:pPr>
            <w:r>
              <w:rPr>
                <w:color w:val="203038"/>
                <w:sz w:val="14"/>
              </w:rPr>
              <w:t>risanje z velikim gibom, prostorska kompozicija, ustvarjalne postaje in galerijski sprehod</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EB47E5" w14:textId="77777777" w:rsidR="00DC7FCD" w:rsidRDefault="00000000">
            <w:pPr>
              <w:spacing w:after="24" w:line="240" w:lineRule="auto"/>
            </w:pPr>
            <w:r>
              <w:rPr>
                <w:color w:val="203038"/>
                <w:sz w:val="14"/>
              </w:rPr>
              <w:t>skica/poskus; fotografija procesa; končni izdelek; ustna refleksija in izbor iz mape</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31EC11" w14:textId="77777777" w:rsidR="00DC7FCD" w:rsidRDefault="00000000">
            <w:pPr>
              <w:spacing w:after="24" w:line="240" w:lineRule="auto"/>
            </w:pPr>
            <w:r>
              <w:rPr>
                <w:color w:val="203038"/>
                <w:sz w:val="14"/>
              </w:rPr>
              <w:t>SPO – snovi/tehnika; MAT – telesa/merjenje; GUM – izdelava zvočila</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3A13C7" w14:textId="77777777" w:rsidR="00DC7FCD" w:rsidRDefault="00000000">
            <w:pPr>
              <w:spacing w:after="24" w:line="240" w:lineRule="auto"/>
            </w:pPr>
            <w:r>
              <w:rPr>
                <w:b/>
                <w:color w:val="A3702A"/>
                <w:sz w:val="14"/>
              </w:rPr>
              <w:t>Tedni: 7, 10, 11, 12, 14, 19, 20, 21, 23, 30, 31, 34, 37, 39</w:t>
            </w:r>
            <w:r>
              <w:rPr>
                <w:b/>
                <w:color w:val="A3702A"/>
                <w:sz w:val="14"/>
              </w:rPr>
              <w:br/>
              <w:t>26 ur</w:t>
            </w:r>
          </w:p>
        </w:tc>
      </w:tr>
      <w:tr w:rsidR="00DC7FCD" w14:paraId="18EAE0B8"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4F9EC9" w14:textId="77777777" w:rsidR="00DC7FCD" w:rsidRDefault="00000000">
            <w:pPr>
              <w:spacing w:after="24" w:line="240" w:lineRule="auto"/>
            </w:pPr>
            <w:r>
              <w:rPr>
                <w:b/>
                <w:color w:val="A3702A"/>
                <w:sz w:val="14"/>
              </w:rPr>
              <w:t>Likovno vrednotenje, razstava in sodelovanje</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8B7F27" w14:textId="77777777" w:rsidR="00DC7FCD" w:rsidRDefault="00000000">
            <w:pPr>
              <w:spacing w:after="24" w:line="240" w:lineRule="auto"/>
            </w:pPr>
            <w:r>
              <w:rPr>
                <w:color w:val="203038"/>
                <w:sz w:val="14"/>
              </w:rPr>
              <w:t>načrtovanje rešitve, izbor dela, oznaka, postavitev razstave, opisna povratna informacija in mapa dosežkov</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99D7DB" w14:textId="77777777" w:rsidR="00DC7FCD" w:rsidRDefault="00000000">
            <w:pPr>
              <w:pStyle w:val="Oznaenseznam"/>
              <w:spacing w:after="16" w:line="235" w:lineRule="auto"/>
              <w:ind w:left="160" w:hanging="100"/>
            </w:pPr>
            <w:r>
              <w:rPr>
                <w:color w:val="203038"/>
                <w:sz w:val="14"/>
              </w:rPr>
              <w:t>načrtuje preprosto likovno rešitev in med ustvarjanjem smiselno izbira material ali postopek</w:t>
            </w:r>
          </w:p>
          <w:p w14:paraId="44FABA7C" w14:textId="77777777" w:rsidR="00DC7FCD" w:rsidRDefault="00000000">
            <w:pPr>
              <w:pStyle w:val="Oznaenseznam"/>
              <w:spacing w:after="16" w:line="235" w:lineRule="auto"/>
              <w:ind w:left="160" w:hanging="100"/>
            </w:pPr>
            <w:r>
              <w:rPr>
                <w:color w:val="203038"/>
                <w:sz w:val="14"/>
              </w:rPr>
              <w:t>izbere delo, ga označi in pove, kaj mu je uspelo oziroma kaj je izboljšal</w:t>
            </w:r>
          </w:p>
          <w:p w14:paraId="61D0FD4A" w14:textId="77777777" w:rsidR="00DC7FCD" w:rsidRDefault="00000000">
            <w:pPr>
              <w:pStyle w:val="Oznaenseznam"/>
              <w:spacing w:after="16" w:line="235" w:lineRule="auto"/>
              <w:ind w:left="160" w:hanging="100"/>
            </w:pPr>
            <w:r>
              <w:rPr>
                <w:color w:val="203038"/>
                <w:sz w:val="14"/>
              </w:rPr>
              <w:t>opiše opaženo brez vrednostnih sodb ter poda prijazno in uporabno povratno informacijo</w:t>
            </w:r>
          </w:p>
          <w:p w14:paraId="2991DC59" w14:textId="77777777" w:rsidR="00DC7FCD" w:rsidRDefault="00000000">
            <w:pPr>
              <w:pStyle w:val="Oznaenseznam"/>
              <w:spacing w:after="16" w:line="235" w:lineRule="auto"/>
              <w:ind w:left="160" w:hanging="100"/>
            </w:pPr>
            <w:r>
              <w:rPr>
                <w:color w:val="203038"/>
                <w:sz w:val="14"/>
              </w:rPr>
              <w:t>sodeluje pri postavitvi, skrbi za dela in prostor ter predstavi osebni likovni napredek</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BEFB5A" w14:textId="77777777" w:rsidR="00DC7FCD" w:rsidRDefault="00000000">
            <w:pPr>
              <w:pStyle w:val="Oznaenseznam"/>
              <w:spacing w:after="16" w:line="235" w:lineRule="auto"/>
              <w:ind w:left="160" w:hanging="100"/>
            </w:pPr>
            <w:r>
              <w:rPr>
                <w:color w:val="203038"/>
                <w:sz w:val="14"/>
              </w:rPr>
              <w:t>opazovanje, tipanje in preizkušanje materiala; ustvarjalni proces od zamisli do razstave</w:t>
            </w:r>
          </w:p>
          <w:p w14:paraId="48BD8E4D" w14:textId="77777777" w:rsidR="00DC7FCD" w:rsidRDefault="00000000">
            <w:pPr>
              <w:pStyle w:val="Oznaenseznam"/>
              <w:spacing w:after="16" w:line="235" w:lineRule="auto"/>
              <w:ind w:left="160" w:hanging="100"/>
            </w:pPr>
            <w:r>
              <w:rPr>
                <w:color w:val="203038"/>
                <w:sz w:val="14"/>
              </w:rPr>
              <w:t>risanje z velikim gibom, prostorska kompozicija, ustvarjalne postaje in galerijski sprehod</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08FB50" w14:textId="77777777" w:rsidR="00DC7FCD" w:rsidRDefault="00000000">
            <w:pPr>
              <w:spacing w:after="24" w:line="240" w:lineRule="auto"/>
            </w:pPr>
            <w:r>
              <w:rPr>
                <w:color w:val="203038"/>
                <w:sz w:val="14"/>
              </w:rPr>
              <w:t>skica/poskus; fotografija procesa; končni izdelek; ustna refleksija in izbor iz mape</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9DEFA7" w14:textId="77777777" w:rsidR="00DC7FCD" w:rsidRDefault="00000000">
            <w:pPr>
              <w:spacing w:after="24" w:line="240" w:lineRule="auto"/>
            </w:pPr>
            <w:r>
              <w:rPr>
                <w:color w:val="203038"/>
                <w:sz w:val="14"/>
              </w:rPr>
              <w:t>SLJ – opis/predstavitev; SPO – skupnost; GUM – kultura nastopanja</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FF8700" w14:textId="77777777" w:rsidR="00DC7FCD" w:rsidRDefault="00000000">
            <w:pPr>
              <w:spacing w:after="24" w:line="240" w:lineRule="auto"/>
            </w:pPr>
            <w:r>
              <w:rPr>
                <w:b/>
                <w:color w:val="A3702A"/>
                <w:sz w:val="14"/>
              </w:rPr>
              <w:t>Tedni: 4, 16, 35, 38</w:t>
            </w:r>
            <w:r>
              <w:rPr>
                <w:b/>
                <w:color w:val="A3702A"/>
                <w:sz w:val="14"/>
              </w:rPr>
              <w:br/>
              <w:t>6 ur</w:t>
            </w:r>
          </w:p>
        </w:tc>
      </w:tr>
    </w:tbl>
    <w:p w14:paraId="05BBC4E5" w14:textId="77777777" w:rsidR="00DC7FCD" w:rsidRDefault="00000000">
      <w:pPr>
        <w:spacing w:after="60" w:line="252" w:lineRule="auto"/>
        <w:jc w:val="right"/>
      </w:pPr>
      <w:r>
        <w:rPr>
          <w:b/>
          <w:color w:val="A3702A"/>
          <w:sz w:val="16"/>
        </w:rPr>
        <w:lastRenderedPageBreak/>
        <w:t>Kontrolni seštevek vsebinskih sklopov: 70 ur.</w:t>
      </w:r>
    </w:p>
    <w:p w14:paraId="0F7D34B3" w14:textId="77777777" w:rsidR="00DC7FCD" w:rsidRPr="008F4AC0" w:rsidRDefault="00000000">
      <w:pPr>
        <w:pStyle w:val="Naslov1"/>
        <w:spacing w:before="140" w:after="80"/>
      </w:pPr>
      <w:r w:rsidRPr="008F4AC0">
        <w:rPr>
          <w:rFonts w:ascii="Arial" w:eastAsia="Arial" w:hAnsi="Arial"/>
          <w:color w:val="173B4D"/>
        </w:rPr>
        <w:t>4. Načrtovane vsebine in časovna razporeditev</w:t>
      </w:r>
    </w:p>
    <w:p w14:paraId="515B70A5" w14:textId="77777777" w:rsidR="00DC7FCD" w:rsidRDefault="00000000">
      <w:pPr>
        <w:spacing w:after="80" w:line="252" w:lineRule="auto"/>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DC7FCD" w14:paraId="2284614D" w14:textId="77777777">
        <w:trPr>
          <w:tblHeader/>
          <w:jc w:val="center"/>
        </w:trPr>
        <w:tc>
          <w:tcPr>
            <w:tcW w:w="105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3BFD5DEE" w14:textId="77777777" w:rsidR="00DC7FCD" w:rsidRDefault="00000000">
            <w:pPr>
              <w:spacing w:after="24" w:line="240" w:lineRule="auto"/>
              <w:jc w:val="center"/>
            </w:pPr>
            <w:r>
              <w:rPr>
                <w:b/>
                <w:color w:val="FFFFFF"/>
                <w:sz w:val="13"/>
              </w:rPr>
              <w:t>TEDEN / DATUM</w:t>
            </w:r>
          </w:p>
        </w:tc>
        <w:tc>
          <w:tcPr>
            <w:tcW w:w="23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02095433" w14:textId="77777777" w:rsidR="00DC7FCD" w:rsidRDefault="00000000">
            <w:pPr>
              <w:spacing w:after="24" w:line="240" w:lineRule="auto"/>
              <w:jc w:val="center"/>
            </w:pPr>
            <w:r>
              <w:rPr>
                <w:b/>
                <w:color w:val="FFFFFF"/>
                <w:sz w:val="13"/>
              </w:rPr>
              <w:t>TEMATSKI OKVIR</w:t>
            </w:r>
          </w:p>
        </w:tc>
        <w:tc>
          <w:tcPr>
            <w:tcW w:w="18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3AEFC8BF" w14:textId="77777777" w:rsidR="00DC7FCD" w:rsidRDefault="00000000">
            <w:pPr>
              <w:spacing w:after="24" w:line="240" w:lineRule="auto"/>
              <w:jc w:val="center"/>
            </w:pPr>
            <w:r>
              <w:rPr>
                <w:b/>
                <w:color w:val="FFFFFF"/>
                <w:sz w:val="13"/>
              </w:rPr>
              <w:t>VSEBINA PREDMETA</w:t>
            </w:r>
          </w:p>
        </w:tc>
        <w:tc>
          <w:tcPr>
            <w:tcW w:w="40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1BF52547" w14:textId="77777777" w:rsidR="00DC7FCD" w:rsidRDefault="00000000">
            <w:pPr>
              <w:spacing w:after="24" w:line="240" w:lineRule="auto"/>
              <w:jc w:val="center"/>
            </w:pPr>
            <w:r>
              <w:rPr>
                <w:b/>
                <w:color w:val="FFFFFF"/>
                <w:sz w:val="13"/>
              </w:rPr>
              <w:t>OPERATIVNI CILJI</w:t>
            </w:r>
          </w:p>
        </w:tc>
        <w:tc>
          <w:tcPr>
            <w:tcW w:w="6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26A3CFC3" w14:textId="77777777" w:rsidR="00DC7FCD" w:rsidRDefault="00000000">
            <w:pPr>
              <w:spacing w:after="24" w:line="240" w:lineRule="auto"/>
              <w:jc w:val="center"/>
            </w:pPr>
            <w:r>
              <w:rPr>
                <w:b/>
                <w:color w:val="FFFFFF"/>
                <w:sz w:val="13"/>
              </w:rPr>
              <w:t>URE</w:t>
            </w:r>
          </w:p>
        </w:tc>
        <w:tc>
          <w:tcPr>
            <w:tcW w:w="34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756643CD" w14:textId="77777777" w:rsidR="00DC7FCD" w:rsidRDefault="00000000">
            <w:pPr>
              <w:spacing w:after="24" w:line="240" w:lineRule="auto"/>
              <w:jc w:val="center"/>
            </w:pPr>
            <w:r>
              <w:rPr>
                <w:b/>
                <w:color w:val="FFFFFF"/>
                <w:sz w:val="13"/>
              </w:rPr>
              <w:t>SODOBNE OBLIKE IN DOKAZI O UČENJU</w:t>
            </w:r>
          </w:p>
        </w:tc>
        <w:tc>
          <w:tcPr>
            <w:tcW w:w="223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6F44191D" w14:textId="77777777" w:rsidR="00DC7FCD" w:rsidRDefault="00000000">
            <w:pPr>
              <w:spacing w:after="24" w:line="240" w:lineRule="auto"/>
              <w:jc w:val="center"/>
            </w:pPr>
            <w:r>
              <w:rPr>
                <w:b/>
                <w:color w:val="FFFFFF"/>
                <w:sz w:val="13"/>
              </w:rPr>
              <w:t>OCENJEVANJE / DNEVI DEJAVNOSTI</w:t>
            </w:r>
          </w:p>
        </w:tc>
      </w:tr>
      <w:tr w:rsidR="00DC7FCD" w14:paraId="34EC898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9592E0" w14:textId="77777777" w:rsidR="00DC7FCD" w:rsidRDefault="00000000">
            <w:pPr>
              <w:spacing w:after="16" w:line="240" w:lineRule="auto"/>
            </w:pPr>
            <w:r>
              <w:rPr>
                <w:b/>
                <w:color w:val="A3702A"/>
                <w:sz w:val="14"/>
              </w:rPr>
              <w:t>1. teden</w:t>
            </w:r>
            <w:r>
              <w:rPr>
                <w:b/>
                <w:color w:val="A3702A"/>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30754A" w14:textId="77777777" w:rsidR="00DC7FCD" w:rsidRDefault="00000000">
            <w:pPr>
              <w:spacing w:after="16" w:line="240" w:lineRule="auto"/>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107087" w14:textId="77777777" w:rsidR="00DC7FCD" w:rsidRDefault="00000000">
            <w:pPr>
              <w:spacing w:after="16" w:line="240" w:lineRule="auto"/>
            </w:pPr>
            <w:r>
              <w:rPr>
                <w:b/>
                <w:color w:val="203038"/>
                <w:sz w:val="13"/>
              </w:rPr>
              <w:t>ČRTA IN PIKA</w:t>
            </w:r>
            <w:r>
              <w:rPr>
                <w:b/>
                <w:color w:val="203038"/>
                <w:sz w:val="13"/>
              </w:rPr>
              <w:br/>
              <w:t>Tematska povezava: oblikuje pisan par copat ali mačjo ilustracijo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B999F3" w14:textId="77777777" w:rsidR="00DC7FCD" w:rsidRDefault="00000000">
            <w:pPr>
              <w:pStyle w:val="Oznaenseznam"/>
              <w:spacing w:after="16" w:line="235" w:lineRule="auto"/>
              <w:ind w:left="160" w:hanging="100"/>
            </w:pPr>
            <w:r>
              <w:rPr>
                <w:color w:val="203038"/>
                <w:sz w:val="14"/>
              </w:rPr>
              <w:t>spozna likovne pripomočke</w:t>
            </w:r>
          </w:p>
          <w:p w14:paraId="3A53CDE1" w14:textId="77777777" w:rsidR="00DC7FCD" w:rsidRDefault="00000000">
            <w:pPr>
              <w:pStyle w:val="Oznaenseznam"/>
              <w:spacing w:after="16" w:line="235" w:lineRule="auto"/>
              <w:ind w:left="160" w:hanging="100"/>
            </w:pPr>
            <w:r>
              <w:rPr>
                <w:color w:val="203038"/>
                <w:sz w:val="14"/>
              </w:rPr>
              <w:t>ustvarja z različnimi črtami</w:t>
            </w:r>
          </w:p>
          <w:p w14:paraId="3C0DF8F8" w14:textId="77777777" w:rsidR="00DC7FCD" w:rsidRDefault="00000000">
            <w:pPr>
              <w:pStyle w:val="Oznaenseznam"/>
              <w:spacing w:after="16" w:line="235" w:lineRule="auto"/>
              <w:ind w:left="160" w:hanging="100"/>
            </w:pPr>
            <w:r>
              <w:rPr>
                <w:color w:val="203038"/>
                <w:sz w:val="14"/>
              </w:rPr>
              <w:t>uredi delovni prostor</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151FD3"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72EAC5"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A570FE" w14:textId="77777777" w:rsidR="00DC7FCD" w:rsidRDefault="00000000">
            <w:pPr>
              <w:spacing w:after="16" w:line="240" w:lineRule="auto"/>
            </w:pPr>
            <w:r>
              <w:rPr>
                <w:color w:val="203038"/>
                <w:sz w:val="13"/>
              </w:rPr>
              <w:t>sprotno preverjanje in opisna povratna informacija</w:t>
            </w:r>
          </w:p>
        </w:tc>
      </w:tr>
      <w:tr w:rsidR="00DC7FCD" w14:paraId="07F0F1A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165D8C9" w14:textId="77777777" w:rsidR="00DC7FCD" w:rsidRDefault="00000000">
            <w:pPr>
              <w:spacing w:after="16" w:line="240" w:lineRule="auto"/>
            </w:pPr>
            <w:r>
              <w:rPr>
                <w:b/>
                <w:color w:val="A3702A"/>
                <w:sz w:val="14"/>
              </w:rPr>
              <w:t>2. teden</w:t>
            </w:r>
            <w:r>
              <w:rPr>
                <w:b/>
                <w:color w:val="A3702A"/>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3A8CCE" w14:textId="77777777" w:rsidR="00DC7FCD" w:rsidRDefault="00000000">
            <w:pPr>
              <w:spacing w:after="16" w:line="240" w:lineRule="auto"/>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38A95B" w14:textId="77777777" w:rsidR="00DC7FCD" w:rsidRDefault="00000000">
            <w:pPr>
              <w:spacing w:after="16" w:line="240" w:lineRule="auto"/>
            </w:pPr>
            <w:r>
              <w:rPr>
                <w:b/>
                <w:color w:val="203038"/>
                <w:sz w:val="13"/>
              </w:rPr>
              <w:t>BARVE V ŠOLI</w:t>
            </w:r>
            <w:r>
              <w:rPr>
                <w:b/>
                <w:color w:val="203038"/>
                <w:sz w:val="13"/>
              </w:rPr>
              <w:br/>
              <w:t>Tematska povezava: nariše hudomušen Pedenjpedov portret</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C5DEE6" w14:textId="77777777" w:rsidR="00DC7FCD" w:rsidRDefault="00000000">
            <w:pPr>
              <w:pStyle w:val="Oznaenseznam"/>
              <w:spacing w:after="16" w:line="235" w:lineRule="auto"/>
              <w:ind w:left="160" w:hanging="100"/>
            </w:pPr>
            <w:r>
              <w:rPr>
                <w:color w:val="203038"/>
                <w:sz w:val="14"/>
              </w:rPr>
              <w:t>raziskuje osnovne barve</w:t>
            </w:r>
          </w:p>
          <w:p w14:paraId="3A050B66" w14:textId="77777777" w:rsidR="00DC7FCD" w:rsidRDefault="00000000">
            <w:pPr>
              <w:pStyle w:val="Oznaenseznam"/>
              <w:spacing w:after="16" w:line="235" w:lineRule="auto"/>
              <w:ind w:left="160" w:hanging="100"/>
            </w:pPr>
            <w:r>
              <w:rPr>
                <w:color w:val="203038"/>
                <w:sz w:val="14"/>
              </w:rPr>
              <w:t>slika barvne ploskve</w:t>
            </w:r>
          </w:p>
          <w:p w14:paraId="6E932CD5" w14:textId="77777777" w:rsidR="00DC7FCD" w:rsidRDefault="00000000">
            <w:pPr>
              <w:pStyle w:val="Oznaenseznam"/>
              <w:spacing w:after="16" w:line="235" w:lineRule="auto"/>
              <w:ind w:left="160" w:hanging="100"/>
            </w:pPr>
            <w:r>
              <w:rPr>
                <w:color w:val="203038"/>
                <w:sz w:val="14"/>
              </w:rPr>
              <w:t>pove, kaj je ustvaril</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2BCCFC"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639EB5"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CC8AAC" w14:textId="77777777" w:rsidR="00DC7FCD" w:rsidRDefault="00000000">
            <w:pPr>
              <w:spacing w:after="16" w:line="240" w:lineRule="auto"/>
            </w:pPr>
            <w:r>
              <w:rPr>
                <w:color w:val="203038"/>
                <w:sz w:val="13"/>
              </w:rPr>
              <w:t>sprotno preverjanje in opisna povratna informacija</w:t>
            </w:r>
          </w:p>
        </w:tc>
      </w:tr>
      <w:tr w:rsidR="00DC7FCD" w14:paraId="4E57F0A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746A2A" w14:textId="77777777" w:rsidR="00DC7FCD" w:rsidRDefault="00000000">
            <w:pPr>
              <w:spacing w:after="16" w:line="240" w:lineRule="auto"/>
            </w:pPr>
            <w:r>
              <w:rPr>
                <w:b/>
                <w:color w:val="A3702A"/>
                <w:sz w:val="14"/>
              </w:rPr>
              <w:t>3. teden</w:t>
            </w:r>
            <w:r>
              <w:rPr>
                <w:b/>
                <w:color w:val="A3702A"/>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19B1D0" w14:textId="77777777" w:rsidR="00DC7FCD" w:rsidRDefault="00000000">
            <w:pPr>
              <w:spacing w:after="16" w:line="240" w:lineRule="auto"/>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C74943" w14:textId="77777777" w:rsidR="00DC7FCD" w:rsidRDefault="00000000">
            <w:pPr>
              <w:spacing w:after="16" w:line="240" w:lineRule="auto"/>
            </w:pPr>
            <w:r>
              <w:rPr>
                <w:b/>
                <w:color w:val="203038"/>
                <w:sz w:val="13"/>
              </w:rPr>
              <w:t>MOJ PORTRET</w:t>
            </w:r>
            <w:r>
              <w:rPr>
                <w:b/>
                <w:color w:val="203038"/>
                <w:sz w:val="13"/>
              </w:rPr>
              <w:br/>
              <w:t>Tematska povezava: upodobi sebe s književnim ali resničnim prijateljem</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525ADF" w14:textId="77777777" w:rsidR="00DC7FCD" w:rsidRDefault="00000000">
            <w:pPr>
              <w:pStyle w:val="Oznaenseznam"/>
              <w:spacing w:after="16" w:line="235" w:lineRule="auto"/>
              <w:ind w:left="160" w:hanging="100"/>
            </w:pPr>
            <w:r>
              <w:rPr>
                <w:color w:val="203038"/>
                <w:sz w:val="14"/>
              </w:rPr>
              <w:t>opazuje obrazne značilnosti</w:t>
            </w:r>
          </w:p>
          <w:p w14:paraId="7074D415" w14:textId="77777777" w:rsidR="00DC7FCD" w:rsidRDefault="00000000">
            <w:pPr>
              <w:pStyle w:val="Oznaenseznam"/>
              <w:spacing w:after="16" w:line="235" w:lineRule="auto"/>
              <w:ind w:left="160" w:hanging="100"/>
            </w:pPr>
            <w:r>
              <w:rPr>
                <w:color w:val="203038"/>
                <w:sz w:val="14"/>
              </w:rPr>
              <w:t>riše portret</w:t>
            </w:r>
          </w:p>
          <w:p w14:paraId="4CF916E0" w14:textId="77777777" w:rsidR="00DC7FCD" w:rsidRDefault="00000000">
            <w:pPr>
              <w:pStyle w:val="Oznaenseznam"/>
              <w:spacing w:after="16" w:line="235" w:lineRule="auto"/>
              <w:ind w:left="160" w:hanging="100"/>
            </w:pPr>
            <w:r>
              <w:rPr>
                <w:color w:val="203038"/>
                <w:sz w:val="14"/>
              </w:rPr>
              <w:t>uporabi črto in barvo za izražanje počutja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EF62EC"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B2BF85"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6A053F" w14:textId="77777777" w:rsidR="00DC7FCD" w:rsidRDefault="00000000">
            <w:pPr>
              <w:spacing w:after="16" w:line="240" w:lineRule="auto"/>
            </w:pPr>
            <w:r>
              <w:rPr>
                <w:color w:val="203038"/>
                <w:sz w:val="13"/>
              </w:rPr>
              <w:t>sprotno preverjanje in opisna povratna informacija</w:t>
            </w:r>
          </w:p>
        </w:tc>
      </w:tr>
      <w:tr w:rsidR="00DC7FCD" w14:paraId="01334DA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B7AA9B" w14:textId="77777777" w:rsidR="00DC7FCD" w:rsidRDefault="00000000">
            <w:pPr>
              <w:spacing w:after="16" w:line="240" w:lineRule="auto"/>
            </w:pPr>
            <w:r>
              <w:rPr>
                <w:b/>
                <w:color w:val="A3702A"/>
                <w:sz w:val="14"/>
              </w:rPr>
              <w:t>4. teden</w:t>
            </w:r>
            <w:r>
              <w:rPr>
                <w:b/>
                <w:color w:val="A3702A"/>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18CCC9" w14:textId="77777777" w:rsidR="00DC7FCD" w:rsidRDefault="00000000">
            <w:pPr>
              <w:spacing w:after="16" w:line="240" w:lineRule="auto"/>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74F1A4" w14:textId="77777777" w:rsidR="00DC7FCD" w:rsidRDefault="00000000">
            <w:pPr>
              <w:spacing w:after="16" w:line="240" w:lineRule="auto"/>
            </w:pPr>
            <w:r>
              <w:rPr>
                <w:b/>
                <w:color w:val="203038"/>
                <w:sz w:val="13"/>
              </w:rPr>
              <w:t>MOJA UČILNICA</w:t>
            </w:r>
            <w:r>
              <w:rPr>
                <w:b/>
                <w:color w:val="203038"/>
                <w:sz w:val="13"/>
              </w:rPr>
              <w:br/>
              <w:t>Tematska povezava: izdela kolaž učilnice ali Mačjega mesta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670A60" w14:textId="77777777" w:rsidR="00DC7FCD" w:rsidRDefault="00000000">
            <w:pPr>
              <w:pStyle w:val="Oznaenseznam"/>
              <w:spacing w:after="16" w:line="235" w:lineRule="auto"/>
              <w:ind w:left="160" w:hanging="100"/>
            </w:pPr>
            <w:r>
              <w:rPr>
                <w:color w:val="203038"/>
                <w:sz w:val="14"/>
              </w:rPr>
              <w:t>načrtuje preprosto likovno rešitev</w:t>
            </w:r>
          </w:p>
          <w:p w14:paraId="0E05F100" w14:textId="77777777" w:rsidR="00DC7FCD" w:rsidRDefault="00000000">
            <w:pPr>
              <w:pStyle w:val="Oznaenseznam"/>
              <w:spacing w:after="16" w:line="235" w:lineRule="auto"/>
              <w:ind w:left="160" w:hanging="100"/>
            </w:pPr>
            <w:r>
              <w:rPr>
                <w:color w:val="203038"/>
                <w:sz w:val="14"/>
              </w:rPr>
              <w:t>uporabi kolaž</w:t>
            </w:r>
          </w:p>
          <w:p w14:paraId="14FB449A" w14:textId="77777777" w:rsidR="00DC7FCD" w:rsidRDefault="00000000">
            <w:pPr>
              <w:pStyle w:val="Oznaenseznam"/>
              <w:spacing w:after="16" w:line="235" w:lineRule="auto"/>
              <w:ind w:left="160" w:hanging="100"/>
            </w:pPr>
            <w:r>
              <w:rPr>
                <w:color w:val="203038"/>
                <w:sz w:val="14"/>
              </w:rPr>
              <w:t>predstavi izdelek</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8372E2"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DAFEA5"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513F47" w14:textId="77777777" w:rsidR="00967366" w:rsidRDefault="00000000">
            <w:pPr>
              <w:spacing w:after="16" w:line="240" w:lineRule="auto"/>
              <w:rPr>
                <w:color w:val="203038"/>
                <w:sz w:val="13"/>
              </w:rPr>
            </w:pPr>
            <w:r>
              <w:rPr>
                <w:color w:val="203038"/>
                <w:sz w:val="13"/>
              </w:rPr>
              <w:t xml:space="preserve">ŠPORTNI DAN </w:t>
            </w:r>
          </w:p>
          <w:p w14:paraId="1FF4411C" w14:textId="77777777" w:rsidR="00967366" w:rsidRDefault="00967366">
            <w:pPr>
              <w:spacing w:after="16" w:line="240" w:lineRule="auto"/>
              <w:rPr>
                <w:color w:val="203038"/>
                <w:sz w:val="13"/>
              </w:rPr>
            </w:pPr>
          </w:p>
          <w:p w14:paraId="1B680923" w14:textId="787289D6" w:rsidR="00DC7FCD" w:rsidRDefault="00000000">
            <w:pPr>
              <w:spacing w:after="16" w:line="240" w:lineRule="auto"/>
            </w:pPr>
            <w:r>
              <w:rPr>
                <w:color w:val="203038"/>
                <w:sz w:val="13"/>
              </w:rPr>
              <w:t xml:space="preserve">ŠPORTNI DAN </w:t>
            </w:r>
          </w:p>
        </w:tc>
      </w:tr>
      <w:tr w:rsidR="00DC7FCD" w14:paraId="722E4B0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377DAD" w14:textId="77777777" w:rsidR="00DC7FCD" w:rsidRDefault="00000000">
            <w:pPr>
              <w:spacing w:after="16" w:line="240" w:lineRule="auto"/>
            </w:pPr>
            <w:r>
              <w:rPr>
                <w:b/>
                <w:color w:val="A3702A"/>
                <w:sz w:val="14"/>
              </w:rPr>
              <w:t>5. teden</w:t>
            </w:r>
            <w:r>
              <w:rPr>
                <w:b/>
                <w:color w:val="A3702A"/>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DD268B" w14:textId="77777777" w:rsidR="00DC7FCD" w:rsidRDefault="00000000">
            <w:pPr>
              <w:spacing w:after="16" w:line="240" w:lineRule="auto"/>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1C9FE4" w14:textId="77777777" w:rsidR="00DC7FCD" w:rsidRDefault="00000000">
            <w:pPr>
              <w:spacing w:after="16" w:line="240" w:lineRule="auto"/>
            </w:pPr>
            <w:r>
              <w:rPr>
                <w:b/>
                <w:color w:val="203038"/>
                <w:sz w:val="13"/>
              </w:rPr>
              <w:t>VIDEN V PROMETU</w:t>
            </w:r>
            <w:r>
              <w:rPr>
                <w:b/>
                <w:color w:val="203038"/>
                <w:sz w:val="13"/>
              </w:rPr>
              <w:br/>
              <w:t>Tematska povezava: slika Rdečo kapico ter oblikuje opozorilni znak</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2EB397" w14:textId="77777777" w:rsidR="00DC7FCD" w:rsidRDefault="00000000">
            <w:pPr>
              <w:pStyle w:val="Oznaenseznam"/>
              <w:spacing w:after="16" w:line="235" w:lineRule="auto"/>
              <w:ind w:left="160" w:hanging="100"/>
            </w:pPr>
            <w:r>
              <w:rPr>
                <w:color w:val="203038"/>
                <w:sz w:val="14"/>
              </w:rPr>
              <w:t>opazuje kontrast</w:t>
            </w:r>
          </w:p>
          <w:p w14:paraId="01AC5F75" w14:textId="77777777" w:rsidR="00DC7FCD" w:rsidRDefault="00000000">
            <w:pPr>
              <w:pStyle w:val="Oznaenseznam"/>
              <w:spacing w:after="16" w:line="235" w:lineRule="auto"/>
              <w:ind w:left="160" w:hanging="100"/>
            </w:pPr>
            <w:r>
              <w:rPr>
                <w:color w:val="203038"/>
                <w:sz w:val="14"/>
              </w:rPr>
              <w:t>oblikuje prometni znak</w:t>
            </w:r>
          </w:p>
          <w:p w14:paraId="4CD6B670" w14:textId="77777777" w:rsidR="00DC7FCD" w:rsidRDefault="00000000">
            <w:pPr>
              <w:pStyle w:val="Oznaenseznam"/>
              <w:spacing w:after="16" w:line="235" w:lineRule="auto"/>
              <w:ind w:left="160" w:hanging="100"/>
            </w:pPr>
            <w:r>
              <w:rPr>
                <w:color w:val="203038"/>
                <w:sz w:val="14"/>
              </w:rPr>
              <w:t>uporabi izrazito barvno ploskev</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21C399"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59BE69"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EACFAF" w14:textId="5D1EDF8F" w:rsidR="00DC7FCD" w:rsidRDefault="00000000">
            <w:pPr>
              <w:spacing w:after="16" w:line="240" w:lineRule="auto"/>
            </w:pPr>
            <w:r>
              <w:rPr>
                <w:color w:val="203038"/>
                <w:sz w:val="13"/>
              </w:rPr>
              <w:t xml:space="preserve">TEHNIŠKI DAN </w:t>
            </w:r>
          </w:p>
        </w:tc>
      </w:tr>
      <w:tr w:rsidR="00DC7FCD" w14:paraId="77F8C5C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025A29" w14:textId="77777777" w:rsidR="00DC7FCD" w:rsidRDefault="00000000">
            <w:pPr>
              <w:spacing w:after="16" w:line="240" w:lineRule="auto"/>
            </w:pPr>
            <w:r>
              <w:rPr>
                <w:b/>
                <w:color w:val="A3702A"/>
                <w:sz w:val="14"/>
              </w:rPr>
              <w:t>6. teden</w:t>
            </w:r>
            <w:r>
              <w:rPr>
                <w:b/>
                <w:color w:val="A3702A"/>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49BD52" w14:textId="77777777" w:rsidR="00DC7FCD" w:rsidRDefault="00000000">
            <w:pPr>
              <w:spacing w:after="16" w:line="240" w:lineRule="auto"/>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F0D852" w14:textId="77777777" w:rsidR="00DC7FCD" w:rsidRDefault="00000000">
            <w:pPr>
              <w:spacing w:after="16" w:line="240" w:lineRule="auto"/>
            </w:pPr>
            <w:r>
              <w:rPr>
                <w:b/>
                <w:color w:val="203038"/>
                <w:sz w:val="13"/>
              </w:rPr>
              <w:t>ČRTE V PROSTORU</w:t>
            </w:r>
            <w:r>
              <w:rPr>
                <w:b/>
                <w:color w:val="203038"/>
                <w:sz w:val="13"/>
              </w:rPr>
              <w:br/>
              <w:t>Tematska povezava: oblikuje vrata, sledi ali lutko iz pravljice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A77A10" w14:textId="77777777" w:rsidR="00DC7FCD" w:rsidRDefault="00000000">
            <w:pPr>
              <w:pStyle w:val="Oznaenseznam"/>
              <w:spacing w:after="16" w:line="235" w:lineRule="auto"/>
              <w:ind w:left="160" w:hanging="100"/>
            </w:pPr>
            <w:r>
              <w:rPr>
                <w:color w:val="203038"/>
                <w:sz w:val="14"/>
              </w:rPr>
              <w:t>riše ravne in krive črte</w:t>
            </w:r>
          </w:p>
          <w:p w14:paraId="4B027B19" w14:textId="77777777" w:rsidR="00DC7FCD" w:rsidRDefault="00000000">
            <w:pPr>
              <w:pStyle w:val="Oznaenseznam"/>
              <w:spacing w:after="16" w:line="235" w:lineRule="auto"/>
              <w:ind w:left="160" w:hanging="100"/>
            </w:pPr>
            <w:r>
              <w:rPr>
                <w:color w:val="203038"/>
                <w:sz w:val="14"/>
              </w:rPr>
              <w:t>razlikuje sklenjeno in nesklenjeno črto</w:t>
            </w:r>
          </w:p>
          <w:p w14:paraId="39394C45" w14:textId="77777777" w:rsidR="00DC7FCD" w:rsidRDefault="00000000">
            <w:pPr>
              <w:pStyle w:val="Oznaenseznam"/>
              <w:spacing w:after="16" w:line="235" w:lineRule="auto"/>
              <w:ind w:left="160" w:hanging="100"/>
            </w:pPr>
            <w:r>
              <w:rPr>
                <w:color w:val="203038"/>
                <w:sz w:val="14"/>
              </w:rPr>
              <w:t>uporabi risarsko tehniko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2FB2E7"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EF3ED4"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4A2EF8" w14:textId="77777777" w:rsidR="00DC7FCD" w:rsidRDefault="00000000">
            <w:pPr>
              <w:spacing w:after="16" w:line="240" w:lineRule="auto"/>
            </w:pPr>
            <w:r>
              <w:rPr>
                <w:color w:val="203038"/>
                <w:sz w:val="13"/>
              </w:rPr>
              <w:t>sprotno preverjanje in opisna povratna informacija</w:t>
            </w:r>
          </w:p>
        </w:tc>
      </w:tr>
      <w:tr w:rsidR="00DC7FCD" w14:paraId="516DE68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C80311" w14:textId="77777777" w:rsidR="00DC7FCD" w:rsidRDefault="00000000">
            <w:pPr>
              <w:spacing w:after="16" w:line="240" w:lineRule="auto"/>
            </w:pPr>
            <w:r>
              <w:rPr>
                <w:b/>
                <w:color w:val="A3702A"/>
                <w:sz w:val="14"/>
              </w:rPr>
              <w:t>7. teden</w:t>
            </w:r>
            <w:r>
              <w:rPr>
                <w:b/>
                <w:color w:val="A3702A"/>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2A5741" w14:textId="77777777" w:rsidR="00DC7FCD" w:rsidRDefault="00000000">
            <w:pPr>
              <w:spacing w:after="16" w:line="240" w:lineRule="auto"/>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62154D" w14:textId="77777777" w:rsidR="00DC7FCD" w:rsidRDefault="00000000">
            <w:pPr>
              <w:spacing w:after="16" w:line="240" w:lineRule="auto"/>
            </w:pPr>
            <w:r>
              <w:rPr>
                <w:b/>
                <w:color w:val="203038"/>
                <w:sz w:val="13"/>
              </w:rPr>
              <w:t>KOLAŽ PREVOZNIH SREDSTEV</w:t>
            </w:r>
            <w:r>
              <w:rPr>
                <w:b/>
                <w:color w:val="203038"/>
                <w:sz w:val="13"/>
              </w:rPr>
              <w:br/>
              <w:t>Tematska povezava: izdela kolaž vozila ali domišljijske pokrajine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D8301E" w14:textId="77777777" w:rsidR="00DC7FCD" w:rsidRDefault="00000000">
            <w:pPr>
              <w:pStyle w:val="Oznaenseznam"/>
              <w:spacing w:after="16" w:line="235" w:lineRule="auto"/>
              <w:ind w:left="160" w:hanging="100"/>
            </w:pPr>
            <w:r>
              <w:rPr>
                <w:color w:val="203038"/>
                <w:sz w:val="14"/>
              </w:rPr>
              <w:t>trga, reže in lepi</w:t>
            </w:r>
          </w:p>
          <w:p w14:paraId="55BAE68F" w14:textId="77777777" w:rsidR="00DC7FCD" w:rsidRDefault="00000000">
            <w:pPr>
              <w:pStyle w:val="Oznaenseznam"/>
              <w:spacing w:after="16" w:line="235" w:lineRule="auto"/>
              <w:ind w:left="160" w:hanging="100"/>
            </w:pPr>
            <w:r>
              <w:rPr>
                <w:color w:val="203038"/>
                <w:sz w:val="14"/>
              </w:rPr>
              <w:t>povezuje oblike v celoto</w:t>
            </w:r>
          </w:p>
          <w:p w14:paraId="7E2BD8DB" w14:textId="77777777" w:rsidR="00DC7FCD" w:rsidRDefault="00000000">
            <w:pPr>
              <w:pStyle w:val="Oznaenseznam"/>
              <w:spacing w:after="16" w:line="235" w:lineRule="auto"/>
              <w:ind w:left="160" w:hanging="100"/>
            </w:pPr>
            <w:r>
              <w:rPr>
                <w:color w:val="203038"/>
                <w:sz w:val="14"/>
              </w:rPr>
              <w:t>varno uporablja pripomočke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2B52C0"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128011"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C7F0CE" w14:textId="77777777" w:rsidR="00DC7FCD" w:rsidRDefault="00000000">
            <w:pPr>
              <w:spacing w:after="16" w:line="240" w:lineRule="auto"/>
            </w:pPr>
            <w:r>
              <w:rPr>
                <w:color w:val="203038"/>
                <w:sz w:val="13"/>
              </w:rPr>
              <w:t>sprotno preverjanje in opisna povratna informacija</w:t>
            </w:r>
          </w:p>
        </w:tc>
      </w:tr>
      <w:tr w:rsidR="00DC7FCD" w14:paraId="3554431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30AA46" w14:textId="77777777" w:rsidR="00DC7FCD" w:rsidRDefault="00000000">
            <w:pPr>
              <w:spacing w:after="16" w:line="240" w:lineRule="auto"/>
            </w:pPr>
            <w:r>
              <w:rPr>
                <w:b/>
                <w:color w:val="A3702A"/>
                <w:sz w:val="14"/>
              </w:rPr>
              <w:t>8. teden</w:t>
            </w:r>
            <w:r>
              <w:rPr>
                <w:b/>
                <w:color w:val="A3702A"/>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00F6E0" w14:textId="77777777" w:rsidR="00DC7FCD" w:rsidRDefault="00000000">
            <w:pPr>
              <w:spacing w:after="16" w:line="240" w:lineRule="auto"/>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0BD91A" w14:textId="77777777" w:rsidR="00DC7FCD" w:rsidRDefault="00000000">
            <w:pPr>
              <w:spacing w:after="16" w:line="240" w:lineRule="auto"/>
            </w:pPr>
            <w:r>
              <w:rPr>
                <w:b/>
                <w:color w:val="203038"/>
                <w:sz w:val="13"/>
              </w:rPr>
              <w:t>PROMETNI PLAKAT</w:t>
            </w:r>
            <w:r>
              <w:rPr>
                <w:b/>
                <w:color w:val="203038"/>
                <w:sz w:val="13"/>
              </w:rPr>
              <w:br/>
              <w:t>Tematska povezava: oblikuje skupinski plakat pravljičnih godcev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94879F" w14:textId="77777777" w:rsidR="00DC7FCD" w:rsidRDefault="00000000">
            <w:pPr>
              <w:pStyle w:val="Oznaenseznam"/>
              <w:spacing w:after="16" w:line="235" w:lineRule="auto"/>
              <w:ind w:left="160" w:hanging="100"/>
            </w:pPr>
            <w:r>
              <w:rPr>
                <w:color w:val="203038"/>
                <w:sz w:val="14"/>
              </w:rPr>
              <w:t>izbere likovna sredstva</w:t>
            </w:r>
          </w:p>
          <w:p w14:paraId="5823BC0C" w14:textId="77777777" w:rsidR="00DC7FCD" w:rsidRDefault="00000000">
            <w:pPr>
              <w:pStyle w:val="Oznaenseznam"/>
              <w:spacing w:after="16" w:line="235" w:lineRule="auto"/>
              <w:ind w:left="160" w:hanging="100"/>
            </w:pPr>
            <w:r>
              <w:rPr>
                <w:color w:val="203038"/>
                <w:sz w:val="14"/>
              </w:rPr>
              <w:t>jasno razporedi znake</w:t>
            </w:r>
          </w:p>
          <w:p w14:paraId="6DF1F7AA" w14:textId="77777777" w:rsidR="00DC7FCD" w:rsidRDefault="00000000">
            <w:pPr>
              <w:pStyle w:val="Oznaenseznam"/>
              <w:spacing w:after="16" w:line="235" w:lineRule="auto"/>
              <w:ind w:left="160" w:hanging="100"/>
            </w:pPr>
            <w:r>
              <w:rPr>
                <w:color w:val="203038"/>
                <w:sz w:val="14"/>
              </w:rPr>
              <w:t>pojasni sporočilo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B736C1"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BC9002"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ED8D57" w14:textId="047364DE" w:rsidR="00DC7FCD" w:rsidRDefault="00000000">
            <w:pPr>
              <w:spacing w:after="16" w:line="240" w:lineRule="auto"/>
            </w:pPr>
            <w:r>
              <w:rPr>
                <w:color w:val="203038"/>
                <w:sz w:val="13"/>
              </w:rPr>
              <w:t xml:space="preserve">ŠPORTNI DAN </w:t>
            </w:r>
          </w:p>
        </w:tc>
      </w:tr>
      <w:tr w:rsidR="00DC7FCD" w14:paraId="431A3EE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9F506D" w14:textId="77777777" w:rsidR="00DC7FCD" w:rsidRDefault="00000000">
            <w:pPr>
              <w:spacing w:after="16" w:line="240" w:lineRule="auto"/>
            </w:pPr>
            <w:r>
              <w:rPr>
                <w:b/>
                <w:color w:val="A3702A"/>
                <w:sz w:val="14"/>
              </w:rPr>
              <w:t>9. teden</w:t>
            </w:r>
            <w:r>
              <w:rPr>
                <w:b/>
                <w:color w:val="A3702A"/>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DD5BD7" w14:textId="77777777" w:rsidR="00DC7FCD" w:rsidRDefault="00000000">
            <w:pPr>
              <w:spacing w:after="16" w:line="240" w:lineRule="auto"/>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18EC7E" w14:textId="77777777" w:rsidR="00DC7FCD" w:rsidRDefault="00000000">
            <w:pPr>
              <w:spacing w:after="16" w:line="240" w:lineRule="auto"/>
            </w:pPr>
            <w:r>
              <w:rPr>
                <w:b/>
                <w:color w:val="203038"/>
                <w:sz w:val="13"/>
              </w:rPr>
              <w:t>JESENSKE BARVE</w:t>
            </w:r>
            <w:r>
              <w:rPr>
                <w:b/>
                <w:color w:val="203038"/>
                <w:sz w:val="13"/>
              </w:rPr>
              <w:br/>
              <w:t>Tematska povezava: slika tople jesenske barve in živalske sledi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35901D" w14:textId="77777777" w:rsidR="00DC7FCD" w:rsidRDefault="00000000">
            <w:pPr>
              <w:pStyle w:val="Oznaenseznam"/>
              <w:spacing w:after="16" w:line="235" w:lineRule="auto"/>
              <w:ind w:left="160" w:hanging="100"/>
            </w:pPr>
            <w:r>
              <w:rPr>
                <w:color w:val="203038"/>
                <w:sz w:val="14"/>
              </w:rPr>
              <w:t>meša barve</w:t>
            </w:r>
          </w:p>
          <w:p w14:paraId="19E68992" w14:textId="77777777" w:rsidR="00DC7FCD" w:rsidRDefault="00000000">
            <w:pPr>
              <w:pStyle w:val="Oznaenseznam"/>
              <w:spacing w:after="16" w:line="235" w:lineRule="auto"/>
              <w:ind w:left="160" w:hanging="100"/>
            </w:pPr>
            <w:r>
              <w:rPr>
                <w:color w:val="203038"/>
                <w:sz w:val="14"/>
              </w:rPr>
              <w:t>slika po opazovanju</w:t>
            </w:r>
          </w:p>
          <w:p w14:paraId="3C386222" w14:textId="77777777" w:rsidR="00DC7FCD" w:rsidRDefault="00000000">
            <w:pPr>
              <w:pStyle w:val="Oznaenseznam"/>
              <w:spacing w:after="16" w:line="235" w:lineRule="auto"/>
              <w:ind w:left="160" w:hanging="100"/>
            </w:pPr>
            <w:r>
              <w:rPr>
                <w:color w:val="203038"/>
                <w:sz w:val="14"/>
              </w:rPr>
              <w:t>izrazi razpoloženje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197FC0"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F46DAF1"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4A227E" w14:textId="77777777" w:rsidR="00DC7FCD" w:rsidRDefault="00000000">
            <w:pPr>
              <w:spacing w:after="16" w:line="240" w:lineRule="auto"/>
            </w:pPr>
            <w:r>
              <w:rPr>
                <w:color w:val="203038"/>
                <w:sz w:val="13"/>
              </w:rPr>
              <w:t>sprotno preverjanje in opisna povratna informacija</w:t>
            </w:r>
          </w:p>
        </w:tc>
      </w:tr>
      <w:tr w:rsidR="00DC7FCD" w14:paraId="62EF31E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EBD299" w14:textId="77777777" w:rsidR="00DC7FCD" w:rsidRDefault="00000000">
            <w:pPr>
              <w:spacing w:after="16" w:line="240" w:lineRule="auto"/>
            </w:pPr>
            <w:r>
              <w:rPr>
                <w:b/>
                <w:color w:val="A3702A"/>
                <w:sz w:val="14"/>
              </w:rPr>
              <w:lastRenderedPageBreak/>
              <w:t>10. teden</w:t>
            </w:r>
            <w:r>
              <w:rPr>
                <w:b/>
                <w:color w:val="A3702A"/>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FB17A4" w14:textId="77777777" w:rsidR="00DC7FCD" w:rsidRDefault="00000000">
            <w:pPr>
              <w:spacing w:after="16" w:line="240" w:lineRule="auto"/>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C6C32D" w14:textId="77777777" w:rsidR="00DC7FCD" w:rsidRDefault="00000000">
            <w:pPr>
              <w:spacing w:after="16" w:line="240" w:lineRule="auto"/>
            </w:pPr>
            <w:r>
              <w:rPr>
                <w:b/>
                <w:color w:val="203038"/>
                <w:sz w:val="13"/>
              </w:rPr>
              <w:t>MODEL ŽIVEGA BITJA</w:t>
            </w:r>
            <w:r>
              <w:rPr>
                <w:b/>
                <w:color w:val="203038"/>
                <w:sz w:val="13"/>
              </w:rPr>
              <w:br/>
              <w:t>Tematska povezava: oblikuje svojo stran slikanice z vprašanjem in odgovorom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3A4B98" w14:textId="77777777" w:rsidR="00DC7FCD" w:rsidRDefault="00000000">
            <w:pPr>
              <w:pStyle w:val="Oznaenseznam"/>
              <w:spacing w:after="16" w:line="235" w:lineRule="auto"/>
              <w:ind w:left="160" w:hanging="100"/>
            </w:pPr>
            <w:r>
              <w:rPr>
                <w:color w:val="203038"/>
                <w:sz w:val="14"/>
              </w:rPr>
              <w:t>oblikuje iz gline ali mase</w:t>
            </w:r>
          </w:p>
          <w:p w14:paraId="1372F38B" w14:textId="77777777" w:rsidR="00DC7FCD" w:rsidRDefault="00000000">
            <w:pPr>
              <w:pStyle w:val="Oznaenseznam"/>
              <w:spacing w:after="16" w:line="235" w:lineRule="auto"/>
              <w:ind w:left="160" w:hanging="100"/>
            </w:pPr>
            <w:r>
              <w:rPr>
                <w:color w:val="203038"/>
                <w:sz w:val="14"/>
              </w:rPr>
              <w:t>opazuje značilne dele</w:t>
            </w:r>
          </w:p>
          <w:p w14:paraId="3BF5CF92" w14:textId="77777777" w:rsidR="00DC7FCD" w:rsidRDefault="00000000">
            <w:pPr>
              <w:pStyle w:val="Oznaenseznam"/>
              <w:spacing w:after="16" w:line="235" w:lineRule="auto"/>
              <w:ind w:left="160" w:hanging="100"/>
            </w:pPr>
            <w:r>
              <w:rPr>
                <w:color w:val="203038"/>
                <w:sz w:val="14"/>
              </w:rPr>
              <w:t>varno ravna z materialom</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28F718"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9C3281"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4A5015" w14:textId="77777777" w:rsidR="00DC7FCD" w:rsidRDefault="00000000">
            <w:pPr>
              <w:spacing w:after="16" w:line="240" w:lineRule="auto"/>
            </w:pPr>
            <w:r>
              <w:rPr>
                <w:color w:val="203038"/>
                <w:sz w:val="13"/>
              </w:rPr>
              <w:t>sprotno preverjanje in opisna povratna informacija</w:t>
            </w:r>
          </w:p>
        </w:tc>
      </w:tr>
      <w:tr w:rsidR="00DC7FCD" w14:paraId="43E379E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5B84C7" w14:textId="77777777" w:rsidR="00DC7FCD" w:rsidRDefault="00000000">
            <w:pPr>
              <w:spacing w:after="16" w:line="240" w:lineRule="auto"/>
            </w:pPr>
            <w:r>
              <w:rPr>
                <w:b/>
                <w:color w:val="A3702A"/>
                <w:sz w:val="14"/>
              </w:rPr>
              <w:t>11. teden</w:t>
            </w:r>
            <w:r>
              <w:rPr>
                <w:b/>
                <w:color w:val="A3702A"/>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018FCD" w14:textId="77777777" w:rsidR="00DC7FCD" w:rsidRDefault="00000000">
            <w:pPr>
              <w:spacing w:after="16" w:line="240" w:lineRule="auto"/>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F66637" w14:textId="77777777" w:rsidR="00DC7FCD" w:rsidRDefault="00000000">
            <w:pPr>
              <w:spacing w:after="16" w:line="240" w:lineRule="auto"/>
            </w:pPr>
            <w:r>
              <w:rPr>
                <w:b/>
                <w:color w:val="203038"/>
                <w:sz w:val="13"/>
              </w:rPr>
              <w:t>NARAVNI MATERIALI</w:t>
            </w:r>
            <w:r>
              <w:rPr>
                <w:b/>
                <w:color w:val="203038"/>
                <w:sz w:val="13"/>
              </w:rPr>
              <w:br/>
              <w:t>Tematska povezava: oblikuje medveda iz naravnih materialov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BC3567" w14:textId="77777777" w:rsidR="00DC7FCD" w:rsidRDefault="00000000">
            <w:pPr>
              <w:pStyle w:val="Oznaenseznam"/>
              <w:spacing w:after="16" w:line="235" w:lineRule="auto"/>
              <w:ind w:left="160" w:hanging="100"/>
            </w:pPr>
            <w:r>
              <w:rPr>
                <w:color w:val="203038"/>
                <w:sz w:val="14"/>
              </w:rPr>
              <w:t>raziskuje teksture</w:t>
            </w:r>
          </w:p>
          <w:p w14:paraId="1759A010" w14:textId="77777777" w:rsidR="00DC7FCD" w:rsidRDefault="00000000">
            <w:pPr>
              <w:pStyle w:val="Oznaenseznam"/>
              <w:spacing w:after="16" w:line="235" w:lineRule="auto"/>
              <w:ind w:left="160" w:hanging="100"/>
            </w:pPr>
            <w:r>
              <w:rPr>
                <w:color w:val="203038"/>
                <w:sz w:val="14"/>
              </w:rPr>
              <w:t>sestavi prostorsko tvorbo</w:t>
            </w:r>
          </w:p>
          <w:p w14:paraId="645E5203" w14:textId="77777777" w:rsidR="00DC7FCD" w:rsidRDefault="00000000">
            <w:pPr>
              <w:pStyle w:val="Oznaenseznam"/>
              <w:spacing w:after="16" w:line="235" w:lineRule="auto"/>
              <w:ind w:left="160" w:hanging="100"/>
            </w:pPr>
            <w:r>
              <w:rPr>
                <w:color w:val="203038"/>
                <w:sz w:val="14"/>
              </w:rPr>
              <w:t>pove, od kod material izvira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7D32E1"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15A9E6"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238CF5" w14:textId="77777777" w:rsidR="00DC7FCD" w:rsidRDefault="00000000">
            <w:pPr>
              <w:spacing w:after="16" w:line="240" w:lineRule="auto"/>
            </w:pPr>
            <w:r>
              <w:rPr>
                <w:color w:val="203038"/>
                <w:sz w:val="13"/>
              </w:rPr>
              <w:t>sprotno preverjanje in opisna povratna informacija</w:t>
            </w:r>
          </w:p>
        </w:tc>
      </w:tr>
      <w:tr w:rsidR="00DC7FCD" w14:paraId="388BF6C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8C795A4" w14:textId="77777777" w:rsidR="00DC7FCD" w:rsidRDefault="00000000">
            <w:pPr>
              <w:spacing w:after="16" w:line="240" w:lineRule="auto"/>
            </w:pPr>
            <w:r>
              <w:rPr>
                <w:b/>
                <w:color w:val="A3702A"/>
                <w:sz w:val="14"/>
              </w:rPr>
              <w:t>12. teden</w:t>
            </w:r>
            <w:r>
              <w:rPr>
                <w:b/>
                <w:color w:val="A3702A"/>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C47371" w14:textId="77777777" w:rsidR="00DC7FCD" w:rsidRDefault="00000000">
            <w:pPr>
              <w:spacing w:after="16" w:line="240" w:lineRule="auto"/>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8D9F19" w14:textId="77777777" w:rsidR="00DC7FCD" w:rsidRDefault="00000000">
            <w:pPr>
              <w:spacing w:after="16" w:line="240" w:lineRule="auto"/>
            </w:pPr>
            <w:r>
              <w:rPr>
                <w:b/>
                <w:color w:val="203038"/>
                <w:sz w:val="13"/>
              </w:rPr>
              <w:t>ROČNA DELA</w:t>
            </w:r>
            <w:r>
              <w:rPr>
                <w:b/>
                <w:color w:val="203038"/>
                <w:sz w:val="13"/>
              </w:rPr>
              <w:br/>
              <w:t>Tematska povezava: ustvari lisičjo masko iz ponovno uporabljenih materialov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1D7565" w14:textId="77777777" w:rsidR="00DC7FCD" w:rsidRDefault="00000000">
            <w:pPr>
              <w:pStyle w:val="Oznaenseznam"/>
              <w:spacing w:after="16" w:line="235" w:lineRule="auto"/>
              <w:ind w:left="160" w:hanging="100"/>
            </w:pPr>
            <w:r>
              <w:rPr>
                <w:color w:val="203038"/>
                <w:sz w:val="14"/>
              </w:rPr>
              <w:t>načrtuje preprost izdelek</w:t>
            </w:r>
          </w:p>
          <w:p w14:paraId="432D9270" w14:textId="77777777" w:rsidR="00DC7FCD" w:rsidRDefault="00000000">
            <w:pPr>
              <w:pStyle w:val="Oznaenseznam"/>
              <w:spacing w:after="16" w:line="235" w:lineRule="auto"/>
              <w:ind w:left="160" w:hanging="100"/>
            </w:pPr>
            <w:r>
              <w:rPr>
                <w:color w:val="203038"/>
                <w:sz w:val="14"/>
              </w:rPr>
              <w:t>spaja in preoblikuje papir ali tekstil</w:t>
            </w:r>
          </w:p>
          <w:p w14:paraId="465797FF" w14:textId="77777777" w:rsidR="00DC7FCD" w:rsidRDefault="00000000">
            <w:pPr>
              <w:pStyle w:val="Oznaenseznam"/>
              <w:spacing w:after="16" w:line="235" w:lineRule="auto"/>
              <w:ind w:left="160" w:hanging="100"/>
            </w:pPr>
            <w:r>
              <w:rPr>
                <w:color w:val="203038"/>
                <w:sz w:val="14"/>
              </w:rPr>
              <w:t>uredi delovno mesto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6EEC27"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6657D5"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443AAE" w14:textId="59F14C0C" w:rsidR="00DC7FCD" w:rsidRDefault="00000000">
            <w:pPr>
              <w:spacing w:after="16" w:line="240" w:lineRule="auto"/>
            </w:pPr>
            <w:r>
              <w:rPr>
                <w:color w:val="203038"/>
                <w:sz w:val="13"/>
              </w:rPr>
              <w:t xml:space="preserve">KULTURNI DAN </w:t>
            </w:r>
          </w:p>
        </w:tc>
      </w:tr>
      <w:tr w:rsidR="00DC7FCD" w14:paraId="6381C97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88359E" w14:textId="77777777" w:rsidR="00DC7FCD" w:rsidRDefault="00000000">
            <w:pPr>
              <w:spacing w:after="16" w:line="240" w:lineRule="auto"/>
            </w:pPr>
            <w:r>
              <w:rPr>
                <w:b/>
                <w:color w:val="A3702A"/>
                <w:sz w:val="14"/>
              </w:rPr>
              <w:t>13. teden</w:t>
            </w:r>
            <w:r>
              <w:rPr>
                <w:b/>
                <w:color w:val="A3702A"/>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7DE71C" w14:textId="77777777" w:rsidR="00DC7FCD" w:rsidRDefault="00000000">
            <w:pPr>
              <w:spacing w:after="16" w:line="240" w:lineRule="auto"/>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17E8A0" w14:textId="77777777" w:rsidR="00DC7FCD" w:rsidRDefault="00000000">
            <w:pPr>
              <w:spacing w:after="16" w:line="240" w:lineRule="auto"/>
            </w:pPr>
            <w:r>
              <w:rPr>
                <w:b/>
                <w:color w:val="203038"/>
                <w:sz w:val="13"/>
              </w:rPr>
              <w:t>DRUŽINSKI PORTRET</w:t>
            </w:r>
            <w:r>
              <w:rPr>
                <w:b/>
                <w:color w:val="203038"/>
                <w:sz w:val="13"/>
              </w:rPr>
              <w:br/>
              <w:t>Tematska povezava: slika domišljijski balon ali družinski prizor</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441897" w14:textId="77777777" w:rsidR="00DC7FCD" w:rsidRDefault="00000000">
            <w:pPr>
              <w:pStyle w:val="Oznaenseznam"/>
              <w:spacing w:after="16" w:line="235" w:lineRule="auto"/>
              <w:ind w:left="160" w:hanging="100"/>
            </w:pPr>
            <w:r>
              <w:rPr>
                <w:color w:val="203038"/>
                <w:sz w:val="14"/>
              </w:rPr>
              <w:t>opazuje razmerja med figurami</w:t>
            </w:r>
          </w:p>
          <w:p w14:paraId="00704A3A" w14:textId="77777777" w:rsidR="00DC7FCD" w:rsidRDefault="00000000">
            <w:pPr>
              <w:pStyle w:val="Oznaenseznam"/>
              <w:spacing w:after="16" w:line="235" w:lineRule="auto"/>
              <w:ind w:left="160" w:hanging="100"/>
            </w:pPr>
            <w:r>
              <w:rPr>
                <w:color w:val="203038"/>
                <w:sz w:val="14"/>
              </w:rPr>
              <w:t>ustvari risbo ali sliko</w:t>
            </w:r>
          </w:p>
          <w:p w14:paraId="6EDC3FBA" w14:textId="77777777" w:rsidR="00DC7FCD" w:rsidRDefault="00000000">
            <w:pPr>
              <w:pStyle w:val="Oznaenseznam"/>
              <w:spacing w:after="16" w:line="235" w:lineRule="auto"/>
              <w:ind w:left="160" w:hanging="100"/>
            </w:pPr>
            <w:r>
              <w:rPr>
                <w:color w:val="203038"/>
                <w:sz w:val="14"/>
              </w:rPr>
              <w:t>pove zgodbo izdelka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85A64E"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49B45C"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9905D7" w14:textId="77777777" w:rsidR="00DC7FCD" w:rsidRDefault="00000000">
            <w:pPr>
              <w:spacing w:after="16" w:line="240" w:lineRule="auto"/>
            </w:pPr>
            <w:r>
              <w:rPr>
                <w:color w:val="203038"/>
                <w:sz w:val="13"/>
              </w:rPr>
              <w:t>sprotno preverjanje in opisna povratna informacija</w:t>
            </w:r>
          </w:p>
        </w:tc>
      </w:tr>
      <w:tr w:rsidR="00DC7FCD" w14:paraId="24D2E02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1ADB90" w14:textId="77777777" w:rsidR="00DC7FCD" w:rsidRDefault="00000000">
            <w:pPr>
              <w:spacing w:after="16" w:line="240" w:lineRule="auto"/>
            </w:pPr>
            <w:r>
              <w:rPr>
                <w:b/>
                <w:color w:val="A3702A"/>
                <w:sz w:val="14"/>
              </w:rPr>
              <w:t>14. teden</w:t>
            </w:r>
            <w:r>
              <w:rPr>
                <w:b/>
                <w:color w:val="A3702A"/>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65C40E" w14:textId="77777777" w:rsidR="00DC7FCD" w:rsidRDefault="00000000">
            <w:pPr>
              <w:spacing w:after="16" w:line="240" w:lineRule="auto"/>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1F3563" w14:textId="77777777" w:rsidR="00DC7FCD" w:rsidRDefault="00000000">
            <w:pPr>
              <w:spacing w:after="16" w:line="240" w:lineRule="auto"/>
            </w:pPr>
            <w:r>
              <w:rPr>
                <w:b/>
                <w:color w:val="203038"/>
                <w:sz w:val="13"/>
              </w:rPr>
              <w:t>PROSTOR DOMA</w:t>
            </w:r>
            <w:r>
              <w:rPr>
                <w:b/>
                <w:color w:val="203038"/>
                <w:sz w:val="13"/>
              </w:rPr>
              <w:br/>
              <w:t>Tematska povezava: oblikuje pekarno ali kruh iz različnih materialov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4FEACF" w14:textId="77777777" w:rsidR="00DC7FCD" w:rsidRDefault="00000000">
            <w:pPr>
              <w:pStyle w:val="Oznaenseznam"/>
              <w:spacing w:after="16" w:line="235" w:lineRule="auto"/>
              <w:ind w:left="160" w:hanging="100"/>
            </w:pPr>
            <w:r>
              <w:rPr>
                <w:color w:val="203038"/>
                <w:sz w:val="14"/>
              </w:rPr>
              <w:t>ustvari preprost prostorski model</w:t>
            </w:r>
          </w:p>
          <w:p w14:paraId="69EFEADA" w14:textId="77777777" w:rsidR="00DC7FCD" w:rsidRDefault="00000000">
            <w:pPr>
              <w:pStyle w:val="Oznaenseznam"/>
              <w:spacing w:after="16" w:line="235" w:lineRule="auto"/>
              <w:ind w:left="160" w:hanging="100"/>
            </w:pPr>
            <w:r>
              <w:rPr>
                <w:color w:val="203038"/>
                <w:sz w:val="14"/>
              </w:rPr>
              <w:t>razlikuje obliko in prostor</w:t>
            </w:r>
          </w:p>
          <w:p w14:paraId="34119D5D" w14:textId="77777777" w:rsidR="00DC7FCD" w:rsidRDefault="00000000">
            <w:pPr>
              <w:pStyle w:val="Oznaenseznam"/>
              <w:spacing w:after="16" w:line="235" w:lineRule="auto"/>
              <w:ind w:left="160" w:hanging="100"/>
            </w:pPr>
            <w:r>
              <w:rPr>
                <w:color w:val="203038"/>
                <w:sz w:val="14"/>
              </w:rPr>
              <w:t>uporabi odpadno embalažo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CECF68"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F77B5B"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B444334" w14:textId="77777777" w:rsidR="00DC7FCD" w:rsidRDefault="00000000">
            <w:pPr>
              <w:spacing w:after="16" w:line="240" w:lineRule="auto"/>
            </w:pPr>
            <w:r>
              <w:rPr>
                <w:color w:val="203038"/>
                <w:sz w:val="13"/>
              </w:rPr>
              <w:t>sprotno preverjanje in opisna povratna informacija</w:t>
            </w:r>
          </w:p>
        </w:tc>
      </w:tr>
      <w:tr w:rsidR="00DC7FCD" w14:paraId="0657194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EE3632" w14:textId="77777777" w:rsidR="00DC7FCD" w:rsidRDefault="00000000">
            <w:pPr>
              <w:spacing w:after="16" w:line="240" w:lineRule="auto"/>
            </w:pPr>
            <w:r>
              <w:rPr>
                <w:b/>
                <w:color w:val="A3702A"/>
                <w:sz w:val="14"/>
              </w:rPr>
              <w:t>15. teden</w:t>
            </w:r>
            <w:r>
              <w:rPr>
                <w:b/>
                <w:color w:val="A3702A"/>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A209EE" w14:textId="77777777" w:rsidR="00DC7FCD" w:rsidRDefault="00000000">
            <w:pPr>
              <w:spacing w:after="16" w:line="240" w:lineRule="auto"/>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63F3A2" w14:textId="77777777" w:rsidR="00DC7FCD" w:rsidRDefault="00000000">
            <w:pPr>
              <w:spacing w:after="16" w:line="240" w:lineRule="auto"/>
            </w:pPr>
            <w:r>
              <w:rPr>
                <w:b/>
                <w:color w:val="203038"/>
                <w:sz w:val="13"/>
              </w:rPr>
              <w:t>VOŠČILNICA</w:t>
            </w:r>
            <w:r>
              <w:rPr>
                <w:b/>
                <w:color w:val="203038"/>
                <w:sz w:val="13"/>
              </w:rPr>
              <w:br/>
              <w:t>Tematska povezava: izdela zvezdo, lutko ali gledališko vstopnico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9867793" w14:textId="77777777" w:rsidR="00DC7FCD" w:rsidRDefault="00000000">
            <w:pPr>
              <w:pStyle w:val="Oznaenseznam"/>
              <w:spacing w:after="16" w:line="235" w:lineRule="auto"/>
              <w:ind w:left="160" w:hanging="100"/>
            </w:pPr>
            <w:r>
              <w:rPr>
                <w:color w:val="203038"/>
                <w:sz w:val="14"/>
              </w:rPr>
              <w:t>uporabi grafični odtis ali kolaž</w:t>
            </w:r>
          </w:p>
          <w:p w14:paraId="66A6278E" w14:textId="77777777" w:rsidR="00DC7FCD" w:rsidRDefault="00000000">
            <w:pPr>
              <w:pStyle w:val="Oznaenseznam"/>
              <w:spacing w:after="16" w:line="235" w:lineRule="auto"/>
              <w:ind w:left="160" w:hanging="100"/>
            </w:pPr>
            <w:r>
              <w:rPr>
                <w:color w:val="203038"/>
                <w:sz w:val="14"/>
              </w:rPr>
              <w:t>poveže besedo in podobo</w:t>
            </w:r>
          </w:p>
          <w:p w14:paraId="0F4854AC" w14:textId="77777777" w:rsidR="00DC7FCD" w:rsidRDefault="00000000">
            <w:pPr>
              <w:pStyle w:val="Oznaenseznam"/>
              <w:spacing w:after="16" w:line="235" w:lineRule="auto"/>
              <w:ind w:left="160" w:hanging="100"/>
            </w:pPr>
            <w:r>
              <w:rPr>
                <w:color w:val="203038"/>
                <w:sz w:val="14"/>
              </w:rPr>
              <w:t>upošteva namen izdelka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E4F50B"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99876E"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ED5809" w14:textId="77777777" w:rsidR="00DC7FCD" w:rsidRDefault="00000000">
            <w:pPr>
              <w:spacing w:after="16" w:line="240" w:lineRule="auto"/>
            </w:pPr>
            <w:r>
              <w:rPr>
                <w:color w:val="203038"/>
                <w:sz w:val="13"/>
              </w:rPr>
              <w:t>sprotno preverjanje in opisna povratna informacija</w:t>
            </w:r>
          </w:p>
        </w:tc>
      </w:tr>
      <w:tr w:rsidR="00DC7FCD" w14:paraId="5F32CDD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71819F" w14:textId="77777777" w:rsidR="00DC7FCD" w:rsidRDefault="00000000">
            <w:pPr>
              <w:spacing w:after="16" w:line="240" w:lineRule="auto"/>
            </w:pPr>
            <w:r>
              <w:rPr>
                <w:b/>
                <w:color w:val="A3702A"/>
                <w:sz w:val="14"/>
              </w:rPr>
              <w:t>16. teden</w:t>
            </w:r>
            <w:r>
              <w:rPr>
                <w:b/>
                <w:color w:val="A3702A"/>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869FE1" w14:textId="77777777" w:rsidR="00DC7FCD" w:rsidRDefault="00000000">
            <w:pPr>
              <w:spacing w:after="16" w:line="240" w:lineRule="auto"/>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B062E3" w14:textId="77777777" w:rsidR="00DC7FCD" w:rsidRDefault="00000000">
            <w:pPr>
              <w:spacing w:after="16" w:line="240" w:lineRule="auto"/>
            </w:pPr>
            <w:r>
              <w:rPr>
                <w:b/>
                <w:color w:val="203038"/>
                <w:sz w:val="13"/>
              </w:rPr>
              <w:t>RAZSTAVA</w:t>
            </w:r>
            <w:r>
              <w:rPr>
                <w:b/>
                <w:color w:val="203038"/>
                <w:sz w:val="13"/>
              </w:rPr>
              <w:br/>
              <w:t>Tematska povezava: izdela praznični okras z ritmičnim vzorcem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7CE8ABC" w14:textId="77777777" w:rsidR="00DC7FCD" w:rsidRDefault="00000000">
            <w:pPr>
              <w:pStyle w:val="Oznaenseznam"/>
              <w:spacing w:after="16" w:line="235" w:lineRule="auto"/>
              <w:ind w:left="160" w:hanging="100"/>
            </w:pPr>
            <w:r>
              <w:rPr>
                <w:color w:val="203038"/>
                <w:sz w:val="14"/>
              </w:rPr>
              <w:t>izbere izdelek</w:t>
            </w:r>
          </w:p>
          <w:p w14:paraId="59AD3A31" w14:textId="77777777" w:rsidR="00DC7FCD" w:rsidRDefault="00000000">
            <w:pPr>
              <w:pStyle w:val="Oznaenseznam"/>
              <w:spacing w:after="16" w:line="235" w:lineRule="auto"/>
              <w:ind w:left="160" w:hanging="100"/>
            </w:pPr>
            <w:r>
              <w:rPr>
                <w:color w:val="203038"/>
                <w:sz w:val="14"/>
              </w:rPr>
              <w:t>pove, kaj je izboljšal</w:t>
            </w:r>
          </w:p>
          <w:p w14:paraId="659E5938" w14:textId="77777777" w:rsidR="00DC7FCD" w:rsidRDefault="00000000">
            <w:pPr>
              <w:pStyle w:val="Oznaenseznam"/>
              <w:spacing w:after="16" w:line="235" w:lineRule="auto"/>
              <w:ind w:left="160" w:hanging="100"/>
            </w:pPr>
            <w:r>
              <w:rPr>
                <w:color w:val="203038"/>
                <w:sz w:val="14"/>
              </w:rPr>
              <w:t>sodeluje pri postavitvi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D19702"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9ADD27"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22E834" w14:textId="18FF596E" w:rsidR="00DC7FCD" w:rsidRDefault="00000000">
            <w:pPr>
              <w:spacing w:after="16" w:line="240" w:lineRule="auto"/>
            </w:pPr>
            <w:r>
              <w:rPr>
                <w:color w:val="203038"/>
                <w:sz w:val="13"/>
              </w:rPr>
              <w:t xml:space="preserve">TEHNIŠKI DAN </w:t>
            </w:r>
          </w:p>
        </w:tc>
      </w:tr>
      <w:tr w:rsidR="00DC7FCD" w14:paraId="64A0A60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1048E3" w14:textId="77777777" w:rsidR="00DC7FCD" w:rsidRDefault="00000000">
            <w:pPr>
              <w:spacing w:after="16" w:line="240" w:lineRule="auto"/>
            </w:pPr>
            <w:r>
              <w:rPr>
                <w:b/>
                <w:color w:val="A3702A"/>
                <w:sz w:val="14"/>
              </w:rPr>
              <w:t>17. teden</w:t>
            </w:r>
            <w:r>
              <w:rPr>
                <w:b/>
                <w:color w:val="A3702A"/>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C90FBE" w14:textId="77777777" w:rsidR="00DC7FCD" w:rsidRDefault="00000000">
            <w:pPr>
              <w:spacing w:after="16" w:line="240" w:lineRule="auto"/>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6DDFB7" w14:textId="77777777" w:rsidR="00DC7FCD" w:rsidRDefault="00000000">
            <w:pPr>
              <w:spacing w:after="16" w:line="240" w:lineRule="auto"/>
            </w:pPr>
            <w:r>
              <w:rPr>
                <w:b/>
                <w:color w:val="203038"/>
                <w:sz w:val="13"/>
              </w:rPr>
              <w:t>GRAFIKA</w:t>
            </w:r>
            <w:r>
              <w:rPr>
                <w:b/>
                <w:color w:val="203038"/>
                <w:sz w:val="13"/>
              </w:rPr>
              <w:br/>
              <w:t>Tematska povezava: grafično oblikuje pravljično hišico ali gozd</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2C3457" w14:textId="77777777" w:rsidR="00DC7FCD" w:rsidRDefault="00000000">
            <w:pPr>
              <w:pStyle w:val="Oznaenseznam"/>
              <w:spacing w:after="16" w:line="235" w:lineRule="auto"/>
              <w:ind w:left="160" w:hanging="100"/>
            </w:pPr>
            <w:r>
              <w:rPr>
                <w:color w:val="203038"/>
                <w:sz w:val="14"/>
              </w:rPr>
              <w:t>spozna matrico in odtis</w:t>
            </w:r>
          </w:p>
          <w:p w14:paraId="42E0C4AC" w14:textId="77777777" w:rsidR="00DC7FCD" w:rsidRDefault="00000000">
            <w:pPr>
              <w:pStyle w:val="Oznaenseznam"/>
              <w:spacing w:after="16" w:line="235" w:lineRule="auto"/>
              <w:ind w:left="160" w:hanging="100"/>
            </w:pPr>
            <w:r>
              <w:rPr>
                <w:color w:val="203038"/>
                <w:sz w:val="14"/>
              </w:rPr>
              <w:t>ustvari zimski motiv</w:t>
            </w:r>
          </w:p>
          <w:p w14:paraId="43E5D6DF" w14:textId="77777777" w:rsidR="00DC7FCD" w:rsidRDefault="00000000">
            <w:pPr>
              <w:pStyle w:val="Oznaenseznam"/>
              <w:spacing w:after="16" w:line="235" w:lineRule="auto"/>
              <w:ind w:left="160" w:hanging="100"/>
            </w:pPr>
            <w:r>
              <w:rPr>
                <w:color w:val="203038"/>
                <w:sz w:val="14"/>
              </w:rPr>
              <w:t>primerja odtise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371016D"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509954"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16E01E" w14:textId="77777777" w:rsidR="00DC7FCD" w:rsidRDefault="00000000">
            <w:pPr>
              <w:spacing w:after="16" w:line="240" w:lineRule="auto"/>
            </w:pPr>
            <w:r>
              <w:rPr>
                <w:color w:val="203038"/>
                <w:sz w:val="13"/>
              </w:rPr>
              <w:t>sprotno preverjanje in opisna povratna informacija</w:t>
            </w:r>
          </w:p>
        </w:tc>
      </w:tr>
      <w:tr w:rsidR="00DC7FCD" w14:paraId="02FCA35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020D682B" w14:textId="77777777" w:rsidR="00DC7FCD" w:rsidRDefault="00000000">
            <w:pPr>
              <w:spacing w:after="16" w:line="240" w:lineRule="auto"/>
            </w:pPr>
            <w:r>
              <w:rPr>
                <w:b/>
                <w:color w:val="A3702A"/>
                <w:sz w:val="14"/>
              </w:rPr>
              <w:t>18. teden</w:t>
            </w:r>
            <w:r>
              <w:rPr>
                <w:b/>
                <w:color w:val="A3702A"/>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5761F5B6" w14:textId="77777777" w:rsidR="00DC7FCD" w:rsidRDefault="00000000">
            <w:pPr>
              <w:spacing w:after="16" w:line="240" w:lineRule="auto"/>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641C3AE2" w14:textId="77777777" w:rsidR="00DC7FCD" w:rsidRDefault="00000000">
            <w:pPr>
              <w:spacing w:after="16" w:line="240" w:lineRule="auto"/>
            </w:pPr>
            <w:r>
              <w:rPr>
                <w:b/>
                <w:color w:val="203038"/>
                <w:sz w:val="13"/>
              </w:rPr>
              <w:t>LEDENI VZORCI</w:t>
            </w:r>
            <w:r>
              <w:rPr>
                <w:b/>
                <w:color w:val="203038"/>
                <w:sz w:val="13"/>
              </w:rPr>
              <w:br/>
              <w:t>Tematska povezava: ustvari ledene vzorce in odtise krogov</w:t>
            </w:r>
          </w:p>
        </w:tc>
        <w:tc>
          <w:tcPr>
            <w:tcW w:w="40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2A0BD2EF" w14:textId="77777777" w:rsidR="00DC7FCD" w:rsidRDefault="00000000">
            <w:pPr>
              <w:pStyle w:val="Oznaenseznam"/>
              <w:spacing w:after="16" w:line="235" w:lineRule="auto"/>
              <w:ind w:left="160" w:hanging="100"/>
            </w:pPr>
            <w:r>
              <w:rPr>
                <w:color w:val="203038"/>
                <w:sz w:val="14"/>
              </w:rPr>
              <w:t>opazuje vzorce</w:t>
            </w:r>
          </w:p>
          <w:p w14:paraId="22A7E4B5" w14:textId="77777777" w:rsidR="00DC7FCD" w:rsidRDefault="00000000">
            <w:pPr>
              <w:pStyle w:val="Oznaenseznam"/>
              <w:spacing w:after="16" w:line="235" w:lineRule="auto"/>
              <w:ind w:left="160" w:hanging="100"/>
            </w:pPr>
            <w:r>
              <w:rPr>
                <w:color w:val="203038"/>
                <w:sz w:val="14"/>
              </w:rPr>
              <w:t>riše z različnimi črtami</w:t>
            </w:r>
          </w:p>
          <w:p w14:paraId="1DFDAAFA" w14:textId="77777777" w:rsidR="00DC7FCD" w:rsidRDefault="00000000">
            <w:pPr>
              <w:pStyle w:val="Oznaenseznam"/>
              <w:spacing w:after="16" w:line="235" w:lineRule="auto"/>
              <w:ind w:left="160" w:hanging="100"/>
            </w:pPr>
            <w:r>
              <w:rPr>
                <w:color w:val="203038"/>
                <w:sz w:val="14"/>
              </w:rPr>
              <w:t>uporabi hladne barve</w:t>
            </w:r>
          </w:p>
        </w:tc>
        <w:tc>
          <w:tcPr>
            <w:tcW w:w="6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27950DA4"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1C3917BC"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555041E4" w14:textId="77777777" w:rsidR="00DC7FCD" w:rsidRDefault="00000000">
            <w:pPr>
              <w:spacing w:after="16" w:line="240" w:lineRule="auto"/>
            </w:pPr>
            <w:r>
              <w:rPr>
                <w:b/>
                <w:color w:val="A3702A"/>
                <w:sz w:val="13"/>
              </w:rPr>
              <w:t>OCENJEVANJE 1: spremljanje likovnega procesa, končni izdelek in kratek pogovor o uporabi likovnih prvin/materiala</w:t>
            </w:r>
          </w:p>
        </w:tc>
      </w:tr>
      <w:tr w:rsidR="00DC7FCD" w14:paraId="070D90E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122BF3" w14:textId="77777777" w:rsidR="00DC7FCD" w:rsidRDefault="00000000">
            <w:pPr>
              <w:spacing w:after="16" w:line="240" w:lineRule="auto"/>
            </w:pPr>
            <w:r>
              <w:rPr>
                <w:b/>
                <w:color w:val="A3702A"/>
                <w:sz w:val="14"/>
              </w:rPr>
              <w:t>19. teden</w:t>
            </w:r>
            <w:r>
              <w:rPr>
                <w:b/>
                <w:color w:val="A3702A"/>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2CD4BC" w14:textId="77777777" w:rsidR="00DC7FCD" w:rsidRDefault="00000000">
            <w:pPr>
              <w:spacing w:after="16" w:line="240" w:lineRule="auto"/>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E9F767" w14:textId="77777777" w:rsidR="00DC7FCD" w:rsidRDefault="00000000">
            <w:pPr>
              <w:spacing w:after="16" w:line="240" w:lineRule="auto"/>
            </w:pPr>
            <w:r>
              <w:rPr>
                <w:b/>
                <w:color w:val="203038"/>
                <w:sz w:val="13"/>
              </w:rPr>
              <w:t>SVETLOBA IN SENCA</w:t>
            </w:r>
            <w:r>
              <w:rPr>
                <w:b/>
                <w:color w:val="203038"/>
                <w:sz w:val="13"/>
              </w:rPr>
              <w:br/>
              <w:t>Tematska povezava: izdela zlato ptico ter raziskuje svetlobo in senco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C512B7" w14:textId="77777777" w:rsidR="00DC7FCD" w:rsidRDefault="00000000">
            <w:pPr>
              <w:pStyle w:val="Oznaenseznam"/>
              <w:spacing w:after="16" w:line="235" w:lineRule="auto"/>
              <w:ind w:left="160" w:hanging="100"/>
            </w:pPr>
            <w:r>
              <w:rPr>
                <w:color w:val="203038"/>
                <w:sz w:val="14"/>
              </w:rPr>
              <w:t>opazuje senco</w:t>
            </w:r>
          </w:p>
          <w:p w14:paraId="6C6BF0B0" w14:textId="77777777" w:rsidR="00DC7FCD" w:rsidRDefault="00000000">
            <w:pPr>
              <w:pStyle w:val="Oznaenseznam"/>
              <w:spacing w:after="16" w:line="235" w:lineRule="auto"/>
              <w:ind w:left="160" w:hanging="100"/>
            </w:pPr>
            <w:r>
              <w:rPr>
                <w:color w:val="203038"/>
                <w:sz w:val="14"/>
              </w:rPr>
              <w:t>ustvari senčno podobo</w:t>
            </w:r>
          </w:p>
          <w:p w14:paraId="03FD7399" w14:textId="77777777" w:rsidR="00DC7FCD" w:rsidRDefault="00000000">
            <w:pPr>
              <w:pStyle w:val="Oznaenseznam"/>
              <w:spacing w:after="16" w:line="235" w:lineRule="auto"/>
              <w:ind w:left="160" w:hanging="100"/>
            </w:pPr>
            <w:r>
              <w:rPr>
                <w:color w:val="203038"/>
                <w:sz w:val="14"/>
              </w:rPr>
              <w:t>poveže likovno rešitev s svetlobo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48582D"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6B748A"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62A2D4" w14:textId="77777777" w:rsidR="00DC7FCD" w:rsidRDefault="00000000">
            <w:pPr>
              <w:spacing w:after="16" w:line="240" w:lineRule="auto"/>
            </w:pPr>
            <w:r>
              <w:rPr>
                <w:color w:val="203038"/>
                <w:sz w:val="13"/>
              </w:rPr>
              <w:t>sprotno preverjanje in opisna povratna informacija</w:t>
            </w:r>
          </w:p>
        </w:tc>
      </w:tr>
      <w:tr w:rsidR="00DC7FCD" w14:paraId="742E9EE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7CF1B8" w14:textId="77777777" w:rsidR="00DC7FCD" w:rsidRDefault="00000000">
            <w:pPr>
              <w:spacing w:after="16" w:line="240" w:lineRule="auto"/>
            </w:pPr>
            <w:r>
              <w:rPr>
                <w:b/>
                <w:color w:val="A3702A"/>
                <w:sz w:val="14"/>
              </w:rPr>
              <w:lastRenderedPageBreak/>
              <w:t>20. teden</w:t>
            </w:r>
            <w:r>
              <w:rPr>
                <w:b/>
                <w:color w:val="A3702A"/>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A51E6BB" w14:textId="77777777" w:rsidR="00DC7FCD" w:rsidRDefault="00000000">
            <w:pPr>
              <w:spacing w:after="16" w:line="240" w:lineRule="auto"/>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0D40F8" w14:textId="77777777" w:rsidR="00DC7FCD" w:rsidRDefault="00000000">
            <w:pPr>
              <w:spacing w:after="16" w:line="240" w:lineRule="auto"/>
            </w:pPr>
            <w:r>
              <w:rPr>
                <w:b/>
                <w:color w:val="203038"/>
                <w:sz w:val="13"/>
              </w:rPr>
              <w:t>KONSTRUIRANJE</w:t>
            </w:r>
            <w:r>
              <w:rPr>
                <w:b/>
                <w:color w:val="203038"/>
                <w:sz w:val="13"/>
              </w:rPr>
              <w:br/>
              <w:t>Tematska povezava: načrtuje, izdela in izboljša nenavaden klobuk</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8223F1" w14:textId="77777777" w:rsidR="00DC7FCD" w:rsidRDefault="00000000">
            <w:pPr>
              <w:pStyle w:val="Oznaenseznam"/>
              <w:spacing w:after="16" w:line="235" w:lineRule="auto"/>
              <w:ind w:left="160" w:hanging="100"/>
            </w:pPr>
            <w:r>
              <w:rPr>
                <w:color w:val="203038"/>
                <w:sz w:val="14"/>
              </w:rPr>
              <w:t>spaja materiale</w:t>
            </w:r>
          </w:p>
          <w:p w14:paraId="51A990B8" w14:textId="77777777" w:rsidR="00DC7FCD" w:rsidRDefault="00000000">
            <w:pPr>
              <w:pStyle w:val="Oznaenseznam"/>
              <w:spacing w:after="16" w:line="235" w:lineRule="auto"/>
              <w:ind w:left="160" w:hanging="100"/>
            </w:pPr>
            <w:r>
              <w:rPr>
                <w:color w:val="203038"/>
                <w:sz w:val="14"/>
              </w:rPr>
              <w:t>preizkuša stabilnost</w:t>
            </w:r>
          </w:p>
          <w:p w14:paraId="7121CE37" w14:textId="77777777" w:rsidR="00DC7FCD" w:rsidRDefault="00000000">
            <w:pPr>
              <w:pStyle w:val="Oznaenseznam"/>
              <w:spacing w:after="16" w:line="235" w:lineRule="auto"/>
              <w:ind w:left="160" w:hanging="100"/>
            </w:pPr>
            <w:r>
              <w:rPr>
                <w:color w:val="203038"/>
                <w:sz w:val="14"/>
              </w:rPr>
              <w:t>predstavi izboljšavo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F0F8FC"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8CAFB2"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3CF278" w14:textId="1716881C" w:rsidR="00DC7FCD" w:rsidRDefault="00000000">
            <w:pPr>
              <w:spacing w:after="16" w:line="240" w:lineRule="auto"/>
            </w:pPr>
            <w:r>
              <w:rPr>
                <w:color w:val="203038"/>
                <w:sz w:val="13"/>
              </w:rPr>
              <w:t xml:space="preserve">NARAVOSLOVNI DAN </w:t>
            </w:r>
          </w:p>
        </w:tc>
      </w:tr>
      <w:tr w:rsidR="00DC7FCD" w14:paraId="716147B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934F20" w14:textId="77777777" w:rsidR="00DC7FCD" w:rsidRDefault="00000000">
            <w:pPr>
              <w:spacing w:after="16" w:line="240" w:lineRule="auto"/>
            </w:pPr>
            <w:r>
              <w:rPr>
                <w:b/>
                <w:color w:val="A3702A"/>
                <w:sz w:val="14"/>
              </w:rPr>
              <w:t>21. teden</w:t>
            </w:r>
            <w:r>
              <w:rPr>
                <w:b/>
                <w:color w:val="A3702A"/>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4F497B" w14:textId="77777777" w:rsidR="00DC7FCD" w:rsidRDefault="00000000">
            <w:pPr>
              <w:spacing w:after="16" w:line="240" w:lineRule="auto"/>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C2B8C5" w14:textId="77777777" w:rsidR="00DC7FCD" w:rsidRDefault="00000000">
            <w:pPr>
              <w:spacing w:after="16" w:line="240" w:lineRule="auto"/>
            </w:pPr>
            <w:r>
              <w:rPr>
                <w:b/>
                <w:color w:val="203038"/>
                <w:sz w:val="13"/>
              </w:rPr>
              <w:t>STAR PREDMET</w:t>
            </w:r>
            <w:r>
              <w:rPr>
                <w:b/>
                <w:color w:val="203038"/>
                <w:sz w:val="13"/>
              </w:rPr>
              <w:br/>
              <w:t>Tematska povezava: nariše star predmet ali prizor iz ljudske pravljice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37232D" w14:textId="77777777" w:rsidR="00DC7FCD" w:rsidRDefault="00000000">
            <w:pPr>
              <w:pStyle w:val="Oznaenseznam"/>
              <w:spacing w:after="16" w:line="235" w:lineRule="auto"/>
              <w:ind w:left="160" w:hanging="100"/>
            </w:pPr>
            <w:r>
              <w:rPr>
                <w:color w:val="203038"/>
                <w:sz w:val="14"/>
              </w:rPr>
              <w:t>opazuje obliko in namen</w:t>
            </w:r>
          </w:p>
          <w:p w14:paraId="504D455F" w14:textId="77777777" w:rsidR="00DC7FCD" w:rsidRDefault="00000000">
            <w:pPr>
              <w:pStyle w:val="Oznaenseznam"/>
              <w:spacing w:after="16" w:line="235" w:lineRule="auto"/>
              <w:ind w:left="160" w:hanging="100"/>
            </w:pPr>
            <w:r>
              <w:rPr>
                <w:color w:val="203038"/>
                <w:sz w:val="14"/>
              </w:rPr>
              <w:t>nariše predmet</w:t>
            </w:r>
          </w:p>
          <w:p w14:paraId="3F6B270D" w14:textId="77777777" w:rsidR="00DC7FCD" w:rsidRDefault="00000000">
            <w:pPr>
              <w:pStyle w:val="Oznaenseznam"/>
              <w:spacing w:after="16" w:line="235" w:lineRule="auto"/>
              <w:ind w:left="160" w:hanging="100"/>
            </w:pPr>
            <w:r>
              <w:rPr>
                <w:color w:val="203038"/>
                <w:sz w:val="14"/>
              </w:rPr>
              <w:t>poveže predmet z zgodbo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C5F9E3"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103CFA"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000F8C" w14:textId="77777777" w:rsidR="00DC7FCD" w:rsidRDefault="00000000">
            <w:pPr>
              <w:spacing w:after="16" w:line="240" w:lineRule="auto"/>
            </w:pPr>
            <w:r>
              <w:rPr>
                <w:color w:val="203038"/>
                <w:sz w:val="13"/>
              </w:rPr>
              <w:t>sprotno preverjanje in opisna povratna informacija</w:t>
            </w:r>
          </w:p>
        </w:tc>
      </w:tr>
      <w:tr w:rsidR="00DC7FCD" w14:paraId="6FE6B80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086FB3" w14:textId="77777777" w:rsidR="00DC7FCD" w:rsidRDefault="00000000">
            <w:pPr>
              <w:spacing w:after="16" w:line="240" w:lineRule="auto"/>
            </w:pPr>
            <w:r>
              <w:rPr>
                <w:b/>
                <w:color w:val="A3702A"/>
                <w:sz w:val="14"/>
              </w:rPr>
              <w:t>22. teden</w:t>
            </w:r>
            <w:r>
              <w:rPr>
                <w:b/>
                <w:color w:val="A3702A"/>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B1FF91" w14:textId="77777777" w:rsidR="00DC7FCD" w:rsidRDefault="00000000">
            <w:pPr>
              <w:spacing w:after="16" w:line="240" w:lineRule="auto"/>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A639D7" w14:textId="77777777" w:rsidR="00DC7FCD" w:rsidRDefault="00000000">
            <w:pPr>
              <w:spacing w:after="16" w:line="240" w:lineRule="auto"/>
            </w:pPr>
            <w:r>
              <w:rPr>
                <w:b/>
                <w:color w:val="203038"/>
                <w:sz w:val="13"/>
              </w:rPr>
              <w:t>KULTURNI PLAKAT</w:t>
            </w:r>
            <w:r>
              <w:rPr>
                <w:b/>
                <w:color w:val="203038"/>
                <w:sz w:val="13"/>
              </w:rPr>
              <w:br/>
              <w:t>Tematska povezava: oblikuje kulturni plakat s čebeljim znakom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905B09E" w14:textId="77777777" w:rsidR="00DC7FCD" w:rsidRDefault="00000000">
            <w:pPr>
              <w:pStyle w:val="Oznaenseznam"/>
              <w:spacing w:after="16" w:line="235" w:lineRule="auto"/>
              <w:ind w:left="160" w:hanging="100"/>
            </w:pPr>
            <w:r>
              <w:rPr>
                <w:color w:val="203038"/>
                <w:sz w:val="14"/>
              </w:rPr>
              <w:t>uporabi črko kot likovni znak</w:t>
            </w:r>
          </w:p>
          <w:p w14:paraId="7A556A1F" w14:textId="77777777" w:rsidR="00DC7FCD" w:rsidRDefault="00000000">
            <w:pPr>
              <w:pStyle w:val="Oznaenseznam"/>
              <w:spacing w:after="16" w:line="235" w:lineRule="auto"/>
              <w:ind w:left="160" w:hanging="100"/>
            </w:pPr>
            <w:r>
              <w:rPr>
                <w:color w:val="203038"/>
                <w:sz w:val="14"/>
              </w:rPr>
              <w:t>poveže podobo in sporočilo</w:t>
            </w:r>
          </w:p>
          <w:p w14:paraId="39D52777" w14:textId="77777777" w:rsidR="00DC7FCD" w:rsidRDefault="00000000">
            <w:pPr>
              <w:pStyle w:val="Oznaenseznam"/>
              <w:spacing w:after="16" w:line="235" w:lineRule="auto"/>
              <w:ind w:left="160" w:hanging="100"/>
            </w:pPr>
            <w:r>
              <w:rPr>
                <w:color w:val="203038"/>
                <w:sz w:val="14"/>
              </w:rPr>
              <w:t>sodeluje v skupini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57D1FA"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1F442D"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8762D2" w14:textId="13C8B738" w:rsidR="00DC7FCD" w:rsidRDefault="00000000">
            <w:pPr>
              <w:spacing w:after="16" w:line="240" w:lineRule="auto"/>
            </w:pPr>
            <w:r>
              <w:rPr>
                <w:color w:val="203038"/>
                <w:sz w:val="13"/>
              </w:rPr>
              <w:t xml:space="preserve">KULTURNI </w:t>
            </w:r>
            <w:r w:rsidR="00967366">
              <w:rPr>
                <w:color w:val="203038"/>
                <w:sz w:val="13"/>
              </w:rPr>
              <w:t>DAN</w:t>
            </w:r>
          </w:p>
        </w:tc>
      </w:tr>
      <w:tr w:rsidR="00DC7FCD" w14:paraId="723F08B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2FB98C" w14:textId="77777777" w:rsidR="00DC7FCD" w:rsidRDefault="00000000">
            <w:pPr>
              <w:spacing w:after="16" w:line="240" w:lineRule="auto"/>
            </w:pPr>
            <w:r>
              <w:rPr>
                <w:b/>
                <w:color w:val="A3702A"/>
                <w:sz w:val="14"/>
              </w:rPr>
              <w:t>23. teden</w:t>
            </w:r>
            <w:r>
              <w:rPr>
                <w:b/>
                <w:color w:val="A3702A"/>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EDD5DA" w14:textId="77777777" w:rsidR="00DC7FCD" w:rsidRDefault="00000000">
            <w:pPr>
              <w:spacing w:after="16" w:line="240" w:lineRule="auto"/>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31C332" w14:textId="77777777" w:rsidR="00DC7FCD" w:rsidRDefault="00000000">
            <w:pPr>
              <w:spacing w:after="16" w:line="240" w:lineRule="auto"/>
            </w:pPr>
            <w:r>
              <w:rPr>
                <w:b/>
                <w:color w:val="203038"/>
                <w:sz w:val="13"/>
              </w:rPr>
              <w:t>MUZEJSKI KOTIČEK</w:t>
            </w:r>
            <w:r>
              <w:rPr>
                <w:b/>
                <w:color w:val="203038"/>
                <w:sz w:val="13"/>
              </w:rPr>
              <w:br/>
              <w:t>Tematska povezava: oblikuje muzejski kotiček s piskrčkom in oznakami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1A2095" w14:textId="77777777" w:rsidR="00DC7FCD" w:rsidRDefault="00000000">
            <w:pPr>
              <w:pStyle w:val="Oznaenseznam"/>
              <w:spacing w:after="16" w:line="235" w:lineRule="auto"/>
              <w:ind w:left="160" w:hanging="100"/>
            </w:pPr>
            <w:r>
              <w:rPr>
                <w:color w:val="203038"/>
                <w:sz w:val="14"/>
              </w:rPr>
              <w:t>izbere in razporedi izdelke</w:t>
            </w:r>
          </w:p>
          <w:p w14:paraId="6260B3EE" w14:textId="77777777" w:rsidR="00DC7FCD" w:rsidRDefault="00000000">
            <w:pPr>
              <w:pStyle w:val="Oznaenseznam"/>
              <w:spacing w:after="16" w:line="235" w:lineRule="auto"/>
              <w:ind w:left="160" w:hanging="100"/>
            </w:pPr>
            <w:r>
              <w:rPr>
                <w:color w:val="203038"/>
                <w:sz w:val="14"/>
              </w:rPr>
              <w:t>doda oznako</w:t>
            </w:r>
          </w:p>
          <w:p w14:paraId="32E391B5" w14:textId="77777777" w:rsidR="00DC7FCD" w:rsidRDefault="00000000">
            <w:pPr>
              <w:pStyle w:val="Oznaenseznam"/>
              <w:spacing w:after="16" w:line="235" w:lineRule="auto"/>
              <w:ind w:left="160" w:hanging="100"/>
            </w:pPr>
            <w:r>
              <w:rPr>
                <w:color w:val="203038"/>
                <w:sz w:val="14"/>
              </w:rPr>
              <w:t>pojasni namen razstave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59AB16"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055F22"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1F63A7" w14:textId="16299F1C" w:rsidR="00DC7FCD" w:rsidRDefault="00000000">
            <w:pPr>
              <w:spacing w:after="16" w:line="240" w:lineRule="auto"/>
            </w:pPr>
            <w:r>
              <w:rPr>
                <w:color w:val="203038"/>
                <w:sz w:val="13"/>
              </w:rPr>
              <w:t xml:space="preserve">KULTURNI DAN </w:t>
            </w:r>
          </w:p>
        </w:tc>
      </w:tr>
      <w:tr w:rsidR="00DC7FCD" w14:paraId="34E1681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3EF2EE" w14:textId="77777777" w:rsidR="00DC7FCD" w:rsidRDefault="00000000">
            <w:pPr>
              <w:spacing w:after="16" w:line="240" w:lineRule="auto"/>
            </w:pPr>
            <w:r>
              <w:rPr>
                <w:b/>
                <w:color w:val="A3702A"/>
                <w:sz w:val="14"/>
              </w:rPr>
              <w:t>24. teden</w:t>
            </w:r>
            <w:r>
              <w:rPr>
                <w:b/>
                <w:color w:val="A3702A"/>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4FA7E2F" w14:textId="77777777" w:rsidR="00DC7FCD" w:rsidRDefault="00000000">
            <w:pPr>
              <w:spacing w:after="16" w:line="240" w:lineRule="auto"/>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C7B64D" w14:textId="77777777" w:rsidR="00DC7FCD" w:rsidRDefault="00000000">
            <w:pPr>
              <w:spacing w:after="16" w:line="240" w:lineRule="auto"/>
            </w:pPr>
            <w:r>
              <w:rPr>
                <w:b/>
                <w:color w:val="203038"/>
                <w:sz w:val="13"/>
              </w:rPr>
              <w:t>FIGURA V GIBANJU</w:t>
            </w:r>
            <w:r>
              <w:rPr>
                <w:b/>
                <w:color w:val="203038"/>
                <w:sz w:val="13"/>
              </w:rPr>
              <w:br/>
              <w:t>Tematska povezava: nariše figuro Sapramiške v gibanju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A99107" w14:textId="77777777" w:rsidR="00DC7FCD" w:rsidRDefault="00000000">
            <w:pPr>
              <w:pStyle w:val="Oznaenseznam"/>
              <w:spacing w:after="16" w:line="235" w:lineRule="auto"/>
              <w:ind w:left="160" w:hanging="100"/>
            </w:pPr>
            <w:r>
              <w:rPr>
                <w:color w:val="203038"/>
                <w:sz w:val="14"/>
              </w:rPr>
              <w:t>opazuje položaje telesa</w:t>
            </w:r>
          </w:p>
          <w:p w14:paraId="042D5FFC" w14:textId="77777777" w:rsidR="00DC7FCD" w:rsidRDefault="00000000">
            <w:pPr>
              <w:pStyle w:val="Oznaenseznam"/>
              <w:spacing w:after="16" w:line="235" w:lineRule="auto"/>
              <w:ind w:left="160" w:hanging="100"/>
            </w:pPr>
            <w:r>
              <w:rPr>
                <w:color w:val="203038"/>
                <w:sz w:val="14"/>
              </w:rPr>
              <w:t>riše figuro</w:t>
            </w:r>
          </w:p>
          <w:p w14:paraId="5BC800FE" w14:textId="77777777" w:rsidR="00DC7FCD" w:rsidRDefault="00000000">
            <w:pPr>
              <w:pStyle w:val="Oznaenseznam"/>
              <w:spacing w:after="16" w:line="235" w:lineRule="auto"/>
              <w:ind w:left="160" w:hanging="100"/>
            </w:pPr>
            <w:r>
              <w:rPr>
                <w:color w:val="203038"/>
                <w:sz w:val="14"/>
              </w:rPr>
              <w:t>uporabi črto za gibanje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DAE953"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35CF99"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69EE23" w14:textId="77777777" w:rsidR="00DC7FCD" w:rsidRDefault="00000000">
            <w:pPr>
              <w:spacing w:after="16" w:line="240" w:lineRule="auto"/>
            </w:pPr>
            <w:r>
              <w:rPr>
                <w:color w:val="203038"/>
                <w:sz w:val="13"/>
              </w:rPr>
              <w:t>sprotno preverjanje in opisna povratna informacija</w:t>
            </w:r>
          </w:p>
        </w:tc>
      </w:tr>
      <w:tr w:rsidR="00DC7FCD" w14:paraId="7749C4D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664119B" w14:textId="77777777" w:rsidR="00DC7FCD" w:rsidRDefault="00000000">
            <w:pPr>
              <w:spacing w:after="16" w:line="240" w:lineRule="auto"/>
            </w:pPr>
            <w:r>
              <w:rPr>
                <w:b/>
                <w:color w:val="A3702A"/>
                <w:sz w:val="14"/>
              </w:rPr>
              <w:t>25. teden</w:t>
            </w:r>
            <w:r>
              <w:rPr>
                <w:b/>
                <w:color w:val="A3702A"/>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043576" w14:textId="77777777" w:rsidR="00DC7FCD" w:rsidRDefault="00000000">
            <w:pPr>
              <w:spacing w:after="16" w:line="240" w:lineRule="auto"/>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83B4A7" w14:textId="77777777" w:rsidR="00DC7FCD" w:rsidRDefault="00000000">
            <w:pPr>
              <w:spacing w:after="16" w:line="240" w:lineRule="auto"/>
            </w:pPr>
            <w:r>
              <w:rPr>
                <w:b/>
                <w:color w:val="203038"/>
                <w:sz w:val="13"/>
              </w:rPr>
              <w:t>PLAKAT ZDRAVJA</w:t>
            </w:r>
            <w:r>
              <w:rPr>
                <w:b/>
                <w:color w:val="203038"/>
                <w:sz w:val="13"/>
              </w:rPr>
              <w:br/>
              <w:t>Tematska povezava: oblikuje barvni plakat misli in zdravih navad</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B63AC4" w14:textId="77777777" w:rsidR="00DC7FCD" w:rsidRDefault="00000000">
            <w:pPr>
              <w:pStyle w:val="Oznaenseznam"/>
              <w:spacing w:after="16" w:line="235" w:lineRule="auto"/>
              <w:ind w:left="160" w:hanging="100"/>
            </w:pPr>
            <w:r>
              <w:rPr>
                <w:color w:val="203038"/>
                <w:sz w:val="14"/>
              </w:rPr>
              <w:t>izbira znake in podobe</w:t>
            </w:r>
          </w:p>
          <w:p w14:paraId="48F951B6" w14:textId="77777777" w:rsidR="00DC7FCD" w:rsidRDefault="00000000">
            <w:pPr>
              <w:pStyle w:val="Oznaenseznam"/>
              <w:spacing w:after="16" w:line="235" w:lineRule="auto"/>
              <w:ind w:left="160" w:hanging="100"/>
            </w:pPr>
            <w:r>
              <w:rPr>
                <w:color w:val="203038"/>
                <w:sz w:val="14"/>
              </w:rPr>
              <w:t>uporabi kolaž</w:t>
            </w:r>
          </w:p>
          <w:p w14:paraId="1FC08B29" w14:textId="77777777" w:rsidR="00DC7FCD" w:rsidRDefault="00000000">
            <w:pPr>
              <w:pStyle w:val="Oznaenseznam"/>
              <w:spacing w:after="16" w:line="235" w:lineRule="auto"/>
              <w:ind w:left="160" w:hanging="100"/>
            </w:pPr>
            <w:r>
              <w:rPr>
                <w:color w:val="203038"/>
                <w:sz w:val="14"/>
              </w:rPr>
              <w:t>jasno posreduje sporočilo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A767C8"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452CDD"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D6DF85" w14:textId="77777777" w:rsidR="00DC7FCD" w:rsidRDefault="00000000">
            <w:pPr>
              <w:spacing w:after="16" w:line="240" w:lineRule="auto"/>
            </w:pPr>
            <w:r>
              <w:rPr>
                <w:color w:val="203038"/>
                <w:sz w:val="13"/>
              </w:rPr>
              <w:t>sprotno preverjanje in opisna povratna informacija</w:t>
            </w:r>
          </w:p>
        </w:tc>
      </w:tr>
      <w:tr w:rsidR="00DC7FCD" w14:paraId="476E756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121A11" w14:textId="77777777" w:rsidR="00DC7FCD" w:rsidRDefault="00000000">
            <w:pPr>
              <w:spacing w:after="16" w:line="240" w:lineRule="auto"/>
            </w:pPr>
            <w:r>
              <w:rPr>
                <w:b/>
                <w:color w:val="A3702A"/>
                <w:sz w:val="14"/>
              </w:rPr>
              <w:t>26. teden</w:t>
            </w:r>
            <w:r>
              <w:rPr>
                <w:b/>
                <w:color w:val="A3702A"/>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7ED89E" w14:textId="77777777" w:rsidR="00DC7FCD" w:rsidRDefault="00000000">
            <w:pPr>
              <w:spacing w:after="16" w:line="240" w:lineRule="auto"/>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48E218" w14:textId="77777777" w:rsidR="00DC7FCD" w:rsidRDefault="00000000">
            <w:pPr>
              <w:spacing w:after="16" w:line="240" w:lineRule="auto"/>
            </w:pPr>
            <w:r>
              <w:rPr>
                <w:b/>
                <w:color w:val="203038"/>
                <w:sz w:val="13"/>
              </w:rPr>
              <w:t>BARVA IN POČUTJE</w:t>
            </w:r>
            <w:r>
              <w:rPr>
                <w:b/>
                <w:color w:val="203038"/>
                <w:sz w:val="13"/>
              </w:rPr>
              <w:br/>
              <w:t>Tematska povezava: ustvari žabji lik in barvno prikaže počutje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166B24" w14:textId="77777777" w:rsidR="00DC7FCD" w:rsidRDefault="00000000">
            <w:pPr>
              <w:pStyle w:val="Oznaenseznam"/>
              <w:spacing w:after="16" w:line="235" w:lineRule="auto"/>
              <w:ind w:left="160" w:hanging="100"/>
            </w:pPr>
            <w:r>
              <w:rPr>
                <w:color w:val="203038"/>
                <w:sz w:val="14"/>
              </w:rPr>
              <w:t>poveže barvo z doživetjem</w:t>
            </w:r>
          </w:p>
          <w:p w14:paraId="0019154E" w14:textId="77777777" w:rsidR="00DC7FCD" w:rsidRDefault="00000000">
            <w:pPr>
              <w:pStyle w:val="Oznaenseznam"/>
              <w:spacing w:after="16" w:line="235" w:lineRule="auto"/>
              <w:ind w:left="160" w:hanging="100"/>
            </w:pPr>
            <w:r>
              <w:rPr>
                <w:color w:val="203038"/>
                <w:sz w:val="14"/>
              </w:rPr>
              <w:t>ustvari osebni simbol</w:t>
            </w:r>
          </w:p>
          <w:p w14:paraId="5D5300EA" w14:textId="77777777" w:rsidR="00DC7FCD" w:rsidRDefault="00000000">
            <w:pPr>
              <w:pStyle w:val="Oznaenseznam"/>
              <w:spacing w:after="16" w:line="235" w:lineRule="auto"/>
              <w:ind w:left="160" w:hanging="100"/>
            </w:pPr>
            <w:r>
              <w:rPr>
                <w:color w:val="203038"/>
                <w:sz w:val="14"/>
              </w:rPr>
              <w:t>spoštljivo predstavi izdelek</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56F7F6"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7736F83"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89B196" w14:textId="77777777" w:rsidR="00DC7FCD" w:rsidRDefault="00000000">
            <w:pPr>
              <w:spacing w:after="16" w:line="240" w:lineRule="auto"/>
            </w:pPr>
            <w:r>
              <w:rPr>
                <w:color w:val="203038"/>
                <w:sz w:val="13"/>
              </w:rPr>
              <w:t>sprotno preverjanje in opisna povratna informacija</w:t>
            </w:r>
          </w:p>
        </w:tc>
      </w:tr>
      <w:tr w:rsidR="00DC7FCD" w14:paraId="4925150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9B9755" w14:textId="77777777" w:rsidR="00DC7FCD" w:rsidRDefault="00000000">
            <w:pPr>
              <w:spacing w:after="16" w:line="240" w:lineRule="auto"/>
            </w:pPr>
            <w:r>
              <w:rPr>
                <w:b/>
                <w:color w:val="A3702A"/>
                <w:sz w:val="14"/>
              </w:rPr>
              <w:t>27. teden</w:t>
            </w:r>
            <w:r>
              <w:rPr>
                <w:b/>
                <w:color w:val="A3702A"/>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0995AF" w14:textId="77777777" w:rsidR="00DC7FCD" w:rsidRDefault="00000000">
            <w:pPr>
              <w:spacing w:after="16" w:line="240" w:lineRule="auto"/>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C03384" w14:textId="77777777" w:rsidR="00DC7FCD" w:rsidRDefault="00000000">
            <w:pPr>
              <w:spacing w:after="16" w:line="240" w:lineRule="auto"/>
            </w:pPr>
            <w:r>
              <w:rPr>
                <w:b/>
                <w:color w:val="203038"/>
                <w:sz w:val="13"/>
              </w:rPr>
              <w:t>ODTIS RASTLINE</w:t>
            </w:r>
            <w:r>
              <w:rPr>
                <w:b/>
                <w:color w:val="203038"/>
                <w:sz w:val="13"/>
              </w:rPr>
              <w:br/>
              <w:t>Tematska povezava: ustvari odtis rastline in pesniško ilustracijo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8519BC" w14:textId="77777777" w:rsidR="00DC7FCD" w:rsidRDefault="00000000">
            <w:pPr>
              <w:pStyle w:val="Oznaenseznam"/>
              <w:spacing w:after="16" w:line="235" w:lineRule="auto"/>
              <w:ind w:left="160" w:hanging="100"/>
            </w:pPr>
            <w:r>
              <w:rPr>
                <w:color w:val="203038"/>
                <w:sz w:val="14"/>
              </w:rPr>
              <w:t>opazuje strukturo</w:t>
            </w:r>
          </w:p>
          <w:p w14:paraId="2E38FF6A" w14:textId="77777777" w:rsidR="00DC7FCD" w:rsidRDefault="00000000">
            <w:pPr>
              <w:pStyle w:val="Oznaenseznam"/>
              <w:spacing w:after="16" w:line="235" w:lineRule="auto"/>
              <w:ind w:left="160" w:hanging="100"/>
            </w:pPr>
            <w:r>
              <w:rPr>
                <w:color w:val="203038"/>
                <w:sz w:val="14"/>
              </w:rPr>
              <w:t>ustvari odtis</w:t>
            </w:r>
          </w:p>
          <w:p w14:paraId="5BAB4F3C" w14:textId="77777777" w:rsidR="00DC7FCD" w:rsidRDefault="00000000">
            <w:pPr>
              <w:pStyle w:val="Oznaenseznam"/>
              <w:spacing w:after="16" w:line="235" w:lineRule="auto"/>
              <w:ind w:left="160" w:hanging="100"/>
            </w:pPr>
            <w:r>
              <w:rPr>
                <w:color w:val="203038"/>
                <w:sz w:val="14"/>
              </w:rPr>
              <w:t>primerja naravno obliko in likovni rezultat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0BA6CF"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0B3043"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AA8AF5" w14:textId="77777777" w:rsidR="00967366" w:rsidRDefault="00000000">
            <w:pPr>
              <w:spacing w:after="16" w:line="240" w:lineRule="auto"/>
              <w:rPr>
                <w:color w:val="203038"/>
                <w:sz w:val="13"/>
              </w:rPr>
            </w:pPr>
            <w:r>
              <w:rPr>
                <w:color w:val="203038"/>
                <w:sz w:val="13"/>
              </w:rPr>
              <w:t xml:space="preserve">NARAVOSLOVNI DAN </w:t>
            </w:r>
          </w:p>
          <w:p w14:paraId="67E9F613" w14:textId="77777777" w:rsidR="00967366" w:rsidRDefault="00967366">
            <w:pPr>
              <w:spacing w:after="16" w:line="240" w:lineRule="auto"/>
              <w:rPr>
                <w:color w:val="203038"/>
                <w:sz w:val="13"/>
              </w:rPr>
            </w:pPr>
          </w:p>
          <w:p w14:paraId="004744BF" w14:textId="15921816" w:rsidR="00DC7FCD" w:rsidRDefault="00000000">
            <w:pPr>
              <w:spacing w:after="16" w:line="240" w:lineRule="auto"/>
            </w:pPr>
            <w:r>
              <w:rPr>
                <w:color w:val="203038"/>
                <w:sz w:val="13"/>
              </w:rPr>
              <w:t xml:space="preserve">ŠPORTNI DAN </w:t>
            </w:r>
          </w:p>
        </w:tc>
      </w:tr>
      <w:tr w:rsidR="00DC7FCD" w14:paraId="4585022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A46584" w14:textId="77777777" w:rsidR="00DC7FCD" w:rsidRDefault="00000000">
            <w:pPr>
              <w:spacing w:after="16" w:line="240" w:lineRule="auto"/>
            </w:pPr>
            <w:r>
              <w:rPr>
                <w:b/>
                <w:color w:val="A3702A"/>
                <w:sz w:val="14"/>
              </w:rPr>
              <w:t>28. teden</w:t>
            </w:r>
            <w:r>
              <w:rPr>
                <w:b/>
                <w:color w:val="A3702A"/>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D7551D" w14:textId="77777777" w:rsidR="00DC7FCD" w:rsidRDefault="00000000">
            <w:pPr>
              <w:spacing w:after="16" w:line="240" w:lineRule="auto"/>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E92369" w14:textId="77777777" w:rsidR="00DC7FCD" w:rsidRDefault="00000000">
            <w:pPr>
              <w:spacing w:after="16" w:line="240" w:lineRule="auto"/>
            </w:pPr>
            <w:r>
              <w:rPr>
                <w:b/>
                <w:color w:val="203038"/>
                <w:sz w:val="13"/>
              </w:rPr>
              <w:t>RISANJE PO OPAZOVANJU</w:t>
            </w:r>
            <w:r>
              <w:rPr>
                <w:b/>
                <w:color w:val="203038"/>
                <w:sz w:val="13"/>
              </w:rPr>
              <w:br/>
              <w:t>Tematska povezava: riše mravljice in rastline po opazovanju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003FF2" w14:textId="77777777" w:rsidR="00DC7FCD" w:rsidRDefault="00000000">
            <w:pPr>
              <w:pStyle w:val="Oznaenseznam"/>
              <w:spacing w:after="16" w:line="235" w:lineRule="auto"/>
              <w:ind w:left="160" w:hanging="100"/>
            </w:pPr>
            <w:r>
              <w:rPr>
                <w:color w:val="203038"/>
                <w:sz w:val="14"/>
              </w:rPr>
              <w:t>opazuje podrobnosti</w:t>
            </w:r>
          </w:p>
          <w:p w14:paraId="79A207B8" w14:textId="77777777" w:rsidR="00DC7FCD" w:rsidRDefault="00000000">
            <w:pPr>
              <w:pStyle w:val="Oznaenseznam"/>
              <w:spacing w:after="16" w:line="235" w:lineRule="auto"/>
              <w:ind w:left="160" w:hanging="100"/>
            </w:pPr>
            <w:r>
              <w:rPr>
                <w:color w:val="203038"/>
                <w:sz w:val="14"/>
              </w:rPr>
              <w:t>uporabi različne črte</w:t>
            </w:r>
          </w:p>
          <w:p w14:paraId="580F11C2" w14:textId="77777777" w:rsidR="00DC7FCD" w:rsidRDefault="00000000">
            <w:pPr>
              <w:pStyle w:val="Oznaenseznam"/>
              <w:spacing w:after="16" w:line="235" w:lineRule="auto"/>
              <w:ind w:left="160" w:hanging="100"/>
            </w:pPr>
            <w:r>
              <w:rPr>
                <w:color w:val="203038"/>
                <w:sz w:val="14"/>
              </w:rPr>
              <w:t>primerja prvi in izboljšani zapis</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5291951"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BD0A1A"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393A7A" w14:textId="20B2CE06" w:rsidR="00DC7FCD" w:rsidRDefault="00000000">
            <w:pPr>
              <w:spacing w:after="16" w:line="240" w:lineRule="auto"/>
            </w:pPr>
            <w:r>
              <w:rPr>
                <w:color w:val="203038"/>
                <w:sz w:val="13"/>
              </w:rPr>
              <w:t xml:space="preserve">ŠPORTNI DAN </w:t>
            </w:r>
          </w:p>
        </w:tc>
      </w:tr>
      <w:tr w:rsidR="00DC7FCD" w14:paraId="2CBF477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B190D5" w14:textId="77777777" w:rsidR="00DC7FCD" w:rsidRDefault="00000000">
            <w:pPr>
              <w:spacing w:after="16" w:line="240" w:lineRule="auto"/>
            </w:pPr>
            <w:r>
              <w:rPr>
                <w:b/>
                <w:color w:val="A3702A"/>
                <w:sz w:val="14"/>
              </w:rPr>
              <w:t>29. teden</w:t>
            </w:r>
            <w:r>
              <w:rPr>
                <w:b/>
                <w:color w:val="A3702A"/>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0DF7FF" w14:textId="77777777" w:rsidR="00DC7FCD" w:rsidRDefault="00000000">
            <w:pPr>
              <w:spacing w:after="16" w:line="240" w:lineRule="auto"/>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EFC975" w14:textId="77777777" w:rsidR="00DC7FCD" w:rsidRDefault="00000000">
            <w:pPr>
              <w:spacing w:after="16" w:line="240" w:lineRule="auto"/>
            </w:pPr>
            <w:r>
              <w:rPr>
                <w:b/>
                <w:color w:val="203038"/>
                <w:sz w:val="13"/>
              </w:rPr>
              <w:t>SKUPINSKA SLIKA</w:t>
            </w:r>
            <w:r>
              <w:rPr>
                <w:b/>
                <w:color w:val="203038"/>
                <w:sz w:val="13"/>
              </w:rPr>
              <w:br/>
              <w:t>Tematska povezava: skupinsko oblikuje stran razrednih živalskih novic</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103C7B" w14:textId="77777777" w:rsidR="00DC7FCD" w:rsidRDefault="00000000">
            <w:pPr>
              <w:pStyle w:val="Oznaenseznam"/>
              <w:spacing w:after="16" w:line="235" w:lineRule="auto"/>
              <w:ind w:left="160" w:hanging="100"/>
            </w:pPr>
            <w:r>
              <w:rPr>
                <w:color w:val="203038"/>
                <w:sz w:val="14"/>
              </w:rPr>
              <w:t>načrtuje del skupne kompozicije</w:t>
            </w:r>
          </w:p>
          <w:p w14:paraId="3AED369E" w14:textId="77777777" w:rsidR="00DC7FCD" w:rsidRDefault="00000000">
            <w:pPr>
              <w:pStyle w:val="Oznaenseznam"/>
              <w:spacing w:after="16" w:line="235" w:lineRule="auto"/>
              <w:ind w:left="160" w:hanging="100"/>
            </w:pPr>
            <w:r>
              <w:rPr>
                <w:color w:val="203038"/>
                <w:sz w:val="14"/>
              </w:rPr>
              <w:t>uskladi barve in oblike</w:t>
            </w:r>
          </w:p>
          <w:p w14:paraId="39550F82" w14:textId="77777777" w:rsidR="00DC7FCD" w:rsidRDefault="00000000">
            <w:pPr>
              <w:pStyle w:val="Oznaenseznam"/>
              <w:spacing w:after="16" w:line="235" w:lineRule="auto"/>
              <w:ind w:left="160" w:hanging="100"/>
            </w:pPr>
            <w:r>
              <w:rPr>
                <w:color w:val="203038"/>
                <w:sz w:val="14"/>
              </w:rPr>
              <w:t>sodeluje pri predstavitvi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40CC57"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EBDE7A"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C2C2FD" w14:textId="77777777" w:rsidR="00DC7FCD" w:rsidRDefault="00000000">
            <w:pPr>
              <w:spacing w:after="16" w:line="240" w:lineRule="auto"/>
            </w:pPr>
            <w:r>
              <w:rPr>
                <w:color w:val="203038"/>
                <w:sz w:val="13"/>
              </w:rPr>
              <w:t>sprotno preverjanje in opisna povratna informacija</w:t>
            </w:r>
          </w:p>
        </w:tc>
      </w:tr>
      <w:tr w:rsidR="00DC7FCD" w14:paraId="06ED91B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1266F9C" w14:textId="77777777" w:rsidR="00DC7FCD" w:rsidRDefault="00000000">
            <w:pPr>
              <w:spacing w:after="16" w:line="240" w:lineRule="auto"/>
            </w:pPr>
            <w:r>
              <w:rPr>
                <w:b/>
                <w:color w:val="A3702A"/>
                <w:sz w:val="14"/>
              </w:rPr>
              <w:lastRenderedPageBreak/>
              <w:t>30. teden</w:t>
            </w:r>
            <w:r>
              <w:rPr>
                <w:b/>
                <w:color w:val="A3702A"/>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A948E68" w14:textId="77777777" w:rsidR="00DC7FCD" w:rsidRDefault="00000000">
            <w:pPr>
              <w:spacing w:after="16" w:line="240" w:lineRule="auto"/>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30282AB6" w14:textId="77777777" w:rsidR="00DC7FCD" w:rsidRDefault="00000000">
            <w:pPr>
              <w:spacing w:after="16" w:line="240" w:lineRule="auto"/>
            </w:pPr>
            <w:r>
              <w:rPr>
                <w:b/>
                <w:color w:val="203038"/>
                <w:sz w:val="13"/>
              </w:rPr>
              <w:t>GIBLJIVA FIGURA</w:t>
            </w:r>
            <w:r>
              <w:rPr>
                <w:b/>
                <w:color w:val="203038"/>
                <w:sz w:val="13"/>
              </w:rPr>
              <w:br/>
              <w:t>Tematska povezava: izdela gibljivo figuro ali preprosto barčico</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FFB5692" w14:textId="77777777" w:rsidR="00DC7FCD" w:rsidRDefault="00000000">
            <w:pPr>
              <w:pStyle w:val="Oznaenseznam"/>
              <w:spacing w:after="16" w:line="235" w:lineRule="auto"/>
              <w:ind w:left="160" w:hanging="100"/>
            </w:pPr>
            <w:r>
              <w:rPr>
                <w:color w:val="203038"/>
                <w:sz w:val="14"/>
              </w:rPr>
              <w:t>načrtuje preprost gibljiv izdelek</w:t>
            </w:r>
          </w:p>
          <w:p w14:paraId="3834D956" w14:textId="77777777" w:rsidR="00DC7FCD" w:rsidRDefault="00000000">
            <w:pPr>
              <w:pStyle w:val="Oznaenseznam"/>
              <w:spacing w:after="16" w:line="235" w:lineRule="auto"/>
              <w:ind w:left="160" w:hanging="100"/>
            </w:pPr>
            <w:r>
              <w:rPr>
                <w:color w:val="203038"/>
                <w:sz w:val="14"/>
              </w:rPr>
              <w:t>spaja dele</w:t>
            </w:r>
          </w:p>
          <w:p w14:paraId="5E8277DB" w14:textId="77777777" w:rsidR="00DC7FCD" w:rsidRDefault="00000000">
            <w:pPr>
              <w:pStyle w:val="Oznaenseznam"/>
              <w:spacing w:after="16" w:line="235" w:lineRule="auto"/>
              <w:ind w:left="160" w:hanging="100"/>
            </w:pPr>
            <w:r>
              <w:rPr>
                <w:color w:val="203038"/>
                <w:sz w:val="14"/>
              </w:rPr>
              <w:t>preizkusi delovanje</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E3CEE90"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298FAA2"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1D3D70C" w14:textId="77777777" w:rsidR="00336226" w:rsidRDefault="00000000">
            <w:pPr>
              <w:spacing w:after="0" w:line="240" w:lineRule="auto"/>
            </w:pPr>
            <w:r>
              <w:rPr>
                <w:rFonts w:cs="Arial"/>
                <w:b/>
                <w:color w:val="2F8577"/>
                <w:sz w:val="13"/>
              </w:rPr>
              <w:t>OCENJEVANJE 2: praktična izdelava gibljive figure ali barčice, preizkus delovanja oziroma stabilnosti in kratka razlaga postopka</w:t>
            </w:r>
          </w:p>
        </w:tc>
      </w:tr>
      <w:tr w:rsidR="00DC7FCD" w14:paraId="78A883D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FB2531" w14:textId="77777777" w:rsidR="00DC7FCD" w:rsidRDefault="00000000">
            <w:pPr>
              <w:spacing w:after="16" w:line="240" w:lineRule="auto"/>
            </w:pPr>
            <w:r>
              <w:rPr>
                <w:b/>
                <w:color w:val="A3702A"/>
                <w:sz w:val="14"/>
              </w:rPr>
              <w:t>31. teden</w:t>
            </w:r>
            <w:r>
              <w:rPr>
                <w:b/>
                <w:color w:val="A3702A"/>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CEA63C" w14:textId="77777777" w:rsidR="00DC7FCD" w:rsidRDefault="00000000">
            <w:pPr>
              <w:spacing w:after="16" w:line="240" w:lineRule="auto"/>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CC390B" w14:textId="77777777" w:rsidR="00DC7FCD" w:rsidRDefault="00000000">
            <w:pPr>
              <w:spacing w:after="16" w:line="240" w:lineRule="auto"/>
            </w:pPr>
            <w:r>
              <w:rPr>
                <w:b/>
                <w:color w:val="203038"/>
                <w:sz w:val="13"/>
              </w:rPr>
              <w:t>SENČNO GLEDALIŠČE</w:t>
            </w:r>
            <w:r>
              <w:rPr>
                <w:b/>
                <w:color w:val="203038"/>
                <w:sz w:val="13"/>
              </w:rPr>
              <w:br/>
              <w:t>Tematska povezava: pripravi senčno gledališče po motivih dela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B52E65" w14:textId="77777777" w:rsidR="00DC7FCD" w:rsidRDefault="00000000">
            <w:pPr>
              <w:pStyle w:val="Oznaenseznam"/>
              <w:spacing w:after="16" w:line="235" w:lineRule="auto"/>
              <w:ind w:left="160" w:hanging="100"/>
            </w:pPr>
            <w:r>
              <w:rPr>
                <w:color w:val="203038"/>
                <w:sz w:val="14"/>
              </w:rPr>
              <w:t>ustvari preprosto figuro</w:t>
            </w:r>
          </w:p>
          <w:p w14:paraId="57C19289" w14:textId="77777777" w:rsidR="00DC7FCD" w:rsidRDefault="00000000">
            <w:pPr>
              <w:pStyle w:val="Oznaenseznam"/>
              <w:spacing w:after="16" w:line="235" w:lineRule="auto"/>
              <w:ind w:left="160" w:hanging="100"/>
            </w:pPr>
            <w:r>
              <w:rPr>
                <w:color w:val="203038"/>
                <w:sz w:val="14"/>
              </w:rPr>
              <w:t>uporabi svetlobo in senco</w:t>
            </w:r>
          </w:p>
          <w:p w14:paraId="381F744D" w14:textId="77777777" w:rsidR="00DC7FCD" w:rsidRDefault="00000000">
            <w:pPr>
              <w:pStyle w:val="Oznaenseznam"/>
              <w:spacing w:after="16" w:line="235" w:lineRule="auto"/>
              <w:ind w:left="160" w:hanging="100"/>
            </w:pPr>
            <w:r>
              <w:rPr>
                <w:color w:val="203038"/>
                <w:sz w:val="14"/>
              </w:rPr>
              <w:t>sodeluje pri prizoru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BD8258"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3E31AC"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A2DDFA" w14:textId="77777777" w:rsidR="00967366" w:rsidRDefault="00000000">
            <w:pPr>
              <w:spacing w:after="16" w:line="240" w:lineRule="auto"/>
              <w:rPr>
                <w:color w:val="203038"/>
                <w:sz w:val="13"/>
              </w:rPr>
            </w:pPr>
            <w:r>
              <w:rPr>
                <w:color w:val="203038"/>
                <w:sz w:val="13"/>
              </w:rPr>
              <w:t xml:space="preserve">TEHNIŠKI DAN </w:t>
            </w:r>
          </w:p>
          <w:p w14:paraId="7B048D2A" w14:textId="702A99BB" w:rsidR="00DC7FCD" w:rsidRDefault="00000000">
            <w:pPr>
              <w:spacing w:after="16" w:line="240" w:lineRule="auto"/>
            </w:pPr>
            <w:r>
              <w:rPr>
                <w:color w:val="203038"/>
                <w:sz w:val="13"/>
              </w:rPr>
              <w:br/>
              <w:t xml:space="preserve">KULTURNI </w:t>
            </w:r>
          </w:p>
        </w:tc>
      </w:tr>
      <w:tr w:rsidR="00DC7FCD" w14:paraId="1D3B386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D775A5" w14:textId="77777777" w:rsidR="00DC7FCD" w:rsidRDefault="00000000">
            <w:pPr>
              <w:spacing w:after="16" w:line="240" w:lineRule="auto"/>
            </w:pPr>
            <w:r>
              <w:rPr>
                <w:b/>
                <w:color w:val="A3702A"/>
                <w:sz w:val="14"/>
              </w:rPr>
              <w:t>32. teden</w:t>
            </w:r>
            <w:r>
              <w:rPr>
                <w:b/>
                <w:color w:val="A3702A"/>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C93C58" w14:textId="77777777" w:rsidR="00DC7FCD" w:rsidRDefault="00000000">
            <w:pPr>
              <w:spacing w:after="16" w:line="240" w:lineRule="auto"/>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1CCA1E" w14:textId="77777777" w:rsidR="00DC7FCD" w:rsidRDefault="00000000">
            <w:pPr>
              <w:spacing w:after="16" w:line="240" w:lineRule="auto"/>
            </w:pPr>
            <w:r>
              <w:rPr>
                <w:b/>
                <w:color w:val="203038"/>
                <w:sz w:val="13"/>
              </w:rPr>
              <w:t>SLIKANJE POKRAJINE</w:t>
            </w:r>
            <w:r>
              <w:rPr>
                <w:b/>
                <w:color w:val="203038"/>
                <w:sz w:val="13"/>
              </w:rPr>
              <w:br/>
              <w:t>Tematska povezava: naslika belo mačico v ospredju izbrane pokrajine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82CC0D" w14:textId="77777777" w:rsidR="00DC7FCD" w:rsidRDefault="00000000">
            <w:pPr>
              <w:pStyle w:val="Oznaenseznam"/>
              <w:spacing w:after="16" w:line="235" w:lineRule="auto"/>
              <w:ind w:left="160" w:hanging="100"/>
            </w:pPr>
            <w:r>
              <w:rPr>
                <w:color w:val="203038"/>
                <w:sz w:val="14"/>
              </w:rPr>
              <w:t>opazuje prostorske odnose</w:t>
            </w:r>
          </w:p>
          <w:p w14:paraId="05DAB876" w14:textId="77777777" w:rsidR="00DC7FCD" w:rsidRDefault="00000000">
            <w:pPr>
              <w:pStyle w:val="Oznaenseznam"/>
              <w:spacing w:after="16" w:line="235" w:lineRule="auto"/>
              <w:ind w:left="160" w:hanging="100"/>
            </w:pPr>
            <w:r>
              <w:rPr>
                <w:color w:val="203038"/>
                <w:sz w:val="14"/>
              </w:rPr>
              <w:t>uporabi barvne ploskve</w:t>
            </w:r>
          </w:p>
          <w:p w14:paraId="32E34103" w14:textId="77777777" w:rsidR="00DC7FCD" w:rsidRDefault="00000000">
            <w:pPr>
              <w:pStyle w:val="Oznaenseznam"/>
              <w:spacing w:after="16" w:line="235" w:lineRule="auto"/>
              <w:ind w:left="160" w:hanging="100"/>
            </w:pPr>
            <w:r>
              <w:rPr>
                <w:color w:val="203038"/>
                <w:sz w:val="14"/>
              </w:rPr>
              <w:t>ustvari ospredje in ozadje na intuitivni ravni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41E821"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73243D"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42015E" w14:textId="77777777" w:rsidR="00DC7FCD" w:rsidRDefault="00000000">
            <w:pPr>
              <w:spacing w:after="16" w:line="240" w:lineRule="auto"/>
            </w:pPr>
            <w:r>
              <w:rPr>
                <w:color w:val="203038"/>
                <w:sz w:val="13"/>
              </w:rPr>
              <w:t>sprotno preverjanje in opisna povratna informacija</w:t>
            </w:r>
          </w:p>
        </w:tc>
      </w:tr>
      <w:tr w:rsidR="00DC7FCD" w14:paraId="07106F5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EEDB27" w14:textId="77777777" w:rsidR="00DC7FCD" w:rsidRDefault="00000000">
            <w:pPr>
              <w:spacing w:after="16" w:line="240" w:lineRule="auto"/>
            </w:pPr>
            <w:r>
              <w:rPr>
                <w:b/>
                <w:color w:val="A3702A"/>
                <w:sz w:val="14"/>
              </w:rPr>
              <w:t>33. teden</w:t>
            </w:r>
            <w:r>
              <w:rPr>
                <w:b/>
                <w:color w:val="A3702A"/>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5A0895" w14:textId="77777777" w:rsidR="00DC7FCD" w:rsidRDefault="00000000">
            <w:pPr>
              <w:spacing w:after="16" w:line="240" w:lineRule="auto"/>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2083CC9" w14:textId="77777777" w:rsidR="00DC7FCD" w:rsidRDefault="00000000">
            <w:pPr>
              <w:spacing w:after="16" w:line="240" w:lineRule="auto"/>
            </w:pPr>
            <w:r>
              <w:rPr>
                <w:b/>
                <w:color w:val="203038"/>
                <w:sz w:val="13"/>
              </w:rPr>
              <w:t>KARTOGRAFSKI ZNAKI</w:t>
            </w:r>
            <w:r>
              <w:rPr>
                <w:b/>
                <w:color w:val="203038"/>
                <w:sz w:val="13"/>
              </w:rPr>
              <w:br/>
              <w:t>Tematska povezava: oblikuje načrt poti z dogovorjenimi znaki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1099DA" w14:textId="77777777" w:rsidR="00DC7FCD" w:rsidRDefault="00000000">
            <w:pPr>
              <w:pStyle w:val="Oznaenseznam"/>
              <w:spacing w:after="16" w:line="235" w:lineRule="auto"/>
              <w:ind w:left="160" w:hanging="100"/>
            </w:pPr>
            <w:r>
              <w:rPr>
                <w:color w:val="203038"/>
                <w:sz w:val="14"/>
              </w:rPr>
              <w:t>oblikuje likovne simbole</w:t>
            </w:r>
          </w:p>
          <w:p w14:paraId="44EB07D4" w14:textId="77777777" w:rsidR="00DC7FCD" w:rsidRDefault="00000000">
            <w:pPr>
              <w:pStyle w:val="Oznaenseznam"/>
              <w:spacing w:after="16" w:line="235" w:lineRule="auto"/>
              <w:ind w:left="160" w:hanging="100"/>
            </w:pPr>
            <w:r>
              <w:rPr>
                <w:color w:val="203038"/>
                <w:sz w:val="14"/>
              </w:rPr>
              <w:t>razporedi jih na preprost načrt</w:t>
            </w:r>
          </w:p>
          <w:p w14:paraId="07983360" w14:textId="77777777" w:rsidR="00DC7FCD" w:rsidRDefault="00000000">
            <w:pPr>
              <w:pStyle w:val="Oznaenseznam"/>
              <w:spacing w:after="16" w:line="235" w:lineRule="auto"/>
              <w:ind w:left="160" w:hanging="100"/>
            </w:pPr>
            <w:r>
              <w:rPr>
                <w:color w:val="203038"/>
                <w:sz w:val="14"/>
              </w:rPr>
              <w:t>razloži legendo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F797CE"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87A0F0"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35EEA1" w14:textId="2D5899F0" w:rsidR="00DC7FCD" w:rsidRDefault="00000000">
            <w:pPr>
              <w:spacing w:after="16" w:line="240" w:lineRule="auto"/>
            </w:pPr>
            <w:r>
              <w:rPr>
                <w:color w:val="203038"/>
                <w:sz w:val="13"/>
              </w:rPr>
              <w:t xml:space="preserve">NARAVOSLOVNI DAN </w:t>
            </w:r>
          </w:p>
        </w:tc>
      </w:tr>
      <w:tr w:rsidR="00DC7FCD" w14:paraId="1D45943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8CB9DF" w14:textId="77777777" w:rsidR="00DC7FCD" w:rsidRDefault="00000000">
            <w:pPr>
              <w:spacing w:after="16" w:line="240" w:lineRule="auto"/>
            </w:pPr>
            <w:r>
              <w:rPr>
                <w:b/>
                <w:color w:val="A3702A"/>
                <w:sz w:val="14"/>
              </w:rPr>
              <w:t>34. teden</w:t>
            </w:r>
            <w:r>
              <w:rPr>
                <w:b/>
                <w:color w:val="A3702A"/>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C3623F" w14:textId="77777777" w:rsidR="00DC7FCD" w:rsidRDefault="00000000">
            <w:pPr>
              <w:spacing w:after="16" w:line="240" w:lineRule="auto"/>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9CFA9B" w14:textId="77777777" w:rsidR="00DC7FCD" w:rsidRDefault="00000000">
            <w:pPr>
              <w:spacing w:after="16" w:line="240" w:lineRule="auto"/>
            </w:pPr>
            <w:r>
              <w:rPr>
                <w:b/>
                <w:color w:val="203038"/>
                <w:sz w:val="13"/>
              </w:rPr>
              <w:t>ARHITEKTURA</w:t>
            </w:r>
            <w:r>
              <w:rPr>
                <w:b/>
                <w:color w:val="203038"/>
                <w:sz w:val="13"/>
              </w:rPr>
              <w:br/>
              <w:t>Tematska povezava: sestavi stabilen model dinozavra ali njegovega okolja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46DF7B" w14:textId="77777777" w:rsidR="00DC7FCD" w:rsidRDefault="00000000">
            <w:pPr>
              <w:pStyle w:val="Oznaenseznam"/>
              <w:spacing w:after="16" w:line="235" w:lineRule="auto"/>
              <w:ind w:left="160" w:hanging="100"/>
            </w:pPr>
            <w:r>
              <w:rPr>
                <w:color w:val="203038"/>
                <w:sz w:val="14"/>
              </w:rPr>
              <w:t>opazuje stavbe</w:t>
            </w:r>
          </w:p>
          <w:p w14:paraId="79F83CFC" w14:textId="77777777" w:rsidR="00DC7FCD" w:rsidRDefault="00000000">
            <w:pPr>
              <w:pStyle w:val="Oznaenseznam"/>
              <w:spacing w:after="16" w:line="235" w:lineRule="auto"/>
              <w:ind w:left="160" w:hanging="100"/>
            </w:pPr>
            <w:r>
              <w:rPr>
                <w:color w:val="203038"/>
                <w:sz w:val="14"/>
              </w:rPr>
              <w:t>sestavi model</w:t>
            </w:r>
          </w:p>
          <w:p w14:paraId="43487E71" w14:textId="77777777" w:rsidR="00DC7FCD" w:rsidRDefault="00000000">
            <w:pPr>
              <w:pStyle w:val="Oznaenseznam"/>
              <w:spacing w:after="16" w:line="235" w:lineRule="auto"/>
              <w:ind w:left="160" w:hanging="100"/>
            </w:pPr>
            <w:r>
              <w:rPr>
                <w:color w:val="203038"/>
                <w:sz w:val="14"/>
              </w:rPr>
              <w:t>preizkusi stabilnost</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27884C"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A49DE2"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49AB83" w14:textId="77777777" w:rsidR="00DC7FCD" w:rsidRDefault="00000000">
            <w:pPr>
              <w:spacing w:after="16" w:line="240" w:lineRule="auto"/>
            </w:pPr>
            <w:r>
              <w:rPr>
                <w:color w:val="203038"/>
                <w:sz w:val="13"/>
              </w:rPr>
              <w:t>sprotno preverjanje in opisna povratna informacija</w:t>
            </w:r>
          </w:p>
        </w:tc>
      </w:tr>
      <w:tr w:rsidR="00DC7FCD" w14:paraId="1408D0D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53AA5F" w14:textId="77777777" w:rsidR="00DC7FCD" w:rsidRDefault="00000000">
            <w:pPr>
              <w:spacing w:after="16" w:line="240" w:lineRule="auto"/>
            </w:pPr>
            <w:r>
              <w:rPr>
                <w:b/>
                <w:color w:val="A3702A"/>
                <w:sz w:val="14"/>
              </w:rPr>
              <w:t>35. teden</w:t>
            </w:r>
            <w:r>
              <w:rPr>
                <w:b/>
                <w:color w:val="A3702A"/>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BBAE51" w14:textId="77777777" w:rsidR="00DC7FCD" w:rsidRDefault="00000000">
            <w:pPr>
              <w:spacing w:after="16" w:line="240" w:lineRule="auto"/>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1B2EEC" w14:textId="77777777" w:rsidR="00DC7FCD" w:rsidRDefault="00000000">
            <w:pPr>
              <w:spacing w:after="16" w:line="240" w:lineRule="auto"/>
            </w:pPr>
            <w:r>
              <w:rPr>
                <w:b/>
                <w:color w:val="203038"/>
                <w:sz w:val="13"/>
              </w:rPr>
              <w:t>LIKOVNA RAZSTAVA</w:t>
            </w:r>
            <w:r>
              <w:rPr>
                <w:b/>
                <w:color w:val="203038"/>
                <w:sz w:val="13"/>
              </w:rPr>
              <w:br/>
              <w:t>Tematska povezava: pripravi likovno razstavo domišljijskih krajev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E3D0E0" w14:textId="77777777" w:rsidR="00DC7FCD" w:rsidRDefault="00000000">
            <w:pPr>
              <w:pStyle w:val="Oznaenseznam"/>
              <w:spacing w:after="16" w:line="235" w:lineRule="auto"/>
              <w:ind w:left="160" w:hanging="100"/>
            </w:pPr>
            <w:r>
              <w:rPr>
                <w:color w:val="203038"/>
                <w:sz w:val="14"/>
              </w:rPr>
              <w:t>izbere delo</w:t>
            </w:r>
          </w:p>
          <w:p w14:paraId="7FD1039A" w14:textId="77777777" w:rsidR="00DC7FCD" w:rsidRDefault="00000000">
            <w:pPr>
              <w:pStyle w:val="Oznaenseznam"/>
              <w:spacing w:after="16" w:line="235" w:lineRule="auto"/>
              <w:ind w:left="160" w:hanging="100"/>
            </w:pPr>
            <w:r>
              <w:rPr>
                <w:color w:val="203038"/>
                <w:sz w:val="14"/>
              </w:rPr>
              <w:t>oblikuje oznako</w:t>
            </w:r>
          </w:p>
          <w:p w14:paraId="1084302C" w14:textId="77777777" w:rsidR="00DC7FCD" w:rsidRDefault="00000000">
            <w:pPr>
              <w:pStyle w:val="Oznaenseznam"/>
              <w:spacing w:after="16" w:line="235" w:lineRule="auto"/>
              <w:ind w:left="160" w:hanging="100"/>
            </w:pPr>
            <w:r>
              <w:rPr>
                <w:color w:val="203038"/>
                <w:sz w:val="14"/>
              </w:rPr>
              <w:t>poda opisno povratno informacijo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38B9F6"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42F221"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4F94B5" w14:textId="77777777" w:rsidR="00DC7FCD" w:rsidRDefault="00000000">
            <w:pPr>
              <w:spacing w:after="16" w:line="240" w:lineRule="auto"/>
            </w:pPr>
            <w:r>
              <w:rPr>
                <w:color w:val="203038"/>
                <w:sz w:val="13"/>
              </w:rPr>
              <w:t>sprotno preverjanje in opisna povratna informacija</w:t>
            </w:r>
          </w:p>
        </w:tc>
      </w:tr>
      <w:tr w:rsidR="00DC7FCD" w14:paraId="7B95512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4100A8" w14:textId="77777777" w:rsidR="00DC7FCD" w:rsidRDefault="00000000">
            <w:pPr>
              <w:spacing w:after="16" w:line="240" w:lineRule="auto"/>
            </w:pPr>
            <w:r>
              <w:rPr>
                <w:b/>
                <w:color w:val="A3702A"/>
                <w:sz w:val="14"/>
              </w:rPr>
              <w:t>36. teden</w:t>
            </w:r>
            <w:r>
              <w:rPr>
                <w:b/>
                <w:color w:val="A3702A"/>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C2EF1F" w14:textId="77777777" w:rsidR="00DC7FCD" w:rsidRDefault="00000000">
            <w:pPr>
              <w:spacing w:after="16" w:line="240" w:lineRule="auto"/>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5C33AE" w14:textId="77777777" w:rsidR="00DC7FCD" w:rsidRDefault="00000000">
            <w:pPr>
              <w:spacing w:after="16" w:line="240" w:lineRule="auto"/>
            </w:pPr>
            <w:r>
              <w:rPr>
                <w:b/>
                <w:color w:val="203038"/>
                <w:sz w:val="13"/>
              </w:rPr>
              <w:t>SLIKANJE NA PROSTEM</w:t>
            </w:r>
            <w:r>
              <w:rPr>
                <w:b/>
                <w:color w:val="203038"/>
                <w:sz w:val="13"/>
              </w:rPr>
              <w:br/>
              <w:t>Tematska povezava: slika sončno pokrajino na prostem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37759F" w14:textId="77777777" w:rsidR="00DC7FCD" w:rsidRDefault="00000000">
            <w:pPr>
              <w:pStyle w:val="Oznaenseznam"/>
              <w:spacing w:after="16" w:line="235" w:lineRule="auto"/>
              <w:ind w:left="160" w:hanging="100"/>
            </w:pPr>
            <w:r>
              <w:rPr>
                <w:color w:val="203038"/>
                <w:sz w:val="14"/>
              </w:rPr>
              <w:t>opazuje barve okolja</w:t>
            </w:r>
          </w:p>
          <w:p w14:paraId="78A845AD" w14:textId="77777777" w:rsidR="00DC7FCD" w:rsidRDefault="00000000">
            <w:pPr>
              <w:pStyle w:val="Oznaenseznam"/>
              <w:spacing w:after="16" w:line="235" w:lineRule="auto"/>
              <w:ind w:left="160" w:hanging="100"/>
            </w:pPr>
            <w:r>
              <w:rPr>
                <w:color w:val="203038"/>
                <w:sz w:val="14"/>
              </w:rPr>
              <w:t>izbere motiv</w:t>
            </w:r>
          </w:p>
          <w:p w14:paraId="6A85F3C8" w14:textId="77777777" w:rsidR="00DC7FCD" w:rsidRDefault="00000000">
            <w:pPr>
              <w:pStyle w:val="Oznaenseznam"/>
              <w:spacing w:after="16" w:line="235" w:lineRule="auto"/>
              <w:ind w:left="160" w:hanging="100"/>
            </w:pPr>
            <w:r>
              <w:rPr>
                <w:color w:val="203038"/>
                <w:sz w:val="14"/>
              </w:rPr>
              <w:t>varno in odgovorno ustvarja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E63C43"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A2B2CE"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B241DC" w14:textId="77777777" w:rsidR="00DC7FCD" w:rsidRDefault="00000000">
            <w:pPr>
              <w:spacing w:after="16" w:line="240" w:lineRule="auto"/>
            </w:pPr>
            <w:r>
              <w:rPr>
                <w:color w:val="203038"/>
                <w:sz w:val="13"/>
              </w:rPr>
              <w:t>sprotno preverjanje in opisna povratna informacija</w:t>
            </w:r>
          </w:p>
        </w:tc>
      </w:tr>
      <w:tr w:rsidR="00DC7FCD" w14:paraId="2024E28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579399" w14:textId="77777777" w:rsidR="00DC7FCD" w:rsidRDefault="00000000">
            <w:pPr>
              <w:spacing w:after="16" w:line="240" w:lineRule="auto"/>
            </w:pPr>
            <w:r>
              <w:rPr>
                <w:b/>
                <w:color w:val="A3702A"/>
                <w:sz w:val="14"/>
              </w:rPr>
              <w:t>37. teden</w:t>
            </w:r>
            <w:r>
              <w:rPr>
                <w:b/>
                <w:color w:val="A3702A"/>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C6183D" w14:textId="77777777" w:rsidR="00DC7FCD" w:rsidRDefault="00000000">
            <w:pPr>
              <w:spacing w:after="16" w:line="240" w:lineRule="auto"/>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9CDD30" w14:textId="77777777" w:rsidR="00DC7FCD" w:rsidRDefault="00000000">
            <w:pPr>
              <w:spacing w:after="16" w:line="240" w:lineRule="auto"/>
            </w:pPr>
            <w:r>
              <w:rPr>
                <w:b/>
                <w:color w:val="203038"/>
                <w:sz w:val="13"/>
              </w:rPr>
              <w:t>UPORABEN IZDELEK</w:t>
            </w:r>
            <w:r>
              <w:rPr>
                <w:b/>
                <w:color w:val="203038"/>
                <w:sz w:val="13"/>
              </w:rPr>
              <w:br/>
              <w:t>Tematska povezava: iz odpadnega materiala izdela in izboljša uporaben izdelek</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DE4C2F" w14:textId="77777777" w:rsidR="00DC7FCD" w:rsidRDefault="00000000">
            <w:pPr>
              <w:pStyle w:val="Oznaenseznam"/>
              <w:spacing w:after="16" w:line="235" w:lineRule="auto"/>
              <w:ind w:left="160" w:hanging="100"/>
            </w:pPr>
            <w:r>
              <w:rPr>
                <w:color w:val="203038"/>
                <w:sz w:val="14"/>
              </w:rPr>
              <w:t>načrtuje iz odpadnega materiala</w:t>
            </w:r>
          </w:p>
          <w:p w14:paraId="1D1D876F" w14:textId="77777777" w:rsidR="00DC7FCD" w:rsidRDefault="00000000">
            <w:pPr>
              <w:pStyle w:val="Oznaenseznam"/>
              <w:spacing w:after="16" w:line="235" w:lineRule="auto"/>
              <w:ind w:left="160" w:hanging="100"/>
            </w:pPr>
            <w:r>
              <w:rPr>
                <w:color w:val="203038"/>
                <w:sz w:val="14"/>
              </w:rPr>
              <w:t>izdela in preizkusi</w:t>
            </w:r>
          </w:p>
          <w:p w14:paraId="10E1776E" w14:textId="77777777" w:rsidR="00DC7FCD" w:rsidRDefault="00000000">
            <w:pPr>
              <w:pStyle w:val="Oznaenseznam"/>
              <w:spacing w:after="16" w:line="235" w:lineRule="auto"/>
              <w:ind w:left="160" w:hanging="100"/>
            </w:pPr>
            <w:r>
              <w:rPr>
                <w:color w:val="203038"/>
                <w:sz w:val="14"/>
              </w:rPr>
              <w:t>predlaga izboljšavo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4AF8317"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44D1D0"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31E4D8" w14:textId="48159717" w:rsidR="00DC7FCD" w:rsidRDefault="00BB0FB2">
            <w:pPr>
              <w:spacing w:after="16" w:line="240" w:lineRule="auto"/>
            </w:pPr>
            <w:r>
              <w:rPr>
                <w:rFonts w:cs="Arial"/>
                <w:b/>
                <w:color w:val="2F8577"/>
                <w:sz w:val="13"/>
              </w:rPr>
              <w:t xml:space="preserve">OCENJEVANJE 3: </w:t>
            </w:r>
            <w:proofErr w:type="spellStart"/>
            <w:r>
              <w:rPr>
                <w:rFonts w:cs="Arial"/>
                <w:b/>
                <w:color w:val="2F8577"/>
                <w:sz w:val="13"/>
              </w:rPr>
              <w:t>izbor</w:t>
            </w:r>
            <w:proofErr w:type="spellEnd"/>
            <w:r>
              <w:rPr>
                <w:rFonts w:cs="Arial"/>
                <w:b/>
                <w:color w:val="2F8577"/>
                <w:sz w:val="13"/>
              </w:rPr>
              <w:t xml:space="preserve"> del iz mape, postavitev mini razstave in </w:t>
            </w:r>
            <w:proofErr w:type="spellStart"/>
            <w:r>
              <w:rPr>
                <w:rFonts w:cs="Arial"/>
                <w:b/>
                <w:color w:val="2F8577"/>
                <w:sz w:val="13"/>
              </w:rPr>
              <w:t>učenčeva</w:t>
            </w:r>
            <w:proofErr w:type="spellEnd"/>
            <w:r>
              <w:rPr>
                <w:rFonts w:cs="Arial"/>
                <w:b/>
                <w:color w:val="2F8577"/>
                <w:sz w:val="13"/>
              </w:rPr>
              <w:t xml:space="preserve"> </w:t>
            </w:r>
            <w:proofErr w:type="spellStart"/>
            <w:r>
              <w:rPr>
                <w:rFonts w:cs="Arial"/>
                <w:b/>
                <w:color w:val="2F8577"/>
                <w:sz w:val="13"/>
              </w:rPr>
              <w:t>razlaga</w:t>
            </w:r>
            <w:proofErr w:type="spellEnd"/>
            <w:r>
              <w:rPr>
                <w:rFonts w:cs="Arial"/>
                <w:b/>
                <w:color w:val="2F8577"/>
                <w:sz w:val="13"/>
              </w:rPr>
              <w:t xml:space="preserve"> </w:t>
            </w:r>
            <w:proofErr w:type="spellStart"/>
            <w:r>
              <w:rPr>
                <w:rFonts w:cs="Arial"/>
                <w:b/>
                <w:color w:val="2F8577"/>
                <w:sz w:val="13"/>
              </w:rPr>
              <w:t>napredka</w:t>
            </w:r>
            <w:proofErr w:type="spellEnd"/>
            <w:r>
              <w:rPr>
                <w:color w:val="203038"/>
                <w:sz w:val="13"/>
              </w:rPr>
              <w:t xml:space="preserve"> </w:t>
            </w:r>
          </w:p>
        </w:tc>
      </w:tr>
      <w:tr w:rsidR="00DC7FCD" w14:paraId="7E130CE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2120C89" w14:textId="77777777" w:rsidR="00DC7FCD" w:rsidRDefault="00000000">
            <w:pPr>
              <w:spacing w:after="16" w:line="240" w:lineRule="auto"/>
            </w:pPr>
            <w:r>
              <w:rPr>
                <w:b/>
                <w:color w:val="A3702A"/>
                <w:sz w:val="14"/>
              </w:rPr>
              <w:t>38. teden</w:t>
            </w:r>
            <w:r>
              <w:rPr>
                <w:b/>
                <w:color w:val="A3702A"/>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977BAE9" w14:textId="77777777" w:rsidR="00DC7FCD" w:rsidRDefault="00000000">
            <w:pPr>
              <w:spacing w:after="16" w:line="240" w:lineRule="auto"/>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14A6001" w14:textId="77777777" w:rsidR="00DC7FCD" w:rsidRDefault="00000000">
            <w:pPr>
              <w:spacing w:after="16" w:line="240" w:lineRule="auto"/>
            </w:pPr>
            <w:r>
              <w:rPr>
                <w:b/>
                <w:color w:val="203038"/>
                <w:sz w:val="13"/>
              </w:rPr>
              <w:t>MOJ LIKOVNI NAPREDEK</w:t>
            </w:r>
            <w:r>
              <w:rPr>
                <w:b/>
                <w:color w:val="203038"/>
                <w:sz w:val="13"/>
              </w:rPr>
              <w:br/>
              <w:t>Tematska povezava: oblikuje Pedenjpedovo mapo dosežkov ali avtoportret</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6D51B44B" w14:textId="77777777" w:rsidR="00DC7FCD" w:rsidRDefault="00000000">
            <w:pPr>
              <w:pStyle w:val="Oznaenseznam"/>
              <w:spacing w:after="16" w:line="235" w:lineRule="auto"/>
              <w:ind w:left="160" w:hanging="100"/>
            </w:pPr>
            <w:r>
              <w:rPr>
                <w:color w:val="203038"/>
                <w:sz w:val="14"/>
              </w:rPr>
              <w:t>izbere dela iz mape</w:t>
            </w:r>
          </w:p>
          <w:p w14:paraId="727E8858" w14:textId="77777777" w:rsidR="00DC7FCD" w:rsidRDefault="00000000">
            <w:pPr>
              <w:pStyle w:val="Oznaenseznam"/>
              <w:spacing w:after="16" w:line="235" w:lineRule="auto"/>
              <w:ind w:left="160" w:hanging="100"/>
            </w:pPr>
            <w:r>
              <w:rPr>
                <w:color w:val="203038"/>
                <w:sz w:val="14"/>
              </w:rPr>
              <w:t>pojasni razvoj</w:t>
            </w:r>
          </w:p>
          <w:p w14:paraId="7B4195C5" w14:textId="77777777" w:rsidR="00DC7FCD" w:rsidRDefault="00000000">
            <w:pPr>
              <w:pStyle w:val="Oznaenseznam"/>
              <w:spacing w:after="16" w:line="235" w:lineRule="auto"/>
              <w:ind w:left="160" w:hanging="100"/>
            </w:pPr>
            <w:r>
              <w:rPr>
                <w:color w:val="203038"/>
                <w:sz w:val="14"/>
              </w:rPr>
              <w:t>pripravi razstavo</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E1BA5DF" w14:textId="77777777" w:rsidR="00DC7FCD" w:rsidRDefault="00000000">
            <w:pPr>
              <w:spacing w:after="16" w:line="240" w:lineRule="auto"/>
              <w:jc w:val="center"/>
            </w:pPr>
            <w:r>
              <w:rPr>
                <w:b/>
                <w:color w:val="A3702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25B726DE"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E5AD7BB" w14:textId="7F5237C0" w:rsidR="00336226" w:rsidRDefault="00BB0FB2">
            <w:pPr>
              <w:spacing w:after="0" w:line="240" w:lineRule="auto"/>
            </w:pPr>
            <w:proofErr w:type="spellStart"/>
            <w:r>
              <w:rPr>
                <w:color w:val="203038"/>
                <w:sz w:val="13"/>
              </w:rPr>
              <w:t>sprotno</w:t>
            </w:r>
            <w:proofErr w:type="spellEnd"/>
            <w:r>
              <w:rPr>
                <w:color w:val="203038"/>
                <w:sz w:val="13"/>
              </w:rPr>
              <w:t xml:space="preserve"> </w:t>
            </w:r>
            <w:proofErr w:type="spellStart"/>
            <w:r>
              <w:rPr>
                <w:color w:val="203038"/>
                <w:sz w:val="13"/>
              </w:rPr>
              <w:t>preverjanje</w:t>
            </w:r>
            <w:proofErr w:type="spellEnd"/>
            <w:r>
              <w:rPr>
                <w:color w:val="203038"/>
                <w:sz w:val="13"/>
              </w:rPr>
              <w:t xml:space="preserve"> in </w:t>
            </w:r>
            <w:proofErr w:type="spellStart"/>
            <w:r>
              <w:rPr>
                <w:color w:val="203038"/>
                <w:sz w:val="13"/>
              </w:rPr>
              <w:t>opisna</w:t>
            </w:r>
            <w:proofErr w:type="spellEnd"/>
            <w:r>
              <w:rPr>
                <w:color w:val="203038"/>
                <w:sz w:val="13"/>
              </w:rPr>
              <w:t xml:space="preserve"> </w:t>
            </w:r>
            <w:proofErr w:type="spellStart"/>
            <w:r>
              <w:rPr>
                <w:color w:val="203038"/>
                <w:sz w:val="13"/>
              </w:rPr>
              <w:t>povratna</w:t>
            </w:r>
            <w:proofErr w:type="spellEnd"/>
            <w:r>
              <w:rPr>
                <w:color w:val="203038"/>
                <w:sz w:val="13"/>
              </w:rPr>
              <w:t xml:space="preserve"> </w:t>
            </w:r>
            <w:proofErr w:type="spellStart"/>
            <w:r>
              <w:rPr>
                <w:color w:val="203038"/>
                <w:sz w:val="13"/>
              </w:rPr>
              <w:t>informacija</w:t>
            </w:r>
            <w:proofErr w:type="spellEnd"/>
          </w:p>
        </w:tc>
      </w:tr>
      <w:tr w:rsidR="00DC7FCD" w14:paraId="50C8EDC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E2F061" w14:textId="77777777" w:rsidR="00DC7FCD" w:rsidRDefault="00000000">
            <w:pPr>
              <w:spacing w:after="16" w:line="240" w:lineRule="auto"/>
            </w:pPr>
            <w:r>
              <w:rPr>
                <w:b/>
                <w:color w:val="A3702A"/>
                <w:sz w:val="14"/>
              </w:rPr>
              <w:lastRenderedPageBreak/>
              <w:t>39. teden</w:t>
            </w:r>
            <w:r>
              <w:rPr>
                <w:b/>
                <w:color w:val="A3702A"/>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2C99D3" w14:textId="77777777" w:rsidR="00DC7FCD" w:rsidRDefault="00000000">
            <w:pPr>
              <w:spacing w:after="16" w:line="240" w:lineRule="auto"/>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15EC4D" w14:textId="77777777" w:rsidR="00DC7FCD" w:rsidRDefault="00000000">
            <w:pPr>
              <w:spacing w:after="16" w:line="240" w:lineRule="auto"/>
            </w:pPr>
            <w:r>
              <w:rPr>
                <w:b/>
                <w:color w:val="203038"/>
                <w:sz w:val="13"/>
              </w:rPr>
              <w:t>SKUPNA POSTAVITEV</w:t>
            </w:r>
            <w:r>
              <w:rPr>
                <w:b/>
                <w:color w:val="203038"/>
                <w:sz w:val="13"/>
              </w:rPr>
              <w:br/>
              <w:t>Tematska povezava: pripravi skupno razstavo spominov na razred</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1705BD" w14:textId="77777777" w:rsidR="00DC7FCD" w:rsidRDefault="00000000">
            <w:pPr>
              <w:pStyle w:val="Oznaenseznam"/>
              <w:spacing w:after="16" w:line="235" w:lineRule="auto"/>
              <w:ind w:left="160" w:hanging="100"/>
            </w:pPr>
            <w:r>
              <w:rPr>
                <w:color w:val="203038"/>
                <w:sz w:val="14"/>
              </w:rPr>
              <w:t>sodeluje pri razstavi</w:t>
            </w:r>
          </w:p>
          <w:p w14:paraId="3843ED3E" w14:textId="77777777" w:rsidR="00DC7FCD" w:rsidRDefault="00000000">
            <w:pPr>
              <w:pStyle w:val="Oznaenseznam"/>
              <w:spacing w:after="16" w:line="235" w:lineRule="auto"/>
              <w:ind w:left="160" w:hanging="100"/>
            </w:pPr>
            <w:r>
              <w:rPr>
                <w:color w:val="203038"/>
                <w:sz w:val="14"/>
              </w:rPr>
              <w:t>skrbi za izdelke</w:t>
            </w:r>
          </w:p>
          <w:p w14:paraId="20F1253D" w14:textId="77777777" w:rsidR="00DC7FCD" w:rsidRDefault="00000000">
            <w:pPr>
              <w:pStyle w:val="Oznaenseznam"/>
              <w:spacing w:after="16" w:line="235" w:lineRule="auto"/>
              <w:ind w:left="160" w:hanging="100"/>
            </w:pPr>
            <w:r>
              <w:rPr>
                <w:color w:val="203038"/>
                <w:sz w:val="14"/>
              </w:rPr>
              <w:t>pospravi prostor</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E2E5419" w14:textId="77777777" w:rsidR="00DC7FCD" w:rsidRDefault="00000000">
            <w:pPr>
              <w:spacing w:after="16" w:line="240" w:lineRule="auto"/>
              <w:jc w:val="center"/>
            </w:pPr>
            <w:r>
              <w:rPr>
                <w:b/>
                <w:color w:val="A3702A"/>
                <w:sz w:val="14"/>
              </w:rPr>
              <w:t>1</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5D331A" w14:textId="77777777" w:rsidR="00DC7FCD" w:rsidRDefault="00000000">
            <w:pPr>
              <w:spacing w:after="16" w:line="240" w:lineRule="auto"/>
            </w:pPr>
            <w:r>
              <w:rPr>
                <w:color w:val="203038"/>
                <w:sz w:val="13"/>
              </w:rPr>
              <w:t>izkušnja: opazovanje/preizkus materiala; gibanje: veliki format/galerijski sprehod; dokaz: proces, izdelek,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7E3520" w14:textId="77777777" w:rsidR="00DC7FCD" w:rsidRDefault="00000000">
            <w:pPr>
              <w:spacing w:after="16" w:line="240" w:lineRule="auto"/>
            </w:pPr>
            <w:r>
              <w:rPr>
                <w:color w:val="203038"/>
                <w:sz w:val="13"/>
              </w:rPr>
              <w:t>sprotno preverjanje in opisna povratna informacija</w:t>
            </w:r>
          </w:p>
        </w:tc>
      </w:tr>
    </w:tbl>
    <w:p w14:paraId="4757E83A" w14:textId="77777777" w:rsidR="00DC7FCD" w:rsidRDefault="00000000">
      <w:pPr>
        <w:spacing w:after="60" w:line="252" w:lineRule="auto"/>
        <w:jc w:val="right"/>
      </w:pPr>
      <w:r>
        <w:rPr>
          <w:b/>
          <w:color w:val="A3702A"/>
        </w:rPr>
        <w:t>SKUPAJ: 70 ur</w:t>
      </w:r>
    </w:p>
    <w:p w14:paraId="1274E498" w14:textId="77777777" w:rsidR="00DC7FCD" w:rsidRPr="008F4AC0" w:rsidRDefault="00000000">
      <w:pPr>
        <w:pStyle w:val="Naslov1"/>
        <w:spacing w:before="140" w:after="80"/>
      </w:pPr>
      <w:r w:rsidRPr="008F4AC0">
        <w:rPr>
          <w:rFonts w:ascii="Arial" w:eastAsia="Arial" w:hAnsi="Arial"/>
          <w:color w:val="173B4D"/>
        </w:rPr>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DC7FCD" w14:paraId="000A00A3" w14:textId="77777777">
        <w:trPr>
          <w:tblHeader/>
          <w:jc w:val="center"/>
        </w:trPr>
        <w:tc>
          <w:tcPr>
            <w:tcW w:w="17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297267CC" w14:textId="77777777" w:rsidR="00DC7FCD" w:rsidRDefault="00000000">
            <w:pPr>
              <w:spacing w:after="24" w:line="240" w:lineRule="auto"/>
              <w:jc w:val="center"/>
            </w:pPr>
            <w:r>
              <w:rPr>
                <w:b/>
                <w:color w:val="FFFFFF"/>
                <w:sz w:val="14"/>
              </w:rPr>
              <w:t>OBDOBJE</w:t>
            </w:r>
          </w:p>
        </w:tc>
        <w:tc>
          <w:tcPr>
            <w:tcW w:w="18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2504C904" w14:textId="77777777" w:rsidR="00DC7FCD" w:rsidRDefault="00000000">
            <w:pPr>
              <w:spacing w:after="24" w:line="240" w:lineRule="auto"/>
              <w:jc w:val="center"/>
            </w:pPr>
            <w:r>
              <w:rPr>
                <w:b/>
                <w:color w:val="FFFFFF"/>
                <w:sz w:val="14"/>
              </w:rPr>
              <w:t>TEDNI</w:t>
            </w:r>
          </w:p>
        </w:tc>
        <w:tc>
          <w:tcPr>
            <w:tcW w:w="1068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43A05201" w14:textId="77777777" w:rsidR="00DC7FCD" w:rsidRDefault="00000000">
            <w:pPr>
              <w:spacing w:after="24" w:line="240" w:lineRule="auto"/>
              <w:jc w:val="center"/>
            </w:pPr>
            <w:r>
              <w:rPr>
                <w:b/>
                <w:color w:val="FFFFFF"/>
                <w:sz w:val="14"/>
              </w:rPr>
              <w:t>SKUPNA TEMA</w:t>
            </w:r>
          </w:p>
        </w:tc>
        <w:tc>
          <w:tcPr>
            <w:tcW w:w="1200" w:type="dxa"/>
            <w:tcBorders>
              <w:top w:val="single" w:sz="5" w:space="0" w:color="A3702A"/>
              <w:left w:val="single" w:sz="5" w:space="0" w:color="A3702A"/>
              <w:bottom w:val="single" w:sz="5" w:space="0" w:color="A3702A"/>
              <w:right w:val="single" w:sz="5" w:space="0" w:color="A3702A"/>
            </w:tcBorders>
            <w:shd w:val="clear" w:color="auto" w:fill="A3702A"/>
            <w:tcMar>
              <w:top w:w="70" w:type="dxa"/>
              <w:left w:w="90" w:type="dxa"/>
              <w:bottom w:w="70" w:type="dxa"/>
              <w:right w:w="90" w:type="dxa"/>
            </w:tcMar>
            <w:vAlign w:val="center"/>
          </w:tcPr>
          <w:p w14:paraId="7876C900" w14:textId="77777777" w:rsidR="00DC7FCD" w:rsidRDefault="00000000">
            <w:pPr>
              <w:spacing w:after="24" w:line="240" w:lineRule="auto"/>
              <w:jc w:val="center"/>
            </w:pPr>
            <w:r>
              <w:rPr>
                <w:b/>
                <w:color w:val="FFFFFF"/>
                <w:sz w:val="14"/>
              </w:rPr>
              <w:t>URE</w:t>
            </w:r>
          </w:p>
        </w:tc>
      </w:tr>
      <w:tr w:rsidR="00DC7FCD" w14:paraId="32BFFBD8"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C7159B" w14:textId="77777777" w:rsidR="00DC7FCD" w:rsidRDefault="00000000">
            <w:pPr>
              <w:spacing w:after="24" w:line="240" w:lineRule="auto"/>
            </w:pPr>
            <w:r>
              <w:rPr>
                <w:b/>
                <w:color w:val="A3702A"/>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948B1D" w14:textId="77777777" w:rsidR="00DC7FCD" w:rsidRDefault="00000000">
            <w:pPr>
              <w:spacing w:after="24" w:line="240" w:lineRule="auto"/>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A9BAAA" w14:textId="77777777" w:rsidR="00DC7FCD" w:rsidRDefault="00000000">
            <w:pPr>
              <w:spacing w:after="24" w:line="240" w:lineRule="auto"/>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56AF183" w14:textId="77777777" w:rsidR="00DC7FCD" w:rsidRDefault="00000000">
            <w:pPr>
              <w:spacing w:after="24" w:line="240" w:lineRule="auto"/>
              <w:jc w:val="center"/>
            </w:pPr>
            <w:r>
              <w:rPr>
                <w:b/>
                <w:color w:val="A3702A"/>
                <w:sz w:val="15"/>
              </w:rPr>
              <w:t>7</w:t>
            </w:r>
          </w:p>
        </w:tc>
      </w:tr>
      <w:tr w:rsidR="00DC7FCD" w14:paraId="04FCA29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A2D4B5D" w14:textId="77777777" w:rsidR="00DC7FCD" w:rsidRDefault="00000000">
            <w:pPr>
              <w:spacing w:after="24" w:line="240" w:lineRule="auto"/>
            </w:pPr>
            <w:r>
              <w:rPr>
                <w:b/>
                <w:color w:val="A3702A"/>
                <w:sz w:val="15"/>
              </w:rPr>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B0E39D" w14:textId="77777777" w:rsidR="00DC7FCD" w:rsidRDefault="00000000">
            <w:pPr>
              <w:spacing w:after="24" w:line="240" w:lineRule="auto"/>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18B3AF" w14:textId="77777777" w:rsidR="00DC7FCD" w:rsidRDefault="00000000">
            <w:pPr>
              <w:spacing w:after="24" w:line="240" w:lineRule="auto"/>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B21C84" w14:textId="77777777" w:rsidR="00DC7FCD" w:rsidRDefault="00000000">
            <w:pPr>
              <w:spacing w:after="24" w:line="240" w:lineRule="auto"/>
              <w:jc w:val="center"/>
            </w:pPr>
            <w:r>
              <w:rPr>
                <w:b/>
                <w:color w:val="A3702A"/>
                <w:sz w:val="15"/>
              </w:rPr>
              <w:t>8</w:t>
            </w:r>
          </w:p>
        </w:tc>
      </w:tr>
      <w:tr w:rsidR="00DC7FCD" w14:paraId="5F04C0E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F52109" w14:textId="77777777" w:rsidR="00DC7FCD" w:rsidRDefault="00000000">
            <w:pPr>
              <w:spacing w:after="24" w:line="240" w:lineRule="auto"/>
            </w:pPr>
            <w:r>
              <w:rPr>
                <w:b/>
                <w:color w:val="A3702A"/>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015559" w14:textId="77777777" w:rsidR="00DC7FCD" w:rsidRDefault="00000000">
            <w:pPr>
              <w:spacing w:after="24" w:line="240" w:lineRule="auto"/>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341392" w14:textId="77777777" w:rsidR="00DC7FCD" w:rsidRDefault="00000000">
            <w:pPr>
              <w:spacing w:after="24" w:line="240" w:lineRule="auto"/>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FDF9285" w14:textId="77777777" w:rsidR="00DC7FCD" w:rsidRDefault="00000000">
            <w:pPr>
              <w:spacing w:after="24" w:line="240" w:lineRule="auto"/>
              <w:jc w:val="center"/>
            </w:pPr>
            <w:r>
              <w:rPr>
                <w:b/>
                <w:color w:val="A3702A"/>
                <w:sz w:val="15"/>
              </w:rPr>
              <w:t>8</w:t>
            </w:r>
          </w:p>
        </w:tc>
      </w:tr>
      <w:tr w:rsidR="00DC7FCD" w14:paraId="5277D5E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69F7F2" w14:textId="77777777" w:rsidR="00DC7FCD" w:rsidRDefault="00000000">
            <w:pPr>
              <w:spacing w:after="24" w:line="240" w:lineRule="auto"/>
            </w:pPr>
            <w:r>
              <w:rPr>
                <w:b/>
                <w:color w:val="A3702A"/>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59F36F" w14:textId="77777777" w:rsidR="00DC7FCD" w:rsidRDefault="00000000">
            <w:pPr>
              <w:spacing w:after="24" w:line="240" w:lineRule="auto"/>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DC87BF" w14:textId="77777777" w:rsidR="00DC7FCD" w:rsidRDefault="00000000">
            <w:pPr>
              <w:spacing w:after="24" w:line="240" w:lineRule="auto"/>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507A7D" w14:textId="77777777" w:rsidR="00DC7FCD" w:rsidRDefault="00000000">
            <w:pPr>
              <w:spacing w:after="24" w:line="240" w:lineRule="auto"/>
              <w:jc w:val="center"/>
            </w:pPr>
            <w:r>
              <w:rPr>
                <w:b/>
                <w:color w:val="A3702A"/>
                <w:sz w:val="15"/>
              </w:rPr>
              <w:t>7</w:t>
            </w:r>
          </w:p>
        </w:tc>
      </w:tr>
      <w:tr w:rsidR="00DC7FCD" w14:paraId="4CF850FB"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5699D9" w14:textId="77777777" w:rsidR="00DC7FCD" w:rsidRDefault="00000000">
            <w:pPr>
              <w:spacing w:after="24" w:line="240" w:lineRule="auto"/>
            </w:pPr>
            <w:r>
              <w:rPr>
                <w:b/>
                <w:color w:val="A3702A"/>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58EEE0" w14:textId="77777777" w:rsidR="00DC7FCD" w:rsidRDefault="00000000">
            <w:pPr>
              <w:spacing w:after="24" w:line="240" w:lineRule="auto"/>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D0E76F" w14:textId="77777777" w:rsidR="00DC7FCD" w:rsidRDefault="00000000">
            <w:pPr>
              <w:spacing w:after="24" w:line="240" w:lineRule="auto"/>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4B61EC" w14:textId="77777777" w:rsidR="00DC7FCD" w:rsidRDefault="00000000">
            <w:pPr>
              <w:spacing w:after="24" w:line="240" w:lineRule="auto"/>
              <w:jc w:val="center"/>
            </w:pPr>
            <w:r>
              <w:rPr>
                <w:b/>
                <w:color w:val="A3702A"/>
                <w:sz w:val="15"/>
              </w:rPr>
              <w:t>8</w:t>
            </w:r>
          </w:p>
        </w:tc>
      </w:tr>
      <w:tr w:rsidR="00DC7FCD" w14:paraId="2AB7643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479A80" w14:textId="77777777" w:rsidR="00DC7FCD" w:rsidRDefault="00000000">
            <w:pPr>
              <w:spacing w:after="24" w:line="240" w:lineRule="auto"/>
            </w:pPr>
            <w:r>
              <w:rPr>
                <w:b/>
                <w:color w:val="A3702A"/>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FF2139" w14:textId="77777777" w:rsidR="00DC7FCD" w:rsidRDefault="00000000">
            <w:pPr>
              <w:spacing w:after="24" w:line="240" w:lineRule="auto"/>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AA8A4E" w14:textId="77777777" w:rsidR="00DC7FCD" w:rsidRDefault="00000000">
            <w:pPr>
              <w:spacing w:after="24" w:line="240" w:lineRule="auto"/>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88C341" w14:textId="77777777" w:rsidR="00DC7FCD" w:rsidRDefault="00000000">
            <w:pPr>
              <w:spacing w:after="24" w:line="240" w:lineRule="auto"/>
              <w:jc w:val="center"/>
            </w:pPr>
            <w:r>
              <w:rPr>
                <w:b/>
                <w:color w:val="A3702A"/>
                <w:sz w:val="15"/>
              </w:rPr>
              <w:t>5</w:t>
            </w:r>
          </w:p>
        </w:tc>
      </w:tr>
      <w:tr w:rsidR="00DC7FCD" w14:paraId="666B7815"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8B5B87" w14:textId="77777777" w:rsidR="00DC7FCD" w:rsidRDefault="00000000">
            <w:pPr>
              <w:spacing w:after="24" w:line="240" w:lineRule="auto"/>
            </w:pPr>
            <w:r>
              <w:rPr>
                <w:b/>
                <w:color w:val="A3702A"/>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433EEE" w14:textId="77777777" w:rsidR="00DC7FCD" w:rsidRDefault="00000000">
            <w:pPr>
              <w:spacing w:after="24" w:line="240" w:lineRule="auto"/>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D21817" w14:textId="77777777" w:rsidR="00DC7FCD" w:rsidRDefault="00000000">
            <w:pPr>
              <w:spacing w:after="24" w:line="240" w:lineRule="auto"/>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F2E5ED" w14:textId="77777777" w:rsidR="00DC7FCD" w:rsidRDefault="00000000">
            <w:pPr>
              <w:spacing w:after="24" w:line="240" w:lineRule="auto"/>
              <w:jc w:val="center"/>
            </w:pPr>
            <w:r>
              <w:rPr>
                <w:b/>
                <w:color w:val="A3702A"/>
                <w:sz w:val="15"/>
              </w:rPr>
              <w:t>6</w:t>
            </w:r>
          </w:p>
        </w:tc>
      </w:tr>
      <w:tr w:rsidR="00DC7FCD" w14:paraId="0131D2E2"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3EAA64E" w14:textId="77777777" w:rsidR="00DC7FCD" w:rsidRDefault="00000000">
            <w:pPr>
              <w:spacing w:after="24" w:line="240" w:lineRule="auto"/>
            </w:pPr>
            <w:r>
              <w:rPr>
                <w:b/>
                <w:color w:val="A3702A"/>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BFACEA9" w14:textId="77777777" w:rsidR="00DC7FCD" w:rsidRDefault="00000000">
            <w:pPr>
              <w:spacing w:after="24" w:line="240" w:lineRule="auto"/>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D6F871" w14:textId="77777777" w:rsidR="00DC7FCD" w:rsidRDefault="00000000">
            <w:pPr>
              <w:spacing w:after="24" w:line="240" w:lineRule="auto"/>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05F917" w14:textId="77777777" w:rsidR="00DC7FCD" w:rsidRDefault="00000000">
            <w:pPr>
              <w:spacing w:after="24" w:line="240" w:lineRule="auto"/>
              <w:jc w:val="center"/>
            </w:pPr>
            <w:r>
              <w:rPr>
                <w:b/>
                <w:color w:val="A3702A"/>
                <w:sz w:val="15"/>
              </w:rPr>
              <w:t>4</w:t>
            </w:r>
          </w:p>
        </w:tc>
      </w:tr>
      <w:tr w:rsidR="00DC7FCD" w14:paraId="1F8AC0BF"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73CE63" w14:textId="77777777" w:rsidR="00DC7FCD" w:rsidRDefault="00000000">
            <w:pPr>
              <w:spacing w:after="24" w:line="240" w:lineRule="auto"/>
            </w:pPr>
            <w:r>
              <w:rPr>
                <w:b/>
                <w:color w:val="A3702A"/>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C1A533" w14:textId="77777777" w:rsidR="00DC7FCD" w:rsidRDefault="00000000">
            <w:pPr>
              <w:spacing w:after="24" w:line="240" w:lineRule="auto"/>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EB76DC" w14:textId="77777777" w:rsidR="00DC7FCD" w:rsidRDefault="00000000">
            <w:pPr>
              <w:spacing w:after="24" w:line="240" w:lineRule="auto"/>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3BADE4" w14:textId="77777777" w:rsidR="00DC7FCD" w:rsidRDefault="00000000">
            <w:pPr>
              <w:spacing w:after="24" w:line="240" w:lineRule="auto"/>
              <w:jc w:val="center"/>
            </w:pPr>
            <w:r>
              <w:rPr>
                <w:b/>
                <w:color w:val="A3702A"/>
                <w:sz w:val="15"/>
              </w:rPr>
              <w:t>3</w:t>
            </w:r>
          </w:p>
        </w:tc>
      </w:tr>
      <w:tr w:rsidR="00DC7FCD" w14:paraId="76BDDE6D"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112CB7" w14:textId="77777777" w:rsidR="00DC7FCD" w:rsidRDefault="00000000">
            <w:pPr>
              <w:spacing w:after="24" w:line="240" w:lineRule="auto"/>
            </w:pPr>
            <w:r>
              <w:rPr>
                <w:b/>
                <w:color w:val="A3702A"/>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ED2D58" w14:textId="77777777" w:rsidR="00DC7FCD" w:rsidRDefault="00000000">
            <w:pPr>
              <w:spacing w:after="24" w:line="240" w:lineRule="auto"/>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F139AC" w14:textId="77777777" w:rsidR="00DC7FCD" w:rsidRDefault="00000000">
            <w:pPr>
              <w:spacing w:after="24" w:line="240" w:lineRule="auto"/>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3E57DF" w14:textId="77777777" w:rsidR="00DC7FCD" w:rsidRDefault="00000000">
            <w:pPr>
              <w:spacing w:after="24" w:line="240" w:lineRule="auto"/>
              <w:jc w:val="center"/>
            </w:pPr>
            <w:r>
              <w:rPr>
                <w:b/>
                <w:color w:val="A3702A"/>
                <w:sz w:val="15"/>
              </w:rPr>
              <w:t>7</w:t>
            </w:r>
          </w:p>
        </w:tc>
      </w:tr>
      <w:tr w:rsidR="00DC7FCD" w14:paraId="4DB00CD8"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0AE252" w14:textId="77777777" w:rsidR="00DC7FCD" w:rsidRDefault="00000000">
            <w:pPr>
              <w:spacing w:after="24" w:line="240" w:lineRule="auto"/>
            </w:pPr>
            <w:r>
              <w:rPr>
                <w:b/>
                <w:color w:val="A3702A"/>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996530" w14:textId="77777777" w:rsidR="00DC7FCD" w:rsidRDefault="00000000">
            <w:pPr>
              <w:spacing w:after="24" w:line="240" w:lineRule="auto"/>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CBD6F3" w14:textId="77777777" w:rsidR="00DC7FCD" w:rsidRDefault="00000000">
            <w:pPr>
              <w:spacing w:after="24" w:line="240" w:lineRule="auto"/>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02136D" w14:textId="77777777" w:rsidR="00DC7FCD" w:rsidRDefault="00000000">
            <w:pPr>
              <w:spacing w:after="24" w:line="240" w:lineRule="auto"/>
              <w:jc w:val="center"/>
            </w:pPr>
            <w:r>
              <w:rPr>
                <w:b/>
                <w:color w:val="A3702A"/>
                <w:sz w:val="15"/>
              </w:rPr>
              <w:t>7</w:t>
            </w:r>
          </w:p>
        </w:tc>
      </w:tr>
      <w:tr w:rsidR="00DC7FCD" w14:paraId="051FF090" w14:textId="77777777">
        <w:trPr>
          <w:jc w:val="center"/>
        </w:trPr>
        <w:tc>
          <w:tcPr>
            <w:tcW w:w="1700" w:type="dxa"/>
            <w:tcBorders>
              <w:top w:val="single" w:sz="7" w:space="0" w:color="A3702A"/>
              <w:left w:val="single" w:sz="7" w:space="0" w:color="A3702A"/>
              <w:bottom w:val="single" w:sz="7" w:space="0" w:color="A3702A"/>
              <w:right w:val="single" w:sz="7" w:space="0" w:color="A3702A"/>
            </w:tcBorders>
            <w:shd w:val="clear" w:color="auto" w:fill="E7F3F2"/>
            <w:tcMar>
              <w:top w:w="70" w:type="dxa"/>
              <w:left w:w="90" w:type="dxa"/>
              <w:bottom w:w="70" w:type="dxa"/>
              <w:right w:w="90" w:type="dxa"/>
            </w:tcMar>
            <w:vAlign w:val="center"/>
          </w:tcPr>
          <w:p w14:paraId="75E9A8E9" w14:textId="77777777" w:rsidR="00DC7FCD" w:rsidRDefault="00000000">
            <w:pPr>
              <w:spacing w:after="24" w:line="240" w:lineRule="auto"/>
            </w:pPr>
            <w:r>
              <w:rPr>
                <w:b/>
                <w:color w:val="A3702A"/>
                <w:sz w:val="16"/>
              </w:rPr>
              <w:t>SKUPAJ</w:t>
            </w:r>
          </w:p>
        </w:tc>
        <w:tc>
          <w:tcPr>
            <w:tcW w:w="1800" w:type="dxa"/>
            <w:tcBorders>
              <w:top w:val="single" w:sz="7" w:space="0" w:color="A3702A"/>
              <w:left w:val="single" w:sz="7" w:space="0" w:color="A3702A"/>
              <w:bottom w:val="single" w:sz="7" w:space="0" w:color="A3702A"/>
              <w:right w:val="single" w:sz="7" w:space="0" w:color="A3702A"/>
            </w:tcBorders>
            <w:shd w:val="clear" w:color="auto" w:fill="E7F3F2"/>
            <w:tcMar>
              <w:top w:w="70" w:type="dxa"/>
              <w:left w:w="90" w:type="dxa"/>
              <w:bottom w:w="70" w:type="dxa"/>
              <w:right w:w="90" w:type="dxa"/>
            </w:tcMar>
            <w:vAlign w:val="center"/>
          </w:tcPr>
          <w:p w14:paraId="2001E8CF" w14:textId="77777777" w:rsidR="00DC7FCD" w:rsidRDefault="00DC7FCD">
            <w:pPr>
              <w:spacing w:after="0"/>
            </w:pPr>
          </w:p>
        </w:tc>
        <w:tc>
          <w:tcPr>
            <w:tcW w:w="10680" w:type="dxa"/>
            <w:tcBorders>
              <w:top w:val="single" w:sz="7" w:space="0" w:color="A3702A"/>
              <w:left w:val="single" w:sz="7" w:space="0" w:color="A3702A"/>
              <w:bottom w:val="single" w:sz="7" w:space="0" w:color="A3702A"/>
              <w:right w:val="single" w:sz="7" w:space="0" w:color="A3702A"/>
            </w:tcBorders>
            <w:shd w:val="clear" w:color="auto" w:fill="E7F3F2"/>
            <w:tcMar>
              <w:top w:w="70" w:type="dxa"/>
              <w:left w:w="90" w:type="dxa"/>
              <w:bottom w:w="70" w:type="dxa"/>
              <w:right w:w="90" w:type="dxa"/>
            </w:tcMar>
            <w:vAlign w:val="center"/>
          </w:tcPr>
          <w:p w14:paraId="044D11EA" w14:textId="77777777" w:rsidR="00DC7FCD" w:rsidRDefault="00DC7FCD">
            <w:pPr>
              <w:spacing w:after="0"/>
            </w:pPr>
          </w:p>
        </w:tc>
        <w:tc>
          <w:tcPr>
            <w:tcW w:w="1200" w:type="dxa"/>
            <w:tcBorders>
              <w:top w:val="single" w:sz="7" w:space="0" w:color="A3702A"/>
              <w:left w:val="single" w:sz="7" w:space="0" w:color="A3702A"/>
              <w:bottom w:val="single" w:sz="7" w:space="0" w:color="A3702A"/>
              <w:right w:val="single" w:sz="7" w:space="0" w:color="A3702A"/>
            </w:tcBorders>
            <w:shd w:val="clear" w:color="auto" w:fill="E7F3F2"/>
            <w:tcMar>
              <w:top w:w="70" w:type="dxa"/>
              <w:left w:w="90" w:type="dxa"/>
              <w:bottom w:w="70" w:type="dxa"/>
              <w:right w:w="90" w:type="dxa"/>
            </w:tcMar>
            <w:vAlign w:val="center"/>
          </w:tcPr>
          <w:p w14:paraId="1BB4E0C7" w14:textId="77777777" w:rsidR="00DC7FCD" w:rsidRDefault="00000000">
            <w:pPr>
              <w:spacing w:after="24" w:line="240" w:lineRule="auto"/>
              <w:jc w:val="center"/>
            </w:pPr>
            <w:r>
              <w:rPr>
                <w:b/>
                <w:color w:val="A3702A"/>
              </w:rPr>
              <w:t>70</w:t>
            </w:r>
          </w:p>
        </w:tc>
      </w:tr>
    </w:tbl>
    <w:p w14:paraId="355C759E" w14:textId="77777777" w:rsidR="00336226" w:rsidRDefault="00000000">
      <w:r>
        <w:br w:type="page"/>
      </w:r>
    </w:p>
    <w:p w14:paraId="3718F5CE" w14:textId="77777777" w:rsidR="00336226" w:rsidRDefault="00000000">
      <w:pPr>
        <w:pStyle w:val="Naslov1"/>
        <w:spacing w:before="0" w:after="60" w:line="240" w:lineRule="auto"/>
      </w:pPr>
      <w:r>
        <w:rPr>
          <w:rFonts w:ascii="Arial" w:eastAsia="Arial" w:hAnsi="Arial" w:cs="Arial"/>
          <w:color w:val="173E4D"/>
          <w:sz w:val="31"/>
        </w:rPr>
        <w:lastRenderedPageBreak/>
        <w:t>6. Podrobni obvezni, povezovalni in skupni cilji (iz UN)</w:t>
      </w:r>
    </w:p>
    <w:p w14:paraId="539ABDA5" w14:textId="77777777" w:rsidR="00336226" w:rsidRDefault="00000000">
      <w:pPr>
        <w:spacing w:after="80" w:line="240" w:lineRule="auto"/>
      </w:pPr>
      <w:r>
        <w:rPr>
          <w:rFonts w:cs="Arial"/>
          <w:color w:val="34444B"/>
          <w:sz w:val="16"/>
        </w:rPr>
        <w:t>Preglednice vsebinsko strnjeno povzemajo tri obvezne teme, cilje, standarde znanja in termine likovne umetnosti iz Učnega načrta za prvo vzgojno-izobraževalno obdobje (MVI in ZRSŠ, 2025). Povezovalni in skupni cilji so izbrani po oznakah ob predmetnih ciljih ter prilagojeni razvojni stopnji 1. razreda. Pri vsaki likovni nalogi se smiselno povežejo likovni jezik, likovna tehnika in likovna vsebina oziroma motiv.</w:t>
      </w:r>
    </w:p>
    <w:p w14:paraId="726A4CAA" w14:textId="77777777" w:rsidR="00336226" w:rsidRDefault="00000000">
      <w:pPr>
        <w:pStyle w:val="Naslov2"/>
        <w:spacing w:before="0" w:line="240" w:lineRule="auto"/>
      </w:pPr>
      <w:r>
        <w:rPr>
          <w:rFonts w:ascii="Arial" w:eastAsia="Arial" w:hAnsi="Arial" w:cs="Arial"/>
          <w:color w:val="2F8577"/>
          <w:sz w:val="24"/>
        </w:rPr>
        <w:t>6.1 Likovni jezik</w:t>
      </w:r>
    </w:p>
    <w:tbl>
      <w:tblPr>
        <w:tblStyle w:val="Tabelamrea"/>
        <w:tblW w:w="15398" w:type="dxa"/>
        <w:tblInd w:w="55" w:type="dxa"/>
        <w:tblLayout w:type="fixed"/>
        <w:tblLook w:val="04A0" w:firstRow="1" w:lastRow="0" w:firstColumn="1" w:lastColumn="0" w:noHBand="0" w:noVBand="1"/>
      </w:tblPr>
      <w:tblGrid>
        <w:gridCol w:w="3696"/>
        <w:gridCol w:w="3388"/>
        <w:gridCol w:w="3234"/>
        <w:gridCol w:w="3696"/>
        <w:gridCol w:w="1384"/>
      </w:tblGrid>
      <w:tr w:rsidR="00336226" w14:paraId="1B3A9777"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30BFAE9" w14:textId="77777777" w:rsidR="00336226"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DA59EE1" w14:textId="77777777" w:rsidR="00336226" w:rsidRDefault="00000000">
            <w:pPr>
              <w:keepNext/>
              <w:spacing w:after="0" w:line="240" w:lineRule="auto"/>
              <w:jc w:val="center"/>
            </w:pPr>
            <w:r>
              <w:rPr>
                <w:rFonts w:cs="Arial"/>
                <w:b/>
                <w:color w:val="FFFFFF"/>
                <w:sz w:val="13"/>
              </w:rPr>
              <w:t>Povezovalni cilji</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5CCD64F" w14:textId="77777777" w:rsidR="00336226" w:rsidRDefault="00000000">
            <w:pPr>
              <w:keepNext/>
              <w:spacing w:after="0" w:line="240" w:lineRule="auto"/>
              <w:jc w:val="center"/>
            </w:pPr>
            <w:r>
              <w:rPr>
                <w:rFonts w:cs="Arial"/>
                <w:b/>
                <w:color w:val="FFFFFF"/>
                <w:sz w:val="13"/>
              </w:rPr>
              <w:t>Skupni cilji</w:t>
            </w:r>
          </w:p>
        </w:tc>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E4673DB" w14:textId="77777777" w:rsidR="00336226" w:rsidRDefault="00000000">
            <w:pPr>
              <w:keepNext/>
              <w:spacing w:after="0" w:line="240" w:lineRule="auto"/>
              <w:jc w:val="center"/>
            </w:pPr>
            <w:r>
              <w:rPr>
                <w:rFonts w:cs="Arial"/>
                <w:b/>
                <w:color w:val="FFFFFF"/>
                <w:sz w:val="13"/>
              </w:rPr>
              <w:t>Standardi znanja</w:t>
            </w:r>
          </w:p>
        </w:tc>
        <w:tc>
          <w:tcPr>
            <w:tcW w:w="138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FD78C9F" w14:textId="77777777" w:rsidR="00336226" w:rsidRDefault="00000000">
            <w:pPr>
              <w:keepNext/>
              <w:spacing w:after="0" w:line="240" w:lineRule="auto"/>
              <w:jc w:val="center"/>
            </w:pPr>
            <w:r>
              <w:rPr>
                <w:rFonts w:cs="Arial"/>
                <w:b/>
                <w:color w:val="FFFFFF"/>
                <w:sz w:val="13"/>
              </w:rPr>
              <w:t>Termini</w:t>
            </w:r>
          </w:p>
        </w:tc>
      </w:tr>
      <w:tr w:rsidR="00336226" w14:paraId="6E380CDF"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1D172B1" w14:textId="77777777" w:rsidR="00336226" w:rsidRDefault="00000000">
            <w:pPr>
              <w:pStyle w:val="Oznaenseznam"/>
              <w:spacing w:after="10" w:line="235" w:lineRule="auto"/>
              <w:ind w:left="160" w:hanging="110"/>
            </w:pPr>
            <w:r>
              <w:rPr>
                <w:rFonts w:cs="Arial"/>
                <w:color w:val="34444B"/>
                <w:sz w:val="13"/>
              </w:rPr>
              <w:t>svet raziskuje prek barv, oblik in površin</w:t>
            </w:r>
          </w:p>
          <w:p w14:paraId="4B29CE8F" w14:textId="77777777" w:rsidR="00336226" w:rsidRDefault="00000000">
            <w:pPr>
              <w:pStyle w:val="Oznaenseznam"/>
              <w:spacing w:after="10" w:line="235" w:lineRule="auto"/>
              <w:ind w:left="160" w:hanging="110"/>
            </w:pPr>
            <w:r>
              <w:rPr>
                <w:rFonts w:cs="Arial"/>
                <w:color w:val="34444B"/>
                <w:sz w:val="13"/>
              </w:rPr>
              <w:t>spontano se likovno izraža na različnih likovnih področjih</w:t>
            </w:r>
          </w:p>
          <w:p w14:paraId="1DE6311F" w14:textId="77777777" w:rsidR="00336226" w:rsidRDefault="00000000">
            <w:pPr>
              <w:pStyle w:val="Oznaenseznam"/>
              <w:spacing w:after="10" w:line="235" w:lineRule="auto"/>
              <w:ind w:left="160" w:hanging="110"/>
            </w:pPr>
            <w:r>
              <w:rPr>
                <w:rFonts w:cs="Arial"/>
                <w:color w:val="34444B"/>
                <w:sz w:val="13"/>
              </w:rPr>
              <w:t>na ploskvi in v prostoru oblikuje izdelek, v katerem uporabi osnovne likovne pojme</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2F73EB1" w14:textId="77777777" w:rsidR="00336226" w:rsidRDefault="00000000">
            <w:pPr>
              <w:pStyle w:val="Oznaenseznam"/>
              <w:spacing w:after="10" w:line="235" w:lineRule="auto"/>
              <w:ind w:left="160" w:hanging="110"/>
            </w:pPr>
            <w:r>
              <w:rPr>
                <w:rFonts w:cs="Arial"/>
                <w:color w:val="34444B"/>
                <w:sz w:val="13"/>
              </w:rPr>
              <w:t>Učenje učenja: opazuje, primerja, poimenuje likovne prvine, preizkuša rešitve in vrednoti svoj napredek.</w:t>
            </w:r>
          </w:p>
          <w:p w14:paraId="022CCA45" w14:textId="77777777" w:rsidR="00336226" w:rsidRDefault="00000000">
            <w:pPr>
              <w:pStyle w:val="Oznaenseznam"/>
              <w:spacing w:after="10" w:line="235" w:lineRule="auto"/>
              <w:ind w:left="160" w:hanging="110"/>
            </w:pPr>
            <w:r>
              <w:rPr>
                <w:rFonts w:cs="Arial"/>
                <w:color w:val="34444B"/>
                <w:sz w:val="13"/>
              </w:rPr>
              <w:t>Igra in gibanje: s telesom, gibanjem in prostorsko igro raziskuje točko, linijo, obliko, velikost in smer.</w:t>
            </w:r>
          </w:p>
          <w:p w14:paraId="0B5874DD" w14:textId="77777777" w:rsidR="00336226" w:rsidRDefault="00000000">
            <w:pPr>
              <w:pStyle w:val="Oznaenseznam"/>
              <w:spacing w:after="10" w:line="235" w:lineRule="auto"/>
              <w:ind w:left="160" w:hanging="110"/>
            </w:pPr>
            <w:r>
              <w:rPr>
                <w:rFonts w:cs="Arial"/>
                <w:color w:val="34444B"/>
                <w:sz w:val="13"/>
              </w:rPr>
              <w:t>Jezik in kultura: opisuje opaženo ter z ustreznimi izrazi pojasni svojo likovno odločitev.</w:t>
            </w:r>
          </w:p>
          <w:p w14:paraId="5B87F3D0" w14:textId="77777777" w:rsidR="00336226" w:rsidRDefault="00000000">
            <w:pPr>
              <w:pStyle w:val="Oznaenseznam"/>
              <w:spacing w:after="10" w:line="235" w:lineRule="auto"/>
              <w:ind w:left="160" w:hanging="110"/>
            </w:pPr>
            <w:r>
              <w:rPr>
                <w:rFonts w:cs="Arial"/>
                <w:color w:val="34444B"/>
                <w:sz w:val="13"/>
              </w:rPr>
              <w:t>Digitalno opismenjevanje: ob vodenju varno preizkusi preprosto digitalno risanje ali oblikovanje.</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9A165DF" w14:textId="77777777" w:rsidR="00336226" w:rsidRDefault="00000000">
            <w:pPr>
              <w:pStyle w:val="Oznaenseznam"/>
              <w:spacing w:after="10" w:line="235" w:lineRule="auto"/>
              <w:ind w:left="160" w:hanging="110"/>
            </w:pPr>
            <w:r>
              <w:rPr>
                <w:rFonts w:cs="Arial"/>
                <w:color w:val="34444B"/>
                <w:sz w:val="13"/>
              </w:rPr>
              <w:t>Kultura in umetnost: raziskuje likovni jezik ter se ustvarjalno izraža in odziva na umetnost.</w:t>
            </w:r>
          </w:p>
          <w:p w14:paraId="0FCDD51C" w14:textId="77777777" w:rsidR="00336226" w:rsidRDefault="00000000">
            <w:pPr>
              <w:pStyle w:val="Oznaenseznam"/>
              <w:spacing w:after="10" w:line="235" w:lineRule="auto"/>
              <w:ind w:left="160" w:hanging="110"/>
            </w:pPr>
            <w:r>
              <w:rPr>
                <w:rFonts w:cs="Arial"/>
                <w:color w:val="34444B"/>
                <w:sz w:val="13"/>
              </w:rPr>
              <w:t>Zdravje in dobrobit: zaznava in izraža doživetja ter razvija čutno občutljivost in ročne spretnosti.</w:t>
            </w:r>
          </w:p>
          <w:p w14:paraId="66755661" w14:textId="77777777" w:rsidR="00336226" w:rsidRDefault="00000000">
            <w:pPr>
              <w:pStyle w:val="Oznaenseznam"/>
              <w:spacing w:after="10" w:line="235" w:lineRule="auto"/>
              <w:ind w:left="160" w:hanging="110"/>
            </w:pPr>
            <w:r>
              <w:rPr>
                <w:rFonts w:cs="Arial"/>
                <w:color w:val="34444B"/>
                <w:sz w:val="13"/>
              </w:rPr>
              <w:t>Digitalna kompetentnost: ustvari preprosto vizualno vsebino z izbranim digitalnim orodjem, kadar je to smiselno.</w:t>
            </w:r>
          </w:p>
        </w:tc>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E7FC4D2" w14:textId="77777777" w:rsidR="00336226" w:rsidRDefault="00000000">
            <w:pPr>
              <w:pStyle w:val="Oznaenseznam"/>
              <w:spacing w:after="10" w:line="235" w:lineRule="auto"/>
              <w:ind w:left="160" w:hanging="110"/>
            </w:pPr>
            <w:r>
              <w:rPr>
                <w:rFonts w:cs="Arial"/>
                <w:color w:val="34444B"/>
                <w:sz w:val="13"/>
              </w:rPr>
              <w:t>razlikuje vrste linij in točk ter jih uporabi v risbi</w:t>
            </w:r>
          </w:p>
          <w:p w14:paraId="46AE7040" w14:textId="77777777" w:rsidR="00336226" w:rsidRDefault="00000000">
            <w:pPr>
              <w:pStyle w:val="Oznaenseznam"/>
              <w:spacing w:after="10" w:line="235" w:lineRule="auto"/>
              <w:ind w:left="160" w:hanging="110"/>
            </w:pPr>
            <w:r>
              <w:rPr>
                <w:rFonts w:cs="Arial"/>
                <w:color w:val="34444B"/>
                <w:sz w:val="13"/>
              </w:rPr>
              <w:t>razlikuje barve, svetlostne in barvne odtenke ter jih uporabi v sliki</w:t>
            </w:r>
          </w:p>
          <w:p w14:paraId="2D15176D" w14:textId="77777777" w:rsidR="00336226" w:rsidRDefault="00000000">
            <w:pPr>
              <w:pStyle w:val="Oznaenseznam"/>
              <w:spacing w:after="10" w:line="235" w:lineRule="auto"/>
              <w:ind w:left="160" w:hanging="110"/>
            </w:pPr>
            <w:r>
              <w:rPr>
                <w:rFonts w:cs="Arial"/>
                <w:color w:val="34444B"/>
                <w:sz w:val="13"/>
              </w:rPr>
              <w:t>razlikuje matrico od odtisa in izdela preprost grafični odtis</w:t>
            </w:r>
          </w:p>
          <w:p w14:paraId="1D3071B6" w14:textId="77777777" w:rsidR="00336226" w:rsidRDefault="00000000">
            <w:pPr>
              <w:pStyle w:val="Oznaenseznam"/>
              <w:spacing w:after="10" w:line="235" w:lineRule="auto"/>
              <w:ind w:left="160" w:hanging="110"/>
            </w:pPr>
            <w:r>
              <w:rPr>
                <w:rFonts w:cs="Arial"/>
                <w:color w:val="34444B"/>
                <w:sz w:val="13"/>
              </w:rPr>
              <w:t>opiše osnovne značilnosti kipa in oblikuje stabilen kip</w:t>
            </w:r>
          </w:p>
          <w:p w14:paraId="66872709" w14:textId="77777777" w:rsidR="00336226" w:rsidRDefault="00000000">
            <w:pPr>
              <w:pStyle w:val="Oznaenseznam"/>
              <w:spacing w:after="10" w:line="235" w:lineRule="auto"/>
              <w:ind w:left="160" w:hanging="110"/>
            </w:pPr>
            <w:r>
              <w:rPr>
                <w:rFonts w:cs="Arial"/>
                <w:color w:val="34444B"/>
                <w:sz w:val="13"/>
              </w:rPr>
              <w:t>pojasni značilnosti notranjega in zunanjega prostora ter oblikuje preprosto prostorsko rešitev</w:t>
            </w:r>
          </w:p>
        </w:tc>
        <w:tc>
          <w:tcPr>
            <w:tcW w:w="138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69F16EE4" w14:textId="77777777" w:rsidR="00336226" w:rsidRDefault="00000000">
            <w:pPr>
              <w:spacing w:after="0" w:line="235" w:lineRule="auto"/>
            </w:pPr>
            <w:r>
              <w:rPr>
                <w:rFonts w:cs="Arial"/>
                <w:color w:val="34444B"/>
                <w:sz w:val="12"/>
              </w:rPr>
              <w:t>risanje; risba; točka; linija; oblika, velikost, debelina, dolžina in smer linije; slikanje; slikar; slika; barva; primarne in sekundarne barve; mešanje barv; barvna ploskev; grafika; grafik; matrica; odtiskovanje; odtis; površina; kiparstvo; kipar; kip; statičen, razgiban, votel in poln kip; arhitektura; arhitekt; maketa; notranji in zunanji prostor</w:t>
            </w:r>
          </w:p>
        </w:tc>
      </w:tr>
    </w:tbl>
    <w:p w14:paraId="7752C45D" w14:textId="77777777" w:rsidR="00336226" w:rsidRDefault="00336226">
      <w:pPr>
        <w:spacing w:after="20"/>
      </w:pPr>
    </w:p>
    <w:p w14:paraId="3D441FA4" w14:textId="77777777" w:rsidR="00336226" w:rsidRDefault="00000000">
      <w:pPr>
        <w:pStyle w:val="Naslov2"/>
        <w:spacing w:before="0" w:line="240" w:lineRule="auto"/>
      </w:pPr>
      <w:r>
        <w:rPr>
          <w:rFonts w:ascii="Arial" w:eastAsia="Arial" w:hAnsi="Arial" w:cs="Arial"/>
          <w:color w:val="2F8577"/>
          <w:sz w:val="24"/>
        </w:rPr>
        <w:t>6.2 Likovne tehnike</w:t>
      </w:r>
    </w:p>
    <w:tbl>
      <w:tblPr>
        <w:tblStyle w:val="Tabelamrea"/>
        <w:tblW w:w="15398" w:type="dxa"/>
        <w:tblInd w:w="55" w:type="dxa"/>
        <w:tblLayout w:type="fixed"/>
        <w:tblLook w:val="04A0" w:firstRow="1" w:lastRow="0" w:firstColumn="1" w:lastColumn="0" w:noHBand="0" w:noVBand="1"/>
      </w:tblPr>
      <w:tblGrid>
        <w:gridCol w:w="3696"/>
        <w:gridCol w:w="3388"/>
        <w:gridCol w:w="3234"/>
        <w:gridCol w:w="3696"/>
        <w:gridCol w:w="1384"/>
      </w:tblGrid>
      <w:tr w:rsidR="00336226" w14:paraId="38E195A5"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97EBA28" w14:textId="77777777" w:rsidR="00336226"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DB879BC" w14:textId="77777777" w:rsidR="00336226" w:rsidRDefault="00000000">
            <w:pPr>
              <w:keepNext/>
              <w:spacing w:after="0" w:line="240" w:lineRule="auto"/>
              <w:jc w:val="center"/>
            </w:pPr>
            <w:r>
              <w:rPr>
                <w:rFonts w:cs="Arial"/>
                <w:b/>
                <w:color w:val="FFFFFF"/>
                <w:sz w:val="13"/>
              </w:rPr>
              <w:t>Povezovalni cilji</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922D5AB" w14:textId="77777777" w:rsidR="00336226" w:rsidRDefault="00000000">
            <w:pPr>
              <w:keepNext/>
              <w:spacing w:after="0" w:line="240" w:lineRule="auto"/>
              <w:jc w:val="center"/>
            </w:pPr>
            <w:r>
              <w:rPr>
                <w:rFonts w:cs="Arial"/>
                <w:b/>
                <w:color w:val="FFFFFF"/>
                <w:sz w:val="13"/>
              </w:rPr>
              <w:t>Skupni cilji</w:t>
            </w:r>
          </w:p>
        </w:tc>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86C000D" w14:textId="77777777" w:rsidR="00336226" w:rsidRDefault="00000000">
            <w:pPr>
              <w:keepNext/>
              <w:spacing w:after="0" w:line="240" w:lineRule="auto"/>
              <w:jc w:val="center"/>
            </w:pPr>
            <w:r>
              <w:rPr>
                <w:rFonts w:cs="Arial"/>
                <w:b/>
                <w:color w:val="FFFFFF"/>
                <w:sz w:val="13"/>
              </w:rPr>
              <w:t>Standardi znanja</w:t>
            </w:r>
          </w:p>
        </w:tc>
        <w:tc>
          <w:tcPr>
            <w:tcW w:w="138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24AC12B" w14:textId="77777777" w:rsidR="00336226" w:rsidRDefault="00000000">
            <w:pPr>
              <w:keepNext/>
              <w:spacing w:after="0" w:line="240" w:lineRule="auto"/>
              <w:jc w:val="center"/>
            </w:pPr>
            <w:r>
              <w:rPr>
                <w:rFonts w:cs="Arial"/>
                <w:b/>
                <w:color w:val="FFFFFF"/>
                <w:sz w:val="13"/>
              </w:rPr>
              <w:t>Termini</w:t>
            </w:r>
          </w:p>
        </w:tc>
      </w:tr>
      <w:tr w:rsidR="00336226" w14:paraId="52C90FF0"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1369AB5" w14:textId="77777777" w:rsidR="00336226" w:rsidRDefault="00000000">
            <w:pPr>
              <w:pStyle w:val="Oznaenseznam"/>
              <w:spacing w:after="10" w:line="235" w:lineRule="auto"/>
              <w:ind w:left="160" w:hanging="110"/>
            </w:pPr>
            <w:r>
              <w:rPr>
                <w:rFonts w:cs="Arial"/>
                <w:color w:val="34444B"/>
                <w:sz w:val="13"/>
              </w:rPr>
              <w:t>odkriva značilnosti različnih likovnih materialov in pripomočkov ter jih preizkuša in primerja</w:t>
            </w:r>
          </w:p>
          <w:p w14:paraId="66D9DB55" w14:textId="77777777" w:rsidR="00336226" w:rsidRDefault="00000000">
            <w:pPr>
              <w:pStyle w:val="Oznaenseznam"/>
              <w:spacing w:after="10" w:line="235" w:lineRule="auto"/>
              <w:ind w:left="160" w:hanging="110"/>
            </w:pPr>
            <w:r>
              <w:rPr>
                <w:rFonts w:cs="Arial"/>
                <w:color w:val="34444B"/>
                <w:sz w:val="13"/>
              </w:rPr>
              <w:t>svoje doživetje izrazi z različnimi materiali, pripomočki in likovnimi tehnikami</w:t>
            </w:r>
          </w:p>
          <w:p w14:paraId="4EC033F4" w14:textId="77777777" w:rsidR="00336226" w:rsidRDefault="00000000">
            <w:pPr>
              <w:pStyle w:val="Oznaenseznam"/>
              <w:spacing w:after="10" w:line="235" w:lineRule="auto"/>
              <w:ind w:left="160" w:hanging="110"/>
            </w:pPr>
            <w:r>
              <w:rPr>
                <w:rFonts w:cs="Arial"/>
                <w:color w:val="34444B"/>
                <w:sz w:val="13"/>
              </w:rPr>
              <w:t>raziskuje različne načine uporabe materialov in pripomočkov ter z njimi likovno ustvarja</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E95FCF2" w14:textId="77777777" w:rsidR="00336226" w:rsidRDefault="00000000">
            <w:pPr>
              <w:pStyle w:val="Oznaenseznam"/>
              <w:spacing w:after="10" w:line="235" w:lineRule="auto"/>
              <w:ind w:left="160" w:hanging="110"/>
            </w:pPr>
            <w:r>
              <w:rPr>
                <w:rFonts w:cs="Arial"/>
                <w:color w:val="34444B"/>
                <w:sz w:val="13"/>
              </w:rPr>
              <w:t>Učenje učenja: napove učinek materiala, ga preizkusi, primerja rezultat in izbere ustrezno tehniko.</w:t>
            </w:r>
          </w:p>
          <w:p w14:paraId="1B159992" w14:textId="77777777" w:rsidR="00336226" w:rsidRDefault="00000000">
            <w:pPr>
              <w:pStyle w:val="Oznaenseznam"/>
              <w:spacing w:after="10" w:line="235" w:lineRule="auto"/>
              <w:ind w:left="160" w:hanging="110"/>
            </w:pPr>
            <w:r>
              <w:rPr>
                <w:rFonts w:cs="Arial"/>
                <w:color w:val="34444B"/>
                <w:sz w:val="13"/>
              </w:rPr>
              <w:t>Rutine: pripravi, varno uporablja in pospravi materiale, pripomočke ter delovni prostor.</w:t>
            </w:r>
          </w:p>
          <w:p w14:paraId="26B13EB9" w14:textId="77777777" w:rsidR="00336226" w:rsidRDefault="00000000">
            <w:pPr>
              <w:pStyle w:val="Oznaenseznam"/>
              <w:spacing w:after="10" w:line="235" w:lineRule="auto"/>
              <w:ind w:left="160" w:hanging="110"/>
            </w:pPr>
            <w:r>
              <w:rPr>
                <w:rFonts w:cs="Arial"/>
                <w:color w:val="34444B"/>
                <w:sz w:val="13"/>
              </w:rPr>
              <w:t>Igra in gibanje: s tipanjem, gnetenjem, odtiskovanjem in velikimi gibi raziskuje sledi ter lastnosti materiala.</w:t>
            </w:r>
          </w:p>
          <w:p w14:paraId="78BFFA06" w14:textId="77777777" w:rsidR="00336226" w:rsidRDefault="00000000">
            <w:pPr>
              <w:pStyle w:val="Oznaenseznam"/>
              <w:spacing w:after="10" w:line="235" w:lineRule="auto"/>
              <w:ind w:left="160" w:hanging="110"/>
            </w:pPr>
            <w:r>
              <w:rPr>
                <w:rFonts w:cs="Arial"/>
                <w:color w:val="34444B"/>
                <w:sz w:val="13"/>
              </w:rPr>
              <w:t>Jezik in kultura: poimenuje tehniko, material in pripomoček ter opiše svoj postopek.</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7E7A892" w14:textId="77777777" w:rsidR="00336226" w:rsidRDefault="00000000">
            <w:pPr>
              <w:pStyle w:val="Oznaenseznam"/>
              <w:spacing w:after="10" w:line="235" w:lineRule="auto"/>
              <w:ind w:left="160" w:hanging="110"/>
            </w:pPr>
            <w:r>
              <w:rPr>
                <w:rFonts w:cs="Arial"/>
                <w:color w:val="34444B"/>
                <w:sz w:val="13"/>
              </w:rPr>
              <w:t>Kultura in umetnost: raziskuje izrazne možnosti materialov in razvija ustvarjalno zamisel.</w:t>
            </w:r>
          </w:p>
          <w:p w14:paraId="0D3AD491" w14:textId="77777777" w:rsidR="00336226" w:rsidRDefault="00000000">
            <w:pPr>
              <w:pStyle w:val="Oznaenseznam"/>
              <w:spacing w:after="10" w:line="235" w:lineRule="auto"/>
              <w:ind w:left="160" w:hanging="110"/>
            </w:pPr>
            <w:r>
              <w:rPr>
                <w:rFonts w:cs="Arial"/>
                <w:color w:val="34444B"/>
                <w:sz w:val="13"/>
              </w:rPr>
              <w:t>Trajnostni razvoj: materiale uporablja premišljeno, jih po možnosti ponovno uporabi in pravilno razvrsti ostanke.</w:t>
            </w:r>
          </w:p>
          <w:p w14:paraId="24F964F7" w14:textId="77777777" w:rsidR="00336226" w:rsidRDefault="00000000">
            <w:pPr>
              <w:pStyle w:val="Oznaenseznam"/>
              <w:spacing w:after="10" w:line="235" w:lineRule="auto"/>
              <w:ind w:left="160" w:hanging="110"/>
            </w:pPr>
            <w:r>
              <w:rPr>
                <w:rFonts w:cs="Arial"/>
                <w:color w:val="34444B"/>
                <w:sz w:val="13"/>
              </w:rPr>
              <w:t>Zdravje in dobrobit: varno ravna z orodji in snovmi ter razvija fino motoriko.</w:t>
            </w:r>
          </w:p>
          <w:p w14:paraId="0EA32A9B" w14:textId="77777777" w:rsidR="00336226" w:rsidRDefault="00000000">
            <w:pPr>
              <w:pStyle w:val="Oznaenseznam"/>
              <w:spacing w:after="10" w:line="235" w:lineRule="auto"/>
              <w:ind w:left="160" w:hanging="110"/>
            </w:pPr>
            <w:r>
              <w:rPr>
                <w:rFonts w:cs="Arial"/>
                <w:color w:val="34444B"/>
                <w:sz w:val="13"/>
              </w:rPr>
              <w:t>Podjetnost: izbira vire, preizkuša možnosti, rešitev izboljša in dokonča izdelek.</w:t>
            </w:r>
          </w:p>
        </w:tc>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4A62BBD" w14:textId="77777777" w:rsidR="00336226" w:rsidRDefault="00000000">
            <w:pPr>
              <w:pStyle w:val="Oznaenseznam"/>
              <w:spacing w:after="10" w:line="235" w:lineRule="auto"/>
              <w:ind w:left="160" w:hanging="110"/>
            </w:pPr>
            <w:r>
              <w:rPr>
                <w:rFonts w:cs="Arial"/>
                <w:color w:val="34444B"/>
                <w:sz w:val="13"/>
              </w:rPr>
              <w:t>izdelek poimenuje in ga glede na uporabljeno tehniko umesti na ustrezno likovno področje</w:t>
            </w:r>
          </w:p>
          <w:p w14:paraId="15E8CAAE" w14:textId="77777777" w:rsidR="00336226" w:rsidRDefault="00000000">
            <w:pPr>
              <w:pStyle w:val="Oznaenseznam"/>
              <w:spacing w:after="10" w:line="235" w:lineRule="auto"/>
              <w:ind w:left="160" w:hanging="110"/>
            </w:pPr>
            <w:r>
              <w:rPr>
                <w:rFonts w:cs="Arial"/>
                <w:color w:val="34444B"/>
                <w:sz w:val="13"/>
              </w:rPr>
              <w:t>na svojem izdelku pojasni značilnosti suhih in tekočih materialov ter pripomočkov</w:t>
            </w:r>
          </w:p>
          <w:p w14:paraId="1EB42099" w14:textId="77777777" w:rsidR="00336226" w:rsidRDefault="00000000">
            <w:pPr>
              <w:pStyle w:val="Oznaenseznam"/>
              <w:spacing w:after="10" w:line="235" w:lineRule="auto"/>
              <w:ind w:left="160" w:hanging="110"/>
            </w:pPr>
            <w:r>
              <w:rPr>
                <w:rFonts w:cs="Arial"/>
                <w:color w:val="34444B"/>
                <w:sz w:val="13"/>
              </w:rPr>
              <w:t>z enostavnimi suhimi in tekočimi materiali oblikuje risbo, sliko ali grafiko</w:t>
            </w:r>
          </w:p>
          <w:p w14:paraId="7F534793" w14:textId="77777777" w:rsidR="00336226" w:rsidRDefault="00000000">
            <w:pPr>
              <w:pStyle w:val="Oznaenseznam"/>
              <w:spacing w:after="10" w:line="235" w:lineRule="auto"/>
              <w:ind w:left="160" w:hanging="110"/>
            </w:pPr>
            <w:r>
              <w:rPr>
                <w:rFonts w:cs="Arial"/>
                <w:color w:val="34444B"/>
                <w:sz w:val="13"/>
              </w:rPr>
              <w:t>pojasni značilnosti gnetljivih, trdih in poltrdih materialov ter ustreznih pripomočkov</w:t>
            </w:r>
          </w:p>
          <w:p w14:paraId="38EDC2DF" w14:textId="77777777" w:rsidR="00336226" w:rsidRDefault="00000000">
            <w:pPr>
              <w:pStyle w:val="Oznaenseznam"/>
              <w:spacing w:after="10" w:line="235" w:lineRule="auto"/>
              <w:ind w:left="160" w:hanging="110"/>
            </w:pPr>
            <w:r>
              <w:rPr>
                <w:rFonts w:cs="Arial"/>
                <w:color w:val="34444B"/>
                <w:sz w:val="13"/>
              </w:rPr>
              <w:t>iz gnetljivih, trdih ali poltrdih materialov oblikuje preprosto kiparsko ali arhitekturno obliko</w:t>
            </w:r>
          </w:p>
          <w:p w14:paraId="1459B137" w14:textId="77777777" w:rsidR="00336226" w:rsidRDefault="00000000">
            <w:pPr>
              <w:pStyle w:val="Oznaenseznam"/>
              <w:spacing w:after="10" w:line="235" w:lineRule="auto"/>
              <w:ind w:left="160" w:hanging="110"/>
            </w:pPr>
            <w:r>
              <w:rPr>
                <w:rFonts w:cs="Arial"/>
                <w:color w:val="34444B"/>
                <w:sz w:val="13"/>
              </w:rPr>
              <w:t>v ploskovnem ali tridimenzionalnem izdelku smiselno kombinira osnovne materiale</w:t>
            </w:r>
          </w:p>
        </w:tc>
        <w:tc>
          <w:tcPr>
            <w:tcW w:w="138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FF05A67" w14:textId="77777777" w:rsidR="00336226" w:rsidRDefault="00000000">
            <w:pPr>
              <w:spacing w:after="0" w:line="235" w:lineRule="auto"/>
            </w:pPr>
            <w:r>
              <w:rPr>
                <w:rFonts w:cs="Arial"/>
                <w:color w:val="34444B"/>
                <w:sz w:val="12"/>
              </w:rPr>
              <w:t>suhi in tekoči likovni materiali; gnetljivi, trdi in poltrdi oziroma upogljivi materiali; ploski materiali; barva, velikost in oblika podlage; likovni materiali in pripomočki; likovna tehnika</w:t>
            </w:r>
          </w:p>
        </w:tc>
      </w:tr>
    </w:tbl>
    <w:p w14:paraId="067540F5" w14:textId="77777777" w:rsidR="00336226" w:rsidRDefault="00336226">
      <w:pPr>
        <w:spacing w:after="20"/>
      </w:pPr>
    </w:p>
    <w:p w14:paraId="5B49B784" w14:textId="77777777" w:rsidR="00336226" w:rsidRDefault="00000000">
      <w:pPr>
        <w:pStyle w:val="Naslov2"/>
        <w:spacing w:before="0" w:line="240" w:lineRule="auto"/>
      </w:pPr>
      <w:r>
        <w:rPr>
          <w:rFonts w:ascii="Arial" w:eastAsia="Arial" w:hAnsi="Arial" w:cs="Arial"/>
          <w:color w:val="2F8577"/>
          <w:sz w:val="24"/>
        </w:rPr>
        <w:t>6.3 Likovne vsebine v prostoru in času</w:t>
      </w:r>
    </w:p>
    <w:tbl>
      <w:tblPr>
        <w:tblStyle w:val="Tabelamrea"/>
        <w:tblW w:w="15398" w:type="dxa"/>
        <w:tblInd w:w="55" w:type="dxa"/>
        <w:tblLayout w:type="fixed"/>
        <w:tblLook w:val="04A0" w:firstRow="1" w:lastRow="0" w:firstColumn="1" w:lastColumn="0" w:noHBand="0" w:noVBand="1"/>
      </w:tblPr>
      <w:tblGrid>
        <w:gridCol w:w="3696"/>
        <w:gridCol w:w="3388"/>
        <w:gridCol w:w="3234"/>
        <w:gridCol w:w="3696"/>
        <w:gridCol w:w="1384"/>
      </w:tblGrid>
      <w:tr w:rsidR="00336226" w14:paraId="0B170CEB"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6122BDB" w14:textId="77777777" w:rsidR="00336226"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2292F6C" w14:textId="77777777" w:rsidR="00336226" w:rsidRDefault="00000000">
            <w:pPr>
              <w:keepNext/>
              <w:spacing w:after="0" w:line="240" w:lineRule="auto"/>
              <w:jc w:val="center"/>
            </w:pPr>
            <w:r>
              <w:rPr>
                <w:rFonts w:cs="Arial"/>
                <w:b/>
                <w:color w:val="FFFFFF"/>
                <w:sz w:val="13"/>
              </w:rPr>
              <w:t>Povezovalni cilji</w:t>
            </w:r>
          </w:p>
        </w:tc>
        <w:tc>
          <w:tcPr>
            <w:tcW w:w="323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10D2B49" w14:textId="77777777" w:rsidR="00336226" w:rsidRDefault="00000000">
            <w:pPr>
              <w:keepNext/>
              <w:spacing w:after="0" w:line="240" w:lineRule="auto"/>
              <w:jc w:val="center"/>
            </w:pPr>
            <w:r>
              <w:rPr>
                <w:rFonts w:cs="Arial"/>
                <w:b/>
                <w:color w:val="FFFFFF"/>
                <w:sz w:val="13"/>
              </w:rPr>
              <w:t>Skupni cilji</w:t>
            </w:r>
          </w:p>
        </w:tc>
        <w:tc>
          <w:tcPr>
            <w:tcW w:w="3696"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1425C78" w14:textId="77777777" w:rsidR="00336226" w:rsidRDefault="00000000">
            <w:pPr>
              <w:keepNext/>
              <w:spacing w:after="0" w:line="240" w:lineRule="auto"/>
              <w:jc w:val="center"/>
            </w:pPr>
            <w:r>
              <w:rPr>
                <w:rFonts w:cs="Arial"/>
                <w:b/>
                <w:color w:val="FFFFFF"/>
                <w:sz w:val="13"/>
              </w:rPr>
              <w:t>Standardi znanja</w:t>
            </w:r>
          </w:p>
        </w:tc>
        <w:tc>
          <w:tcPr>
            <w:tcW w:w="1384"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9E25656" w14:textId="77777777" w:rsidR="00336226" w:rsidRDefault="00000000">
            <w:pPr>
              <w:keepNext/>
              <w:spacing w:after="0" w:line="240" w:lineRule="auto"/>
              <w:jc w:val="center"/>
            </w:pPr>
            <w:r>
              <w:rPr>
                <w:rFonts w:cs="Arial"/>
                <w:b/>
                <w:color w:val="FFFFFF"/>
                <w:sz w:val="13"/>
              </w:rPr>
              <w:t>Termini</w:t>
            </w:r>
          </w:p>
        </w:tc>
      </w:tr>
      <w:tr w:rsidR="00336226" w14:paraId="4CB1BEB9"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E574786" w14:textId="77777777" w:rsidR="00336226" w:rsidRDefault="00000000">
            <w:pPr>
              <w:pStyle w:val="Oznaenseznam"/>
              <w:spacing w:after="10" w:line="235" w:lineRule="auto"/>
              <w:ind w:left="160" w:hanging="110"/>
            </w:pPr>
            <w:r>
              <w:rPr>
                <w:rFonts w:cs="Arial"/>
                <w:color w:val="34444B"/>
                <w:sz w:val="13"/>
              </w:rPr>
              <w:t>z različnimi čutili zaznava okolje, ga doživlja, opisuje in likovno izraža</w:t>
            </w:r>
          </w:p>
          <w:p w14:paraId="455FA357" w14:textId="77777777" w:rsidR="00336226" w:rsidRDefault="00000000">
            <w:pPr>
              <w:pStyle w:val="Oznaenseznam"/>
              <w:spacing w:after="10" w:line="235" w:lineRule="auto"/>
              <w:ind w:left="160" w:hanging="110"/>
            </w:pPr>
            <w:r>
              <w:rPr>
                <w:rFonts w:cs="Arial"/>
                <w:color w:val="34444B"/>
                <w:sz w:val="13"/>
              </w:rPr>
              <w:t>oblikuje motive po domišljiji, spominu in opazovanju</w:t>
            </w:r>
          </w:p>
          <w:p w14:paraId="010A1B46" w14:textId="77777777" w:rsidR="00336226" w:rsidRDefault="00000000">
            <w:pPr>
              <w:pStyle w:val="Oznaenseznam"/>
              <w:spacing w:after="10" w:line="235" w:lineRule="auto"/>
              <w:ind w:left="160" w:hanging="110"/>
            </w:pPr>
            <w:r>
              <w:rPr>
                <w:rFonts w:cs="Arial"/>
                <w:color w:val="34444B"/>
                <w:sz w:val="13"/>
              </w:rPr>
              <w:t>spoznava, kako ilustratorji, lutkovni in grafični oblikovalci ter drugi ustvarjalci soustvarjajo kulturno okolje</w:t>
            </w:r>
          </w:p>
          <w:p w14:paraId="7BC4F7A9" w14:textId="77777777" w:rsidR="00336226" w:rsidRDefault="00000000">
            <w:pPr>
              <w:pStyle w:val="Oznaenseznam"/>
              <w:spacing w:after="10" w:line="235" w:lineRule="auto"/>
              <w:ind w:left="160" w:hanging="110"/>
            </w:pPr>
            <w:r>
              <w:rPr>
                <w:rFonts w:cs="Arial"/>
                <w:color w:val="34444B"/>
                <w:sz w:val="13"/>
              </w:rPr>
              <w:t>povezuje uporabnost predmeta z njegovo funkcijo in likovno podobo</w:t>
            </w:r>
          </w:p>
          <w:p w14:paraId="4E5E072E" w14:textId="77777777" w:rsidR="00336226" w:rsidRDefault="00000000">
            <w:pPr>
              <w:pStyle w:val="Oznaenseznam"/>
              <w:spacing w:after="10" w:line="235" w:lineRule="auto"/>
              <w:ind w:left="160" w:hanging="110"/>
            </w:pPr>
            <w:r>
              <w:rPr>
                <w:rFonts w:cs="Arial"/>
                <w:color w:val="34444B"/>
                <w:sz w:val="13"/>
              </w:rPr>
              <w:t>doživlja umetnine v galeriji ali drugem razstavnem prostoru ter odziv opiše in likovno izrazi</w:t>
            </w:r>
          </w:p>
          <w:p w14:paraId="08464D9A" w14:textId="77777777" w:rsidR="00336226" w:rsidRDefault="00000000">
            <w:pPr>
              <w:pStyle w:val="Oznaenseznam"/>
              <w:spacing w:after="10" w:line="235" w:lineRule="auto"/>
              <w:ind w:left="160" w:hanging="110"/>
            </w:pPr>
            <w:r>
              <w:rPr>
                <w:rFonts w:cs="Arial"/>
                <w:color w:val="34444B"/>
                <w:sz w:val="13"/>
              </w:rPr>
              <w:t>ob umetnini ali likovnem izdelku prepoznava svoja čustva in jih likovno izrazi</w:t>
            </w:r>
          </w:p>
          <w:p w14:paraId="0C1BB0EA" w14:textId="77777777" w:rsidR="00336226" w:rsidRDefault="00000000">
            <w:pPr>
              <w:pStyle w:val="Oznaenseznam"/>
              <w:spacing w:after="10" w:line="235" w:lineRule="auto"/>
              <w:ind w:left="160" w:hanging="110"/>
            </w:pPr>
            <w:r>
              <w:rPr>
                <w:rFonts w:cs="Arial"/>
                <w:color w:val="34444B"/>
                <w:sz w:val="13"/>
              </w:rPr>
              <w:t>razvija pozitiven odnos do likovnih stvaritev in okolja ter skrbi za kulturno dediščino</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D5EBBAE" w14:textId="77777777" w:rsidR="00336226" w:rsidRDefault="00000000">
            <w:pPr>
              <w:pStyle w:val="Oznaenseznam"/>
              <w:spacing w:after="10" w:line="235" w:lineRule="auto"/>
              <w:ind w:left="160" w:hanging="110"/>
            </w:pPr>
            <w:r>
              <w:rPr>
                <w:rFonts w:cs="Arial"/>
                <w:color w:val="34444B"/>
                <w:sz w:val="13"/>
              </w:rPr>
              <w:t>Šolsko okolje in medsebojni odnosi: spoštuje različne rešitve, sodeluje pri razstavi in odgovorno ravna z deli.</w:t>
            </w:r>
          </w:p>
          <w:p w14:paraId="5652BE4D" w14:textId="77777777" w:rsidR="00336226" w:rsidRDefault="00000000">
            <w:pPr>
              <w:pStyle w:val="Oznaenseznam"/>
              <w:spacing w:after="10" w:line="235" w:lineRule="auto"/>
              <w:ind w:left="160" w:hanging="110"/>
            </w:pPr>
            <w:r>
              <w:rPr>
                <w:rFonts w:cs="Arial"/>
                <w:color w:val="34444B"/>
                <w:sz w:val="13"/>
              </w:rPr>
              <w:t>Učenje učenja: usmerjeno opazuje okolje ali umetnino, primerja odzive in pojasni ustvarjalni proces.</w:t>
            </w:r>
          </w:p>
          <w:p w14:paraId="3F5B83BD" w14:textId="77777777" w:rsidR="00336226" w:rsidRDefault="00000000">
            <w:pPr>
              <w:pStyle w:val="Oznaenseznam"/>
              <w:spacing w:after="10" w:line="235" w:lineRule="auto"/>
              <w:ind w:left="160" w:hanging="110"/>
            </w:pPr>
            <w:r>
              <w:rPr>
                <w:rFonts w:cs="Arial"/>
                <w:color w:val="34444B"/>
                <w:sz w:val="13"/>
              </w:rPr>
              <w:t>Jezik in kultura: opisuje doživetje, čustva, motiv, namen in uporabnost ter uporablja osnovno strokovno besedišče.</w:t>
            </w:r>
          </w:p>
          <w:p w14:paraId="34D9B57D" w14:textId="77777777" w:rsidR="00336226" w:rsidRDefault="00000000">
            <w:pPr>
              <w:pStyle w:val="Oznaenseznam"/>
              <w:spacing w:after="10" w:line="235" w:lineRule="auto"/>
              <w:ind w:left="160" w:hanging="110"/>
            </w:pPr>
            <w:r>
              <w:rPr>
                <w:rFonts w:cs="Arial"/>
                <w:color w:val="34444B"/>
                <w:sz w:val="13"/>
              </w:rPr>
              <w:t>Digitalno opismenjevanje: varno si ogleda kakovostno reprodukcijo in ob vodenju ustvari preprosto ilustracijo ali animacijo.</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F144F5C" w14:textId="77777777" w:rsidR="00336226" w:rsidRDefault="00000000">
            <w:pPr>
              <w:pStyle w:val="Oznaenseznam"/>
              <w:spacing w:after="10" w:line="235" w:lineRule="auto"/>
              <w:ind w:left="160" w:hanging="110"/>
            </w:pPr>
            <w:r>
              <w:rPr>
                <w:rFonts w:cs="Arial"/>
                <w:color w:val="34444B"/>
                <w:sz w:val="13"/>
              </w:rPr>
              <w:t>Kultura in umetnost: doživlja, raziskuje in vrednoti umetnost ter spoštuje kulturno dediščino.</w:t>
            </w:r>
          </w:p>
          <w:p w14:paraId="693532D1" w14:textId="77777777" w:rsidR="00336226" w:rsidRDefault="00000000">
            <w:pPr>
              <w:pStyle w:val="Oznaenseznam"/>
              <w:spacing w:after="10" w:line="235" w:lineRule="auto"/>
              <w:ind w:left="160" w:hanging="110"/>
            </w:pPr>
            <w:r>
              <w:rPr>
                <w:rFonts w:cs="Arial"/>
                <w:color w:val="34444B"/>
                <w:sz w:val="13"/>
              </w:rPr>
              <w:t>Zdravje in dobrobit: prepoznava in izraža čustvene odzive ter gradi pozitivno samopodobo.</w:t>
            </w:r>
          </w:p>
          <w:p w14:paraId="38EB772F" w14:textId="77777777" w:rsidR="00336226" w:rsidRDefault="00000000">
            <w:pPr>
              <w:pStyle w:val="Oznaenseznam"/>
              <w:spacing w:after="10" w:line="235" w:lineRule="auto"/>
              <w:ind w:left="160" w:hanging="110"/>
            </w:pPr>
            <w:r>
              <w:rPr>
                <w:rFonts w:cs="Arial"/>
                <w:color w:val="34444B"/>
                <w:sz w:val="13"/>
              </w:rPr>
              <w:t>Trajnostni razvoj: skrbi za prostor, dela in dediščino ter presoja smiselno in trajno rabo predmetov.</w:t>
            </w:r>
          </w:p>
          <w:p w14:paraId="3C481832" w14:textId="77777777" w:rsidR="00336226" w:rsidRDefault="00000000">
            <w:pPr>
              <w:pStyle w:val="Oznaenseznam"/>
              <w:spacing w:after="10" w:line="235" w:lineRule="auto"/>
              <w:ind w:left="160" w:hanging="110"/>
            </w:pPr>
            <w:r>
              <w:rPr>
                <w:rFonts w:cs="Arial"/>
                <w:color w:val="34444B"/>
                <w:sz w:val="13"/>
              </w:rPr>
              <w:t>Podjetnost: razvije motiv, načrtuje izvedbo, predstavi delo in utemelji izbiro.</w:t>
            </w:r>
          </w:p>
          <w:p w14:paraId="34D51300" w14:textId="77777777" w:rsidR="00336226" w:rsidRDefault="00000000">
            <w:pPr>
              <w:pStyle w:val="Oznaenseznam"/>
              <w:spacing w:after="10" w:line="235" w:lineRule="auto"/>
              <w:ind w:left="160" w:hanging="110"/>
            </w:pPr>
            <w:r>
              <w:rPr>
                <w:rFonts w:cs="Arial"/>
                <w:color w:val="34444B"/>
                <w:sz w:val="13"/>
              </w:rPr>
              <w:t>Digitalna kompetentnost: odgovorno uporablja digitalne vire in orodja za vizualno ustvarjanje.</w:t>
            </w:r>
          </w:p>
        </w:tc>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6D46C2DC" w14:textId="77777777" w:rsidR="00336226" w:rsidRDefault="00000000">
            <w:pPr>
              <w:pStyle w:val="Oznaenseznam"/>
              <w:spacing w:after="10" w:line="235" w:lineRule="auto"/>
              <w:ind w:left="160" w:hanging="110"/>
            </w:pPr>
            <w:r>
              <w:rPr>
                <w:rFonts w:cs="Arial"/>
                <w:color w:val="34444B"/>
                <w:sz w:val="13"/>
              </w:rPr>
              <w:t>ustvari motiv kot oseben odziv na zaznane in doživete posebnosti okolja</w:t>
            </w:r>
          </w:p>
          <w:p w14:paraId="4EAE6649" w14:textId="77777777" w:rsidR="00336226" w:rsidRDefault="00000000">
            <w:pPr>
              <w:pStyle w:val="Oznaenseznam"/>
              <w:spacing w:after="10" w:line="235" w:lineRule="auto"/>
              <w:ind w:left="160" w:hanging="110"/>
            </w:pPr>
            <w:r>
              <w:rPr>
                <w:rFonts w:cs="Arial"/>
                <w:color w:val="34444B"/>
                <w:sz w:val="13"/>
              </w:rPr>
              <w:t>samostojno upodobi motiv po spominu, domišljiji ali opazovanju</w:t>
            </w:r>
          </w:p>
          <w:p w14:paraId="1396DBCF" w14:textId="77777777" w:rsidR="00336226" w:rsidRDefault="00000000">
            <w:pPr>
              <w:pStyle w:val="Oznaenseznam"/>
              <w:spacing w:after="10" w:line="235" w:lineRule="auto"/>
              <w:ind w:left="160" w:hanging="110"/>
            </w:pPr>
            <w:r>
              <w:rPr>
                <w:rFonts w:cs="Arial"/>
                <w:color w:val="34444B"/>
                <w:sz w:val="13"/>
              </w:rPr>
              <w:t>s primerom pojasni uporabo likovne umetnosti v vsakdanjem življenju</w:t>
            </w:r>
          </w:p>
          <w:p w14:paraId="1D7B4D26" w14:textId="77777777" w:rsidR="00336226" w:rsidRDefault="00000000">
            <w:pPr>
              <w:pStyle w:val="Oznaenseznam"/>
              <w:spacing w:after="10" w:line="235" w:lineRule="auto"/>
              <w:ind w:left="160" w:hanging="110"/>
            </w:pPr>
            <w:r>
              <w:rPr>
                <w:rFonts w:cs="Arial"/>
                <w:color w:val="34444B"/>
                <w:sz w:val="13"/>
              </w:rPr>
              <w:t>opredeli uporabno vrednost izbranega uporabnega predmeta</w:t>
            </w:r>
          </w:p>
        </w:tc>
        <w:tc>
          <w:tcPr>
            <w:tcW w:w="1384"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E4B6015" w14:textId="77777777" w:rsidR="00336226" w:rsidRDefault="00000000">
            <w:pPr>
              <w:spacing w:after="0" w:line="235" w:lineRule="auto"/>
            </w:pPr>
            <w:r>
              <w:rPr>
                <w:rFonts w:cs="Arial"/>
                <w:color w:val="34444B"/>
                <w:sz w:val="12"/>
              </w:rPr>
              <w:t>likovni motiv; umetnina; izražanje po domišljiji, spominu in opazovanju; likovno izražanje doživetij; uporabni predmet; uporabna vrednost izdelka</w:t>
            </w:r>
          </w:p>
        </w:tc>
      </w:tr>
    </w:tbl>
    <w:p w14:paraId="59EEA8C8" w14:textId="77777777" w:rsidR="00336226" w:rsidRDefault="00336226">
      <w:pPr>
        <w:spacing w:after="20"/>
      </w:pPr>
    </w:p>
    <w:p w14:paraId="33CDD7E0" w14:textId="77777777" w:rsidR="00DC7FCD" w:rsidRDefault="00DC7FCD">
      <w:pPr>
        <w:spacing w:after="0"/>
        <w:sectPr w:rsidR="00DC7FCD">
          <w:headerReference w:type="default" r:id="rId9"/>
          <w:footerReference w:type="default" r:id="rId10"/>
          <w:pgSz w:w="16838" w:h="11906" w:orient="landscape"/>
          <w:pgMar w:top="680" w:right="720" w:bottom="737" w:left="720" w:header="340" w:footer="397" w:gutter="0"/>
          <w:cols w:space="720"/>
          <w:docGrid w:linePitch="360"/>
        </w:sectPr>
      </w:pPr>
    </w:p>
    <w:p w14:paraId="7ADF7055" w14:textId="77777777" w:rsidR="00DC7FCD" w:rsidRPr="008F4AC0" w:rsidRDefault="008F4AC0">
      <w:pPr>
        <w:pStyle w:val="Naslov1"/>
        <w:spacing w:before="140" w:after="80"/>
      </w:pPr>
      <w:r>
        <w:rPr>
          <w:rFonts w:ascii="Arial" w:eastAsia="Arial" w:hAnsi="Arial"/>
          <w:color w:val="173B4D"/>
        </w:rPr>
        <w:lastRenderedPageBreak/>
        <w:t>7. Prilagoditve, evidence in viri</w:t>
      </w:r>
    </w:p>
    <w:p w14:paraId="68E5636A" w14:textId="77777777" w:rsidR="00DC7FCD" w:rsidRDefault="008F4AC0">
      <w:pPr>
        <w:pStyle w:val="Naslov2"/>
        <w:spacing w:before="80" w:after="60"/>
      </w:pPr>
      <w:r>
        <w:rPr>
          <w:rFonts w:ascii="Arial" w:eastAsia="Arial" w:hAnsi="Arial"/>
          <w:color w:val="A3702A"/>
          <w:sz w:val="24"/>
        </w:rPr>
        <w:t xml:space="preserve">7.1 </w:t>
      </w:r>
      <w:proofErr w:type="spellStart"/>
      <w:r>
        <w:rPr>
          <w:rFonts w:ascii="Arial" w:eastAsia="Arial" w:hAnsi="Arial"/>
          <w:color w:val="A3702A"/>
          <w:sz w:val="24"/>
        </w:rPr>
        <w:t>Sprotna</w:t>
      </w:r>
      <w:proofErr w:type="spellEnd"/>
      <w:r>
        <w:rPr>
          <w:rFonts w:ascii="Arial" w:eastAsia="Arial" w:hAnsi="Arial"/>
          <w:color w:val="A3702A"/>
          <w:sz w:val="24"/>
        </w:rPr>
        <w:t xml:space="preserve"> </w:t>
      </w:r>
      <w:proofErr w:type="spellStart"/>
      <w:r>
        <w:rPr>
          <w:rFonts w:ascii="Arial" w:eastAsia="Arial" w:hAnsi="Arial"/>
          <w:color w:val="A3702A"/>
          <w:sz w:val="24"/>
        </w:rPr>
        <w:t>evidenca</w:t>
      </w:r>
      <w:proofErr w:type="spellEnd"/>
      <w:r>
        <w:rPr>
          <w:rFonts w:ascii="Arial" w:eastAsia="Arial" w:hAnsi="Arial"/>
          <w:color w:val="A3702A"/>
          <w:sz w:val="24"/>
        </w:rPr>
        <w:t xml:space="preserve"> in </w:t>
      </w:r>
      <w:proofErr w:type="spellStart"/>
      <w:r>
        <w:rPr>
          <w:rFonts w:ascii="Arial" w:eastAsia="Arial" w:hAnsi="Arial"/>
          <w:color w:val="A3702A"/>
          <w:sz w:val="24"/>
        </w:rPr>
        <w:t>prilagajanje</w:t>
      </w:r>
      <w:proofErr w:type="spellEnd"/>
    </w:p>
    <w:p w14:paraId="4323C122" w14:textId="77777777" w:rsidR="00DC7FCD" w:rsidRDefault="00000000">
      <w:pPr>
        <w:pStyle w:val="Oznaenseznam"/>
        <w:spacing w:after="30"/>
        <w:ind w:left="280" w:hanging="140"/>
      </w:pPr>
      <w:r>
        <w:rPr>
          <w:color w:val="203038"/>
          <w:sz w:val="17"/>
        </w:rPr>
        <w:t>Učitelj/-ica v dnevnih pripravah zabeleži dejansko izvedeno vsebino, odsotnosti, uporabljene podpore in bistvena opažanja o učenju.</w:t>
      </w:r>
    </w:p>
    <w:p w14:paraId="4DB51735" w14:textId="77777777" w:rsidR="00DC7FCD" w:rsidRDefault="00000000">
      <w:pPr>
        <w:pStyle w:val="Oznaenseznam"/>
        <w:spacing w:after="30"/>
        <w:ind w:left="280" w:hanging="140"/>
      </w:pPr>
      <w:r>
        <w:rPr>
          <w:color w:val="203038"/>
          <w:sz w:val="17"/>
        </w:rPr>
        <w:t>Če več učencev kriterija še ne dosega, se pred ocenjevanjem načrtujejo drugačna izkušnja, dodatna vaja ter nov dokaz razumevanja.</w:t>
      </w:r>
    </w:p>
    <w:p w14:paraId="37482EA3" w14:textId="77777777" w:rsidR="00DC7FCD" w:rsidRDefault="00000000">
      <w:pPr>
        <w:pStyle w:val="Oznaenseznam"/>
        <w:spacing w:after="30"/>
        <w:ind w:left="280" w:hanging="140"/>
      </w:pPr>
      <w:r>
        <w:rPr>
          <w:color w:val="203038"/>
          <w:sz w:val="17"/>
        </w:rPr>
        <w:t>Za učence s posebnimi potrebami, učnimi težavami ali naprednejšim znanjem se cilji, opore, čas, gradiva in način dokazovanja prilagodijo individualnim potrebam, ne da bi se znižala smiselnost učnega cilja.</w:t>
      </w:r>
    </w:p>
    <w:p w14:paraId="6731E9A5" w14:textId="77777777" w:rsidR="00DC7FCD" w:rsidRDefault="00000000">
      <w:pPr>
        <w:pStyle w:val="Oznaenseznam"/>
        <w:spacing w:after="30"/>
        <w:ind w:left="280" w:hanging="140"/>
      </w:pPr>
      <w:r>
        <w:rPr>
          <w:color w:val="203038"/>
          <w:sz w:val="17"/>
        </w:rPr>
        <w:t>Izdelki, fotografije, avdio/video posnetki in opazovalni zapisi se hranijo skladno s šolskimi pravili varstva osebnih podatkov.</w:t>
      </w:r>
    </w:p>
    <w:p w14:paraId="00DD5542" w14:textId="77777777" w:rsidR="00DC7FCD" w:rsidRDefault="00000000">
      <w:pPr>
        <w:pStyle w:val="Oznaenseznam"/>
        <w:spacing w:after="30"/>
        <w:ind w:left="280" w:hanging="140"/>
      </w:pPr>
      <w:r>
        <w:rPr>
          <w:color w:val="203038"/>
          <w:sz w:val="17"/>
        </w:rPr>
        <w:t>Spremembe vrstnega reda ali števila ur se zapišejo v evidenco; ob koncu obdobja se preveri doseganje letnega obsega in vseh ključnih področij.</w:t>
      </w:r>
    </w:p>
    <w:p w14:paraId="461C712F" w14:textId="77777777" w:rsidR="00DC7FCD" w:rsidRDefault="008F4AC0">
      <w:pPr>
        <w:pStyle w:val="Naslov2"/>
        <w:spacing w:before="80" w:after="60"/>
      </w:pPr>
      <w:r>
        <w:rPr>
          <w:rFonts w:ascii="Arial" w:eastAsia="Arial" w:hAnsi="Arial"/>
          <w:color w:val="A3702A"/>
          <w:sz w:val="24"/>
        </w:rPr>
        <w:t xml:space="preserve">7.2 Viri in </w:t>
      </w:r>
      <w:proofErr w:type="spellStart"/>
      <w:r>
        <w:rPr>
          <w:rFonts w:ascii="Arial" w:eastAsia="Arial" w:hAnsi="Arial"/>
          <w:color w:val="A3702A"/>
          <w:sz w:val="24"/>
        </w:rPr>
        <w:t>podlage</w:t>
      </w:r>
      <w:proofErr w:type="spellEnd"/>
    </w:p>
    <w:p w14:paraId="4C2EF85C" w14:textId="77777777" w:rsidR="00DC7FCD" w:rsidRDefault="00000000">
      <w:pPr>
        <w:pStyle w:val="Oznaenseznam"/>
        <w:spacing w:after="30"/>
        <w:ind w:left="280" w:hanging="140"/>
      </w:pPr>
      <w:r>
        <w:rPr>
          <w:color w:val="203038"/>
          <w:sz w:val="17"/>
        </w:rPr>
        <w:t>Tabele razporeda snovi za 1. razred 2026/27 – tematski tedni in dnevi dejavnosti (priloženi vir).</w:t>
      </w:r>
    </w:p>
    <w:p w14:paraId="40FAB006" w14:textId="77777777" w:rsidR="00DC7FCD" w:rsidRDefault="00000000">
      <w:pPr>
        <w:pStyle w:val="Oznaenseznam"/>
        <w:spacing w:after="30"/>
        <w:ind w:left="280" w:hanging="140"/>
      </w:pPr>
      <w:r>
        <w:rPr>
          <w:color w:val="203038"/>
          <w:sz w:val="17"/>
        </w:rPr>
        <w:t>Dnevne učne priprave za predmet Likovna umetnost, 1. razred, 2026/27 (izdelane na podlagi iste tabele).</w:t>
      </w:r>
    </w:p>
    <w:p w14:paraId="6C3F9E68" w14:textId="77777777" w:rsidR="00DC7FCD" w:rsidRDefault="00000000">
      <w:pPr>
        <w:pStyle w:val="Oznaenseznam"/>
        <w:spacing w:after="0" w:line="240" w:lineRule="auto"/>
        <w:ind w:left="280" w:hanging="140"/>
      </w:pPr>
      <w:r>
        <w:rPr>
          <w:rFonts w:cs="Arial"/>
          <w:color w:val="34444B"/>
        </w:rPr>
        <w:t>Učni načrt za prvo vzgojno-izobraževalno obdobje (MVI in ZRSŠ, 2025), področje Likovna umetnost – podlaga za 6. poglavje.</w:t>
      </w:r>
    </w:p>
    <w:p w14:paraId="5FACFFE1" w14:textId="77777777" w:rsidR="00DC7FCD" w:rsidRDefault="00000000">
      <w:pPr>
        <w:pStyle w:val="Oznaenseznam"/>
        <w:spacing w:after="0" w:line="240" w:lineRule="auto"/>
        <w:ind w:left="280" w:hanging="140"/>
      </w:pPr>
      <w:r>
        <w:rPr>
          <w:rFonts w:cs="Arial"/>
          <w:color w:val="34444B"/>
        </w:rPr>
        <w:t>Programi in učni načrti v osnovni šoli, portal GOV.SI (veljavna objava za šolsko leto 2026/27).</w:t>
      </w:r>
    </w:p>
    <w:p w14:paraId="0AE13D92" w14:textId="77777777" w:rsidR="00DC7FCD" w:rsidRDefault="00000000">
      <w:pPr>
        <w:pStyle w:val="Oznaenseznam"/>
        <w:spacing w:after="30"/>
        <w:ind w:left="280" w:hanging="140"/>
      </w:pPr>
      <w:r>
        <w:rPr>
          <w:color w:val="203038"/>
          <w:sz w:val="17"/>
        </w:rPr>
        <w:t>Pravilnik o ocenjevanju znanja in napredovanju učencev v osnovni šoli (Uradni list RS, veljavna različica za šolsko leto 2026/27).</w:t>
      </w:r>
    </w:p>
    <w:p w14:paraId="7E03D3EA" w14:textId="77777777" w:rsidR="00DC7FCD" w:rsidRDefault="008F4AC0">
      <w:pPr>
        <w:pStyle w:val="Naslov2"/>
        <w:spacing w:before="80" w:after="60"/>
      </w:pPr>
      <w:r>
        <w:rPr>
          <w:rFonts w:ascii="Arial" w:eastAsia="Arial" w:hAnsi="Arial"/>
          <w:color w:val="A3702A"/>
          <w:sz w:val="24"/>
        </w:rPr>
        <w:t xml:space="preserve">7.3 </w:t>
      </w:r>
      <w:proofErr w:type="spellStart"/>
      <w:r>
        <w:rPr>
          <w:rFonts w:ascii="Arial" w:eastAsia="Arial" w:hAnsi="Arial"/>
          <w:color w:val="A3702A"/>
          <w:sz w:val="24"/>
        </w:rPr>
        <w:t>Zaključna</w:t>
      </w:r>
      <w:proofErr w:type="spellEnd"/>
      <w:r>
        <w:rPr>
          <w:rFonts w:ascii="Arial" w:eastAsia="Arial" w:hAnsi="Arial"/>
          <w:color w:val="A3702A"/>
          <w:sz w:val="24"/>
        </w:rPr>
        <w:t xml:space="preserve"> </w:t>
      </w:r>
      <w:proofErr w:type="spellStart"/>
      <w:r>
        <w:rPr>
          <w:rFonts w:ascii="Arial" w:eastAsia="Arial" w:hAnsi="Arial"/>
          <w:color w:val="A3702A"/>
          <w:sz w:val="24"/>
        </w:rPr>
        <w:t>kontrola</w:t>
      </w:r>
      <w:proofErr w:type="spellEnd"/>
    </w:p>
    <w:tbl>
      <w:tblPr>
        <w:tblW w:w="9860" w:type="dxa"/>
        <w:jc w:val="center"/>
        <w:tblLayout w:type="fixed"/>
        <w:tblLook w:val="04A0" w:firstRow="1" w:lastRow="0" w:firstColumn="1" w:lastColumn="0" w:noHBand="0" w:noVBand="1"/>
      </w:tblPr>
      <w:tblGrid>
        <w:gridCol w:w="700"/>
        <w:gridCol w:w="9160"/>
      </w:tblGrid>
      <w:tr w:rsidR="00DC7FCD" w14:paraId="763F9BBF"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73E5BBF4"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4F687AE6" w14:textId="77777777" w:rsidR="00DC7FCD" w:rsidRDefault="00000000">
            <w:pPr>
              <w:spacing w:after="24" w:line="240" w:lineRule="auto"/>
            </w:pPr>
            <w:r>
              <w:rPr>
                <w:color w:val="203038"/>
                <w:sz w:val="16"/>
              </w:rPr>
              <w:t>Letni obseg ur je preverjen: 70 ur.</w:t>
            </w:r>
          </w:p>
        </w:tc>
      </w:tr>
      <w:tr w:rsidR="00DC7FCD" w14:paraId="74E95FE4"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0146F88F"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1ABA3754" w14:textId="77777777" w:rsidR="00DC7FCD" w:rsidRDefault="00000000">
            <w:pPr>
              <w:spacing w:after="24" w:line="240" w:lineRule="auto"/>
            </w:pPr>
            <w:r>
              <w:rPr>
                <w:color w:val="203038"/>
                <w:sz w:val="16"/>
              </w:rPr>
              <w:t>Vseh 39 tednov vsebuje operativne cilje, sodobne oblike poučevanja in predvidene dokaze o učenju.</w:t>
            </w:r>
          </w:p>
        </w:tc>
      </w:tr>
      <w:tr w:rsidR="00DC7FCD" w14:paraId="613D4B60"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38109305"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6EE4F94F" w14:textId="77777777" w:rsidR="00336226" w:rsidRDefault="00000000">
            <w:pPr>
              <w:spacing w:after="0" w:line="240" w:lineRule="auto"/>
            </w:pPr>
            <w:r>
              <w:rPr>
                <w:rFonts w:cs="Arial"/>
                <w:color w:val="34444B"/>
              </w:rPr>
              <w:t>Načrt ocenjevanja vsebuje natanko 3 raznolike ocenjevalne situacije in opisne kriterije.</w:t>
            </w:r>
          </w:p>
        </w:tc>
      </w:tr>
      <w:tr w:rsidR="00DC7FCD" w14:paraId="6BFAFDB1"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07818F80"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106ACB03" w14:textId="77777777" w:rsidR="00DC7FCD" w:rsidRDefault="00000000">
            <w:pPr>
              <w:spacing w:after="24" w:line="240" w:lineRule="auto"/>
            </w:pPr>
            <w:r>
              <w:rPr>
                <w:color w:val="203038"/>
                <w:sz w:val="16"/>
              </w:rPr>
              <w:t>Dnevi dejavnosti in okvirni termini so preneseni iz izhodiščne tabele.</w:t>
            </w:r>
          </w:p>
        </w:tc>
      </w:tr>
      <w:tr w:rsidR="00DC7FCD" w14:paraId="1DECE0BA"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16E353B5"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2A0F0984" w14:textId="77777777" w:rsidR="00DC7FCD" w:rsidRDefault="00000000">
            <w:pPr>
              <w:spacing w:after="24" w:line="240" w:lineRule="auto"/>
            </w:pPr>
            <w:r>
              <w:rPr>
                <w:color w:val="203038"/>
                <w:sz w:val="16"/>
              </w:rPr>
              <w:t>Medpredmetne povezave podpirajo skupne tematske tedne, predmetni cilji pa ostajajo razvidni.</w:t>
            </w:r>
          </w:p>
        </w:tc>
      </w:tr>
      <w:tr w:rsidR="00DC7FCD" w14:paraId="3247F524"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2375F5E5" w14:textId="77777777" w:rsidR="00DC7FCD" w:rsidRDefault="00000000">
            <w:pPr>
              <w:spacing w:after="24" w:line="240" w:lineRule="auto"/>
              <w:jc w:val="center"/>
            </w:pPr>
            <w:r>
              <w:rPr>
                <w:b/>
                <w:color w:val="A3702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7F67201D" w14:textId="77777777" w:rsidR="00DC7FCD" w:rsidRDefault="00000000">
            <w:pPr>
              <w:spacing w:after="24" w:line="240" w:lineRule="auto"/>
            </w:pPr>
            <w:r>
              <w:rPr>
                <w:color w:val="203038"/>
                <w:sz w:val="16"/>
              </w:rPr>
              <w:t>Morebitne spremembe med letom se evidentirajo v dnevnih pripravah in letni evalvaciji.</w:t>
            </w:r>
          </w:p>
        </w:tc>
      </w:tr>
      <w:tr w:rsidR="00336226" w14:paraId="3BA71F73"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0D94429E" w14:textId="77777777" w:rsidR="00336226" w:rsidRDefault="00000000">
            <w:pPr>
              <w:spacing w:after="0" w:line="240" w:lineRule="auto"/>
              <w:jc w:val="center"/>
            </w:pPr>
            <w:r>
              <w:rPr>
                <w:rFonts w:cs="Arial"/>
                <w:color w:val="2F8577"/>
                <w:sz w:val="26"/>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0BCC6764" w14:textId="77777777" w:rsidR="00336226" w:rsidRDefault="00000000">
            <w:pPr>
              <w:spacing w:after="0" w:line="240" w:lineRule="auto"/>
            </w:pPr>
            <w:r>
              <w:rPr>
                <w:rFonts w:cs="Arial"/>
                <w:color w:val="34444B"/>
              </w:rPr>
              <w:t>6. poglavje vključuje podrobne obvezne, povezovalne in skupne cilje, standarde znanja ter termine iz učnega načrta.</w:t>
            </w:r>
          </w:p>
        </w:tc>
      </w:tr>
    </w:tbl>
    <w:p w14:paraId="156E5A7E" w14:textId="77777777" w:rsidR="00DC7FCD" w:rsidRDefault="00DC7FCD">
      <w:pPr>
        <w:spacing w:after="0" w:line="252" w:lineRule="auto"/>
      </w:pPr>
    </w:p>
    <w:tbl>
      <w:tblPr>
        <w:tblW w:w="9860" w:type="dxa"/>
        <w:jc w:val="center"/>
        <w:tblLayout w:type="fixed"/>
        <w:tblLook w:val="04A0" w:firstRow="1" w:lastRow="0" w:firstColumn="1" w:lastColumn="0" w:noHBand="0" w:noVBand="1"/>
      </w:tblPr>
      <w:tblGrid>
        <w:gridCol w:w="4930"/>
        <w:gridCol w:w="4930"/>
      </w:tblGrid>
      <w:tr w:rsidR="00DC7FCD" w14:paraId="3B3E3BC1" w14:textId="77777777">
        <w:trPr>
          <w:jc w:val="center"/>
        </w:trPr>
        <w:tc>
          <w:tcPr>
            <w:tcW w:w="4930" w:type="dxa"/>
            <w:tcMar>
              <w:top w:w="70" w:type="dxa"/>
              <w:left w:w="90" w:type="dxa"/>
              <w:bottom w:w="70" w:type="dxa"/>
              <w:right w:w="90" w:type="dxa"/>
            </w:tcMar>
            <w:vAlign w:val="center"/>
          </w:tcPr>
          <w:p w14:paraId="459253D6" w14:textId="77777777" w:rsidR="00DC7FCD" w:rsidRDefault="00000000">
            <w:pPr>
              <w:spacing w:after="24" w:line="240" w:lineRule="auto"/>
              <w:jc w:val="center"/>
            </w:pPr>
            <w:r>
              <w:rPr>
                <w:b/>
                <w:color w:val="60727A"/>
                <w:sz w:val="16"/>
              </w:rPr>
              <w:t>Izvajalka</w:t>
            </w:r>
          </w:p>
        </w:tc>
        <w:tc>
          <w:tcPr>
            <w:tcW w:w="4930" w:type="dxa"/>
            <w:tcMar>
              <w:top w:w="70" w:type="dxa"/>
              <w:left w:w="90" w:type="dxa"/>
              <w:bottom w:w="70" w:type="dxa"/>
              <w:right w:w="90" w:type="dxa"/>
            </w:tcMar>
            <w:vAlign w:val="center"/>
          </w:tcPr>
          <w:p w14:paraId="19A71E33" w14:textId="77777777" w:rsidR="00DC7FCD" w:rsidRDefault="00000000">
            <w:pPr>
              <w:spacing w:after="24" w:line="240" w:lineRule="auto"/>
              <w:jc w:val="center"/>
            </w:pPr>
            <w:r>
              <w:rPr>
                <w:b/>
                <w:color w:val="60727A"/>
                <w:sz w:val="16"/>
              </w:rPr>
              <w:t>Ravnateljica / pregledala</w:t>
            </w:r>
          </w:p>
        </w:tc>
      </w:tr>
      <w:tr w:rsidR="00DC7FCD" w14:paraId="62B6D389" w14:textId="77777777">
        <w:trPr>
          <w:jc w:val="center"/>
        </w:trPr>
        <w:tc>
          <w:tcPr>
            <w:tcW w:w="4930" w:type="dxa"/>
            <w:tcMar>
              <w:top w:w="70" w:type="dxa"/>
              <w:left w:w="90" w:type="dxa"/>
              <w:bottom w:w="70" w:type="dxa"/>
              <w:right w:w="90" w:type="dxa"/>
            </w:tcMar>
            <w:vAlign w:val="center"/>
          </w:tcPr>
          <w:p w14:paraId="5D8741EA" w14:textId="77777777" w:rsidR="00DC7FCD"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28F88FF1" w14:textId="77777777" w:rsidR="00DC7FCD" w:rsidRDefault="00000000">
            <w:pPr>
              <w:spacing w:after="24" w:line="240" w:lineRule="auto"/>
              <w:jc w:val="center"/>
            </w:pPr>
            <w:r>
              <w:rPr>
                <w:color w:val="203038"/>
              </w:rPr>
              <w:t>____________________________</w:t>
            </w:r>
          </w:p>
        </w:tc>
      </w:tr>
    </w:tbl>
    <w:p w14:paraId="1ADE1772" w14:textId="77777777" w:rsidR="00DC7FCD" w:rsidRDefault="00000000" w:rsidP="00967366">
      <w:pPr>
        <w:spacing w:after="0" w:line="252" w:lineRule="auto"/>
        <w:jc w:val="both"/>
        <w:rPr>
          <w:i/>
          <w:color w:val="60727A"/>
          <w:sz w:val="16"/>
        </w:rPr>
      </w:pPr>
      <w:r>
        <w:rPr>
          <w:i/>
          <w:color w:val="60727A"/>
          <w:sz w:val="16"/>
        </w:rPr>
        <w:t xml:space="preserve">Opomba: vsebine in termini se lahko prilagodijo dejanskim dogodkom, razredni dinamiki ter potrebam učencev, pri čemer se ohranijo </w:t>
      </w:r>
      <w:proofErr w:type="spellStart"/>
      <w:r>
        <w:rPr>
          <w:i/>
          <w:color w:val="60727A"/>
          <w:sz w:val="16"/>
        </w:rPr>
        <w:t>cilji</w:t>
      </w:r>
      <w:proofErr w:type="spellEnd"/>
      <w:r>
        <w:rPr>
          <w:i/>
          <w:color w:val="60727A"/>
          <w:sz w:val="16"/>
        </w:rPr>
        <w:t xml:space="preserve">, </w:t>
      </w:r>
      <w:proofErr w:type="spellStart"/>
      <w:r>
        <w:rPr>
          <w:i/>
          <w:color w:val="60727A"/>
          <w:sz w:val="16"/>
        </w:rPr>
        <w:t>standardi</w:t>
      </w:r>
      <w:proofErr w:type="spellEnd"/>
      <w:r>
        <w:rPr>
          <w:i/>
          <w:color w:val="60727A"/>
          <w:sz w:val="16"/>
        </w:rPr>
        <w:t xml:space="preserve"> in </w:t>
      </w:r>
      <w:proofErr w:type="spellStart"/>
      <w:r>
        <w:rPr>
          <w:i/>
          <w:color w:val="60727A"/>
          <w:sz w:val="16"/>
        </w:rPr>
        <w:t>letni</w:t>
      </w:r>
      <w:proofErr w:type="spellEnd"/>
      <w:r>
        <w:rPr>
          <w:i/>
          <w:color w:val="60727A"/>
          <w:sz w:val="16"/>
        </w:rPr>
        <w:t xml:space="preserve"> obseg </w:t>
      </w:r>
      <w:proofErr w:type="spellStart"/>
      <w:r>
        <w:rPr>
          <w:i/>
          <w:color w:val="60727A"/>
          <w:sz w:val="16"/>
        </w:rPr>
        <w:t>predmeta</w:t>
      </w:r>
      <w:proofErr w:type="spellEnd"/>
      <w:r>
        <w:rPr>
          <w:i/>
          <w:color w:val="60727A"/>
          <w:sz w:val="16"/>
        </w:rPr>
        <w:t>.</w:t>
      </w:r>
    </w:p>
    <w:p w14:paraId="6ACE0695" w14:textId="77777777" w:rsidR="00967366" w:rsidRPr="00967366" w:rsidRDefault="00967366" w:rsidP="00967366"/>
    <w:p w14:paraId="20BE007F" w14:textId="77777777" w:rsidR="00967366" w:rsidRPr="00967366" w:rsidRDefault="00967366" w:rsidP="00967366"/>
    <w:p w14:paraId="29EE216E" w14:textId="77777777" w:rsidR="00967366" w:rsidRPr="00967366" w:rsidRDefault="00967366" w:rsidP="00967366"/>
    <w:p w14:paraId="242049B0" w14:textId="77777777" w:rsidR="00967366" w:rsidRPr="00967366" w:rsidRDefault="00967366" w:rsidP="00967366"/>
    <w:p w14:paraId="72054DA8" w14:textId="77777777" w:rsidR="00967366" w:rsidRPr="00967366" w:rsidRDefault="00967366" w:rsidP="00967366"/>
    <w:p w14:paraId="038DF59A" w14:textId="77777777" w:rsidR="00967366" w:rsidRPr="00967366" w:rsidRDefault="00967366" w:rsidP="00967366"/>
    <w:p w14:paraId="2AD9FEF3" w14:textId="77777777" w:rsidR="00967366" w:rsidRDefault="00967366" w:rsidP="00967366">
      <w:pPr>
        <w:rPr>
          <w:i/>
          <w:color w:val="60727A"/>
          <w:sz w:val="16"/>
        </w:rPr>
      </w:pPr>
    </w:p>
    <w:p w14:paraId="621F8531" w14:textId="6E45942C" w:rsidR="00967366" w:rsidRPr="00967366" w:rsidRDefault="00967366" w:rsidP="00967366">
      <w:pPr>
        <w:tabs>
          <w:tab w:val="left" w:pos="3983"/>
        </w:tabs>
      </w:pPr>
      <w:r>
        <w:tab/>
      </w:r>
    </w:p>
    <w:sectPr w:rsidR="00967366" w:rsidRPr="00967366" w:rsidSect="00034616">
      <w:headerReference w:type="default" r:id="rId11"/>
      <w:footerReference w:type="default" r:id="rId12"/>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BF114" w14:textId="77777777" w:rsidR="00855D93" w:rsidRDefault="00855D93">
      <w:pPr>
        <w:spacing w:after="0" w:line="240" w:lineRule="auto"/>
      </w:pPr>
      <w:r>
        <w:separator/>
      </w:r>
    </w:p>
  </w:endnote>
  <w:endnote w:type="continuationSeparator" w:id="0">
    <w:p w14:paraId="70290BBD" w14:textId="77777777" w:rsidR="00855D93" w:rsidRDefault="00855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DC8B" w14:textId="77777777" w:rsidR="00DC7FCD" w:rsidRPr="008F4AC0" w:rsidRDefault="00DC7FCD" w:rsidP="008F4AC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F763" w14:textId="58E23E16" w:rsidR="00DC7FCD" w:rsidRPr="00967366" w:rsidRDefault="00DC7FCD" w:rsidP="009673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4106A" w14:textId="77777777" w:rsidR="00855D93" w:rsidRDefault="00855D93">
      <w:pPr>
        <w:spacing w:after="0" w:line="240" w:lineRule="auto"/>
      </w:pPr>
      <w:r>
        <w:separator/>
      </w:r>
    </w:p>
  </w:footnote>
  <w:footnote w:type="continuationSeparator" w:id="0">
    <w:p w14:paraId="3ED6E2C9" w14:textId="77777777" w:rsidR="00855D93" w:rsidRDefault="00855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E17B" w14:textId="77777777" w:rsidR="00DC7FCD" w:rsidRPr="008F4AC0" w:rsidRDefault="00DC7FCD" w:rsidP="008F4AC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4A9B" w14:textId="60AEA5A9" w:rsidR="00DC7FCD" w:rsidRPr="00967366" w:rsidRDefault="00DC7FCD" w:rsidP="0096736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595868152">
    <w:abstractNumId w:val="8"/>
  </w:num>
  <w:num w:numId="2" w16cid:durableId="541359104">
    <w:abstractNumId w:val="6"/>
  </w:num>
  <w:num w:numId="3" w16cid:durableId="438256712">
    <w:abstractNumId w:val="5"/>
  </w:num>
  <w:num w:numId="4" w16cid:durableId="1642464810">
    <w:abstractNumId w:val="4"/>
  </w:num>
  <w:num w:numId="5" w16cid:durableId="1582639699">
    <w:abstractNumId w:val="7"/>
  </w:num>
  <w:num w:numId="6" w16cid:durableId="806632952">
    <w:abstractNumId w:val="3"/>
  </w:num>
  <w:num w:numId="7" w16cid:durableId="2064595661">
    <w:abstractNumId w:val="2"/>
  </w:num>
  <w:num w:numId="8" w16cid:durableId="390930350">
    <w:abstractNumId w:val="1"/>
  </w:num>
  <w:num w:numId="9" w16cid:durableId="1200511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49DC"/>
    <w:rsid w:val="0006063C"/>
    <w:rsid w:val="0015074B"/>
    <w:rsid w:val="0029639D"/>
    <w:rsid w:val="00326F90"/>
    <w:rsid w:val="00336226"/>
    <w:rsid w:val="00855D93"/>
    <w:rsid w:val="008F4AC0"/>
    <w:rsid w:val="009501A2"/>
    <w:rsid w:val="00967366"/>
    <w:rsid w:val="00AA1D8D"/>
    <w:rsid w:val="00B47730"/>
    <w:rsid w:val="00B64A32"/>
    <w:rsid w:val="00BB0FB2"/>
    <w:rsid w:val="00C704FE"/>
    <w:rsid w:val="00CB0664"/>
    <w:rsid w:val="00DC7F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BC90D"/>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5512</Words>
  <Characters>31420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Likovna umetnost – 1. razred – 2026/27</dc:title>
  <dc:subject>Letna priprava na vzgojno-izobraževalno delo</dc:subject>
  <dc:creator>Narrayani Premal</dc:creator>
  <cp:keywords>1. razred, letna priprava, formativno spremljanje, 2026/27</cp:keywords>
  <dc:description>generated by python-docx</dc:description>
  <cp:lastModifiedBy>Narrayani Premal</cp:lastModifiedBy>
  <cp:revision>5</cp:revision>
  <dcterms:created xsi:type="dcterms:W3CDTF">2013-12-23T23:15:00Z</dcterms:created>
  <dcterms:modified xsi:type="dcterms:W3CDTF">2026-08-16T21:45:00Z</dcterms:modified>
  <cp:category/>
</cp:coreProperties>
</file>