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E0981" w14:textId="156DB1C9" w:rsidR="00947AAC" w:rsidRDefault="00C5144F">
      <w:pPr>
        <w:spacing w:before="1520" w:after="320"/>
        <w:jc w:val="center"/>
      </w:pPr>
      <w:r>
        <w:rPr>
          <w:rFonts w:eastAsia="Calibri" w:cs="Calibri"/>
          <w:b/>
          <w:color w:val="C65A45"/>
          <w:sz w:val="24"/>
        </w:rPr>
        <w:t>FORMATIVNO SPREMLJANJE</w:t>
      </w:r>
    </w:p>
    <w:p w14:paraId="09CF737B" w14:textId="34AC8588" w:rsidR="00947AAC" w:rsidRDefault="00C5144F">
      <w:pPr>
        <w:spacing w:after="160"/>
        <w:jc w:val="center"/>
      </w:pPr>
      <w:r>
        <w:rPr>
          <w:rFonts w:eastAsia="Calibri" w:cs="Calibri"/>
          <w:b/>
          <w:color w:val="203748"/>
          <w:sz w:val="60"/>
        </w:rPr>
        <w:t>OD STARTA DO CILJA</w:t>
      </w:r>
    </w:p>
    <w:p w14:paraId="768DF273" w14:textId="57907594" w:rsidR="00947AAC" w:rsidRDefault="00C5144F">
      <w:pPr>
        <w:spacing w:after="600"/>
        <w:jc w:val="center"/>
      </w:pPr>
      <w:r>
        <w:rPr>
          <w:rFonts w:eastAsia="Calibri" w:cs="Calibri"/>
          <w:color w:val="4B6370"/>
          <w:sz w:val="30"/>
        </w:rPr>
        <w:t>FS-STOPNICE IN ZBIRNI OBRAZCI ZA 1. RAZRED</w:t>
      </w:r>
    </w:p>
    <w:p w14:paraId="3E9B0B88" w14:textId="5C556CBD" w:rsidR="00947AAC" w:rsidRDefault="00C5144F">
      <w:pPr>
        <w:jc w:val="center"/>
      </w:pPr>
      <w:r>
        <w:rPr>
          <w:rFonts w:eastAsia="Calibri" w:cs="Calibri"/>
          <w:b/>
          <w:color w:val="9E3F31"/>
          <w:sz w:val="26"/>
        </w:rPr>
        <w:t>ŠOLSKO LETO 2026/27</w:t>
      </w:r>
    </w:p>
    <w:p w14:paraId="5D162DA8" w14:textId="394289FC" w:rsidR="00947AAC" w:rsidRDefault="00C5144F">
      <w:pPr>
        <w:spacing w:before="960"/>
        <w:jc w:val="center"/>
      </w:pPr>
      <w:r>
        <w:rPr>
          <w:rFonts w:eastAsia="Calibri" w:cs="Calibri"/>
          <w:color w:val="666666"/>
          <w:sz w:val="20"/>
        </w:rPr>
        <w:t>POSODOBLJENO PO UČNEM NAČRTU ZA PRVO VZGOJNO-IZOBRAŽEVALNO OBDOBJE 2025</w:t>
      </w:r>
    </w:p>
    <w:p w14:paraId="36E26A49" w14:textId="4843E343" w:rsidR="00947AAC" w:rsidRDefault="00C5144F">
      <w:pPr>
        <w:spacing w:after="0"/>
        <w:jc w:val="center"/>
      </w:pPr>
      <w:r>
        <w:rPr>
          <w:rFonts w:eastAsia="Calibri" w:cs="Calibri"/>
          <w:b/>
          <w:color w:val="666666"/>
          <w:sz w:val="20"/>
        </w:rPr>
        <w:t>V UPORABI OD 1. SEPTEMBRA 2026</w:t>
      </w:r>
    </w:p>
    <w:p w14:paraId="27144DB6" w14:textId="10A80AD1" w:rsidR="00947AAC" w:rsidRDefault="00C5144F">
      <w:r>
        <w:br w:type="page"/>
      </w:r>
    </w:p>
    <w:p w14:paraId="50F5F4C4" w14:textId="1F09CAFC" w:rsidR="00947AAC" w:rsidRDefault="00C5144F">
      <w:pPr>
        <w:pStyle w:val="Naslov1"/>
      </w:pPr>
      <w:r>
        <w:lastRenderedPageBreak/>
        <w:t>KAKO UPORABLJATI GRADIVO</w:t>
      </w:r>
    </w:p>
    <w:p w14:paraId="06BBDF25" w14:textId="6CE27B68" w:rsidR="00947AAC" w:rsidRDefault="00C5144F">
      <w:pPr>
        <w:spacing w:after="160"/>
      </w:pPr>
      <w:r>
        <w:rPr>
          <w:rFonts w:eastAsia="Calibri" w:cs="Calibri"/>
        </w:rPr>
        <w:t>STOPNICE PRETVORIJO CILJE IN STANDARDE V KRATKA UČENČEVA MERILA »ZNAM …«. UČENEC ZAČNE PRI SPODNJI STOPNICI, ZBIRA DOKAZE UČENJA TER NAPREDUJE PROTI CILJU NA VRHU.</w:t>
      </w:r>
    </w:p>
    <w:p w14:paraId="706C3D0B" w14:textId="28829E3F" w:rsidR="00947AAC" w:rsidRDefault="00C5144F">
      <w:pPr>
        <w:numPr>
          <w:ilvl w:val="0"/>
          <w:numId w:val="1"/>
        </w:numPr>
        <w:spacing w:after="80"/>
      </w:pPr>
      <w:r>
        <w:rPr>
          <w:rFonts w:eastAsia="Calibri" w:cs="Calibri"/>
          <w:sz w:val="20"/>
        </w:rPr>
        <w:t>FS-STOPNICE UPORABITE ZA NAPOVED CILJA, SAMOVREDNOTENJE IN OPISNO POVRATNO INFORMACIJO.</w:t>
      </w:r>
    </w:p>
    <w:p w14:paraId="036ECE74" w14:textId="5DFC1D90" w:rsidR="00947AAC" w:rsidRDefault="00C5144F">
      <w:pPr>
        <w:numPr>
          <w:ilvl w:val="0"/>
          <w:numId w:val="1"/>
        </w:numPr>
        <w:spacing w:after="80"/>
      </w:pPr>
      <w:r>
        <w:rPr>
          <w:rFonts w:eastAsia="Calibri" w:cs="Calibri"/>
          <w:sz w:val="20"/>
        </w:rPr>
        <w:t>ZBIRNI OBRAZCI »OD STARTA DO CILJA« SO NAMENJENI BELEŽENJU DATUMA, STOPNJE DOSEGANJA, DOKAZA IN PODPISA STARŠEV.</w:t>
      </w:r>
    </w:p>
    <w:p w14:paraId="4CF2EA91" w14:textId="253862D4" w:rsidR="00947AAC" w:rsidRDefault="00C5144F">
      <w:pPr>
        <w:numPr>
          <w:ilvl w:val="0"/>
          <w:numId w:val="1"/>
        </w:numPr>
        <w:spacing w:after="80"/>
      </w:pPr>
      <w:r>
        <w:rPr>
          <w:rFonts w:eastAsia="Calibri" w:cs="Calibri"/>
          <w:sz w:val="20"/>
        </w:rPr>
        <w:t>MERILA, OZNAČENA KOT STANDARD 1. RAZREDA, IZHAJAJO IZ IZRECNO RAZREDNO OPREDELJENIH STANDARDOV PRENOVLJENEGA UČNEGA NAČRTA.</w:t>
      </w:r>
    </w:p>
    <w:p w14:paraId="1E1D9FE2" w14:textId="0FF1ECB1" w:rsidR="00947AAC" w:rsidRDefault="00C5144F">
      <w:pPr>
        <w:numPr>
          <w:ilvl w:val="0"/>
          <w:numId w:val="1"/>
        </w:numPr>
        <w:spacing w:after="80"/>
      </w:pPr>
      <w:r>
        <w:rPr>
          <w:rFonts w:eastAsia="Calibri" w:cs="Calibri"/>
          <w:sz w:val="20"/>
        </w:rPr>
        <w:t>DRUGA MERILA SO RAZVOJNE STOPNICE CILJEV CELOTNEGA PRVEGA VIO; UČITELJ JIH PRILAGODI POSAMEZNIKU IN SVOJEMU ZAPOREDJU POUČEVANJA.</w:t>
      </w:r>
    </w:p>
    <w:p w14:paraId="718B6775" w14:textId="01E30461" w:rsidR="00947AAC" w:rsidRDefault="00C5144F">
      <w:pPr>
        <w:numPr>
          <w:ilvl w:val="0"/>
          <w:numId w:val="1"/>
        </w:numPr>
        <w:spacing w:after="80"/>
      </w:pPr>
      <w:r>
        <w:rPr>
          <w:rFonts w:eastAsia="Calibri" w:cs="Calibri"/>
          <w:sz w:val="20"/>
        </w:rPr>
        <w:t>PRI TUJEM JEZIKU JE ZAPIS JEZIKOVNO NEVTRALEN, ZATO GA LAHKO UPORABITE PRI JEZIKU, KI GA IZVAJA ŠOLA.</w:t>
      </w:r>
    </w:p>
    <w:p w14:paraId="0C0CE2DA" w14:textId="0FAE7397" w:rsidR="00947AAC" w:rsidRDefault="00C5144F">
      <w:pPr>
        <w:pStyle w:val="Naslov2"/>
      </w:pPr>
      <w:r>
        <w:t>OZNAKE NA ZBIRNIH OBRAZCIH</w:t>
      </w:r>
    </w:p>
    <w:tbl>
      <w:tblPr>
        <w:tblW w:w="936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460"/>
      </w:tblGrid>
      <w:tr w:rsidR="00947AAC" w14:paraId="017CBC4C" w14:textId="77777777">
        <w:trPr>
          <w:jc w:val="center"/>
        </w:trPr>
        <w:tc>
          <w:tcPr>
            <w:tcW w:w="1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775AC" w14:textId="1DDBD6D4" w:rsidR="00947AAC" w:rsidRDefault="00C5144F">
            <w:pPr>
              <w:spacing w:after="0"/>
              <w:jc w:val="center"/>
            </w:pPr>
            <w:r>
              <w:rPr>
                <w:rFonts w:eastAsia="Calibri" w:cs="Calibri"/>
                <w:b/>
                <w:sz w:val="20"/>
              </w:rPr>
              <w:t>POLJE</w:t>
            </w:r>
          </w:p>
        </w:tc>
        <w:tc>
          <w:tcPr>
            <w:tcW w:w="74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1A3554" w14:textId="7F0076CD" w:rsidR="00947AAC" w:rsidRDefault="00C5144F">
            <w:pPr>
              <w:spacing w:after="0"/>
              <w:jc w:val="center"/>
            </w:pPr>
            <w:r>
              <w:rPr>
                <w:rFonts w:eastAsia="Calibri" w:cs="Calibri"/>
                <w:b/>
                <w:sz w:val="20"/>
              </w:rPr>
              <w:t>NAMEN</w:t>
            </w:r>
          </w:p>
        </w:tc>
      </w:tr>
      <w:tr w:rsidR="00947AAC" w14:paraId="1BB2937C" w14:textId="77777777">
        <w:trPr>
          <w:jc w:val="center"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06EDA" w14:textId="0F0445E9" w:rsidR="00947AAC" w:rsidRDefault="00C5144F">
            <w:pPr>
              <w:spacing w:after="0"/>
            </w:pPr>
            <w:r>
              <w:rPr>
                <w:rFonts w:eastAsia="Calibri" w:cs="Calibri"/>
                <w:b/>
                <w:sz w:val="19"/>
              </w:rPr>
              <w:t>DATUM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9605D" w14:textId="51D48545" w:rsidR="00947AAC" w:rsidRDefault="00C5144F">
            <w:pPr>
              <w:spacing w:after="0"/>
            </w:pPr>
            <w:r>
              <w:rPr>
                <w:rFonts w:eastAsia="Calibri" w:cs="Calibri"/>
                <w:sz w:val="19"/>
              </w:rPr>
              <w:t>DATUM PREVERJANJA ALI DOSEGANJA CILJA</w:t>
            </w:r>
          </w:p>
        </w:tc>
      </w:tr>
      <w:tr w:rsidR="00947AAC" w14:paraId="3578F7CF" w14:textId="77777777">
        <w:trPr>
          <w:jc w:val="center"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D0C704" w14:textId="458A0A4A" w:rsidR="00947AAC" w:rsidRDefault="00C5144F">
            <w:pPr>
              <w:spacing w:after="0"/>
            </w:pPr>
            <w:r>
              <w:rPr>
                <w:rFonts w:eastAsia="Calibri" w:cs="Calibri"/>
                <w:b/>
                <w:sz w:val="19"/>
              </w:rPr>
              <w:t>DOSEŽENO / DELNO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FA0CE" w14:textId="780B02B7" w:rsidR="00947AAC" w:rsidRDefault="00C5144F">
            <w:pPr>
              <w:spacing w:after="0"/>
            </w:pPr>
            <w:r>
              <w:rPr>
                <w:rFonts w:eastAsia="Calibri" w:cs="Calibri"/>
                <w:sz w:val="19"/>
              </w:rPr>
              <w:t>OZNAKA TRENUTNE STOPNJE DOSEGANJA</w:t>
            </w:r>
          </w:p>
        </w:tc>
      </w:tr>
      <w:tr w:rsidR="00947AAC" w14:paraId="4EE70040" w14:textId="77777777">
        <w:trPr>
          <w:jc w:val="center"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790D2" w14:textId="55031BAB" w:rsidR="00947AAC" w:rsidRDefault="00C5144F">
            <w:pPr>
              <w:spacing w:after="0"/>
            </w:pPr>
            <w:r>
              <w:rPr>
                <w:rFonts w:eastAsia="Calibri" w:cs="Calibri"/>
                <w:b/>
                <w:sz w:val="19"/>
              </w:rPr>
              <w:t>DOKAZ / OPOMBA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BB337" w14:textId="5C758311" w:rsidR="00947AAC" w:rsidRDefault="00C5144F">
            <w:pPr>
              <w:spacing w:after="0"/>
            </w:pPr>
            <w:r>
              <w:rPr>
                <w:rFonts w:eastAsia="Calibri" w:cs="Calibri"/>
                <w:sz w:val="19"/>
              </w:rPr>
              <w:t>IZDELEK, NALOGA, OPAZOVANJE ALI NASLEDNJI KORAK</w:t>
            </w:r>
          </w:p>
        </w:tc>
      </w:tr>
      <w:tr w:rsidR="00947AAC" w14:paraId="6E3B12F8" w14:textId="77777777">
        <w:trPr>
          <w:jc w:val="center"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164BB" w14:textId="4FA7956B" w:rsidR="00947AAC" w:rsidRDefault="00C5144F">
            <w:pPr>
              <w:spacing w:after="0"/>
            </w:pPr>
            <w:r>
              <w:rPr>
                <w:rFonts w:eastAsia="Calibri" w:cs="Calibri"/>
                <w:b/>
                <w:sz w:val="19"/>
              </w:rPr>
              <w:t>PODPIS STARŠEV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2065E" w14:textId="2D232AA7" w:rsidR="00947AAC" w:rsidRDefault="00C5144F">
            <w:pPr>
              <w:spacing w:after="0"/>
            </w:pPr>
            <w:r>
              <w:rPr>
                <w:rFonts w:eastAsia="Calibri" w:cs="Calibri"/>
                <w:sz w:val="19"/>
              </w:rPr>
              <w:t>SEZNANITEV STARŠEV Z NAPREDKOM</w:t>
            </w:r>
          </w:p>
        </w:tc>
      </w:tr>
    </w:tbl>
    <w:p w14:paraId="6B53B797" w14:textId="681A09E8" w:rsidR="00947AAC" w:rsidRDefault="00C5144F">
      <w:pPr>
        <w:spacing w:before="120" w:after="0" w:line="240" w:lineRule="auto"/>
      </w:pPr>
      <w:r>
        <w:rPr>
          <w:rFonts w:eastAsia="Calibri" w:cs="Calibri"/>
          <w:i/>
          <w:color w:val="666666"/>
          <w:sz w:val="15"/>
        </w:rPr>
        <w:t>VIR IN VSEBINSKA PODLAGA: UČNI NAČRT ZA PRVO VIO (MVI IN ZRSŠ, 2025), V UPORABI OD 1. 9. 2026. BESEDILO JE UČENČEV OPERATIVNI POVZETEK.</w:t>
      </w:r>
    </w:p>
    <w:p w14:paraId="05B713AB" w14:textId="3C23C8B0" w:rsidR="00947AAC" w:rsidRDefault="00C5144F">
      <w:r>
        <w:br w:type="page"/>
      </w:r>
    </w:p>
    <w:p w14:paraId="5B7A4BAE" w14:textId="25EB1D9B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POVEZOVALNI CILJI</w:t>
      </w:r>
    </w:p>
    <w:p w14:paraId="7DB633C4" w14:textId="4A8841C2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VARNO UČNO OKOLJE IN ODNOSI</w:t>
      </w:r>
    </w:p>
    <w:p w14:paraId="51ECD313" w14:textId="4FBDE9CD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POVEZOVALNI CILJI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5B94649C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56A56E6" w14:textId="1C54ABB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PRISPEVAM K VARNEMU, PRIJAZNEMU IN VKLJUČUJOČEMU RAZREDU.</w:t>
            </w:r>
          </w:p>
        </w:tc>
      </w:tr>
    </w:tbl>
    <w:p w14:paraId="66E49135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41230CCB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9A3849B" w14:textId="070D8C5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SPOR REŠUJEM Z BESEDAMI IN POIŠČEM POMOČ, KADAR JO POTREBUJEM.</w:t>
            </w:r>
          </w:p>
        </w:tc>
      </w:tr>
    </w:tbl>
    <w:p w14:paraId="78AEA375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460780FD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EC1A5EE" w14:textId="68EBDCD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POMAGAM SOŠOLCU IN SPREJMEM POMOČ.</w:t>
            </w:r>
          </w:p>
        </w:tc>
      </w:tr>
    </w:tbl>
    <w:p w14:paraId="28EC4879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54EE8DBC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BA50647" w14:textId="7D8DC57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SODELUJEM V PARU ALI SKUPINI.</w:t>
            </w:r>
          </w:p>
        </w:tc>
      </w:tr>
    </w:tbl>
    <w:p w14:paraId="5EC04B1F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5F8224DC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20EDEB3" w14:textId="16FBF96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UPOŠTEVAM DOGOVORJENA PRAVILA.</w:t>
            </w:r>
          </w:p>
        </w:tc>
      </w:tr>
    </w:tbl>
    <w:p w14:paraId="1ECCEFBB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5067ED70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7158A50" w14:textId="0817087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POSLUŠAM, KO GOVORI DRUGI.</w:t>
            </w:r>
          </w:p>
        </w:tc>
      </w:tr>
    </w:tbl>
    <w:p w14:paraId="3E0CBB61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2472A117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97D3BFA" w14:textId="7DEEF54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POIMENUJEM SVOJE POČUTJE IN MIRNO IZRAZIM POTREBO.</w:t>
            </w:r>
          </w:p>
        </w:tc>
      </w:tr>
    </w:tbl>
    <w:p w14:paraId="5C9ABCD4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54D22F2C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74B0A2D" w14:textId="77FC7C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POZDRAVIM, PROSIM, SE ZAHVALIM IN SE OPRAVIČIM.</w:t>
            </w:r>
          </w:p>
        </w:tc>
      </w:tr>
    </w:tbl>
    <w:p w14:paraId="1E68881F" w14:textId="77777777" w:rsidR="00947AAC" w:rsidRDefault="00947AAC">
      <w:pPr>
        <w:spacing w:after="30" w:line="240" w:lineRule="auto"/>
      </w:pPr>
    </w:p>
    <w:p w14:paraId="2B3ADEA3" w14:textId="1A5F369F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0C7BD0BC" w14:textId="2F1DEEA6" w:rsidR="00947AAC" w:rsidRDefault="00C5144F">
      <w:r>
        <w:br w:type="page"/>
      </w:r>
    </w:p>
    <w:p w14:paraId="050374A6" w14:textId="3A0633B6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POVEZOVALNI CILJI</w:t>
      </w:r>
    </w:p>
    <w:p w14:paraId="709EA831" w14:textId="19D319FC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UČIM SE UČITI</w:t>
      </w:r>
    </w:p>
    <w:p w14:paraId="11A7603B" w14:textId="430F5F08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POVEZOVALNI CILJI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34B7A813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D2377CC" w14:textId="647D185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IZBEREM NASLEDNJI KORAK ZA SVOJ NAPREDEK.</w:t>
            </w:r>
          </w:p>
        </w:tc>
      </w:tr>
    </w:tbl>
    <w:p w14:paraId="04B7A803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07F30964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4B53D08" w14:textId="6185448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POVEM, KAJ ŽE ZNAM IN KAJ ŠE VADIM.</w:t>
            </w:r>
          </w:p>
        </w:tc>
      </w:tr>
    </w:tbl>
    <w:p w14:paraId="11BBFE9F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FDE084C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423E390" w14:textId="01BBDC2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PREVERIM SVOJE DELO PO DOGOVORJENEM KRITERIJU.</w:t>
            </w:r>
          </w:p>
        </w:tc>
      </w:tr>
    </w:tbl>
    <w:p w14:paraId="23F0FE30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0E7D1C76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F544237" w14:textId="60AF864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IZBEREM PRIPOMOČEK ALI STRATEGIJO, KI MI POMAGA.</w:t>
            </w:r>
          </w:p>
        </w:tc>
      </w:tr>
    </w:tbl>
    <w:p w14:paraId="70B9A4AB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1F3B8B63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CEF311B" w14:textId="0AEE307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POVEM, ČESA NE RAZUMEM.</w:t>
            </w:r>
          </w:p>
        </w:tc>
      </w:tr>
    </w:tbl>
    <w:p w14:paraId="4A5F1FBE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5C873E97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E51A081" w14:textId="1FF90AE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NALOGO ZAČNEM IN VZTRAJAM PRIMEREN ČAS.</w:t>
            </w:r>
          </w:p>
        </w:tc>
      </w:tr>
    </w:tbl>
    <w:p w14:paraId="4B791CDE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63930985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0554DB7" w14:textId="1C74A70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POZORNO POSLUŠAM KRATKO NAVODILO.</w:t>
            </w:r>
          </w:p>
        </w:tc>
      </w:tr>
    </w:tbl>
    <w:p w14:paraId="1AE11B52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1C3A7DCA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8E1DF26" w14:textId="7534306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PRIPRAVIM POTREBŠČINE IN UREDIM DELOVNI PROSTOR.</w:t>
            </w:r>
          </w:p>
        </w:tc>
      </w:tr>
    </w:tbl>
    <w:p w14:paraId="0AF85EB7" w14:textId="77777777" w:rsidR="00947AAC" w:rsidRDefault="00947AAC">
      <w:pPr>
        <w:spacing w:after="30" w:line="240" w:lineRule="auto"/>
      </w:pPr>
    </w:p>
    <w:p w14:paraId="75564C06" w14:textId="1C879743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0AAF6F34" w14:textId="7E84038A" w:rsidR="00947AAC" w:rsidRDefault="00C5144F">
      <w:r>
        <w:br w:type="page"/>
      </w:r>
    </w:p>
    <w:p w14:paraId="0749DC76" w14:textId="7F12C578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SLOVENŠČINA</w:t>
      </w:r>
    </w:p>
    <w:p w14:paraId="379B41AE" w14:textId="295DF122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PREDOPISMENJEVANJE</w:t>
      </w:r>
    </w:p>
    <w:p w14:paraId="5A338D7F" w14:textId="3D208466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PRVEGA VIO; LOČEN STANDARD ZA 1. RAZRED NI DOLOČEN.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4691910D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6C82073" w14:textId="1CA30A0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ZNANIH BESEDAH PREPOZNAM ZAČETNI ALI KONČNI GLAS.</w:t>
            </w:r>
          </w:p>
        </w:tc>
      </w:tr>
    </w:tbl>
    <w:p w14:paraId="59767F2E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5CAA54BC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1F9F149" w14:textId="5FBEC4A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BESEDE ČLENIM NA ZLOGE.</w:t>
            </w:r>
          </w:p>
        </w:tc>
      </w:tr>
    </w:tbl>
    <w:p w14:paraId="0D819AA0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725D94E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01595EF" w14:textId="54FDC3A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DOLGE IN KRATKE BESEDE.</w:t>
            </w:r>
          </w:p>
        </w:tc>
      </w:tr>
    </w:tbl>
    <w:p w14:paraId="220E32E5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E660AD2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5C33F74" w14:textId="25D6C4B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RIŠEM LOKE, KROGE IN DRUGE POTEZE ZA PISANJE ČRK.</w:t>
            </w:r>
          </w:p>
        </w:tc>
      </w:tr>
    </w:tbl>
    <w:p w14:paraId="2BBA17A5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6C1387D4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D29EA70" w14:textId="159D83E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RIŠEM NAVPIČNE, VODORAVNE IN POŠEVNE ČRTE.</w:t>
            </w:r>
          </w:p>
        </w:tc>
      </w:tr>
    </w:tbl>
    <w:p w14:paraId="444EB23F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4B34CC73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A18F9D3" w14:textId="23CC083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SE ORIENTIRAM NA LISTU IN SLEDIM SMERI OD LEVE PROTI DESNI.</w:t>
            </w:r>
          </w:p>
        </w:tc>
      </w:tr>
    </w:tbl>
    <w:p w14:paraId="4394257A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202425A5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56EA106" w14:textId="2DB7012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SE ORIENTIRAM NA TELESU IN V PROSTORU.</w:t>
            </w:r>
          </w:p>
        </w:tc>
      </w:tr>
    </w:tbl>
    <w:p w14:paraId="25C4E2D7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48AB956F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D3F18EB" w14:textId="5E61496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PRAVILNO SEDIM IN PRIMERNO DRŽIM PISALO.</w:t>
            </w:r>
          </w:p>
        </w:tc>
      </w:tr>
    </w:tbl>
    <w:p w14:paraId="7990A7A6" w14:textId="77777777" w:rsidR="00947AAC" w:rsidRDefault="00947AAC">
      <w:pPr>
        <w:spacing w:after="30" w:line="240" w:lineRule="auto"/>
      </w:pPr>
    </w:p>
    <w:p w14:paraId="3D7C93D3" w14:textId="77AECFA6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F3FDDB1" w14:textId="0B9B7D91" w:rsidR="00947AAC" w:rsidRDefault="00C5144F">
      <w:r>
        <w:br w:type="page"/>
      </w:r>
    </w:p>
    <w:p w14:paraId="0028B98E" w14:textId="3D526FD5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SLOVENŠČINA</w:t>
      </w:r>
    </w:p>
    <w:p w14:paraId="35631F94" w14:textId="72F24620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BRANJE IN ZAČETNO OPISMENJEVANJE</w:t>
      </w:r>
    </w:p>
    <w:p w14:paraId="36BF43F0" w14:textId="69DB45EC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UČENEC BERE POVEDI Z VELIKIMI OZIROMA OBRAVNAVANIMI TISKANIMI ČRKAMI.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686CA679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29E27E0" w14:textId="1EF6550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POVEM, KAJ PREBRANA POVED SPOROČA.</w:t>
            </w:r>
          </w:p>
        </w:tc>
      </w:tr>
    </w:tbl>
    <w:p w14:paraId="2B3B5197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64AC1EAC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DB5DB55" w14:textId="3331A15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BEREM POVEDI Z VELIKIMI OZIROMA OBRAVNAVANIMI TISKANIMI ČRKAMI.</w:t>
            </w:r>
          </w:p>
        </w:tc>
      </w:tr>
    </w:tbl>
    <w:p w14:paraId="3A21A1AC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4BA44522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744209F" w14:textId="2F5C474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BEREM KRATKE BESEDE.</w:t>
            </w:r>
          </w:p>
        </w:tc>
      </w:tr>
    </w:tbl>
    <w:p w14:paraId="77FD0D3A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6641A8B1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1F16F25" w14:textId="24A7A08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BEREM ZLOGE.</w:t>
            </w:r>
          </w:p>
        </w:tc>
      </w:tr>
    </w:tbl>
    <w:p w14:paraId="7FF18EB9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42C4EAE8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0FD5C25" w14:textId="36E7AE9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POVEZUJEM GLASOVE V ZLOGE.</w:t>
            </w:r>
          </w:p>
        </w:tc>
      </w:tr>
    </w:tbl>
    <w:p w14:paraId="17749CAD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1C17213F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FAB5CE1" w14:textId="1FC17D7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IN POIMENUJEM OBRAVNAVANE TISKANE ČRKE.</w:t>
            </w:r>
          </w:p>
        </w:tc>
      </w:tr>
    </w:tbl>
    <w:p w14:paraId="3E632AF4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59E359E6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D73ADE6" w14:textId="3AFE53F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BEREM SLIKE, ZNAKE IN PIKTOGRAME.</w:t>
            </w:r>
          </w:p>
        </w:tc>
      </w:tr>
    </w:tbl>
    <w:p w14:paraId="01FCA473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57400205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43D85BA" w14:textId="0668E61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UPOŠTEVAM DOGOVORJENE KRITERIJE BRANJA.</w:t>
            </w:r>
          </w:p>
        </w:tc>
      </w:tr>
    </w:tbl>
    <w:p w14:paraId="4D9A554E" w14:textId="77777777" w:rsidR="00947AAC" w:rsidRDefault="00947AAC">
      <w:pPr>
        <w:spacing w:after="30" w:line="240" w:lineRule="auto"/>
      </w:pPr>
    </w:p>
    <w:p w14:paraId="34C762DC" w14:textId="78291D7A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0285D5F" w14:textId="6DBCB789" w:rsidR="00947AAC" w:rsidRDefault="00C5144F">
      <w:r>
        <w:br w:type="page"/>
      </w:r>
    </w:p>
    <w:p w14:paraId="07930259" w14:textId="731E99E4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SLOVENŠČINA</w:t>
      </w:r>
    </w:p>
    <w:p w14:paraId="2DCDB4F9" w14:textId="1C48C7C2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PISANJE Z VELIKIMI TISKANIMI ČRKAMI</w:t>
      </w:r>
    </w:p>
    <w:p w14:paraId="47A4877A" w14:textId="4AB47E3A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UČENEC Z VELIKIMI OZIROMA OBRAVNAVANIMI TISKANIMI ČRKAMI ZAPIŠE POVEDI.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06C2BE80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DEE370E" w14:textId="116F32F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ZAPIS PREGLEDAM IN GA PO KRITERIJU IZBOLJŠAM.</w:t>
            </w:r>
          </w:p>
        </w:tc>
      </w:tr>
    </w:tbl>
    <w:p w14:paraId="7812E0A1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5081B8E1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740802B" w14:textId="7EA43F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BESEDE V POVEDI LOČIM S PRESLEDKI.</w:t>
            </w:r>
          </w:p>
        </w:tc>
      </w:tr>
    </w:tbl>
    <w:p w14:paraId="1B9E5F9D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57FEB29E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5C6D5A4" w14:textId="2BFA327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ZAPIŠEM POVED Z OBRAVNAVANIMI TISKANIMI ČRKAMI.</w:t>
            </w:r>
          </w:p>
        </w:tc>
      </w:tr>
    </w:tbl>
    <w:p w14:paraId="61174085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E03A076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4132873" w14:textId="782F663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ZAPIŠEM KRATKO BESEDO.</w:t>
            </w:r>
          </w:p>
        </w:tc>
      </w:tr>
    </w:tbl>
    <w:p w14:paraId="6C2FC327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6DF0A777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F5EABC5" w14:textId="7FB7E34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ZAPIŠEM ZLOG.</w:t>
            </w:r>
          </w:p>
        </w:tc>
      </w:tr>
    </w:tbl>
    <w:p w14:paraId="445566A8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6BFDEC82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B502090" w14:textId="4248613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ZAPIŠEM OBRAVNAVANE VELIKE TISKANE ČRKE.</w:t>
            </w:r>
          </w:p>
        </w:tc>
      </w:tr>
    </w:tbl>
    <w:p w14:paraId="076719E9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22812F31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959BBAA" w14:textId="519E65C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OBLIKUJEM POTEZE IN UPOŠTEVAM SMER ZAPISA ČRKE.</w:t>
            </w:r>
          </w:p>
        </w:tc>
      </w:tr>
    </w:tbl>
    <w:p w14:paraId="50FC3AC0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38A0EC13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766AA51" w14:textId="1EB27AB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PIŠEM V SMERI OD LEVE PROTI DESNI.</w:t>
            </w:r>
          </w:p>
        </w:tc>
      </w:tr>
    </w:tbl>
    <w:p w14:paraId="108D581E" w14:textId="77777777" w:rsidR="00947AAC" w:rsidRDefault="00947AAC">
      <w:pPr>
        <w:spacing w:after="30" w:line="240" w:lineRule="auto"/>
      </w:pPr>
    </w:p>
    <w:p w14:paraId="197A27C1" w14:textId="4532E431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7E53DB12" w14:textId="76269DEF" w:rsidR="00947AAC" w:rsidRDefault="00C5144F">
      <w:r>
        <w:br w:type="page"/>
      </w:r>
    </w:p>
    <w:p w14:paraId="72083813" w14:textId="22D95E00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SLOVENŠČINA</w:t>
      </w:r>
    </w:p>
    <w:p w14:paraId="405C1887" w14:textId="4D922A22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GOVORNO IZRAŽANJE IN OPIS SEBE</w:t>
      </w:r>
    </w:p>
    <w:p w14:paraId="2825D4FA" w14:textId="264D3F28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UČENEC V GOVORNEM NASTOPU PREPROSTO OPIŠE SAMEGA SEBE.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1017F084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E683DCE" w14:textId="58217DB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ODGOVORIM NA VPRAŠANJE POSLUŠALCEV.</w:t>
            </w:r>
          </w:p>
        </w:tc>
      </w:tr>
    </w:tbl>
    <w:p w14:paraId="0172A1EB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7990D420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5BA5D0F" w14:textId="0D209B6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UREJENEM ZAPOREDJU PREPROSTO OPIŠEM SAMEGA SEBE.</w:t>
            </w:r>
          </w:p>
        </w:tc>
      </w:tr>
    </w:tbl>
    <w:p w14:paraId="4426C680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1AF0EC0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E99E9E7" w14:textId="1500C4B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POIMENUJEM SVOJE ZNAČILNOSTI IN POČUTJE.</w:t>
            </w:r>
          </w:p>
        </w:tc>
      </w:tr>
    </w:tbl>
    <w:p w14:paraId="03D58856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6037C578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1DC01A4" w14:textId="590BAF5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POVEM SVOJE IME, STAROST ALI ZANIMANJE.</w:t>
            </w:r>
          </w:p>
        </w:tc>
      </w:tr>
    </w:tbl>
    <w:p w14:paraId="569F8514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4DEC1A4F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0C12D1A" w14:textId="484B620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TVORIM RAZUMLJIVO POVED.</w:t>
            </w:r>
          </w:p>
        </w:tc>
      </w:tr>
    </w:tbl>
    <w:p w14:paraId="75BA16B2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17FA3281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F05AE3C" w14:textId="6A0358C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ODGOVORIM NA PREPROSTO VPRAŠANJE.</w:t>
            </w:r>
          </w:p>
        </w:tc>
      </w:tr>
    </w:tbl>
    <w:p w14:paraId="74703855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4F006596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02DFAEF" w14:textId="166E32F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POGOVORU POČAKAM NA VRSTO.</w:t>
            </w:r>
          </w:p>
        </w:tc>
      </w:tr>
    </w:tbl>
    <w:p w14:paraId="5D45FF43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02E1FC79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15E8A06" w14:textId="2B0CA03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GOVORIM DOVOLJ GLASNO IN RAZLOČNO.</w:t>
            </w:r>
          </w:p>
        </w:tc>
      </w:tr>
    </w:tbl>
    <w:p w14:paraId="329F5DD6" w14:textId="77777777" w:rsidR="00947AAC" w:rsidRDefault="00947AAC">
      <w:pPr>
        <w:spacing w:after="30" w:line="240" w:lineRule="auto"/>
      </w:pPr>
    </w:p>
    <w:p w14:paraId="26DFB735" w14:textId="20A2DFAF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F843C46" w14:textId="02EFC5D7" w:rsidR="00947AAC" w:rsidRDefault="00C5144F">
      <w:r>
        <w:br w:type="page"/>
      </w:r>
    </w:p>
    <w:p w14:paraId="3F094955" w14:textId="74DADCD9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SLOVENŠČINA</w:t>
      </w:r>
    </w:p>
    <w:p w14:paraId="624F1E1D" w14:textId="35A94BCE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PRIPOVEDOVANJE IN (PO)USTVARJANJE</w:t>
      </w:r>
    </w:p>
    <w:p w14:paraId="10432F61" w14:textId="1CA4B930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STANDARDI 1. RAZREDA: PRIPOVED OB SLIKANICI, PREPROSTO NADALJEVANJE PRAVLJICE IN DOŽIVETA RECITACIJA.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71928CAE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C7D64D7" w14:textId="0A78E62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SVOJO PRIPOVED IZBOLJŠAM PO POVRATNI INFORMACIJI.</w:t>
            </w:r>
          </w:p>
        </w:tc>
      </w:tr>
    </w:tbl>
    <w:p w14:paraId="1E2BE3BA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75452206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4CC1B6F" w14:textId="455E6AB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PESEM DOŽIVETO RECITIRAM ALI DEKLAMIRAM.</w:t>
            </w:r>
          </w:p>
        </w:tc>
      </w:tr>
    </w:tbl>
    <w:p w14:paraId="783742ED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C39640D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B0F7CF3" w14:textId="1F9F340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 PRAVLJICI OBLIKUJEM PREPROSTO NADALJEVANJE.</w:t>
            </w:r>
          </w:p>
        </w:tc>
      </w:tr>
    </w:tbl>
    <w:p w14:paraId="60BFFE3E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62EFC02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0898137" w14:textId="3A5F82F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OB SLIKANICI PRIPOVEDUJEM ZGODBO.</w:t>
            </w:r>
          </w:p>
        </w:tc>
      </w:tr>
    </w:tbl>
    <w:p w14:paraId="0386E18D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3215E6E9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8878568" w14:textId="12DD852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 SVOJIMI BESEDAMI POVEM BISTVENE DOGODKE.</w:t>
            </w:r>
          </w:p>
        </w:tc>
      </w:tr>
    </w:tbl>
    <w:p w14:paraId="0D48435A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1B774E52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84C8AD8" w14:textId="58ED307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POIMENUJEM OSEBE IN KRAJ DOGAJANJA.</w:t>
            </w:r>
          </w:p>
        </w:tc>
      </w:tr>
    </w:tbl>
    <w:p w14:paraId="4B046F10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17A96B4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4259966" w14:textId="2E10EB1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UREDIM SLIKE V SMISELNO ZAPOREDJE.</w:t>
            </w:r>
          </w:p>
        </w:tc>
      </w:tr>
    </w:tbl>
    <w:p w14:paraId="46F43728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45EDF13F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1F4C31D" w14:textId="4F16E1A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POZORNO POSLUŠAM KNJIŽEVNO BESEDILO.</w:t>
            </w:r>
          </w:p>
        </w:tc>
      </w:tr>
    </w:tbl>
    <w:p w14:paraId="544CE330" w14:textId="77777777" w:rsidR="00947AAC" w:rsidRDefault="00947AAC">
      <w:pPr>
        <w:spacing w:after="30" w:line="240" w:lineRule="auto"/>
      </w:pPr>
    </w:p>
    <w:p w14:paraId="24B49875" w14:textId="17E26F86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3F49892F" w14:textId="12421561" w:rsidR="00947AAC" w:rsidRDefault="00C5144F">
      <w:r>
        <w:br w:type="page"/>
      </w:r>
    </w:p>
    <w:p w14:paraId="0320B143" w14:textId="4855D2CB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183CFB02" w14:textId="398B55ED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RAZVRŠČANJE, MNOŽICE IN VZORCI</w:t>
      </w:r>
    </w:p>
    <w:p w14:paraId="767640E2" w14:textId="201C15D8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STANDARDI 1. RAZREDA: MNOŽICA PO ENI LASTNOSTI, CARROLLOV/DREVESNI PRIKAZ TER PONAVLJAJOČE ZAPOREDJE.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01A11746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1A4280C" w14:textId="4C2D0B5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ZAPOREDJE NADALJUJEM IN USTVARIM SVOJE.</w:t>
            </w:r>
          </w:p>
        </w:tc>
      </w:tr>
    </w:tbl>
    <w:p w14:paraId="1C0693C7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513C280D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35FE760" w14:textId="0E5E1BF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ODKRIJEM PRAVILO PONAVLJAJOČEGA SE ZAPOREDJA.</w:t>
            </w:r>
          </w:p>
        </w:tc>
      </w:tr>
    </w:tbl>
    <w:p w14:paraId="0BD95889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52EA2E24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C264322" w14:textId="74AF946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PREDMETE RAZVRSTIM V DREVESNI PRIKAZ.</w:t>
            </w:r>
          </w:p>
        </w:tc>
      </w:tr>
    </w:tbl>
    <w:p w14:paraId="7CF8FD28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6B4D85B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714DED0" w14:textId="5BEBF4A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PREDMETE RAZVRSTIM V CARROLLOV PRIKAZ.</w:t>
            </w:r>
          </w:p>
        </w:tc>
      </w:tr>
    </w:tbl>
    <w:p w14:paraId="12DD1293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10A75009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61E3A17" w14:textId="6FEE373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POIMENUJEM SKUPNO LASTNOST MNOŽICE.</w:t>
            </w:r>
          </w:p>
        </w:tc>
      </w:tr>
    </w:tbl>
    <w:p w14:paraId="7DB62E46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76E7EC40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11A3ECC" w14:textId="3A51422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PREDMETE RAZVRSTIM PO ENI LASTNOSTI.</w:t>
            </w:r>
          </w:p>
        </w:tc>
      </w:tr>
    </w:tbl>
    <w:p w14:paraId="3A5F52C7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261BDAE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5F77C20" w14:textId="410C096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PREDMETE PRIREJAM ENA PROTI ENA.</w:t>
            </w:r>
          </w:p>
        </w:tc>
      </w:tr>
    </w:tbl>
    <w:p w14:paraId="6AB67EF8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73F38FC1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631EA39" w14:textId="3821E4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DOBRO OPAZUJEM PODOBNOSTI IN RAZLIKE.</w:t>
            </w:r>
          </w:p>
        </w:tc>
      </w:tr>
    </w:tbl>
    <w:p w14:paraId="61DED37A" w14:textId="77777777" w:rsidR="00947AAC" w:rsidRDefault="00947AAC">
      <w:pPr>
        <w:spacing w:after="30" w:line="240" w:lineRule="auto"/>
      </w:pPr>
    </w:p>
    <w:p w14:paraId="3C63CC9B" w14:textId="7966E96C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5BAD359E" w14:textId="6CE839FB" w:rsidR="00947AAC" w:rsidRDefault="00C5144F">
      <w:r>
        <w:br w:type="page"/>
      </w:r>
    </w:p>
    <w:p w14:paraId="1EEECA0A" w14:textId="78E08C9C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49C99ABA" w14:textId="7E836F65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ORIENTACIJA IN PROSTORSKE PREDSTAVE</w:t>
      </w:r>
    </w:p>
    <w:p w14:paraId="5641BB25" w14:textId="512B3D6B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UČENEC GLEDE NA SEBE PRAVILNO OPIŠE LEGO PREDMETA.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710A845A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2B551A9" w14:textId="67733F3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POT PREDSTAVIM Z ZNAKI ALI BESEDAMI.</w:t>
            </w:r>
          </w:p>
        </w:tc>
      </w:tr>
    </w:tbl>
    <w:p w14:paraId="3B84673C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004F634F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1792A0F" w14:textId="46555FF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MREŽI SLEDIM PREPROSTI POTI.</w:t>
            </w:r>
          </w:p>
        </w:tc>
      </w:tr>
    </w:tbl>
    <w:p w14:paraId="00A189B9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6DEF681D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02D1E47" w14:textId="1ED5AB9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GLEDE NA SEBE OPIŠEM LEGO PREDMETA.</w:t>
            </w:r>
          </w:p>
        </w:tc>
      </w:tr>
    </w:tbl>
    <w:p w14:paraId="147A094A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5DD5123B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8C30CF6" w14:textId="6ADDA10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NA LISTU POIŠČEM ZAHTEVANO MESTO.</w:t>
            </w:r>
          </w:p>
        </w:tc>
      </w:tr>
    </w:tbl>
    <w:p w14:paraId="52294B9B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4826F100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54661E9" w14:textId="55B1550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SLEDIM KRATKEMU NAVODILU ZA GIBANJE.</w:t>
            </w:r>
          </w:p>
        </w:tc>
      </w:tr>
    </w:tbl>
    <w:p w14:paraId="18F8602C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6BB83669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B8E434A" w14:textId="32C1008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LEVO IN DESNO NA SEBI.</w:t>
            </w:r>
          </w:p>
        </w:tc>
      </w:tr>
    </w:tbl>
    <w:p w14:paraId="150C53C2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870AB3F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4F5E576" w14:textId="1F9DD22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POLOŽAJE SPREDAJ IN ZADAJ.</w:t>
            </w:r>
          </w:p>
        </w:tc>
      </w:tr>
    </w:tbl>
    <w:p w14:paraId="55665F62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111CCD01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3662817" w14:textId="439DF52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POLOŽAJE ZGORAJ IN SPODAJ.</w:t>
            </w:r>
          </w:p>
        </w:tc>
      </w:tr>
    </w:tbl>
    <w:p w14:paraId="18F16041" w14:textId="77777777" w:rsidR="00947AAC" w:rsidRDefault="00947AAC">
      <w:pPr>
        <w:spacing w:after="30" w:line="240" w:lineRule="auto"/>
      </w:pPr>
    </w:p>
    <w:p w14:paraId="7F065CA0" w14:textId="7207F633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321C5D1D" w14:textId="71329BE4" w:rsidR="00947AAC" w:rsidRDefault="00C5144F">
      <w:r>
        <w:br w:type="page"/>
      </w:r>
    </w:p>
    <w:p w14:paraId="052CE619" w14:textId="5E66EF19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26840847" w14:textId="55202D80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ŠTEVILA OD 0 DO 5</w:t>
      </w:r>
    </w:p>
    <w:p w14:paraId="323E524D" w14:textId="62C4E8A1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VMESNE STOPNICE DO STANDARDOV NARAVNIH ŠTEVIL V OBSEGU DO 20.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34C23B47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BE82AE4" w14:textId="787802D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DOLOČIM NEPOSREDNEGA PREDHODNIKA IN NASLEDNIKA V OBRAVNAVANEM OBSEGU.</w:t>
            </w:r>
          </w:p>
        </w:tc>
      </w:tr>
    </w:tbl>
    <w:p w14:paraId="1A68F374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72CF961E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75068C1" w14:textId="504F963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ŠTEVILA UREDIM PO VELIKOSTI.</w:t>
            </w:r>
          </w:p>
        </w:tc>
      </w:tr>
    </w:tbl>
    <w:p w14:paraId="20BEED38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2BEA757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79F3B9C" w14:textId="0D8029A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DVE ŠTEVILI.</w:t>
            </w:r>
          </w:p>
        </w:tc>
      </w:tr>
    </w:tbl>
    <w:p w14:paraId="37267C03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23A8CD48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A705CE6" w14:textId="101A995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ZAPIŠEM ŠTEVILA OD 0 DO 5.</w:t>
            </w:r>
          </w:p>
        </w:tc>
      </w:tr>
    </w:tbl>
    <w:p w14:paraId="1DD801F3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6DE1418F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2CF8300" w14:textId="14908EE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PREBEREM ŠTEVILA OD 0 DO 5.</w:t>
            </w:r>
          </w:p>
        </w:tc>
      </w:tr>
    </w:tbl>
    <w:p w14:paraId="759CEB62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134A303B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FFEF6AE" w14:textId="5B4190C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KOLIČINO PREDSTAVIM S PREDMETI, PIKAMI ALI PRSTI.</w:t>
            </w:r>
          </w:p>
        </w:tc>
      </w:tr>
    </w:tbl>
    <w:p w14:paraId="2028F1B2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1C41B244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DCCFE39" w14:textId="5EF585F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ŠTEJEM PREDMETE IN POVEM, KOLIKO JIH JE.</w:t>
            </w:r>
          </w:p>
        </w:tc>
      </w:tr>
    </w:tbl>
    <w:p w14:paraId="1F60A137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25CB3539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9156B88" w14:textId="48A0AE6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MANJŠO KOLIČINO BREZ ŠTETJA.</w:t>
            </w:r>
          </w:p>
        </w:tc>
      </w:tr>
    </w:tbl>
    <w:p w14:paraId="7FC585FF" w14:textId="77777777" w:rsidR="00947AAC" w:rsidRDefault="00947AAC">
      <w:pPr>
        <w:spacing w:after="30" w:line="240" w:lineRule="auto"/>
      </w:pPr>
    </w:p>
    <w:p w14:paraId="57B293FA" w14:textId="16367661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78E3BFE6" w14:textId="2E3A7723" w:rsidR="00947AAC" w:rsidRDefault="00C5144F">
      <w:r>
        <w:br w:type="page"/>
      </w:r>
    </w:p>
    <w:p w14:paraId="5445D1D7" w14:textId="5DD0CE39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1590058B" w14:textId="252AF77A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ŠTEVILA OD 0 DO 10</w:t>
      </w:r>
    </w:p>
    <w:p w14:paraId="51315034" w14:textId="41EA5D92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VMESNE STOPNICE DO STANDARDOV NARAVNIH ŠTEVIL V OBSEGU DO 20.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5CDBD82B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BDEC942" w14:textId="4895A61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ŠTEVILA UPORABIM V PREPROSTI ŽIVLJENJSKI NALOGI.</w:t>
            </w:r>
          </w:p>
        </w:tc>
      </w:tr>
    </w:tbl>
    <w:p w14:paraId="7900D8BD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60E39B9E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087B2D0" w14:textId="3DF0CE1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DOLOČIM PREDHODNIKA IN NASLEDNIKA.</w:t>
            </w:r>
          </w:p>
        </w:tc>
      </w:tr>
    </w:tbl>
    <w:p w14:paraId="16D5F63C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ADA6B16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9541C9D" w14:textId="5E8DC86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ŠTEVILA UREDIM PO VELIKOSTI.</w:t>
            </w:r>
          </w:p>
        </w:tc>
      </w:tr>
    </w:tbl>
    <w:p w14:paraId="484AD95F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67AFB087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A81FC0E" w14:textId="64143B0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ŠTEVILA Z BESEDAMI VEČ, MANJ IN ENAKO.</w:t>
            </w:r>
          </w:p>
        </w:tc>
      </w:tr>
    </w:tbl>
    <w:p w14:paraId="5A14063B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26B8AE5A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D3FE172" w14:textId="6A29F6E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ZAPIŠEM ŠTEVILA OD 0 DO 10.</w:t>
            </w:r>
          </w:p>
        </w:tc>
      </w:tr>
    </w:tbl>
    <w:p w14:paraId="160587AB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4047268C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D325DD8" w14:textId="7D45406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PREBEREM ŠTEVILA OD 0 DO 10.</w:t>
            </w:r>
          </w:p>
        </w:tc>
      </w:tr>
    </w:tbl>
    <w:p w14:paraId="049EA51A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FDAAEEB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5307A8F" w14:textId="07C3913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KOLIČINO PREDSTAVIM NA VEČ NAČINOV.</w:t>
            </w:r>
          </w:p>
        </w:tc>
      </w:tr>
    </w:tbl>
    <w:p w14:paraId="43754796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392665BA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54813A5" w14:textId="63AA9EE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ŠTEJEM NAPREJ IN NAZAJ V OBRAVNAVANEM OBSEGU.</w:t>
            </w:r>
          </w:p>
        </w:tc>
      </w:tr>
    </w:tbl>
    <w:p w14:paraId="111960AC" w14:textId="77777777" w:rsidR="00947AAC" w:rsidRDefault="00947AAC">
      <w:pPr>
        <w:spacing w:after="30" w:line="240" w:lineRule="auto"/>
      </w:pPr>
    </w:p>
    <w:p w14:paraId="159E60A2" w14:textId="1D403331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77EDD887" w14:textId="57E1FF01" w:rsidR="00947AAC" w:rsidRDefault="00C5144F">
      <w:r>
        <w:br w:type="page"/>
      </w:r>
    </w:p>
    <w:p w14:paraId="7A989D4A" w14:textId="77A731E1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4BD70F9A" w14:textId="586D1E67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SEŠTEVANJE IN ODŠTEVANJE DO 10</w:t>
      </w:r>
    </w:p>
    <w:p w14:paraId="147E5A32" w14:textId="04E375B7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UČENEC SEŠTEVA IN ODŠTEVA V OBSEGU DO 10.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7545894F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E56DC12" w14:textId="7B6AF34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REŠIM PREPROSTO SLIKOVNO ALI BESEDILNO NALOGO.</w:t>
            </w:r>
          </w:p>
        </w:tc>
      </w:tr>
    </w:tbl>
    <w:p w14:paraId="07B195B0" w14:textId="77777777" w:rsidR="00947AAC" w:rsidRDefault="00947AAC">
      <w:pPr>
        <w:spacing w:after="30" w:line="240" w:lineRule="auto"/>
      </w:pPr>
    </w:p>
    <w:tbl>
      <w:tblPr>
        <w:tblW w:w="5088" w:type="dxa"/>
        <w:jc w:val="center"/>
        <w:tblLayout w:type="fixed"/>
        <w:tblLook w:val="04A0" w:firstRow="1" w:lastRow="0" w:firstColumn="1" w:lastColumn="0" w:noHBand="0" w:noVBand="1"/>
      </w:tblPr>
      <w:tblGrid>
        <w:gridCol w:w="5088"/>
      </w:tblGrid>
      <w:tr w:rsidR="00947AAC" w14:paraId="13E62B53" w14:textId="77777777">
        <w:trPr>
          <w:jc w:val="center"/>
        </w:trPr>
        <w:tc>
          <w:tcPr>
            <w:tcW w:w="5088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2C82953" w14:textId="1D3017D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 SEŠTEVANJU UPORABIM ZAKON O ZAMENJAVI SEŠTEVANCEV.</w:t>
            </w:r>
          </w:p>
        </w:tc>
      </w:tr>
    </w:tbl>
    <w:p w14:paraId="0018BE49" w14:textId="77777777" w:rsidR="00947AAC" w:rsidRDefault="00947AAC">
      <w:pPr>
        <w:spacing w:after="30" w:line="240" w:lineRule="auto"/>
      </w:pPr>
    </w:p>
    <w:tbl>
      <w:tblPr>
        <w:tblW w:w="5775" w:type="dxa"/>
        <w:jc w:val="center"/>
        <w:tblLayout w:type="fixed"/>
        <w:tblLook w:val="04A0" w:firstRow="1" w:lastRow="0" w:firstColumn="1" w:lastColumn="0" w:noHBand="0" w:noVBand="1"/>
      </w:tblPr>
      <w:tblGrid>
        <w:gridCol w:w="5775"/>
      </w:tblGrid>
      <w:tr w:rsidR="00947AAC" w14:paraId="10213CA1" w14:textId="77777777">
        <w:trPr>
          <w:jc w:val="center"/>
        </w:trPr>
        <w:tc>
          <w:tcPr>
            <w:tcW w:w="5775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048B3A9" w14:textId="53F7702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POIŠČEM PARE ŠTEVIL Z ENAKO VSOTO, POSEBEJ ZA VSOTO 10.</w:t>
            </w:r>
          </w:p>
        </w:tc>
      </w:tr>
    </w:tbl>
    <w:p w14:paraId="661FB29F" w14:textId="77777777" w:rsidR="00947AAC" w:rsidRDefault="00947AAC">
      <w:pPr>
        <w:spacing w:after="30" w:line="240" w:lineRule="auto"/>
      </w:pPr>
    </w:p>
    <w:tbl>
      <w:tblPr>
        <w:tblW w:w="6462" w:type="dxa"/>
        <w:jc w:val="center"/>
        <w:tblLayout w:type="fixed"/>
        <w:tblLook w:val="04A0" w:firstRow="1" w:lastRow="0" w:firstColumn="1" w:lastColumn="0" w:noHBand="0" w:noVBand="1"/>
      </w:tblPr>
      <w:tblGrid>
        <w:gridCol w:w="6462"/>
      </w:tblGrid>
      <w:tr w:rsidR="00947AAC" w14:paraId="4C887F95" w14:textId="77777777">
        <w:trPr>
          <w:jc w:val="center"/>
        </w:trPr>
        <w:tc>
          <w:tcPr>
            <w:tcW w:w="6462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9145833" w14:textId="0800855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ODŠTEVAM DO 10.</w:t>
            </w:r>
          </w:p>
        </w:tc>
      </w:tr>
    </w:tbl>
    <w:p w14:paraId="2B9355EA" w14:textId="77777777" w:rsidR="00947AAC" w:rsidRDefault="00947AAC">
      <w:pPr>
        <w:spacing w:after="30" w:line="240" w:lineRule="auto"/>
      </w:pPr>
    </w:p>
    <w:tbl>
      <w:tblPr>
        <w:tblW w:w="7150" w:type="dxa"/>
        <w:jc w:val="center"/>
        <w:tblLayout w:type="fixed"/>
        <w:tblLook w:val="04A0" w:firstRow="1" w:lastRow="0" w:firstColumn="1" w:lastColumn="0" w:noHBand="0" w:noVBand="1"/>
      </w:tblPr>
      <w:tblGrid>
        <w:gridCol w:w="7150"/>
      </w:tblGrid>
      <w:tr w:rsidR="00947AAC" w14:paraId="7E75845F" w14:textId="77777777">
        <w:trPr>
          <w:jc w:val="center"/>
        </w:trPr>
        <w:tc>
          <w:tcPr>
            <w:tcW w:w="7150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E53C33B" w14:textId="3A229FB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SEŠTEVAM DO 10.</w:t>
            </w:r>
          </w:p>
        </w:tc>
      </w:tr>
    </w:tbl>
    <w:p w14:paraId="7D643DD3" w14:textId="77777777" w:rsidR="00947AAC" w:rsidRDefault="00947AAC">
      <w:pPr>
        <w:spacing w:after="30" w:line="240" w:lineRule="auto"/>
      </w:pPr>
    </w:p>
    <w:tbl>
      <w:tblPr>
        <w:tblW w:w="7838" w:type="dxa"/>
        <w:jc w:val="center"/>
        <w:tblLayout w:type="fixed"/>
        <w:tblLook w:val="04A0" w:firstRow="1" w:lastRow="0" w:firstColumn="1" w:lastColumn="0" w:noHBand="0" w:noVBand="1"/>
      </w:tblPr>
      <w:tblGrid>
        <w:gridCol w:w="7838"/>
      </w:tblGrid>
      <w:tr w:rsidR="00947AAC" w14:paraId="0F270A3E" w14:textId="77777777">
        <w:trPr>
          <w:jc w:val="center"/>
        </w:trPr>
        <w:tc>
          <w:tcPr>
            <w:tcW w:w="7838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9A4B7AC" w14:textId="75B15A1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RAČUN PREBEREM IN ZAPIŠEM.</w:t>
            </w:r>
          </w:p>
        </w:tc>
      </w:tr>
    </w:tbl>
    <w:p w14:paraId="67C0AE4F" w14:textId="77777777" w:rsidR="00947AAC" w:rsidRDefault="00947AAC">
      <w:pPr>
        <w:spacing w:after="30" w:line="240" w:lineRule="auto"/>
      </w:pPr>
    </w:p>
    <w:tbl>
      <w:tblPr>
        <w:tblW w:w="8525" w:type="dxa"/>
        <w:jc w:val="center"/>
        <w:tblLayout w:type="fixed"/>
        <w:tblLook w:val="04A0" w:firstRow="1" w:lastRow="0" w:firstColumn="1" w:lastColumn="0" w:noHBand="0" w:noVBand="1"/>
      </w:tblPr>
      <w:tblGrid>
        <w:gridCol w:w="8525"/>
      </w:tblGrid>
      <w:tr w:rsidR="00947AAC" w14:paraId="28BB2DFE" w14:textId="77777777">
        <w:trPr>
          <w:jc w:val="center"/>
        </w:trPr>
        <w:tc>
          <w:tcPr>
            <w:tcW w:w="8525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5EBF8F8" w14:textId="098126F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ODŠTEVANJE POVEŽEM Z ODVZEMANJEM ALI RAZLIKO.</w:t>
            </w:r>
          </w:p>
        </w:tc>
      </w:tr>
    </w:tbl>
    <w:p w14:paraId="2FE03254" w14:textId="77777777" w:rsidR="00947AAC" w:rsidRDefault="00947AAC">
      <w:pPr>
        <w:spacing w:after="30" w:line="240" w:lineRule="auto"/>
      </w:pPr>
    </w:p>
    <w:tbl>
      <w:tblPr>
        <w:tblW w:w="9212" w:type="dxa"/>
        <w:jc w:val="center"/>
        <w:tblLayout w:type="fixed"/>
        <w:tblLook w:val="04A0" w:firstRow="1" w:lastRow="0" w:firstColumn="1" w:lastColumn="0" w:noHBand="0" w:noVBand="1"/>
      </w:tblPr>
      <w:tblGrid>
        <w:gridCol w:w="9212"/>
      </w:tblGrid>
      <w:tr w:rsidR="00947AAC" w14:paraId="247C0023" w14:textId="77777777">
        <w:trPr>
          <w:jc w:val="center"/>
        </w:trPr>
        <w:tc>
          <w:tcPr>
            <w:tcW w:w="9212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6F79E2D" w14:textId="0BE4B8D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SEŠTEVANJE POVEŽEM Z ZDRUŽEVANJEM.</w:t>
            </w:r>
          </w:p>
        </w:tc>
      </w:tr>
    </w:tbl>
    <w:p w14:paraId="441E05BF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027ED7D0" w14:textId="77777777">
        <w:trPr>
          <w:jc w:val="center"/>
        </w:trPr>
        <w:tc>
          <w:tcPr>
            <w:tcW w:w="9900" w:type="dxa"/>
            <w:tcBorders>
              <w:top w:val="single" w:sz="10" w:space="0" w:color="9E3F31"/>
              <w:left w:val="single" w:sz="10" w:space="0" w:color="9E3F31"/>
              <w:bottom w:val="single" w:sz="10" w:space="0" w:color="9E3F31"/>
              <w:right w:val="single" w:sz="10" w:space="0" w:color="9E3F31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ECF51B8" w14:textId="0DEB6A4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RAČUN PRIKAŽEM S KONKRETNIM MATERIALOM.</w:t>
            </w:r>
          </w:p>
        </w:tc>
      </w:tr>
    </w:tbl>
    <w:p w14:paraId="572A037A" w14:textId="77777777" w:rsidR="00947AAC" w:rsidRDefault="00947AAC">
      <w:pPr>
        <w:spacing w:after="30" w:line="240" w:lineRule="auto"/>
      </w:pPr>
    </w:p>
    <w:p w14:paraId="01D45304" w14:textId="2B52279D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498175F4" w14:textId="1EA0BCB1" w:rsidR="00947AAC" w:rsidRDefault="00C5144F">
      <w:r>
        <w:br w:type="page"/>
      </w:r>
    </w:p>
    <w:p w14:paraId="0696DFA6" w14:textId="468C6D35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650E8ACA" w14:textId="68DA1CA7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ŠTEVILA OD 0 DO 20</w:t>
      </w:r>
    </w:p>
    <w:p w14:paraId="79EF5D04" w14:textId="55C6A09F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STANDARDI 1. RAZREDA: ŠTETJE, PREDSTAVLJANJE, BRANJE, ZAPIS, PRIMERJANJE IN UREJANJE ŠTEVIL DO 20.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4C684D23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ED06965" w14:textId="46DF171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DOLOČIM NEPOSREDNEGA PREDHODNIKA IN NASLEDNIKA.</w:t>
            </w:r>
          </w:p>
        </w:tc>
      </w:tr>
    </w:tbl>
    <w:p w14:paraId="586424E2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1F44E329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4E7E4E5" w14:textId="50104C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ŠTEVILA DO 20 UREDIM.</w:t>
            </w:r>
          </w:p>
        </w:tc>
      </w:tr>
    </w:tbl>
    <w:p w14:paraId="30CB57B0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2277EB54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3EFD2D5" w14:textId="0D9575F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ŠTEVILA DO 20.</w:t>
            </w:r>
          </w:p>
        </w:tc>
      </w:tr>
    </w:tbl>
    <w:p w14:paraId="6D8BC6F6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4DC736B8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65CB638" w14:textId="5099FEB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PREBEREM IN ZAPIŠEM ŠTEVILA OD 0 DO 20.</w:t>
            </w:r>
          </w:p>
        </w:tc>
      </w:tr>
    </w:tbl>
    <w:p w14:paraId="6E8B0968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58C71B35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6F4CF71" w14:textId="4C05E52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ŠTEVILO PREDSTAVIM SLIKOVNO ALI NA ŠTEVILSKEM TRAKU.</w:t>
            </w:r>
          </w:p>
        </w:tc>
      </w:tr>
    </w:tbl>
    <w:p w14:paraId="696BB571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36613BCF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41C8D2F" w14:textId="07BFA9B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ŠTEVILO PREDSTAVIM S KONKRETNIM MATERIALOM.</w:t>
            </w:r>
          </w:p>
        </w:tc>
      </w:tr>
    </w:tbl>
    <w:p w14:paraId="4B405814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0940A214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E7FD5F9" w14:textId="02196B9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ŠTEJEM NAZAJ V OBRAVNAVANEM OBSEGU.</w:t>
            </w:r>
          </w:p>
        </w:tc>
      </w:tr>
    </w:tbl>
    <w:p w14:paraId="0F968D0B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29CCFB9E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DADA62E" w14:textId="1CCFE39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ŠTEJEM NAPREJ DO 20.</w:t>
            </w:r>
          </w:p>
        </w:tc>
      </w:tr>
    </w:tbl>
    <w:p w14:paraId="37DDAC1F" w14:textId="77777777" w:rsidR="00947AAC" w:rsidRDefault="00947AAC">
      <w:pPr>
        <w:spacing w:after="30" w:line="240" w:lineRule="auto"/>
      </w:pPr>
    </w:p>
    <w:p w14:paraId="4E21054A" w14:textId="33FA7C98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3D4D487" w14:textId="007A3D02" w:rsidR="00947AAC" w:rsidRDefault="00C5144F">
      <w:r>
        <w:br w:type="page"/>
      </w:r>
    </w:p>
    <w:p w14:paraId="76EA276A" w14:textId="7CED9749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0FF70EB0" w14:textId="2A6FB3B6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RAČUNANJE DO 20 BREZ PREHODA</w:t>
      </w:r>
    </w:p>
    <w:p w14:paraId="13FB2F1C" w14:textId="41760AFB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UČENEC V OBSEGU DO 20 SEŠTEVA IN ODŠTEVA BREZ PREHODA ČEZ DESETICO.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2898C2CB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64B0F5A" w14:textId="7A45368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POJASNIM SVOJO STRATEGIJO IN PREVERIM REZULTAT.</w:t>
            </w:r>
          </w:p>
        </w:tc>
      </w:tr>
    </w:tbl>
    <w:p w14:paraId="0775AA16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5DB30107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80AB448" w14:textId="2BCEC15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REŠIM PREPROSTO BESEDILNO NALOGO.</w:t>
            </w:r>
          </w:p>
        </w:tc>
      </w:tr>
    </w:tbl>
    <w:p w14:paraId="373B3F56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615F78B9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6F99F41" w14:textId="6E251A6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IZBEREM PRIMERNO RAČUNSKO OPERACIJO.</w:t>
            </w:r>
          </w:p>
        </w:tc>
      </w:tr>
    </w:tbl>
    <w:p w14:paraId="26A731A4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5C059BAC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72831A6" w14:textId="6DDCB56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ODŠTEVAM DO 20 BREZ PREHODA ČEZ DESETICO.</w:t>
            </w:r>
          </w:p>
        </w:tc>
      </w:tr>
    </w:tbl>
    <w:p w14:paraId="5E3204C0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095108C6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FED2FD6" w14:textId="6F228FF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SEŠTEVAM DO 20 BREZ PREHODA ČEZ DESETICO.</w:t>
            </w:r>
          </w:p>
        </w:tc>
      </w:tr>
    </w:tbl>
    <w:p w14:paraId="04CA5A37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5D003816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1F3B1FE" w14:textId="434B65A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RAZCEPIM ŠTEVILO NA DESETICO IN ENICE.</w:t>
            </w:r>
          </w:p>
        </w:tc>
      </w:tr>
    </w:tbl>
    <w:p w14:paraId="6C748386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460409F4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CE69C39" w14:textId="62644C7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RAČUN PRIKAŽEM NA ŠTEVILSKEM TRAKU.</w:t>
            </w:r>
          </w:p>
        </w:tc>
      </w:tr>
    </w:tbl>
    <w:p w14:paraId="23FEA7EA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72575C7D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B7C806A" w14:textId="286E349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RAČUN PONAZORIM S KONKRETNIM MATERIALOM.</w:t>
            </w:r>
          </w:p>
        </w:tc>
      </w:tr>
    </w:tbl>
    <w:p w14:paraId="1C841C87" w14:textId="77777777" w:rsidR="00947AAC" w:rsidRDefault="00947AAC">
      <w:pPr>
        <w:spacing w:after="30" w:line="240" w:lineRule="auto"/>
      </w:pPr>
    </w:p>
    <w:p w14:paraId="134716ED" w14:textId="78666443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29473833" w14:textId="181584C3" w:rsidR="00947AAC" w:rsidRDefault="00C5144F">
      <w:r>
        <w:br w:type="page"/>
      </w:r>
    </w:p>
    <w:p w14:paraId="2C43B58D" w14:textId="7D7749C5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3C989E77" w14:textId="53EAD91C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GEOMETRIJSKA TELESA, LIKI IN ČRTE</w:t>
      </w:r>
    </w:p>
    <w:p w14:paraId="46041691" w14:textId="23F0A9A7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STANDARDI 1. RAZREDA: RAZLIKOVANJE TELES IN LIKOV TER PREPOZNAVANJE IN RISANJE RAZLIČNIH ČRT.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0285A7D3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5E2A2A0" w14:textId="103BBC2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ZAHTEVANO ČRTO PRAVILNO NARIŠEM.</w:t>
            </w:r>
          </w:p>
        </w:tc>
      </w:tr>
    </w:tbl>
    <w:p w14:paraId="5C83F901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3AD5FFCD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DF493C6" w14:textId="602DD7B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SKLENJENO IN NESKLENJENO ČRTO.</w:t>
            </w:r>
          </w:p>
        </w:tc>
      </w:tr>
    </w:tbl>
    <w:p w14:paraId="3EC33264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456B56F3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170F4C7" w14:textId="15FF9E4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RAVNO IN KRIVO ČRTO.</w:t>
            </w:r>
          </w:p>
        </w:tc>
      </w:tr>
    </w:tbl>
    <w:p w14:paraId="41F38E41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5806DEB7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7A5359F" w14:textId="24F1EF1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 LIKOV SESTAVIM SLIKO ALI VZOREC.</w:t>
            </w:r>
          </w:p>
        </w:tc>
      </w:tr>
    </w:tbl>
    <w:p w14:paraId="1A9AF709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1E73C9A0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603E4F8" w14:textId="25378DE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IN POIMENUJEM KROG, TRIKOTNIK, KVADRAT ALI PRAVOKOTNIK.</w:t>
            </w:r>
          </w:p>
        </w:tc>
      </w:tr>
    </w:tbl>
    <w:p w14:paraId="5B0AB632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2730548B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4FC8969" w14:textId="4FA828E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GEOMETRIJSKO TELO OD LIKA.</w:t>
            </w:r>
          </w:p>
        </w:tc>
      </w:tr>
    </w:tbl>
    <w:p w14:paraId="04281258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1344F116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0547624" w14:textId="101761D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KROGLO, VALJ, STOŽEC, KOCKO ALI KVADER V OKOLJU.</w:t>
            </w:r>
          </w:p>
        </w:tc>
      </w:tr>
    </w:tbl>
    <w:p w14:paraId="56E1A0B3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056C1D93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8DEC659" w14:textId="7829AE3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PREDMETE RAZVRSTIM PO OBLIKI.</w:t>
            </w:r>
          </w:p>
        </w:tc>
      </w:tr>
    </w:tbl>
    <w:p w14:paraId="1FB750B1" w14:textId="77777777" w:rsidR="00947AAC" w:rsidRDefault="00947AAC">
      <w:pPr>
        <w:spacing w:after="30" w:line="240" w:lineRule="auto"/>
      </w:pPr>
    </w:p>
    <w:p w14:paraId="569F6A4B" w14:textId="73A5B8DD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3CBDB0D7" w14:textId="427A9D73" w:rsidR="00947AAC" w:rsidRDefault="00C5144F">
      <w:r>
        <w:br w:type="page"/>
      </w:r>
    </w:p>
    <w:p w14:paraId="5435E9AB" w14:textId="461F536D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33521C7D" w14:textId="65125E0C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MERJENJE</w:t>
      </w:r>
    </w:p>
    <w:p w14:paraId="701BB94E" w14:textId="0E42BAD0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STANDARDI 1. RAZREDA: PRIMERJANJE IN MERJENJE DOLŽINE, MASE IN PROSTORNINE Z NESTANDARDNIMI ENOTAMI.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1EE3AFB7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2A0D3A1" w14:textId="39021BF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REZULTAT MERITVE POVEM ALI ZAPIŠEM IN PRIMERJAM.</w:t>
            </w:r>
          </w:p>
        </w:tc>
      </w:tr>
    </w:tbl>
    <w:p w14:paraId="1FD8CC6F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16679311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B2786B4" w14:textId="6A33E47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PROSTORNINO MERIM Z ENAKIMI NESTANDARDNIMI ENOTAMI.</w:t>
            </w:r>
          </w:p>
        </w:tc>
      </w:tr>
    </w:tbl>
    <w:p w14:paraId="1E81A754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7BBC6A02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EFD052C" w14:textId="3465A79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MASO MERIM Z NESTANDARDNIMI ENOTAMI ALI RAVNOVESNO TEHTNICO.</w:t>
            </w:r>
          </w:p>
        </w:tc>
      </w:tr>
    </w:tbl>
    <w:p w14:paraId="063BC6D7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666FEF6B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E47E02D" w14:textId="3B46D73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DOLŽINO MERIM Z ENAKIMI NESTANDARDNIMI ENOTAMI.</w:t>
            </w:r>
          </w:p>
        </w:tc>
      </w:tr>
    </w:tbl>
    <w:p w14:paraId="6F40CA3D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1DF1ECD1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39B755B" w14:textId="3065E96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PROSTORNINE PRIMERJAM IN UREDIM.</w:t>
            </w:r>
          </w:p>
        </w:tc>
      </w:tr>
    </w:tbl>
    <w:p w14:paraId="6516CFB6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16DD72DD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72B6564" w14:textId="34151E0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MASE PRIMERJAM IN UREDIM.</w:t>
            </w:r>
          </w:p>
        </w:tc>
      </w:tr>
    </w:tbl>
    <w:p w14:paraId="488C5157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48C2907D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A195444" w14:textId="5F6AE1B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DOLŽINE PRIMERJAM IN UREDIM.</w:t>
            </w:r>
          </w:p>
        </w:tc>
      </w:tr>
    </w:tbl>
    <w:p w14:paraId="6B2DF8CE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17A7C1AA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DAED82B" w14:textId="370384B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OCENIM, KAJ JE DALJŠE, TEŽJE ALI VSEBUJE VEČ.</w:t>
            </w:r>
          </w:p>
        </w:tc>
      </w:tr>
    </w:tbl>
    <w:p w14:paraId="19BD5AA5" w14:textId="77777777" w:rsidR="00947AAC" w:rsidRDefault="00947AAC">
      <w:pPr>
        <w:spacing w:after="30" w:line="240" w:lineRule="auto"/>
      </w:pPr>
    </w:p>
    <w:p w14:paraId="104B3526" w14:textId="288BCECE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3042B80A" w14:textId="33CF1011" w:rsidR="00947AAC" w:rsidRDefault="00C5144F">
      <w:r>
        <w:br w:type="page"/>
      </w:r>
    </w:p>
    <w:p w14:paraId="0A9B2B2E" w14:textId="346C71CA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MATEMATIKA</w:t>
      </w:r>
    </w:p>
    <w:p w14:paraId="7DD44B7D" w14:textId="68FC6C17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PODATKI IN PRIKAZI</w:t>
      </w:r>
    </w:p>
    <w:p w14:paraId="5460FB10" w14:textId="3DB563FA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STANDARDI 1. RAZREDA: BRANJE IN IZDELAVA FIGURNEGA, VRSTIČNEGA ALI STOLPČNEGA PRIKAZA TER BRANJE PREGLEDNICE.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50CB965B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78C6A02" w14:textId="2E4D95E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NA OSNOVI PRIKAZA POVEM PREPROSTO UGOTOVITEV.</w:t>
            </w:r>
          </w:p>
        </w:tc>
      </w:tr>
    </w:tbl>
    <w:p w14:paraId="2D5413C6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1FEBAD2A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D87704B" w14:textId="3BFB70A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PODATKE PREDSTAVIM V VRSTICAH ALI STOLPCIH.</w:t>
            </w:r>
          </w:p>
        </w:tc>
      </w:tr>
    </w:tbl>
    <w:p w14:paraId="2F5ED56A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534EE8DF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42DFCFA" w14:textId="5DB512A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PODATKE PREDSTAVIM S FIGURNIM PRIKAZOM.</w:t>
            </w:r>
          </w:p>
        </w:tc>
      </w:tr>
    </w:tbl>
    <w:p w14:paraId="15489BFD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7FDA3F3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D94FEBF" w14:textId="2E6265B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PREBEREM PRIKAZ V VRSTICAH ALI STOLPCIH.</w:t>
            </w:r>
          </w:p>
        </w:tc>
      </w:tr>
    </w:tbl>
    <w:p w14:paraId="588794D1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0FD8FDAC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464F35C" w14:textId="6CD46AF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PREBEREM FIGURNI PRIKAZ.</w:t>
            </w:r>
          </w:p>
        </w:tc>
      </w:tr>
    </w:tbl>
    <w:p w14:paraId="12885C85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2BDC4B6D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452142A" w14:textId="4CBB8D2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PREBEREM PREPROSTO PREGLEDNICO.</w:t>
            </w:r>
          </w:p>
        </w:tc>
      </w:tr>
    </w:tbl>
    <w:p w14:paraId="3D4668F8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1525C0CC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135B9CD" w14:textId="15A61BC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PODATKE ZBEREM IN UREDIM.</w:t>
            </w:r>
          </w:p>
        </w:tc>
      </w:tr>
    </w:tbl>
    <w:p w14:paraId="646204FC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2BA15E86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F661E33" w14:textId="6CDD4C8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ZASTAVIM PREPROSTO VPRAŠANJE ZA ZBIRANJE PODATKOV.</w:t>
            </w:r>
          </w:p>
        </w:tc>
      </w:tr>
    </w:tbl>
    <w:p w14:paraId="68B405E8" w14:textId="77777777" w:rsidR="00947AAC" w:rsidRDefault="00947AAC">
      <w:pPr>
        <w:spacing w:after="30" w:line="240" w:lineRule="auto"/>
      </w:pPr>
    </w:p>
    <w:p w14:paraId="5D537D35" w14:textId="160D0005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6F7319E" w14:textId="5B104A13" w:rsidR="00947AAC" w:rsidRDefault="00C5144F">
      <w:r>
        <w:br w:type="page"/>
      </w:r>
    </w:p>
    <w:p w14:paraId="343772A9" w14:textId="03FF48CF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TUJI JEZIK</w:t>
      </w:r>
    </w:p>
    <w:p w14:paraId="4E368553" w14:textId="48245EB9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POSLUŠAM, RAZUMEM IN GOVORIM</w:t>
      </w:r>
    </w:p>
    <w:p w14:paraId="1CA5A961" w14:textId="1D10A45D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PRVEGA VIO; NAPREDEK V 1. RAZREDU JE PREDVSEM SLUŠNI, GOVORNI IN INTERAKCIJSKI.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659A2F4F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A5FBB1E" w14:textId="614E3DA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SPOŠTUJEM RAZLIČNE JEZIKE IN KULTURE.</w:t>
            </w:r>
          </w:p>
        </w:tc>
      </w:tr>
    </w:tbl>
    <w:p w14:paraId="6715D97D" w14:textId="77777777" w:rsidR="00947AAC" w:rsidRDefault="00947AAC">
      <w:pPr>
        <w:spacing w:after="30" w:line="240" w:lineRule="auto"/>
      </w:pPr>
    </w:p>
    <w:tbl>
      <w:tblPr>
        <w:tblW w:w="5088" w:type="dxa"/>
        <w:jc w:val="center"/>
        <w:tblLayout w:type="fixed"/>
        <w:tblLook w:val="04A0" w:firstRow="1" w:lastRow="0" w:firstColumn="1" w:lastColumn="0" w:noHBand="0" w:noVBand="1"/>
      </w:tblPr>
      <w:tblGrid>
        <w:gridCol w:w="5088"/>
      </w:tblGrid>
      <w:tr w:rsidR="00947AAC" w14:paraId="23D52831" w14:textId="77777777">
        <w:trPr>
          <w:jc w:val="center"/>
        </w:trPr>
        <w:tc>
          <w:tcPr>
            <w:tcW w:w="5088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C4590E9" w14:textId="7D9F8BB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SODELUJEM V KRATKI IZMENJAVI, PESMI ALI JEZIKOVNI IGRI.</w:t>
            </w:r>
          </w:p>
        </w:tc>
      </w:tr>
    </w:tbl>
    <w:p w14:paraId="4373A8B5" w14:textId="77777777" w:rsidR="00947AAC" w:rsidRDefault="00947AAC">
      <w:pPr>
        <w:spacing w:after="30" w:line="240" w:lineRule="auto"/>
      </w:pPr>
    </w:p>
    <w:tbl>
      <w:tblPr>
        <w:tblW w:w="5775" w:type="dxa"/>
        <w:jc w:val="center"/>
        <w:tblLayout w:type="fixed"/>
        <w:tblLook w:val="04A0" w:firstRow="1" w:lastRow="0" w:firstColumn="1" w:lastColumn="0" w:noHBand="0" w:noVBand="1"/>
      </w:tblPr>
      <w:tblGrid>
        <w:gridCol w:w="5775"/>
      </w:tblGrid>
      <w:tr w:rsidR="00947AAC" w14:paraId="16F1E75A" w14:textId="77777777">
        <w:trPr>
          <w:jc w:val="center"/>
        </w:trPr>
        <w:tc>
          <w:tcPr>
            <w:tcW w:w="5775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71BF77A" w14:textId="75DE87A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ODGOVORIM NA PREPROSTO VPRAŠANJE.</w:t>
            </w:r>
          </w:p>
        </w:tc>
      </w:tr>
    </w:tbl>
    <w:p w14:paraId="59452DFA" w14:textId="77777777" w:rsidR="00947AAC" w:rsidRDefault="00947AAC">
      <w:pPr>
        <w:spacing w:after="30" w:line="240" w:lineRule="auto"/>
      </w:pPr>
    </w:p>
    <w:tbl>
      <w:tblPr>
        <w:tblW w:w="6462" w:type="dxa"/>
        <w:jc w:val="center"/>
        <w:tblLayout w:type="fixed"/>
        <w:tblLook w:val="04A0" w:firstRow="1" w:lastRow="0" w:firstColumn="1" w:lastColumn="0" w:noHBand="0" w:noVBand="1"/>
      </w:tblPr>
      <w:tblGrid>
        <w:gridCol w:w="6462"/>
      </w:tblGrid>
      <w:tr w:rsidR="00947AAC" w14:paraId="330430FA" w14:textId="77777777">
        <w:trPr>
          <w:jc w:val="center"/>
        </w:trPr>
        <w:tc>
          <w:tcPr>
            <w:tcW w:w="6462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E01B832" w14:textId="1CDA8FD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POVEM NEKAJ O SEBI PO VZORU.</w:t>
            </w:r>
          </w:p>
        </w:tc>
      </w:tr>
    </w:tbl>
    <w:p w14:paraId="42D7C65B" w14:textId="77777777" w:rsidR="00947AAC" w:rsidRDefault="00947AAC">
      <w:pPr>
        <w:spacing w:after="30" w:line="240" w:lineRule="auto"/>
      </w:pPr>
    </w:p>
    <w:tbl>
      <w:tblPr>
        <w:tblW w:w="7150" w:type="dxa"/>
        <w:jc w:val="center"/>
        <w:tblLayout w:type="fixed"/>
        <w:tblLook w:val="04A0" w:firstRow="1" w:lastRow="0" w:firstColumn="1" w:lastColumn="0" w:noHBand="0" w:noVBand="1"/>
      </w:tblPr>
      <w:tblGrid>
        <w:gridCol w:w="7150"/>
      </w:tblGrid>
      <w:tr w:rsidR="00947AAC" w14:paraId="62760641" w14:textId="77777777">
        <w:trPr>
          <w:jc w:val="center"/>
        </w:trPr>
        <w:tc>
          <w:tcPr>
            <w:tcW w:w="7150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AE15B3C" w14:textId="379AD25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PONOVIM BESEDO ALI KRATKO ZVEZO.</w:t>
            </w:r>
          </w:p>
        </w:tc>
      </w:tr>
    </w:tbl>
    <w:p w14:paraId="64DAD662" w14:textId="77777777" w:rsidR="00947AAC" w:rsidRDefault="00947AAC">
      <w:pPr>
        <w:spacing w:after="30" w:line="240" w:lineRule="auto"/>
      </w:pPr>
    </w:p>
    <w:tbl>
      <w:tblPr>
        <w:tblW w:w="7838" w:type="dxa"/>
        <w:jc w:val="center"/>
        <w:tblLayout w:type="fixed"/>
        <w:tblLook w:val="04A0" w:firstRow="1" w:lastRow="0" w:firstColumn="1" w:lastColumn="0" w:noHBand="0" w:noVBand="1"/>
      </w:tblPr>
      <w:tblGrid>
        <w:gridCol w:w="7838"/>
      </w:tblGrid>
      <w:tr w:rsidR="00947AAC" w14:paraId="7915B43D" w14:textId="77777777">
        <w:trPr>
          <w:jc w:val="center"/>
        </w:trPr>
        <w:tc>
          <w:tcPr>
            <w:tcW w:w="7838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A5F6796" w14:textId="139ED82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RAZUMEVANJE POKAŽEM Z DEJANJEM ALI IZBIRO SLIKE.</w:t>
            </w:r>
          </w:p>
        </w:tc>
      </w:tr>
    </w:tbl>
    <w:p w14:paraId="50B084B1" w14:textId="77777777" w:rsidR="00947AAC" w:rsidRDefault="00947AAC">
      <w:pPr>
        <w:spacing w:after="30" w:line="240" w:lineRule="auto"/>
      </w:pPr>
    </w:p>
    <w:tbl>
      <w:tblPr>
        <w:tblW w:w="8525" w:type="dxa"/>
        <w:jc w:val="center"/>
        <w:tblLayout w:type="fixed"/>
        <w:tblLook w:val="04A0" w:firstRow="1" w:lastRow="0" w:firstColumn="1" w:lastColumn="0" w:noHBand="0" w:noVBand="1"/>
      </w:tblPr>
      <w:tblGrid>
        <w:gridCol w:w="8525"/>
      </w:tblGrid>
      <w:tr w:rsidR="00947AAC" w14:paraId="780AC1FD" w14:textId="77777777">
        <w:trPr>
          <w:jc w:val="center"/>
        </w:trPr>
        <w:tc>
          <w:tcPr>
            <w:tcW w:w="8525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EDF4FF2" w14:textId="1164278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RAZUMEM KRATKO RAZREDNO NAVODILO.</w:t>
            </w:r>
          </w:p>
        </w:tc>
      </w:tr>
    </w:tbl>
    <w:p w14:paraId="4FC10743" w14:textId="77777777" w:rsidR="00947AAC" w:rsidRDefault="00947AAC">
      <w:pPr>
        <w:spacing w:after="30" w:line="240" w:lineRule="auto"/>
      </w:pPr>
    </w:p>
    <w:tbl>
      <w:tblPr>
        <w:tblW w:w="9212" w:type="dxa"/>
        <w:jc w:val="center"/>
        <w:tblLayout w:type="fixed"/>
        <w:tblLook w:val="04A0" w:firstRow="1" w:lastRow="0" w:firstColumn="1" w:lastColumn="0" w:noHBand="0" w:noVBand="1"/>
      </w:tblPr>
      <w:tblGrid>
        <w:gridCol w:w="9212"/>
      </w:tblGrid>
      <w:tr w:rsidR="00947AAC" w14:paraId="32D63F4C" w14:textId="77777777">
        <w:trPr>
          <w:jc w:val="center"/>
        </w:trPr>
        <w:tc>
          <w:tcPr>
            <w:tcW w:w="9212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B407506" w14:textId="49864FB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ZNANO BESEDO ALI BESEDNO ZVEZO.</w:t>
            </w:r>
          </w:p>
        </w:tc>
      </w:tr>
    </w:tbl>
    <w:p w14:paraId="60471176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3E6C3409" w14:textId="77777777">
        <w:trPr>
          <w:jc w:val="center"/>
        </w:trPr>
        <w:tc>
          <w:tcPr>
            <w:tcW w:w="9900" w:type="dxa"/>
            <w:tcBorders>
              <w:top w:val="single" w:sz="10" w:space="0" w:color="9E3F31"/>
              <w:left w:val="single" w:sz="10" w:space="0" w:color="9E3F31"/>
              <w:bottom w:val="single" w:sz="10" w:space="0" w:color="9E3F31"/>
              <w:right w:val="single" w:sz="10" w:space="0" w:color="9E3F31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175C751" w14:textId="227E73B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POZORNO POSLUŠAM IN OPAZUJEM SLIKOVNO OPORO.</w:t>
            </w:r>
          </w:p>
        </w:tc>
      </w:tr>
    </w:tbl>
    <w:p w14:paraId="58150D4B" w14:textId="77777777" w:rsidR="00947AAC" w:rsidRDefault="00947AAC">
      <w:pPr>
        <w:spacing w:after="30" w:line="240" w:lineRule="auto"/>
      </w:pPr>
    </w:p>
    <w:p w14:paraId="3AABCFC9" w14:textId="4E7C78D5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C4F2E2E" w14:textId="2D47AF3D" w:rsidR="00947AAC" w:rsidRDefault="00C5144F">
      <w:r>
        <w:br w:type="page"/>
      </w:r>
    </w:p>
    <w:p w14:paraId="34AB8496" w14:textId="3F8D066F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LIKOVNA UMETNOST</w:t>
      </w:r>
    </w:p>
    <w:p w14:paraId="330A3B4B" w14:textId="4F17446F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LIKOVNO IZRAŽANJE</w:t>
      </w:r>
    </w:p>
    <w:p w14:paraId="2A918D0E" w14:textId="5878839E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3A1389FB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CDD1FA3" w14:textId="7EAB352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PREDSTAVIM IZDELEK IN GA PO POVRATNI INFORMACIJI IZBOLJŠAM.</w:t>
            </w:r>
          </w:p>
        </w:tc>
      </w:tr>
    </w:tbl>
    <w:p w14:paraId="1AA12CE4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2AA78DAC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443DDFA" w14:textId="1B16B96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 PODOBO IZRAZIM DOŽIVETJE ALI SPOROČILO.</w:t>
            </w:r>
          </w:p>
        </w:tc>
      </w:tr>
    </w:tbl>
    <w:p w14:paraId="78F2CEC1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E182389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5F2C910" w14:textId="26B9B54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NAČRTUJEM PREPROSTO LIKOVNO REŠITEV.</w:t>
            </w:r>
          </w:p>
        </w:tc>
      </w:tr>
    </w:tbl>
    <w:p w14:paraId="1F180581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1A2B913E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797EB52" w14:textId="23A4FDA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UPORABIM GRAFIČNO, KIPARSKO ALI PROSTORSKO TEHNIKO.</w:t>
            </w:r>
          </w:p>
        </w:tc>
      </w:tr>
    </w:tbl>
    <w:p w14:paraId="146FB318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6D757C10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C3662B5" w14:textId="0972749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UPORABIM RISARSKO ALI SLIKARSKO TEHNIKO.</w:t>
            </w:r>
          </w:p>
        </w:tc>
      </w:tr>
    </w:tbl>
    <w:p w14:paraId="4F256880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0F757DE7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926C58C" w14:textId="47AEE6C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RAZISKUJEM RAZLIČNE LIKOVNE MATERIALE.</w:t>
            </w:r>
          </w:p>
        </w:tc>
      </w:tr>
    </w:tbl>
    <w:p w14:paraId="296BCBEE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ABE4197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77B281A" w14:textId="5EC87FE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OPAZUJEM ČRTO, OBLIKO, BARVO, TEKSTURO IN PROSTOR.</w:t>
            </w:r>
          </w:p>
        </w:tc>
      </w:tr>
    </w:tbl>
    <w:p w14:paraId="2FE71705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5618D89D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F6AFA80" w14:textId="5DA5130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UREDIM DELOVNI PROSTOR IN VARNO UPORABLJAM PRIPOMOČKE.</w:t>
            </w:r>
          </w:p>
        </w:tc>
      </w:tr>
    </w:tbl>
    <w:p w14:paraId="123AF041" w14:textId="77777777" w:rsidR="00947AAC" w:rsidRDefault="00947AAC">
      <w:pPr>
        <w:spacing w:after="30" w:line="240" w:lineRule="auto"/>
      </w:pPr>
    </w:p>
    <w:p w14:paraId="7A1FB2B2" w14:textId="6E7C328D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2D1742A3" w14:textId="4685BE61" w:rsidR="00947AAC" w:rsidRDefault="00C5144F">
      <w:r>
        <w:br w:type="page"/>
      </w:r>
    </w:p>
    <w:p w14:paraId="70643750" w14:textId="657DF919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GLASBENA UMETNOST</w:t>
      </w:r>
    </w:p>
    <w:p w14:paraId="4FAAD892" w14:textId="5EB5C635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PETJE, RITEM, IGRANJE IN POSLUŠANJE</w:t>
      </w:r>
    </w:p>
    <w:p w14:paraId="68433114" w14:textId="529534A8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536CAF28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4BEB683" w14:textId="67D979C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IZRAZIM DOŽIVETJE IN SPOŠTLJIVO POSLUŠAM NASTOP DRUGIH.</w:t>
            </w:r>
          </w:p>
        </w:tc>
      </w:tr>
    </w:tbl>
    <w:p w14:paraId="0B887D35" w14:textId="77777777" w:rsidR="00947AAC" w:rsidRDefault="00947AAC">
      <w:pPr>
        <w:spacing w:after="30" w:line="240" w:lineRule="auto"/>
      </w:pPr>
    </w:p>
    <w:tbl>
      <w:tblPr>
        <w:tblW w:w="5088" w:type="dxa"/>
        <w:jc w:val="center"/>
        <w:tblLayout w:type="fixed"/>
        <w:tblLook w:val="04A0" w:firstRow="1" w:lastRow="0" w:firstColumn="1" w:lastColumn="0" w:noHBand="0" w:noVBand="1"/>
      </w:tblPr>
      <w:tblGrid>
        <w:gridCol w:w="5088"/>
      </w:tblGrid>
      <w:tr w:rsidR="00947AAC" w14:paraId="178D6F72" w14:textId="77777777">
        <w:trPr>
          <w:jc w:val="center"/>
        </w:trPr>
        <w:tc>
          <w:tcPr>
            <w:tcW w:w="5088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E380E68" w14:textId="2225F1A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USTVARIM KRATEK ZVOČNI ALI MELODIČNI MOTIV.</w:t>
            </w:r>
          </w:p>
        </w:tc>
      </w:tr>
    </w:tbl>
    <w:p w14:paraId="27F91CB7" w14:textId="77777777" w:rsidR="00947AAC" w:rsidRDefault="00947AAC">
      <w:pPr>
        <w:spacing w:after="30" w:line="240" w:lineRule="auto"/>
      </w:pPr>
    </w:p>
    <w:tbl>
      <w:tblPr>
        <w:tblW w:w="5775" w:type="dxa"/>
        <w:jc w:val="center"/>
        <w:tblLayout w:type="fixed"/>
        <w:tblLook w:val="04A0" w:firstRow="1" w:lastRow="0" w:firstColumn="1" w:lastColumn="0" w:noHBand="0" w:noVBand="1"/>
      </w:tblPr>
      <w:tblGrid>
        <w:gridCol w:w="5775"/>
      </w:tblGrid>
      <w:tr w:rsidR="00947AAC" w14:paraId="222553B0" w14:textId="77777777">
        <w:trPr>
          <w:jc w:val="center"/>
        </w:trPr>
        <w:tc>
          <w:tcPr>
            <w:tcW w:w="5775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ACF6A14" w14:textId="452E17E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SLEDIM PREPROSTEMU SLIKOVNEMU ZAPISU.</w:t>
            </w:r>
          </w:p>
        </w:tc>
      </w:tr>
    </w:tbl>
    <w:p w14:paraId="0D08594A" w14:textId="77777777" w:rsidR="00947AAC" w:rsidRDefault="00947AAC">
      <w:pPr>
        <w:spacing w:after="30" w:line="240" w:lineRule="auto"/>
      </w:pPr>
    </w:p>
    <w:tbl>
      <w:tblPr>
        <w:tblW w:w="6462" w:type="dxa"/>
        <w:jc w:val="center"/>
        <w:tblLayout w:type="fixed"/>
        <w:tblLook w:val="04A0" w:firstRow="1" w:lastRow="0" w:firstColumn="1" w:lastColumn="0" w:noHBand="0" w:noVBand="1"/>
      </w:tblPr>
      <w:tblGrid>
        <w:gridCol w:w="6462"/>
      </w:tblGrid>
      <w:tr w:rsidR="00947AAC" w14:paraId="44D3170E" w14:textId="77777777">
        <w:trPr>
          <w:jc w:val="center"/>
        </w:trPr>
        <w:tc>
          <w:tcPr>
            <w:tcW w:w="6462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45610E6" w14:textId="02B6EDC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PONOVIM ALI IZVEDEM KRATEK RITEM.</w:t>
            </w:r>
          </w:p>
        </w:tc>
      </w:tr>
    </w:tbl>
    <w:p w14:paraId="71284335" w14:textId="77777777" w:rsidR="00947AAC" w:rsidRDefault="00947AAC">
      <w:pPr>
        <w:spacing w:after="30" w:line="240" w:lineRule="auto"/>
      </w:pPr>
    </w:p>
    <w:tbl>
      <w:tblPr>
        <w:tblW w:w="7150" w:type="dxa"/>
        <w:jc w:val="center"/>
        <w:tblLayout w:type="fixed"/>
        <w:tblLook w:val="04A0" w:firstRow="1" w:lastRow="0" w:firstColumn="1" w:lastColumn="0" w:noHBand="0" w:noVBand="1"/>
      </w:tblPr>
      <w:tblGrid>
        <w:gridCol w:w="7150"/>
      </w:tblGrid>
      <w:tr w:rsidR="00947AAC" w14:paraId="1B7F8EAB" w14:textId="77777777">
        <w:trPr>
          <w:jc w:val="center"/>
        </w:trPr>
        <w:tc>
          <w:tcPr>
            <w:tcW w:w="7150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0A74144" w14:textId="12366CF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PRAVILNO IN ODGOVORNO UPORABIM OTROŠKO ALI ORFFOVO GLASBILO.</w:t>
            </w:r>
          </w:p>
        </w:tc>
      </w:tr>
    </w:tbl>
    <w:p w14:paraId="0790FC1C" w14:textId="77777777" w:rsidR="00947AAC" w:rsidRDefault="00947AAC">
      <w:pPr>
        <w:spacing w:after="30" w:line="240" w:lineRule="auto"/>
      </w:pPr>
    </w:p>
    <w:tbl>
      <w:tblPr>
        <w:tblW w:w="7838" w:type="dxa"/>
        <w:jc w:val="center"/>
        <w:tblLayout w:type="fixed"/>
        <w:tblLook w:val="04A0" w:firstRow="1" w:lastRow="0" w:firstColumn="1" w:lastColumn="0" w:noHBand="0" w:noVBand="1"/>
      </w:tblPr>
      <w:tblGrid>
        <w:gridCol w:w="7838"/>
      </w:tblGrid>
      <w:tr w:rsidR="00947AAC" w14:paraId="6F2915FE" w14:textId="77777777">
        <w:trPr>
          <w:jc w:val="center"/>
        </w:trPr>
        <w:tc>
          <w:tcPr>
            <w:tcW w:w="7838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024644F" w14:textId="44922D6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PETJE SPREMLJAM Z GIBANJEM ALI LASTNIMI GLASBILI.</w:t>
            </w:r>
          </w:p>
        </w:tc>
      </w:tr>
    </w:tbl>
    <w:p w14:paraId="163DB5AD" w14:textId="77777777" w:rsidR="00947AAC" w:rsidRDefault="00947AAC">
      <w:pPr>
        <w:spacing w:after="30" w:line="240" w:lineRule="auto"/>
      </w:pPr>
    </w:p>
    <w:tbl>
      <w:tblPr>
        <w:tblW w:w="8525" w:type="dxa"/>
        <w:jc w:val="center"/>
        <w:tblLayout w:type="fixed"/>
        <w:tblLook w:val="04A0" w:firstRow="1" w:lastRow="0" w:firstColumn="1" w:lastColumn="0" w:noHBand="0" w:noVBand="1"/>
      </w:tblPr>
      <w:tblGrid>
        <w:gridCol w:w="8525"/>
      </w:tblGrid>
      <w:tr w:rsidR="00947AAC" w14:paraId="43BC0169" w14:textId="77777777">
        <w:trPr>
          <w:jc w:val="center"/>
        </w:trPr>
        <w:tc>
          <w:tcPr>
            <w:tcW w:w="8525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86F5FD3" w14:textId="7C2EAFC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 SPOMINU ZAPOJEM IZBRANO PESEM.</w:t>
            </w:r>
          </w:p>
        </w:tc>
      </w:tr>
    </w:tbl>
    <w:p w14:paraId="1E8EF83B" w14:textId="77777777" w:rsidR="00947AAC" w:rsidRDefault="00947AAC">
      <w:pPr>
        <w:spacing w:after="30" w:line="240" w:lineRule="auto"/>
      </w:pPr>
    </w:p>
    <w:tbl>
      <w:tblPr>
        <w:tblW w:w="9212" w:type="dxa"/>
        <w:jc w:val="center"/>
        <w:tblLayout w:type="fixed"/>
        <w:tblLook w:val="04A0" w:firstRow="1" w:lastRow="0" w:firstColumn="1" w:lastColumn="0" w:noHBand="0" w:noVBand="1"/>
      </w:tblPr>
      <w:tblGrid>
        <w:gridCol w:w="9212"/>
      </w:tblGrid>
      <w:tr w:rsidR="00947AAC" w14:paraId="3ABA5515" w14:textId="77777777">
        <w:trPr>
          <w:jc w:val="center"/>
        </w:trPr>
        <w:tc>
          <w:tcPr>
            <w:tcW w:w="9212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DD5B62A" w14:textId="5881A6A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RITMIČNO IN ENAKOMERNO IZREKAM BESEDILO.</w:t>
            </w:r>
          </w:p>
        </w:tc>
      </w:tr>
    </w:tbl>
    <w:p w14:paraId="195EC8CB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7FA8ADA4" w14:textId="77777777">
        <w:trPr>
          <w:jc w:val="center"/>
        </w:trPr>
        <w:tc>
          <w:tcPr>
            <w:tcW w:w="9900" w:type="dxa"/>
            <w:tcBorders>
              <w:top w:val="single" w:sz="10" w:space="0" w:color="9E3F31"/>
              <w:left w:val="single" w:sz="10" w:space="0" w:color="9E3F31"/>
              <w:bottom w:val="single" w:sz="10" w:space="0" w:color="9E3F31"/>
              <w:right w:val="single" w:sz="10" w:space="0" w:color="9E3F31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449D621" w14:textId="58A4613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POZORNO POSLUŠAM GLASBO IN TIŠINO.</w:t>
            </w:r>
          </w:p>
        </w:tc>
      </w:tr>
    </w:tbl>
    <w:p w14:paraId="051A5DE0" w14:textId="77777777" w:rsidR="00947AAC" w:rsidRDefault="00947AAC">
      <w:pPr>
        <w:spacing w:after="30" w:line="240" w:lineRule="auto"/>
      </w:pPr>
    </w:p>
    <w:p w14:paraId="5F900010" w14:textId="5CA83BB2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325F4DAA" w14:textId="53943307" w:rsidR="00947AAC" w:rsidRDefault="00C5144F">
      <w:r>
        <w:br w:type="page"/>
      </w:r>
    </w:p>
    <w:p w14:paraId="0D334329" w14:textId="17770172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02A42B8E" w14:textId="69F9D52F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JAZ, ŠOLA, DRUŽINA IN SKUPNOST</w:t>
      </w:r>
    </w:p>
    <w:p w14:paraId="6F2787C7" w14:textId="7C39FF2C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7F7D7D30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A90C90A" w14:textId="71F69B9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ODGOVORNO SODELUJEM V SKUPNOSTI.</w:t>
            </w:r>
          </w:p>
        </w:tc>
      </w:tr>
    </w:tbl>
    <w:p w14:paraId="0C38A49C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17620F1A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40FA60C" w14:textId="4BD90CB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SPOŠTUJEM PODOBNOSTI, RAZLIKE IN ZASEBNOST DRUGIH.</w:t>
            </w:r>
          </w:p>
        </w:tc>
      </w:tr>
    </w:tbl>
    <w:p w14:paraId="27EA0BEC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7879252B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8D82E68" w14:textId="51E21FD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POVEM, KAKO LAHKO POMAGAM DOMA ALI V ŠOLI.</w:t>
            </w:r>
          </w:p>
        </w:tc>
      </w:tr>
    </w:tbl>
    <w:p w14:paraId="5A93D735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38324E7D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4B3FE5E" w14:textId="0BB9891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PRAVICO, DOLŽNOST IN ODGOVORNOST.</w:t>
            </w:r>
          </w:p>
        </w:tc>
      </w:tr>
    </w:tbl>
    <w:p w14:paraId="7CF9F270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17E437C8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BD6BB82" w14:textId="3F6A503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OPIŠEM SVOJO DRUŽINO BREZ VREDNOTENJA RAZLIČNIH OBLIK DRUŽIN.</w:t>
            </w:r>
          </w:p>
        </w:tc>
      </w:tr>
    </w:tbl>
    <w:p w14:paraId="293CA70F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6BEF76AD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6E1B528" w14:textId="281CA32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UPOŠTEVAM RAZREDNA IN ŠOLSKA PRAVILA.</w:t>
            </w:r>
          </w:p>
        </w:tc>
      </w:tr>
    </w:tbl>
    <w:p w14:paraId="5CA8BF0F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07F84473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0B69829" w14:textId="04EC241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POZNAM ŠOLSKE PROSTORE IN OSEBE V ŠOLI.</w:t>
            </w:r>
          </w:p>
        </w:tc>
      </w:tr>
    </w:tbl>
    <w:p w14:paraId="5A66A44D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314A8261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EBA047A" w14:textId="78BC80B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PREDSTAVIM SE IN POIMENUJEM SVOJE POČUTJE.</w:t>
            </w:r>
          </w:p>
        </w:tc>
      </w:tr>
    </w:tbl>
    <w:p w14:paraId="127896B6" w14:textId="77777777" w:rsidR="00947AAC" w:rsidRDefault="00947AAC">
      <w:pPr>
        <w:spacing w:after="30" w:line="240" w:lineRule="auto"/>
      </w:pPr>
    </w:p>
    <w:p w14:paraId="373A84EE" w14:textId="0BC74021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5B0A7CDF" w14:textId="2AFB7DC8" w:rsidR="00947AAC" w:rsidRDefault="00C5144F">
      <w:r>
        <w:br w:type="page"/>
      </w:r>
    </w:p>
    <w:p w14:paraId="3C654BC2" w14:textId="7E81F7E1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151815AA" w14:textId="7B3D9358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ČAS IN DEDIŠČINA</w:t>
      </w:r>
    </w:p>
    <w:p w14:paraId="5803D979" w14:textId="3DE69587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 VKLJUČUJE UPORABO URNIKA IN POVEZOVANJE TRAJANJA TER ZAPOREDJA DEJAVNOSTI.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6819D195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6BAD212" w14:textId="2012CCC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IZBRAN PRIMER KULTURNE ALI NARAVNE DEDIŠČINE.</w:t>
            </w:r>
          </w:p>
        </w:tc>
      </w:tr>
    </w:tbl>
    <w:p w14:paraId="418A2130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79092684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B280307" w14:textId="28DF300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ŽIVLJENJE NEKOČ IN DANES S POMOČJO VIRA.</w:t>
            </w:r>
          </w:p>
        </w:tc>
      </w:tr>
    </w:tbl>
    <w:p w14:paraId="6F178345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3BBF9DC7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413EEDE" w14:textId="1FA4B8C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Z URNIKOM POVEŽEM TRAJANJE SVOJIH DEJAVNOSTI.</w:t>
            </w:r>
          </w:p>
        </w:tc>
      </w:tr>
    </w:tbl>
    <w:p w14:paraId="4114C11F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3310D13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4419655" w14:textId="13E39AD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UPORABIM PREPROST URNIK.</w:t>
            </w:r>
          </w:p>
        </w:tc>
      </w:tr>
    </w:tbl>
    <w:p w14:paraId="3BCF75B5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51926E83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0E3787F" w14:textId="29A9ABC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DOGODKE UREDIM V PRAVILNO ZAPOREDJE.</w:t>
            </w:r>
          </w:p>
        </w:tc>
      </w:tr>
    </w:tbl>
    <w:p w14:paraId="79A67147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25C6FE76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1549AE5" w14:textId="6A5AB5B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POZNAM DNEVE V TEDNU.</w:t>
            </w:r>
          </w:p>
        </w:tc>
      </w:tr>
    </w:tbl>
    <w:p w14:paraId="5E1CC258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2F707637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0588845" w14:textId="612BFA1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POZNAM ZAPOREDJE DELOV DNEVA.</w:t>
            </w:r>
          </w:p>
        </w:tc>
      </w:tr>
    </w:tbl>
    <w:p w14:paraId="0873E9D6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2B086A41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1DE5FA7" w14:textId="52D726B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UPORABLJAM PREJ, POTEM, VČERAJ, DANES IN JUTRI.</w:t>
            </w:r>
          </w:p>
        </w:tc>
      </w:tr>
    </w:tbl>
    <w:p w14:paraId="7CE0F841" w14:textId="77777777" w:rsidR="00947AAC" w:rsidRDefault="00947AAC">
      <w:pPr>
        <w:spacing w:after="30" w:line="240" w:lineRule="auto"/>
      </w:pPr>
    </w:p>
    <w:p w14:paraId="5DA0E21A" w14:textId="4F02AFEB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000EEF78" w14:textId="319F1177" w:rsidR="00947AAC" w:rsidRDefault="00C5144F">
      <w:r>
        <w:br w:type="page"/>
      </w:r>
    </w:p>
    <w:p w14:paraId="580570E9" w14:textId="162AC107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63C97BD3" w14:textId="7055DD97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PROSTOR IN POKRAJINA</w:t>
      </w:r>
    </w:p>
    <w:p w14:paraId="43A04BAF" w14:textId="718915EE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STANDARD 1. RAZREDA: PRAVILNA UPORABA OSNOVNIH POKRAJINSKIH POJMOV PRI OPAZOVANJU OKOLICE.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27975DFF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7843FFA" w14:textId="367809D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POVEŽEM NAČIN ŽIVLJENJA LJUDI Z ZNAČILNOSTMI OKOLJA.</w:t>
            </w:r>
          </w:p>
        </w:tc>
      </w:tr>
    </w:tbl>
    <w:p w14:paraId="74FDC2FF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0435489E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62E95CA" w14:textId="5C8064A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 OPAZOVANJU PRAVILNO UPORABLJAM OSNOVNE POKRAJINSKE POJME.</w:t>
            </w:r>
          </w:p>
        </w:tc>
      </w:tr>
    </w:tbl>
    <w:p w14:paraId="0B2F8DE6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1C21B6D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A636262" w14:textId="17AC572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OKOLICI PREPOZNAM REKO, NJIVO ALI TRAVNIK.</w:t>
            </w:r>
          </w:p>
        </w:tc>
      </w:tr>
    </w:tbl>
    <w:p w14:paraId="5EA2E58F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BE5AF1C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A4D8B4C" w14:textId="46A5B40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OKOLICI PREPOZNAM RAVNINO, HRIB ALI GORO.</w:t>
            </w:r>
          </w:p>
        </w:tc>
      </w:tr>
    </w:tbl>
    <w:p w14:paraId="357BB078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289CFDC1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52DC9A0" w14:textId="278A1F2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UPORABLJAM DOGOVORJENE ZNAKE IN PREPROSTO LEGENDO.</w:t>
            </w:r>
          </w:p>
        </w:tc>
      </w:tr>
    </w:tbl>
    <w:p w14:paraId="29BFADE8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65B143FB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97F5A20" w14:textId="6632D0D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SLEDIM PREPROSTEMU NAČRTU ZNANEGA PROSTORA.</w:t>
            </w:r>
          </w:p>
        </w:tc>
      </w:tr>
    </w:tbl>
    <w:p w14:paraId="5C89E387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08C7435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0EA88BC" w14:textId="066151E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OPIŠEM LEGO PREDMETA ALI KRAJA.</w:t>
            </w:r>
          </w:p>
        </w:tc>
      </w:tr>
    </w:tbl>
    <w:p w14:paraId="1752DBEA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74F51AB4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0CB5E7F" w14:textId="2943051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SE ORIENTIRAM V UČILNICI IN ŠOLI.</w:t>
            </w:r>
          </w:p>
        </w:tc>
      </w:tr>
    </w:tbl>
    <w:p w14:paraId="7A0E7328" w14:textId="77777777" w:rsidR="00947AAC" w:rsidRDefault="00947AAC">
      <w:pPr>
        <w:spacing w:after="30" w:line="240" w:lineRule="auto"/>
      </w:pPr>
    </w:p>
    <w:p w14:paraId="1764CAD5" w14:textId="532DB0BB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10C60641" w14:textId="62C1BE0D" w:rsidR="00947AAC" w:rsidRDefault="00C5144F">
      <w:r>
        <w:br w:type="page"/>
      </w:r>
    </w:p>
    <w:p w14:paraId="17EA99EC" w14:textId="781A6560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1E1FAFF4" w14:textId="2A07891E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MOBILNOST IN VARNOST V PROMETU</w:t>
      </w:r>
    </w:p>
    <w:p w14:paraId="40ADE67A" w14:textId="467C7C89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59E86503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A6FB10E" w14:textId="2F18FE2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NAČINE MOBILNOSTI IN IZBEREM VARNO TER TRAJNOSTNO MOŽNOST.</w:t>
            </w:r>
          </w:p>
        </w:tc>
      </w:tr>
    </w:tbl>
    <w:p w14:paraId="437818C1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368DB799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15A76D5" w14:textId="2797345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VOZILU UPORABIM VARNOSTNI PAS.</w:t>
            </w:r>
          </w:p>
        </w:tc>
      </w:tr>
    </w:tbl>
    <w:p w14:paraId="75C949E9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24F8CCE4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6256DF9" w14:textId="1293958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UPORABLJAM RUMENO RUTICO IN ODSEVNO TELO, KADAR JE POTREBNO.</w:t>
            </w:r>
          </w:p>
        </w:tc>
      </w:tr>
    </w:tbl>
    <w:p w14:paraId="77D8FBB9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1568861E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A3DF18D" w14:textId="75CF188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RAZUMEM POMEN IZBRANIH PROMETNIH ZNAKOV ZA PEŠCE.</w:t>
            </w:r>
          </w:p>
        </w:tc>
      </w:tr>
    </w:tbl>
    <w:p w14:paraId="65EDE2D8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7AF43EA3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2247047" w14:textId="588944F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VARNO PREČKAM CESTO NA PREGLEDNEM MESTU.</w:t>
            </w:r>
          </w:p>
        </w:tc>
      </w:tr>
    </w:tbl>
    <w:p w14:paraId="0713F452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7E598171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390A011" w14:textId="2363236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VARNO HODIM OB CESTI ALI PO PLOČNIKU.</w:t>
            </w:r>
          </w:p>
        </w:tc>
      </w:tr>
    </w:tbl>
    <w:p w14:paraId="4AC7C103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1ABFBD2F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C447EC2" w14:textId="3FE8FE3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POZNAM VLOGO PEŠCA.</w:t>
            </w:r>
          </w:p>
        </w:tc>
      </w:tr>
    </w:tbl>
    <w:p w14:paraId="48C96C58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42376C95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24E559D" w14:textId="6C55819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POIMENUJEM OSNOVNE DELE PROMETNEGA OKOLJA.</w:t>
            </w:r>
          </w:p>
        </w:tc>
      </w:tr>
    </w:tbl>
    <w:p w14:paraId="634D7667" w14:textId="77777777" w:rsidR="00947AAC" w:rsidRDefault="00947AAC">
      <w:pPr>
        <w:spacing w:after="30" w:line="240" w:lineRule="auto"/>
      </w:pPr>
    </w:p>
    <w:p w14:paraId="2DC44B4D" w14:textId="24D3D3E7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5E898271" w14:textId="401016D3" w:rsidR="00947AAC" w:rsidRDefault="00C5144F">
      <w:r>
        <w:br w:type="page"/>
      </w:r>
    </w:p>
    <w:p w14:paraId="5C5E0F1A" w14:textId="282DB185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1F76416C" w14:textId="281649C7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SNOVI, ODPADKI IN ROČNA DELA</w:t>
      </w:r>
    </w:p>
    <w:p w14:paraId="16B89212" w14:textId="30095EDB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432787FC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1C87B1B" w14:textId="0649028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IZDELEK PREIZKUSIM, POJASNIM IZBIRO MATERIALA IN GA IZBOLJŠAM.</w:t>
            </w:r>
          </w:p>
        </w:tc>
      </w:tr>
    </w:tbl>
    <w:p w14:paraId="5E98ABD5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3185E093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204E9B1" w14:textId="59754A7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 NAVODILU IZDELAM PREPROST IZDELEK.</w:t>
            </w:r>
          </w:p>
        </w:tc>
      </w:tr>
    </w:tbl>
    <w:p w14:paraId="780546DC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2502926E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D7C4F7E" w14:textId="4C075F9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PREDLAGAM PONOVNO UPORABO MATERIALA.</w:t>
            </w:r>
          </w:p>
        </w:tc>
      </w:tr>
    </w:tbl>
    <w:p w14:paraId="6EB850F6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13CF377C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006E6C1" w14:textId="37E0DA3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ODPADKE PRAVILNO RAZVRŠČAM.</w:t>
            </w:r>
          </w:p>
        </w:tc>
      </w:tr>
    </w:tbl>
    <w:p w14:paraId="0F903A76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6FA57250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B1F6D00" w14:textId="35986E1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LASTNOSTI SNOVI S PREPROSTIM PREIZKUSOM.</w:t>
            </w:r>
          </w:p>
        </w:tc>
      </w:tr>
    </w:tbl>
    <w:p w14:paraId="391F54AF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6A422040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2008D87" w14:textId="1F2603C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TRDNO SNOV IN TEKOČINO NA KONKRETNIH PRIMERIH.</w:t>
            </w:r>
          </w:p>
        </w:tc>
      </w:tr>
    </w:tbl>
    <w:p w14:paraId="05DC178A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2A7EFDD4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77FBCE8" w14:textId="7F40EF4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PREDMETE RAZVRSTIM PO SNOVI ALI OPAZNI LASTNOSTI.</w:t>
            </w:r>
          </w:p>
        </w:tc>
      </w:tr>
    </w:tbl>
    <w:p w14:paraId="64DC76EB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20836B89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8CB0B74" w14:textId="3EF56B5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PAPIR, LES, KOVINO, STEKLO, TEKSTIL IN PLASTIKO.</w:t>
            </w:r>
          </w:p>
        </w:tc>
      </w:tr>
    </w:tbl>
    <w:p w14:paraId="6CC12D20" w14:textId="77777777" w:rsidR="00947AAC" w:rsidRDefault="00947AAC">
      <w:pPr>
        <w:spacing w:after="30" w:line="240" w:lineRule="auto"/>
      </w:pPr>
    </w:p>
    <w:p w14:paraId="49ED13F8" w14:textId="5CE247C9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2723E7F0" w14:textId="50AB9536" w:rsidR="00947AAC" w:rsidRDefault="00C5144F">
      <w:r>
        <w:br w:type="page"/>
      </w:r>
    </w:p>
    <w:p w14:paraId="2785A9AC" w14:textId="3F52407B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4DCAE9E6" w14:textId="4CF677D9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GIBANJE, SVETLOBA, ZVOK IN POJAVI</w:t>
      </w:r>
    </w:p>
    <w:p w14:paraId="7C7C0227" w14:textId="64A9197F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079B8416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C6B9E0F" w14:textId="7144430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IZVEDEM VAREN PREIZKUS, ZAPIŠEM OPAŽANJE IN POVEM UGOTOVITEV.</w:t>
            </w:r>
          </w:p>
        </w:tc>
      </w:tr>
    </w:tbl>
    <w:p w14:paraId="74270346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2CBA9519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7B598FB" w14:textId="429D48A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GLASEN/TIH TER VISOK/NIZEK ZVOK.</w:t>
            </w:r>
          </w:p>
        </w:tc>
      </w:tr>
    </w:tbl>
    <w:p w14:paraId="0CF6B79A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235CF090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FEE486A" w14:textId="2D4BF03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NARAVNI ALI UMETNI ZVOČNI VIR.</w:t>
            </w:r>
          </w:p>
        </w:tc>
      </w:tr>
    </w:tbl>
    <w:p w14:paraId="3F858713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70E21E2B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09BB7AD" w14:textId="49D1B29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OPAZUJEM SENCO IN PREPROSTE SPREMEMBE SVETLOBE.</w:t>
            </w:r>
          </w:p>
        </w:tc>
      </w:tr>
    </w:tbl>
    <w:p w14:paraId="2DAC4BEA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18683003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5E90B6D" w14:textId="76C46AB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NARAVNI ALI UMETNI VIR SVETLOBE.</w:t>
            </w:r>
          </w:p>
        </w:tc>
      </w:tr>
    </w:tbl>
    <w:p w14:paraId="7006ADA4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00103833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B406284" w14:textId="09B0653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HITREJŠE IN POČASNEJŠE GIBANJE.</w:t>
            </w:r>
          </w:p>
        </w:tc>
      </w:tr>
    </w:tbl>
    <w:p w14:paraId="0948B2A1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337027D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4F98383" w14:textId="1782B5F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POTISK IN VLEK.</w:t>
            </w:r>
          </w:p>
        </w:tc>
      </w:tr>
    </w:tbl>
    <w:p w14:paraId="60674B20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7C134622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5BA0308" w14:textId="6C842EA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OPAZUJEM IN OPIŠEM GIBANJE LJUDI, ŽIVALI ALI PREDMETOV.</w:t>
            </w:r>
          </w:p>
        </w:tc>
      </w:tr>
    </w:tbl>
    <w:p w14:paraId="0A768CDA" w14:textId="77777777" w:rsidR="00947AAC" w:rsidRDefault="00947AAC">
      <w:pPr>
        <w:spacing w:after="30" w:line="240" w:lineRule="auto"/>
      </w:pPr>
    </w:p>
    <w:p w14:paraId="01063C79" w14:textId="43904ACC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74AA70D" w14:textId="3221B358" w:rsidR="00947AAC" w:rsidRDefault="00C5144F">
      <w:r>
        <w:br w:type="page"/>
      </w:r>
    </w:p>
    <w:p w14:paraId="35F7874C" w14:textId="1729F9B3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SPOZNAVANJE OKOLJA</w:t>
      </w:r>
    </w:p>
    <w:p w14:paraId="740E5149" w14:textId="4B5727F5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ŽIVA BITJA IN LETNI ČASI</w:t>
      </w:r>
    </w:p>
    <w:p w14:paraId="64516630" w14:textId="20C2F89C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630475C5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1CA2544" w14:textId="061B8AE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SPOŠTLJIVO RAVNAM Z ŽIVIMI BITJI IN PREDLAGAM SKRB ZA OKOLJE.</w:t>
            </w:r>
          </w:p>
        </w:tc>
      </w:tr>
    </w:tbl>
    <w:p w14:paraId="3D26FF20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1F651DB4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C16526F" w14:textId="2E4E787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PRIMERJAM DVA LETNA ČASA.</w:t>
            </w:r>
          </w:p>
        </w:tc>
      </w:tr>
    </w:tbl>
    <w:p w14:paraId="053150C5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699D3CED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FF448E4" w14:textId="43BC9A8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OPIŠEM ZNAČILNOSTI IZBRANEGA LETNEGA ČASA.</w:t>
            </w:r>
          </w:p>
        </w:tc>
      </w:tr>
    </w:tbl>
    <w:p w14:paraId="503731BB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51C5AEF1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07BA068" w14:textId="1A1E303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OPAZUJEM VREME IN DRUGE SPREMEMBE V OKOLJU.</w:t>
            </w:r>
          </w:p>
        </w:tc>
      </w:tr>
    </w:tbl>
    <w:p w14:paraId="27D52274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6C2BA05A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69779E2" w14:textId="16D2B4C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OPAZIM, DA SE ŽIVA BITJA SPREMINJAJO, RASTEJO IN RAZVIJAJO.</w:t>
            </w:r>
          </w:p>
        </w:tc>
      </w:tr>
    </w:tbl>
    <w:p w14:paraId="60B380F3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3EB801FC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166C59D" w14:textId="01B61D2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POVEŽEM ŽIVO BITJE Z NJEGOVIM ŽIVLJENJSKIM OKOLJEM.</w:t>
            </w:r>
          </w:p>
        </w:tc>
      </w:tr>
    </w:tbl>
    <w:p w14:paraId="3430F43E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65735091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516C43E" w14:textId="757DF83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POIMENUJEM OSNOVNE POTREBE ŽIVIH BITIJ.</w:t>
            </w:r>
          </w:p>
        </w:tc>
      </w:tr>
    </w:tbl>
    <w:p w14:paraId="13E6C6E9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481D0854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7699244" w14:textId="5235653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RAZLIKUJEM ŽIVO BITJE OD NEŽIVE NARAVE.</w:t>
            </w:r>
          </w:p>
        </w:tc>
      </w:tr>
    </w:tbl>
    <w:p w14:paraId="1CD55F40" w14:textId="77777777" w:rsidR="00947AAC" w:rsidRDefault="00947AAC">
      <w:pPr>
        <w:spacing w:after="30" w:line="240" w:lineRule="auto"/>
      </w:pPr>
    </w:p>
    <w:p w14:paraId="40B3E0D5" w14:textId="6A7FBB20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4FC52943" w14:textId="01E80DAE" w:rsidR="00947AAC" w:rsidRDefault="00C5144F">
      <w:r>
        <w:br w:type="page"/>
      </w:r>
    </w:p>
    <w:p w14:paraId="59CCE008" w14:textId="3BC2E7C1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ŠPORT</w:t>
      </w:r>
    </w:p>
    <w:p w14:paraId="23BB73F1" w14:textId="4A69EB0A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OSNOVE GIBANJA</w:t>
      </w:r>
    </w:p>
    <w:p w14:paraId="695BA0A4" w14:textId="03EC1A60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47D6A6CC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B2EA757" w14:textId="4420A6D9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GIBANJE PRILAGODIM PROSTORU, REKVIZITU IN SVOJIM ZMOŽNOSTIM.</w:t>
            </w:r>
          </w:p>
        </w:tc>
      </w:tr>
    </w:tbl>
    <w:p w14:paraId="10C9B30F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4C7EE5BA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4E6FCD9" w14:textId="2955CDB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POVEŽEM VEČ GIBOV V POLIGON ALI GIBALNI NIZ.</w:t>
            </w:r>
          </w:p>
        </w:tc>
      </w:tr>
    </w:tbl>
    <w:p w14:paraId="3B3FE2B1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1E158394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CE87D24" w14:textId="0E23A51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OHRANJAM RAVNOTEŽJE NA RAZLIČNIH PODLAGAH.</w:t>
            </w:r>
          </w:p>
        </w:tc>
      </w:tr>
    </w:tbl>
    <w:p w14:paraId="3A6592C4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02E628DA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5BC4669" w14:textId="6CD4318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LOVIM, KOTALIM, PODAJAM ALI VODIM ŽOGO.</w:t>
            </w:r>
          </w:p>
        </w:tc>
      </w:tr>
    </w:tbl>
    <w:p w14:paraId="52B9EC97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07266A4A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41B63BF1" w14:textId="3A8831B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MEČEM LAŽJI PREDMET V DALJINO ALI CILJ.</w:t>
            </w:r>
          </w:p>
        </w:tc>
      </w:tr>
    </w:tbl>
    <w:p w14:paraId="67C85546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39D7A619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B7C47B5" w14:textId="300A1E5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SKAČEM Z MESTA IN ČEZ NIZKO OVIRO.</w:t>
            </w:r>
          </w:p>
        </w:tc>
      </w:tr>
    </w:tbl>
    <w:p w14:paraId="210BE187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73EF500A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FD7C6B7" w14:textId="421A057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LAZIM, PLAZIM SE IN SE VALJAM.</w:t>
            </w:r>
          </w:p>
        </w:tc>
      </w:tr>
    </w:tbl>
    <w:p w14:paraId="3EDE8F9C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369B3C3A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7B3836CC" w14:textId="395F1F8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VARNO HODIM IN TEČEM V RAZLIČNIH SMEREH.</w:t>
            </w:r>
          </w:p>
        </w:tc>
      </w:tr>
    </w:tbl>
    <w:p w14:paraId="7C624A51" w14:textId="77777777" w:rsidR="00947AAC" w:rsidRDefault="00947AAC">
      <w:pPr>
        <w:spacing w:after="30" w:line="240" w:lineRule="auto"/>
      </w:pPr>
    </w:p>
    <w:p w14:paraId="61CA100B" w14:textId="4053C91C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1FD65156" w14:textId="4ADB8148" w:rsidR="00947AAC" w:rsidRDefault="00C5144F">
      <w:r>
        <w:br w:type="page"/>
      </w:r>
    </w:p>
    <w:p w14:paraId="7BFB13D3" w14:textId="07DE5055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ŠPORT</w:t>
      </w:r>
    </w:p>
    <w:p w14:paraId="6A347FB5" w14:textId="2981309F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IGRE, PLES IN GIBANJE V NARAVI</w:t>
      </w:r>
    </w:p>
    <w:p w14:paraId="7B143EE8" w14:textId="2FAD3280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RAZVOJNI CILJI IN SKUPNI STANDARDI PRVEGA VIO.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691CAA24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52BE49A9" w14:textId="4D49B98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 IGRI, PLESU ALI POHODU VZTRAJAM IN URAVNAVAM NAPOR.</w:t>
            </w:r>
          </w:p>
        </w:tc>
      </w:tr>
    </w:tbl>
    <w:p w14:paraId="0BB80770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223DC0E0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E021DCB" w14:textId="7F1B9D6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VARNO SE GIBAM V NARAVNEM ALI GRAJENEM OKOLJU.</w:t>
            </w:r>
          </w:p>
        </w:tc>
      </w:tr>
    </w:tbl>
    <w:p w14:paraId="361D19D5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3CDC1F6D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574CCA9" w14:textId="5B6DDD6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USTVARIM KRATEK GIBALNI MOTIV.</w:t>
            </w:r>
          </w:p>
        </w:tc>
      </w:tr>
    </w:tbl>
    <w:p w14:paraId="63AE5CA1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1BCEB8A2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32489FF" w14:textId="0A49AC8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PONOVIM PREPROST PLESNI ALI GIBALNI MOTIV.</w:t>
            </w:r>
          </w:p>
        </w:tc>
      </w:tr>
    </w:tbl>
    <w:p w14:paraId="648DCCC8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2DC818EB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EF5FBC2" w14:textId="01F4B87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GIBANJE USKLADIM Z RITMOM.</w:t>
            </w:r>
          </w:p>
        </w:tc>
      </w:tr>
    </w:tbl>
    <w:p w14:paraId="7070C83C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76A605C4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1BE8FF9" w14:textId="78358AE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SODELUJEM V ELEMENTARNI IGRI.</w:t>
            </w:r>
          </w:p>
        </w:tc>
      </w:tr>
    </w:tbl>
    <w:p w14:paraId="5A3826E3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1858CE6B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738C7E1" w14:textId="6A4D478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NA ZNAK ZAČNEM, SE USTAVIM ALI SPREMENIM SMER.</w:t>
            </w:r>
          </w:p>
        </w:tc>
      </w:tr>
    </w:tbl>
    <w:p w14:paraId="21F3A3E2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0AE1F42C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AE2D3BF" w14:textId="0F8A842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RAZUMEM PREPROSTO PRAVILO IGRE.</w:t>
            </w:r>
          </w:p>
        </w:tc>
      </w:tr>
    </w:tbl>
    <w:p w14:paraId="1960EECA" w14:textId="77777777" w:rsidR="00947AAC" w:rsidRDefault="00947AAC">
      <w:pPr>
        <w:spacing w:after="30" w:line="240" w:lineRule="auto"/>
      </w:pPr>
    </w:p>
    <w:p w14:paraId="36B574B4" w14:textId="1B7BF90D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6A4AF581" w14:textId="007DCAF3" w:rsidR="00947AAC" w:rsidRDefault="00C5144F">
      <w:r>
        <w:br w:type="page"/>
      </w:r>
    </w:p>
    <w:p w14:paraId="58B94714" w14:textId="3E4314A1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23"/>
        </w:rPr>
        <w:lastRenderedPageBreak/>
        <w:t>ŠPORT</w:t>
      </w:r>
    </w:p>
    <w:p w14:paraId="56E8B5B6" w14:textId="19B9C71D" w:rsidR="00947AAC" w:rsidRDefault="00C5144F">
      <w:pPr>
        <w:keepNext/>
        <w:spacing w:after="80"/>
        <w:jc w:val="center"/>
      </w:pPr>
      <w:r>
        <w:rPr>
          <w:rFonts w:eastAsia="Calibri" w:cs="Calibri"/>
          <w:b/>
          <w:color w:val="9E3F31"/>
          <w:sz w:val="33"/>
        </w:rPr>
        <w:t>VARNO IN SODELOVALNO RAVNANJE</w:t>
      </w:r>
    </w:p>
    <w:p w14:paraId="388FF317" w14:textId="4F77F59A" w:rsidR="00947AAC" w:rsidRDefault="00C5144F">
      <w:pPr>
        <w:keepNext/>
        <w:spacing w:after="180" w:line="240" w:lineRule="auto"/>
        <w:jc w:val="center"/>
      </w:pPr>
      <w:r>
        <w:rPr>
          <w:rFonts w:eastAsia="Calibri" w:cs="Calibri"/>
          <w:i/>
          <w:color w:val="666666"/>
          <w:sz w:val="16"/>
        </w:rPr>
        <w:t>DOSEŽKI SE SPREMLJAJO PRI VSEH GIBALNIH DEJAVNOSTIH; LOČEN STANDARD ZA 1. RAZRED NI DOLOČEN.</w:t>
      </w:r>
    </w:p>
    <w:tbl>
      <w:tblPr>
        <w:tblW w:w="440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</w:tblGrid>
      <w:tr w:rsidR="00947AAC" w14:paraId="563C27C7" w14:textId="77777777">
        <w:trPr>
          <w:jc w:val="center"/>
        </w:trPr>
        <w:tc>
          <w:tcPr>
            <w:tcW w:w="4400" w:type="dxa"/>
            <w:tcBorders>
              <w:top w:val="single" w:sz="10" w:space="0" w:color="C65A45"/>
              <w:left w:val="single" w:sz="10" w:space="0" w:color="C65A45"/>
              <w:bottom w:val="single" w:sz="10" w:space="0" w:color="C65A45"/>
              <w:right w:val="single" w:sz="10" w:space="0" w:color="C65A45"/>
            </w:tcBorders>
            <w:shd w:val="clear" w:color="auto" w:fill="F8ECE8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56D8962" w14:textId="0C4868C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PREPOZNAM SVOJ NAPREDEK TER POSTAVIM NASLEDNJI GIBALNI CILJ.</w:t>
            </w:r>
          </w:p>
        </w:tc>
      </w:tr>
    </w:tbl>
    <w:p w14:paraId="5CCED974" w14:textId="77777777" w:rsidR="00947AAC" w:rsidRDefault="00947AAC">
      <w:pPr>
        <w:spacing w:after="30" w:line="240" w:lineRule="auto"/>
      </w:pPr>
    </w:p>
    <w:tbl>
      <w:tblPr>
        <w:tblW w:w="5186" w:type="dxa"/>
        <w:jc w:val="center"/>
        <w:tblLayout w:type="fixed"/>
        <w:tblLook w:val="04A0" w:firstRow="1" w:lastRow="0" w:firstColumn="1" w:lastColumn="0" w:noHBand="0" w:noVBand="1"/>
      </w:tblPr>
      <w:tblGrid>
        <w:gridCol w:w="5186"/>
      </w:tblGrid>
      <w:tr w:rsidR="00947AAC" w14:paraId="6FF4632D" w14:textId="77777777">
        <w:trPr>
          <w:jc w:val="center"/>
        </w:trPr>
        <w:tc>
          <w:tcPr>
            <w:tcW w:w="5186" w:type="dxa"/>
            <w:tcBorders>
              <w:top w:val="single" w:sz="10" w:space="0" w:color="D88B3B"/>
              <w:left w:val="single" w:sz="10" w:space="0" w:color="D88B3B"/>
              <w:bottom w:val="single" w:sz="10" w:space="0" w:color="D88B3B"/>
              <w:right w:val="single" w:sz="10" w:space="0" w:color="D88B3B"/>
            </w:tcBorders>
            <w:shd w:val="clear" w:color="auto" w:fill="FBF1E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6792105" w14:textId="680DEA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POMAGAM IN SPODBUJAM DRUGE.</w:t>
            </w:r>
          </w:p>
        </w:tc>
      </w:tr>
    </w:tbl>
    <w:p w14:paraId="0D8DB58E" w14:textId="77777777" w:rsidR="00947AAC" w:rsidRDefault="00947AAC">
      <w:pPr>
        <w:spacing w:after="30" w:line="240" w:lineRule="auto"/>
      </w:pPr>
    </w:p>
    <w:tbl>
      <w:tblPr>
        <w:tblW w:w="5971" w:type="dxa"/>
        <w:jc w:val="center"/>
        <w:tblLayout w:type="fixed"/>
        <w:tblLook w:val="04A0" w:firstRow="1" w:lastRow="0" w:firstColumn="1" w:lastColumn="0" w:noHBand="0" w:noVBand="1"/>
      </w:tblPr>
      <w:tblGrid>
        <w:gridCol w:w="5971"/>
      </w:tblGrid>
      <w:tr w:rsidR="00947AAC" w14:paraId="4E571173" w14:textId="77777777">
        <w:trPr>
          <w:jc w:val="center"/>
        </w:trPr>
        <w:tc>
          <w:tcPr>
            <w:tcW w:w="5971" w:type="dxa"/>
            <w:tcBorders>
              <w:top w:val="single" w:sz="10" w:space="0" w:color="BBA53B"/>
              <w:left w:val="single" w:sz="10" w:space="0" w:color="BBA53B"/>
              <w:bottom w:val="single" w:sz="10" w:space="0" w:color="BBA53B"/>
              <w:right w:val="single" w:sz="10" w:space="0" w:color="BBA53B"/>
            </w:tcBorders>
            <w:shd w:val="clear" w:color="auto" w:fill="FFF6D9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107AB3F9" w14:textId="043F729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SPREJMEM USPEH ALI NEUSPEH BREZ ŽALJENJA.</w:t>
            </w:r>
          </w:p>
        </w:tc>
      </w:tr>
    </w:tbl>
    <w:p w14:paraId="7D45593E" w14:textId="77777777" w:rsidR="00947AAC" w:rsidRDefault="00947AAC">
      <w:pPr>
        <w:spacing w:after="30" w:line="240" w:lineRule="auto"/>
      </w:pPr>
    </w:p>
    <w:tbl>
      <w:tblPr>
        <w:tblW w:w="6757" w:type="dxa"/>
        <w:jc w:val="center"/>
        <w:tblLayout w:type="fixed"/>
        <w:tblLook w:val="04A0" w:firstRow="1" w:lastRow="0" w:firstColumn="1" w:lastColumn="0" w:noHBand="0" w:noVBand="1"/>
      </w:tblPr>
      <w:tblGrid>
        <w:gridCol w:w="6757"/>
      </w:tblGrid>
      <w:tr w:rsidR="00947AAC" w14:paraId="34576BE9" w14:textId="77777777">
        <w:trPr>
          <w:jc w:val="center"/>
        </w:trPr>
        <w:tc>
          <w:tcPr>
            <w:tcW w:w="6757" w:type="dxa"/>
            <w:tcBorders>
              <w:top w:val="single" w:sz="10" w:space="0" w:color="6A9B54"/>
              <w:left w:val="single" w:sz="10" w:space="0" w:color="6A9B54"/>
              <w:bottom w:val="single" w:sz="10" w:space="0" w:color="6A9B54"/>
              <w:right w:val="single" w:sz="10" w:space="0" w:color="6A9B54"/>
            </w:tcBorders>
            <w:shd w:val="clear" w:color="auto" w:fill="EEF3DC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687D9203" w14:textId="6CF7BBD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UPOŠTEVAM PRAVILA IN POŠTENO IGRO.</w:t>
            </w:r>
          </w:p>
        </w:tc>
      </w:tr>
    </w:tbl>
    <w:p w14:paraId="18D395ED" w14:textId="77777777" w:rsidR="00947AAC" w:rsidRDefault="00947AAC">
      <w:pPr>
        <w:spacing w:after="30" w:line="240" w:lineRule="auto"/>
      </w:pPr>
    </w:p>
    <w:tbl>
      <w:tblPr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7543"/>
      </w:tblGrid>
      <w:tr w:rsidR="00947AAC" w14:paraId="016D9707" w14:textId="77777777">
        <w:trPr>
          <w:jc w:val="center"/>
        </w:trPr>
        <w:tc>
          <w:tcPr>
            <w:tcW w:w="7543" w:type="dxa"/>
            <w:tcBorders>
              <w:top w:val="single" w:sz="10" w:space="0" w:color="4D8B9A"/>
              <w:left w:val="single" w:sz="10" w:space="0" w:color="4D8B9A"/>
              <w:bottom w:val="single" w:sz="10" w:space="0" w:color="4D8B9A"/>
              <w:right w:val="single" w:sz="10" w:space="0" w:color="4D8B9A"/>
            </w:tcBorders>
            <w:shd w:val="clear" w:color="auto" w:fill="E7F2F3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082B5521" w14:textId="49DA1DB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PO UPORABI POSPRAVIM REKVIZITE.</w:t>
            </w:r>
          </w:p>
        </w:tc>
      </w:tr>
    </w:tbl>
    <w:p w14:paraId="64479852" w14:textId="77777777" w:rsidR="00947AAC" w:rsidRDefault="00947AAC">
      <w:pPr>
        <w:spacing w:after="30" w:line="240" w:lineRule="auto"/>
      </w:pPr>
    </w:p>
    <w:tbl>
      <w:tblPr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8329"/>
      </w:tblGrid>
      <w:tr w:rsidR="00947AAC" w14:paraId="2F541C33" w14:textId="77777777">
        <w:trPr>
          <w:jc w:val="center"/>
        </w:trPr>
        <w:tc>
          <w:tcPr>
            <w:tcW w:w="8329" w:type="dxa"/>
            <w:tcBorders>
              <w:top w:val="single" w:sz="10" w:space="0" w:color="597CB6"/>
              <w:left w:val="single" w:sz="10" w:space="0" w:color="597CB6"/>
              <w:bottom w:val="single" w:sz="10" w:space="0" w:color="597CB6"/>
              <w:right w:val="single" w:sz="10" w:space="0" w:color="597CB6"/>
            </w:tcBorders>
            <w:shd w:val="clear" w:color="auto" w:fill="E8EE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9AB6526" w14:textId="7B716BE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OHRANJAM VARNO RAZDALJO IN OSEBNI PROSTOR.</w:t>
            </w:r>
          </w:p>
        </w:tc>
      </w:tr>
    </w:tbl>
    <w:p w14:paraId="48CAAF9C" w14:textId="77777777" w:rsidR="00947AAC" w:rsidRDefault="00947AAC">
      <w:pPr>
        <w:spacing w:after="30" w:line="240" w:lineRule="auto"/>
      </w:pPr>
    </w:p>
    <w:tbl>
      <w:tblPr>
        <w:tblW w:w="9114" w:type="dxa"/>
        <w:jc w:val="center"/>
        <w:tblLayout w:type="fixed"/>
        <w:tblLook w:val="04A0" w:firstRow="1" w:lastRow="0" w:firstColumn="1" w:lastColumn="0" w:noHBand="0" w:noVBand="1"/>
      </w:tblPr>
      <w:tblGrid>
        <w:gridCol w:w="9114"/>
      </w:tblGrid>
      <w:tr w:rsidR="00947AAC" w14:paraId="361EAB07" w14:textId="77777777">
        <w:trPr>
          <w:jc w:val="center"/>
        </w:trPr>
        <w:tc>
          <w:tcPr>
            <w:tcW w:w="9114" w:type="dxa"/>
            <w:tcBorders>
              <w:top w:val="single" w:sz="10" w:space="0" w:color="8065A5"/>
              <w:left w:val="single" w:sz="10" w:space="0" w:color="8065A5"/>
              <w:bottom w:val="single" w:sz="10" w:space="0" w:color="8065A5"/>
              <w:right w:val="single" w:sz="10" w:space="0" w:color="8065A5"/>
            </w:tcBorders>
            <w:shd w:val="clear" w:color="auto" w:fill="F0EAF5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22BFE0C5" w14:textId="7FC2D46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UPOŠTEVAM VARNOSTNI ZNAK ALI NAVODILO.</w:t>
            </w:r>
          </w:p>
        </w:tc>
      </w:tr>
    </w:tbl>
    <w:p w14:paraId="5193EDA1" w14:textId="77777777" w:rsidR="00947AAC" w:rsidRDefault="00947AAC">
      <w:pPr>
        <w:spacing w:after="30" w:line="240" w:lineRule="auto"/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9900"/>
      </w:tblGrid>
      <w:tr w:rsidR="00947AAC" w14:paraId="0BF3017C" w14:textId="77777777">
        <w:trPr>
          <w:jc w:val="center"/>
        </w:trPr>
        <w:tc>
          <w:tcPr>
            <w:tcW w:w="9900" w:type="dxa"/>
            <w:tcBorders>
              <w:top w:val="single" w:sz="10" w:space="0" w:color="A75884"/>
              <w:left w:val="single" w:sz="10" w:space="0" w:color="A75884"/>
              <w:bottom w:val="single" w:sz="10" w:space="0" w:color="A75884"/>
              <w:right w:val="single" w:sz="10" w:space="0" w:color="A75884"/>
            </w:tcBorders>
            <w:shd w:val="clear" w:color="auto" w:fill="F6EAF0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14:paraId="33101B45" w14:textId="78D258C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9"/>
              </w:rPr>
              <w:t>UPORABLJAM PRIMERNO OPREMO IN PROSTOR.</w:t>
            </w:r>
          </w:p>
        </w:tc>
      </w:tr>
    </w:tbl>
    <w:p w14:paraId="048C963E" w14:textId="77777777" w:rsidR="00947AAC" w:rsidRDefault="00947AAC">
      <w:pPr>
        <w:spacing w:after="30" w:line="240" w:lineRule="auto"/>
      </w:pPr>
    </w:p>
    <w:p w14:paraId="206C71BC" w14:textId="6B8D3C24" w:rsidR="00947AAC" w:rsidRDefault="00C5144F">
      <w:pPr>
        <w:spacing w:before="40" w:after="0" w:line="240" w:lineRule="auto"/>
        <w:jc w:val="center"/>
      </w:pPr>
      <w:r>
        <w:rPr>
          <w:rFonts w:eastAsia="Calibri" w:cs="Calibri"/>
          <w:b/>
          <w:color w:val="666666"/>
          <w:sz w:val="16"/>
        </w:rPr>
        <w:t>CILJ JE NA VRHU • OZNAČI DOSEŽENO STOPNJO IN DOLOČI NASLEDNJI KORAK</w:t>
      </w:r>
    </w:p>
    <w:p w14:paraId="7B540F63" w14:textId="77777777" w:rsidR="00947AAC" w:rsidRDefault="00947AAC">
      <w:pPr>
        <w:sectPr w:rsidR="00947AAC">
          <w:pgSz w:w="11906" w:h="16838"/>
          <w:pgMar w:top="794" w:right="794" w:bottom="850" w:left="794" w:header="340" w:footer="340" w:gutter="0"/>
          <w:cols w:space="720"/>
          <w:docGrid w:linePitch="360"/>
        </w:sectPr>
      </w:pPr>
    </w:p>
    <w:p w14:paraId="62DF3DDA" w14:textId="274C92F8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2954BBD3" w14:textId="3777755D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SLOVENŠČINA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1016738C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64926" w14:textId="73D990B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0F2D3" w14:textId="78351A0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04F17" w14:textId="2123443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6CEF1" w14:textId="6EDEDCC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DC61F" w14:textId="6821F6D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6CD009D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B8512" w14:textId="59945928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UPOŠTEVA PRAVILNO DRŽO IN SMER PISANJA OD LEVE PROTI DESNI.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CDAC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1086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D80F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83F4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6FCE53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74E49" w14:textId="7FCDA03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SE ORIENTIRA NA LISTU IN IZVAJA POTEZE ZA PISANJE ČRK.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308A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0E3F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62BA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5BD5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767498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1E3D1" w14:textId="04E7417C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BESEDE ČLENI NA ZLOGE TER PREPOZNAVA GLASOVE V ZNANIH BESEDAH.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DA04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B2F2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C666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032B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550574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CF48B" w14:textId="2CEB40C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BERE SLIKE, ZNAKE IN PIKTOGRAME.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E685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698E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44C4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E22F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3F296D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09702" w14:textId="1814886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PREPOZNA IN BERE OBRAVNAVANE TISKANE ČRKE.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DF04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6E73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147F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32C97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33141E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184DC" w14:textId="42E4C5E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POVEZUJE GLASOVE V ZLOGE TER BERE ZLOGE IN KRATKE BESEDE.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29BB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D041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1BD5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8AEA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760745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9A005" w14:textId="59B20C0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BERE POVEDI Z VELIKIMI OZIROMA OBRAVNAVANIMI TISKANIMI ČRKAMI.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CB1A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7A18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D17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A962F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60FB51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D3E8C" w14:textId="3B95A86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POVE, KAJ PREBRANA POVED SPOROČA.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5592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8F96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53AB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A44D7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5AF1A1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2E3B0" w14:textId="420D218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ZAPIŠE OBRAVNAVANE VELIKE TISKANE ČRKE IN KRATKE BESEDE.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590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4ABB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BFD3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F201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71BAF2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A1C8F" w14:textId="672580A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ZAPIŠE POVED TER BESEDE LOČI S PRESLEDKI.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6792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3D4B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5609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7DD25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B828F22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C5047" w14:textId="5C80081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 POGOVORU POSLUŠA, POČAKA NA VRSTO IN RAZUMLJIVO ODGOVORI.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0821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BA57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6A7E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4508A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F26ED8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9CC63" w14:textId="0F78F93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 GOVORNEM NASTOPU PREPROSTO OPIŠE SAMEGA SEBE.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2E54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2C39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72A4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F157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BC1D8C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39E47" w14:textId="3DB1798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OB SLIKANICI S SVOJIMI BESEDAMI PRIPOVEDUJE ZGODBO.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BC6C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5E15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1A13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37F9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66A78D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65B34" w14:textId="6CB9F87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 PRAVLJICI OBLIKUJE PREPROSTO NADALJEVANJE.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5BEF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C0B3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6C54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BD4A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8B0939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BA0D5" w14:textId="4E04728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PESEM DOŽIVETO RECITIRA OZIROMA DEKLAMIRA.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45F09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C536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99D2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F5E46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A3E44E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1B2B45" w14:textId="5DAE775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SVOJE BRANJE, PISANJE ALI GOVOR IZBOLJŠA PO KRITERIJU IN POVRATNI INFORMACIJI.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7FC5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85C4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85B3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F535E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11E6CA4F" w14:textId="6776D005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5DEBF17E" w14:textId="189A38B7" w:rsidR="00947AAC" w:rsidRDefault="00C5144F">
      <w:r>
        <w:br w:type="page"/>
      </w:r>
    </w:p>
    <w:p w14:paraId="3F9C62D6" w14:textId="3B8BFC74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6D889371" w14:textId="11322ADB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MATEMATIKA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65B9D7BD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D3EE1" w14:textId="1EC2930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1F5B5" w14:textId="73C1BD8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C14E5" w14:textId="4731652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A5D80" w14:textId="6D05134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1B5D6" w14:textId="6D5C5BF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13AD8EA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65763" w14:textId="3EEC6A3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OBLIKUJE MNOŽICO PO ENI LASTNOSTI IN LASTNOST POIMENUJE.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32FC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BE13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B0C1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B886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05285E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724A5" w14:textId="7E5F4A2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RAZVRŠČA PO ENI LASTNOSTI V CARROLLOV IN DREVESNI PRIKAZ.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57E5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CDCD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1335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C826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D23195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8A1E6" w14:textId="7650410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ODKRIJE, NADALJUJE IN OBLIKUJE PONAVLJAJOČE SE ZAPOREDJE.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7D55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11E5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5A31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E2E4D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FCD0CA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0D302" w14:textId="1E52B19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GLEDE NA SEBE PRAVILNO OPIŠE LEGO PREDMETA.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BE5D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D5B7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A054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A0921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61FE44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A6DEF" w14:textId="00D5729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ŠTEJE DO 20 IN ŠTEVILA PREDSTAVI NA VEČ NAČINOV.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81D7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EA46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53B1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9968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8E6186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6271B" w14:textId="5903176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PREBERE IN S ŠTEVKO ZAPIŠE ŠTEVILA OD 0 DO 20.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6F51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4B19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CF57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0F43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2730ED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4191D" w14:textId="5D7C749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ŠTEVILA DO 20 PRIMERJA IN UREDI.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44F9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F316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6D71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680A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C90BC6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E1FF5" w14:textId="4FF5D54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DOLOČI NEPOSREDNEGA PREDHODNIKA IN NASLEDNIKA.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CD48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A1B5F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F127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4F0A5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DFF17A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9EE01" w14:textId="0BFFEAA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SEŠTEVA IN ODŠTEVA DO 10.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C639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69AA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72AD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2785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054E8A6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AC25A" w14:textId="2661128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 OBSEGU DO 20 SEŠTEVA IN ODŠTEVA BREZ PREHODA ČEZ DESETICO.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EAD0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066B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25D4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0D62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47C745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DD530" w14:textId="04288D9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POIŠČE PARE ŠTEVIL Z ENAKO VSOTO, POSEBEJ ZA VSOTO 10.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864B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C6CE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B1BD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7978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D4F2DF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77808" w14:textId="78C4614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PRI SEŠTEVANJU UPORABLJA ZAKON O ZAMENJAVI SEŠTEVANCEV.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4A9B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EBC8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3369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358B7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0ADF05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3FDA7" w14:textId="6E15AAF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NA KONKRETNEM MODELU PREPOZNA POLOVICO IN ČETRTINO.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6D91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3370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1C75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9A50F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108AB6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AF74C" w14:textId="4079EB8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RAZLIKUJE GEOMETRIJSKA TELESA OD LIKOV.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E24C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6D8F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E455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5DE2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B66AC5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46676" w14:textId="36F0010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PREPOZNA IN NARIŠE RAVNO/KRIVO TER SKLENJENO/NESKLENJENO ČRTO.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B80C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7355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5500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BC9B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E61911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ED323" w14:textId="7F85871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PRIMERJA IN UREDI DOLŽINE, MASE IN PROSTORNINE.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6A26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14E9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FE1E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A0A7F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050F6C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7E902" w14:textId="20173B1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MERI Z NESTANDARDNIMI MERSKIMI ENOTAMI.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2E0C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F5C6E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C3D9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3DA7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714E44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8DBB6" w14:textId="5C4D892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BERE IN IZDELA PREPROST FIGURNI, VRSTIČNI ALI STOLPČNI PRIKAZ OZIROMA PREGLEDNICO.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190A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872E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DB06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57C77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77866C27" w14:textId="1412BFA8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7AF017D0" w14:textId="35B1D7CD" w:rsidR="00947AAC" w:rsidRDefault="00C5144F">
      <w:r>
        <w:br w:type="page"/>
      </w:r>
    </w:p>
    <w:p w14:paraId="67CE8C4F" w14:textId="4B43F248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79E99560" w14:textId="46E42275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TUJI JEZIK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0D147F7E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48C8C" w14:textId="699828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09652" w14:textId="0BA71F8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3C23A" w14:textId="28231BC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ED6E7" w14:textId="3553A27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73FBA" w14:textId="7F1A01B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0B2EE2E2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BABBC" w14:textId="292224C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POZORNO POSLUŠA IN UPORABLJA SLIKOVNO ALI GIBALNO OPORO.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8368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0636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182F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AFC53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82B689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2ACB4" w14:textId="39CDA52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PREPOZNA ZNANE BESEDE IN KRATKE BESEDNE ZVEZE.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83C7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5BC7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AE88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78D1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B3BABB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94C04" w14:textId="6AF1FEC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RAZUME KRATKA RAZREDNA NAVODILA.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60E6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3037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8F71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B691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C7A8F2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757D4" w14:textId="0647065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RAZUMEVANJE POKAŽE Z DEJANJEM ALI IZBIRO SLIKE.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163B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C301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DA17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76A0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63EB16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32031" w14:textId="27067EE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PONOVI BESEDO, ZVEZO ALI KRATEK VZOREC.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6BAD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B799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37BE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4362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AA0917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90645" w14:textId="2543460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 VZORU POVE NEKAJ O SEBI ALI ZNANI TEMI.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2924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3A35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CF9E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BAB1F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0C6CA4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852F9" w14:textId="30208E4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ODGOVORI NA PREPROSTO VPRAŠANJE.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3F9C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1AFD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3AA9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33FE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0CD0A2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B8F7E" w14:textId="4B8BAC0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SODELUJE V KRATKI USTNI IZMENJAVI.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C8C2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94A3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0497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E2F6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8E5F06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AAF63" w14:textId="70F87DA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SODELUJE V PESMI, RITMIČNI IZREKI ALI JEZIKOVNI IGRI.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75E8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2461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8EE5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DADE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65B145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5808F" w14:textId="269EF7CC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SPREJEMA JEZIKOVNO IN KULTURNO RAZNOLIKOST.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1A43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4FF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A126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1223B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3F281E74" w14:textId="62353EC5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0125219C" w14:textId="71CF65B3" w:rsidR="00947AAC" w:rsidRDefault="00C5144F">
      <w:r>
        <w:br w:type="page"/>
      </w:r>
    </w:p>
    <w:p w14:paraId="08870C81" w14:textId="32E5642F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3FF7787F" w14:textId="50626F80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LIKOVNA UMETNOST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2324F81E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677FE" w14:textId="52C9B78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610F5" w14:textId="5148499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55DFF" w14:textId="464A9E2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3D50F" w14:textId="0F7AB94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1569F" w14:textId="57FE140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036C43D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F4F05" w14:textId="0AD6F9D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VARNO UPORABLJA LIKOVNE MATERIALE IN UREDI DELOVNO MESTO.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74E8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C777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01C0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0D01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6BD650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2A920" w14:textId="25E67AF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OPAZUJE IN UPORABLJA ČRTO, OBLIKO, BARVO, TEKSTURO IN PROSTOR.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F28A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7B4E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510F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97D6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0C7013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9EB15" w14:textId="2AA9974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RAZISKUJE RAZLIČNE MATERIALE IN TEHNIKE.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C2BD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9CAB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1B30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D0AE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E9AEA0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86DD58" w14:textId="55AE5F7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USTVARI RISARSKO ALI SLIKARSKO DELO.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6598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6553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09E8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FC3E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ED7697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1E7F7" w14:textId="4DDA673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USTVARI GRAFIČNO, KIPARSKO ALI PROSTORSKO DELO.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CB02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E44D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4F92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7146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4DCFF7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612B6" w14:textId="4436CF7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NAČRTUJE PREPROSTO LIKOVNO REŠITEV.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89C1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9259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4597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8FFE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091543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0DF21" w14:textId="1AF0E34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Z LIKOVNIMI SREDSTVI IZRAZI DOŽIVETJE ALI SPOROČILO.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CD49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4C2B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F4EE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3055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C9B90A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7B75D" w14:textId="57D8A80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PREDSTAVI, OVREDNOTI IN PO POTREBI IZBOLJŠA IZDELEK.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2434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BC22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31C7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7EF14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070A48D1" w14:textId="2C046FA7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30983917" w14:textId="3A3B1A4F" w:rsidR="00947AAC" w:rsidRDefault="00C5144F">
      <w:r>
        <w:br w:type="page"/>
      </w:r>
    </w:p>
    <w:p w14:paraId="5AD305EA" w14:textId="5D34C0EB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6C96C4B0" w14:textId="7DA37D24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GLASBENA UMETNOST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01C592DF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4763E" w14:textId="4595E6E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90E5B" w14:textId="772E71F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866D7" w14:textId="011F33E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E1F45" w14:textId="0B0236D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279C0" w14:textId="46CFD8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4CF60590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01981" w14:textId="59DA5BF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POZORNO POSLUŠA GLASBO IN TIŠINO.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F2EF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8FCE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A7DC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86276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C359BF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034BD" w14:textId="1572E72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ENAKOMERNO IN RITMIČNO IZREKA BESEDILO.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33FED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36EB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A632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B9E5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94318F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DF779" w14:textId="2E5E161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 SPOMINU ZAPOJE IZBRANO PESEM.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BD07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A759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D4F5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A56D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841DB1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20DC1" w14:textId="4DAE8AC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PETJE SPREMLJA Z GIBANJEM ALI LASTNIMI GLASBILI.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6844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D3F2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BBCB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F294C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6DCA85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F3B41" w14:textId="38899A3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ODGOVORNO UPORABLJA OTROŠKO ALI ORFFOVO GLASBILO.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0F90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ED8F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6378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CE793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5B7D05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35625" w14:textId="56CF9EF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PONOVI IN IZVEDE KRATEK RITEM.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C8DE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D97A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1059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F623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873814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F8DCB" w14:textId="1F1F8DE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SLEDI PREPROSTEMU SLIKOVNEMU ZAPISU.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F5A7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E908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A4F5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2E2C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699FFD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454F9" w14:textId="06E8053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USTVARI KRATEK ZVOČNI ALI MELODIČNI MOTIV.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C7A7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244C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55D3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5AF11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21144E0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87482" w14:textId="180283D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IZRAZI GLASBENO DOŽIVETJE.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A68E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66EC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4CFD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6352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4AEFC7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C11F4" w14:textId="78E33AE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POSLUŠA NASTOP DRUGIH IN PODA PRIJAZNO POVRATNO INFORMACIJO.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9898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E736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E5BC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4034A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3818E947" w14:textId="0692505D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2EBA2688" w14:textId="470935F3" w:rsidR="00947AAC" w:rsidRDefault="00C5144F">
      <w:r>
        <w:br w:type="page"/>
      </w:r>
    </w:p>
    <w:p w14:paraId="3664EBCD" w14:textId="6A36B863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58B6DA62" w14:textId="25168396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SPOZNAVANJE OKOLJA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7CD039FE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4C34E" w14:textId="2AB4C82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58224" w14:textId="55DE304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E9431" w14:textId="34C02A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7F1F9" w14:textId="14B5FB1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A8C97" w14:textId="688B8EB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67AB7BD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DCDDE" w14:textId="2A4C7D6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PREDSTAVI SEBE TER POIMENUJE SVOJE POČUTJE IN POTREBE.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F9C9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6DF4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0E79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126D5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DFFB8A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AC55E" w14:textId="046B4768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POZNA ŠOLSKE PROSTORE, OSEBE IN DOGOVORJENA PRAVILA.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326DF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11C6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C8C4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ED50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4398A8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C88BB" w14:textId="48E7DB88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OPIŠE DRUŽINO IN SPOŠTUJE RAZLIČNE OBLIKE SKUPNOSTI.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65D8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DE31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E09A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42D46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3AC012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359EB" w14:textId="2BB5CBA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RAZLIKUJE PRAVICE, DOLŽNOSTI IN ODGOVORNOSTI.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D6B2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4AEC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0F80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C9180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E6AAE5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47CE5" w14:textId="67A6174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UPORABLJA ČASOVNE IZRAZE TER UREDI DOGODKE V ZAPOREDJE.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84D9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538A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B2B3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6DBC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ADF435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0521E" w14:textId="0F697A9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UPORABLJA URNIK IN GA POVEZUJE S TRAJANJEM DEJAVNOSTI.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B406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2CB3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A08D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20B7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3A05E3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6B899" w14:textId="1DB8208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PRIMERJA IZBRANE VIDIKE ŽIVLJENJA NEKOČ IN DANES.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4795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0859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2545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B5173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B515E9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AB7EC" w14:textId="79490BB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SLEDI PREPROSTEMU NAČRTU ZNANEGA PROSTORA.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EBA1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4F62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3A65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1E4C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800D5A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75DBC" w14:textId="038E560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PRI OPAZOVANJU PRAVILNO UPORABLJA OSNOVNE POKRAJINSKE POJME.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3F83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57C9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9925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EB84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81FCD1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27C82" w14:textId="786C117C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VARNO RAVNA KOT PEŠEC IN POZNA POMEN VIDNOSTI V PROMETU.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F4A3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EE24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C279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6DB17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EC4F31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C7726" w14:textId="2B11EB8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PRIMERJA NAČINE MOBILNOSTI IN PREPOZNA TRAJNOSTNO MOŽNOST.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3CDA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6AD7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9372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577E1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F1D624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E98F6" w14:textId="01333E0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RAZVRŠČA PREDMETE PO SNOVI ALI LASTNOSTI.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F0CE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DE2C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22B1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AC9D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FB4317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0AB64" w14:textId="0ED0C6C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PRAVILNO RAZVRŠČA ODPADKE IN PREDLAGA PONOVNO UPORABO.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BF47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F657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4119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4CB9D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1276F60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B27CD" w14:textId="2D23BD5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 NAVODILU NAČRTUJE, IZDELA IN PREIZKUSI PREPROST IZDELEK.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2E7C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34E8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9887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3E511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297018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8AA8A" w14:textId="7AEA831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RAZISKUJE GIBANJE, SVETLOBO, ZVOK ALI DRUG POJAV TER POVE UGOTOVITEV.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342D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8936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C2AC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17233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DD4903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30472" w14:textId="6A71C88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RAZLIKUJE ŽIVO BITJE OD NEŽIVE NARAVE.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E3FD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2E37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CD1A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2C3F7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01FA97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DF56E" w14:textId="25B6DA8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POVEŽE ŽIVA BITJA Z NJIHOVIMI POTREBAMI IN ŽIVLJENJSKIM OKOLJEM.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D808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8E01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A720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4766A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37ADDE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5BFE1" w14:textId="733189A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OPIŠE SPREMEMBE V OKOLJU SKOZI LETNE ČASE TER ODGOVORNO RAVNA V NARAVI.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EFFA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3104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5110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BC03D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5BA06094" w14:textId="6FD0E88D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32A5F04C" w14:textId="2347887C" w:rsidR="00947AAC" w:rsidRDefault="00C5144F">
      <w:r>
        <w:br w:type="page"/>
      </w:r>
    </w:p>
    <w:p w14:paraId="230067FB" w14:textId="501092F4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61A1CFE3" w14:textId="5B8F6257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ŠPORT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17C75575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13127" w14:textId="2C60FF5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7580C" w14:textId="7234DB4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984A6" w14:textId="7A10574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2A84E" w14:textId="37352DB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F5D33" w14:textId="1E4C1EA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14:paraId="47587D7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61A82" w14:textId="04C765B8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VARNO HODI IN TEČE V RAZLIČNIH SMEREH.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3BF2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7F68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A8DD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F317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56835D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21320" w14:textId="414F983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LAZI, SE PLAZI, VALJA IN PREMAGUJE PREPROST POLIGON.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484C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5703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F169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1AD0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4CF214A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677CF" w14:textId="061E3B2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SKAČE Z MESTA ALI ČEZ NIZKO OVIRO.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F2B6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1A56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2373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DA6B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AF98D3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FE1EC" w14:textId="69FABB1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MEČE LAŽJI PREDMET V DALJINO ALI CILJ.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B19F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FDCB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2427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D036E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DD2F262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C6E25" w14:textId="4E2EFC8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KOTALI, PODAJA, LOVI ALI VODI ŽOGO.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A6D9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A0B4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F4DB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5B58E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2AE96D2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985B9" w14:textId="20082CD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OHRANJA RAVNOTEŽJE NA RAZLIČNIH PODLAGAH.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7BE83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96AC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2A02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79B31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9498FF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D86E0" w14:textId="5B42C52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GIBANJE USKLADI Z RITMOM IN IZVEDE PREPROST PLESNI MOTIV.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C161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76A1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DD94A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C893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743EA0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520BE" w14:textId="18DE82A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SODELUJE V ELEMENTARNI ALI USTVARJALNI GIBALNI IGRI.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5F85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4B08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4976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180B7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F78E74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72BC7" w14:textId="5620100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VARNO SE GIBLJE V NARAVNEM IN GRAJENEM OKOLJU.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71B2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A7BC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BEA8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1C17F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53602E0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E375B" w14:textId="33BFAA8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UPOŠTEVA PRAVILA, VARNOST IN POŠTENO IGRO.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E9BB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886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C161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76DE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597115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3A195" w14:textId="6B54058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POMAGA, SPODBUJA DRUGE IN SPOŠTLJIVO SPREJEMA IZID.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AAA7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99EA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68FC6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900F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77BB3FF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14258" w14:textId="44ABAA4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PREPOZNA SVOJ NAPREDEK IN POSTAVI NASLEDNJI GIBALNI CILJ.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B20F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C1B8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A44F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3C577" w14:textId="77777777" w:rsidR="00947AAC" w:rsidRDefault="00947AAC">
            <w:pPr>
              <w:spacing w:after="0" w:line="240" w:lineRule="auto"/>
              <w:jc w:val="center"/>
            </w:pPr>
          </w:p>
        </w:tc>
      </w:tr>
    </w:tbl>
    <w:p w14:paraId="6592FB57" w14:textId="69AC8D35" w:rsidR="00947AAC" w:rsidRDefault="00C5144F">
      <w:pPr>
        <w:spacing w:before="60" w:after="0" w:line="240" w:lineRule="auto"/>
      </w:pPr>
      <w:r>
        <w:rPr>
          <w:rFonts w:eastAsia="Calibri" w:cs="Calibri"/>
          <w:i/>
          <w:color w:val="666666"/>
          <w:sz w:val="15"/>
        </w:rPr>
        <w:t>OPOMBA: MERILA SE UPORABLJAJO RAZVOJNO IN SKLADNO Z INDIVIDUALNIM NAPREDKOM UČENCA.</w:t>
      </w:r>
    </w:p>
    <w:p w14:paraId="52C1336A" w14:textId="77777777" w:rsidR="00947AAC" w:rsidRDefault="00947AAC">
      <w:pPr>
        <w:sectPr w:rsidR="00947AAC">
          <w:footerReference w:type="default" r:id="rId8"/>
          <w:pgSz w:w="16838" w:h="11906" w:orient="landscape"/>
          <w:pgMar w:top="454" w:right="567" w:bottom="624" w:left="567" w:header="227" w:footer="283" w:gutter="0"/>
          <w:cols w:space="720"/>
          <w:docGrid w:linePitch="360"/>
        </w:sectPr>
      </w:pPr>
    </w:p>
    <w:p w14:paraId="58DE382E" w14:textId="17F7B706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JESEN</w:t>
      </w:r>
    </w:p>
    <w:p w14:paraId="601E3246" w14:textId="2F9FEBA1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SEPTEMBER–NOVEMBER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4EB03853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B810C" w14:textId="3B4044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2661F" w14:textId="294B6BF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4BF61" w14:textId="79711B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EC4E2" w14:textId="2C470E0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3C102" w14:textId="5109878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1A1BDA3D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DB6BF" w14:textId="3D741F4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JESEN.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89B1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3D705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C9DB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BCA46" w14:textId="77777777" w:rsidR="00947AAC" w:rsidRDefault="00947AAC">
            <w:pPr>
              <w:spacing w:after="0" w:line="240" w:lineRule="auto"/>
            </w:pPr>
          </w:p>
        </w:tc>
      </w:tr>
      <w:tr w:rsidR="00947AAC" w14:paraId="4FF9B6DA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024E9" w14:textId="73FB650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E4D4C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5050F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FCD9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EFC16" w14:textId="77777777" w:rsidR="00947AAC" w:rsidRDefault="00947AAC">
            <w:pPr>
              <w:spacing w:after="0" w:line="240" w:lineRule="auto"/>
            </w:pPr>
          </w:p>
        </w:tc>
      </w:tr>
      <w:tr w:rsidR="00947AAC" w14:paraId="31C9C065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8A163" w14:textId="61BB29E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424C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41A5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38E5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785EE" w14:textId="77777777" w:rsidR="00947AAC" w:rsidRDefault="00947AAC">
            <w:pPr>
              <w:spacing w:after="0" w:line="240" w:lineRule="auto"/>
            </w:pPr>
          </w:p>
        </w:tc>
      </w:tr>
      <w:tr w:rsidR="00947AAC" w14:paraId="0F3B01AD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6C0BA" w14:textId="505483D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C77D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E258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2B59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E0E64" w14:textId="77777777" w:rsidR="00947AAC" w:rsidRDefault="00947AAC">
            <w:pPr>
              <w:spacing w:after="0" w:line="240" w:lineRule="auto"/>
            </w:pPr>
          </w:p>
        </w:tc>
      </w:tr>
      <w:tr w:rsidR="00947AAC" w14:paraId="6957DEAA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BFA2D" w14:textId="6FE5FCC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9704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45AA3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5DDC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A0ED5" w14:textId="77777777" w:rsidR="00947AAC" w:rsidRDefault="00947AAC">
            <w:pPr>
              <w:spacing w:after="0" w:line="240" w:lineRule="auto"/>
            </w:pPr>
          </w:p>
        </w:tc>
      </w:tr>
      <w:tr w:rsidR="00947AAC" w14:paraId="7CA987D6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5FF10" w14:textId="61B4B6A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JESEN S POLETJEM.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70AD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6AD1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B624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57797" w14:textId="77777777" w:rsidR="00947AAC" w:rsidRDefault="00947AAC">
            <w:pPr>
              <w:spacing w:after="0" w:line="240" w:lineRule="auto"/>
            </w:pPr>
          </w:p>
        </w:tc>
      </w:tr>
      <w:tr w:rsidR="00947AAC" w14:paraId="25B38AC6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D0E7D" w14:textId="0107C28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17AB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CDBBA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46391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A5034" w14:textId="77777777" w:rsidR="00947AAC" w:rsidRDefault="00947AAC">
            <w:pPr>
              <w:spacing w:after="0" w:line="240" w:lineRule="auto"/>
            </w:pPr>
          </w:p>
        </w:tc>
      </w:tr>
    </w:tbl>
    <w:p w14:paraId="73DF8406" w14:textId="4329BB7A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7B1369C6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0D8DFED" w14:textId="23DDF811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32CDD99A" w14:textId="48ECFF5A" w:rsidR="00947AAC" w:rsidRDefault="00C5144F">
      <w:r>
        <w:br w:type="page"/>
      </w:r>
    </w:p>
    <w:p w14:paraId="1E21A869" w14:textId="56AE5B5F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ZIMA</w:t>
      </w:r>
    </w:p>
    <w:p w14:paraId="0C469838" w14:textId="2A7CCF00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DECEMBER–FEBRUAR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1DC36A0A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A482E" w14:textId="47CB723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FCA27" w14:textId="1262605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B11E9" w14:textId="7264A50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AE604" w14:textId="3BFCBB8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72782" w14:textId="6AC0FDE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2A44FCB3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7C3DE" w14:textId="1E018C5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ZIMA.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20B5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AE865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23CF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99424" w14:textId="77777777" w:rsidR="00947AAC" w:rsidRDefault="00947AAC">
            <w:pPr>
              <w:spacing w:after="0" w:line="240" w:lineRule="auto"/>
            </w:pPr>
          </w:p>
        </w:tc>
      </w:tr>
      <w:tr w:rsidR="00947AAC" w14:paraId="2D953E23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F2DC7" w14:textId="3EC0763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C017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0E15C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26A0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96B46" w14:textId="77777777" w:rsidR="00947AAC" w:rsidRDefault="00947AAC">
            <w:pPr>
              <w:spacing w:after="0" w:line="240" w:lineRule="auto"/>
            </w:pPr>
          </w:p>
        </w:tc>
      </w:tr>
      <w:tr w:rsidR="00947AAC" w14:paraId="04D93548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D9929" w14:textId="0EC175E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9889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9183E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3B5C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1500F" w14:textId="77777777" w:rsidR="00947AAC" w:rsidRDefault="00947AAC">
            <w:pPr>
              <w:spacing w:after="0" w:line="240" w:lineRule="auto"/>
            </w:pPr>
          </w:p>
        </w:tc>
      </w:tr>
      <w:tr w:rsidR="00947AAC" w14:paraId="6EFE492F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DB8DD" w14:textId="26CBA8D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9C8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CFA7D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2652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F578A" w14:textId="77777777" w:rsidR="00947AAC" w:rsidRDefault="00947AAC">
            <w:pPr>
              <w:spacing w:after="0" w:line="240" w:lineRule="auto"/>
            </w:pPr>
          </w:p>
        </w:tc>
      </w:tr>
      <w:tr w:rsidR="00947AAC" w14:paraId="18C9AB9D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A7A40" w14:textId="2F0E545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0AB9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283A4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0D34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5A362" w14:textId="77777777" w:rsidR="00947AAC" w:rsidRDefault="00947AAC">
            <w:pPr>
              <w:spacing w:after="0" w:line="240" w:lineRule="auto"/>
            </w:pPr>
          </w:p>
        </w:tc>
      </w:tr>
      <w:tr w:rsidR="00947AAC" w14:paraId="620EF857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964AE" w14:textId="6A14318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ZIMO Z JESENJO.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814F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BA2D70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E015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771A0" w14:textId="77777777" w:rsidR="00947AAC" w:rsidRDefault="00947AAC">
            <w:pPr>
              <w:spacing w:after="0" w:line="240" w:lineRule="auto"/>
            </w:pPr>
          </w:p>
        </w:tc>
      </w:tr>
      <w:tr w:rsidR="00947AAC" w14:paraId="0EF930C4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A0D0D" w14:textId="2F39D33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397B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F57C3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6B45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1925F" w14:textId="77777777" w:rsidR="00947AAC" w:rsidRDefault="00947AAC">
            <w:pPr>
              <w:spacing w:after="0" w:line="240" w:lineRule="auto"/>
            </w:pPr>
          </w:p>
        </w:tc>
      </w:tr>
    </w:tbl>
    <w:p w14:paraId="08D07D83" w14:textId="44595C60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5EDD1309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416BC7CE" w14:textId="47C4F23C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62301B02" w14:textId="00D9BE68" w:rsidR="00947AAC" w:rsidRDefault="00C5144F">
      <w:r>
        <w:br w:type="page"/>
      </w:r>
    </w:p>
    <w:p w14:paraId="6A88F44A" w14:textId="5289CA04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POMLAD</w:t>
      </w:r>
    </w:p>
    <w:p w14:paraId="2310AF8C" w14:textId="2C614FCA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MAREC–MAJ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6069959B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B6094" w14:textId="00644E4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4FBFC" w14:textId="6F6FC25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3D3CD" w14:textId="136E65C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156D4" w14:textId="0E83C9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D10C8" w14:textId="4863F6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5834FC15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D4A0D" w14:textId="7BD51C6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POMLAD.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EC06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7BD34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25DE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9B4AC" w14:textId="77777777" w:rsidR="00947AAC" w:rsidRDefault="00947AAC">
            <w:pPr>
              <w:spacing w:after="0" w:line="240" w:lineRule="auto"/>
            </w:pPr>
          </w:p>
        </w:tc>
      </w:tr>
      <w:tr w:rsidR="00947AAC" w14:paraId="5CB8535C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7840E" w14:textId="195ACBE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1B91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5B2EC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DB0D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172A22" w14:textId="77777777" w:rsidR="00947AAC" w:rsidRDefault="00947AAC">
            <w:pPr>
              <w:spacing w:after="0" w:line="240" w:lineRule="auto"/>
            </w:pPr>
          </w:p>
        </w:tc>
      </w:tr>
      <w:tr w:rsidR="00947AAC" w14:paraId="0F653170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2D7AD" w14:textId="18FF1E8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8C6D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1DCE9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49B3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2FB73" w14:textId="77777777" w:rsidR="00947AAC" w:rsidRDefault="00947AAC">
            <w:pPr>
              <w:spacing w:after="0" w:line="240" w:lineRule="auto"/>
            </w:pPr>
          </w:p>
        </w:tc>
      </w:tr>
      <w:tr w:rsidR="00947AAC" w14:paraId="6DCCF422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6542E" w14:textId="38E1F5D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82EE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CCEC7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5873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19B3A" w14:textId="77777777" w:rsidR="00947AAC" w:rsidRDefault="00947AAC">
            <w:pPr>
              <w:spacing w:after="0" w:line="240" w:lineRule="auto"/>
            </w:pPr>
          </w:p>
        </w:tc>
      </w:tr>
      <w:tr w:rsidR="00947AAC" w14:paraId="579069B4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EBB0E" w14:textId="534DADB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AE7E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0086C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0003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4DD74" w14:textId="77777777" w:rsidR="00947AAC" w:rsidRDefault="00947AAC">
            <w:pPr>
              <w:spacing w:after="0" w:line="240" w:lineRule="auto"/>
            </w:pPr>
          </w:p>
        </w:tc>
      </w:tr>
      <w:tr w:rsidR="00947AAC" w14:paraId="3DE1BCAF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411EE" w14:textId="615CCCD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POMLAD Z ZIMO.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0B4C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2E2B3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FA24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2436F" w14:textId="77777777" w:rsidR="00947AAC" w:rsidRDefault="00947AAC">
            <w:pPr>
              <w:spacing w:after="0" w:line="240" w:lineRule="auto"/>
            </w:pPr>
          </w:p>
        </w:tc>
      </w:tr>
      <w:tr w:rsidR="00947AAC" w14:paraId="22F39903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06ABB" w14:textId="76EA375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B43A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F2E9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B374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4E2F4" w14:textId="77777777" w:rsidR="00947AAC" w:rsidRDefault="00947AAC">
            <w:pPr>
              <w:spacing w:after="0" w:line="240" w:lineRule="auto"/>
            </w:pPr>
          </w:p>
        </w:tc>
      </w:tr>
    </w:tbl>
    <w:p w14:paraId="7641D0EB" w14:textId="1B16BFFE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417DC1A3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5F8B67D" w14:textId="16010A36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107A5718" w14:textId="08BC65DA" w:rsidR="00947AAC" w:rsidRDefault="00C5144F">
      <w:r>
        <w:br w:type="page"/>
      </w:r>
      <w:bookmarkStart w:id="0" w:name="_GoBack"/>
      <w:bookmarkEnd w:id="0"/>
    </w:p>
    <w:p w14:paraId="406BF522" w14:textId="043D2938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POLETJE</w:t>
      </w:r>
    </w:p>
    <w:p w14:paraId="08A7E2C9" w14:textId="27B49D01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JUNIJ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13863635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3ECCC" w14:textId="003EB2D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0154B" w14:textId="6D7EAC5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DA727" w14:textId="3F0C855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252E5" w14:textId="3131D1E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2D8DD" w14:textId="09F617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6A05C3F9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A5145" w14:textId="1D17B68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POLETJE.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C788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83F7D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8689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13BF3" w14:textId="77777777" w:rsidR="00947AAC" w:rsidRDefault="00947AAC">
            <w:pPr>
              <w:spacing w:after="0" w:line="240" w:lineRule="auto"/>
            </w:pPr>
          </w:p>
        </w:tc>
      </w:tr>
      <w:tr w:rsidR="00947AAC" w14:paraId="409BD339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C1A78" w14:textId="1F0AED0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066D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5A8F5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FA60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15162" w14:textId="77777777" w:rsidR="00947AAC" w:rsidRDefault="00947AAC">
            <w:pPr>
              <w:spacing w:after="0" w:line="240" w:lineRule="auto"/>
            </w:pPr>
          </w:p>
        </w:tc>
      </w:tr>
      <w:tr w:rsidR="00947AAC" w14:paraId="4FE620AF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31B82" w14:textId="3500E3BC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30FF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91482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4908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94196" w14:textId="77777777" w:rsidR="00947AAC" w:rsidRDefault="00947AAC">
            <w:pPr>
              <w:spacing w:after="0" w:line="240" w:lineRule="auto"/>
            </w:pPr>
          </w:p>
        </w:tc>
      </w:tr>
      <w:tr w:rsidR="00947AAC" w14:paraId="0E266511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0C9E4" w14:textId="0B5BE91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E146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0C44E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7898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2D0F1" w14:textId="77777777" w:rsidR="00947AAC" w:rsidRDefault="00947AAC">
            <w:pPr>
              <w:spacing w:after="0" w:line="240" w:lineRule="auto"/>
            </w:pPr>
          </w:p>
        </w:tc>
      </w:tr>
      <w:tr w:rsidR="00947AAC" w14:paraId="4ABC12B7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FF841" w14:textId="19E71BB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E3CB3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7C6EF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7A36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390F0" w14:textId="77777777" w:rsidR="00947AAC" w:rsidRDefault="00947AAC">
            <w:pPr>
              <w:spacing w:after="0" w:line="240" w:lineRule="auto"/>
            </w:pPr>
          </w:p>
        </w:tc>
      </w:tr>
      <w:tr w:rsidR="00947AAC" w14:paraId="3B2F946E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26D3EB" w14:textId="7CC0FD6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POLETJE S POMLADJO.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CA54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C8202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466F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DC15A" w14:textId="77777777" w:rsidR="00947AAC" w:rsidRDefault="00947AAC">
            <w:pPr>
              <w:spacing w:after="0" w:line="240" w:lineRule="auto"/>
            </w:pPr>
          </w:p>
        </w:tc>
      </w:tr>
      <w:tr w:rsidR="00947AAC" w14:paraId="54E3AA51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E07D2" w14:textId="6B4347B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EBE2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2E213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7B3F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EF182" w14:textId="77777777" w:rsidR="00947AAC" w:rsidRDefault="00947AAC">
            <w:pPr>
              <w:spacing w:after="0" w:line="240" w:lineRule="auto"/>
            </w:pPr>
          </w:p>
        </w:tc>
      </w:tr>
    </w:tbl>
    <w:p w14:paraId="3D09D811" w14:textId="0856413D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1177D714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3DB2DA92" w14:textId="677D94DE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3D82CB0B" w14:textId="77777777" w:rsidR="00533B61" w:rsidRDefault="00533B61"/>
    <w:sectPr w:rsidR="00533B61" w:rsidSect="00034616">
      <w:footerReference w:type="default" r:id="rId9"/>
      <w:pgSz w:w="11906" w:h="16838"/>
      <w:pgMar w:top="794" w:right="794" w:bottom="850" w:left="79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6E5E1" w14:textId="77777777" w:rsidR="00533B61" w:rsidRDefault="00533B61">
      <w:pPr>
        <w:spacing w:after="0" w:line="240" w:lineRule="auto"/>
      </w:pPr>
      <w:r>
        <w:separator/>
      </w:r>
    </w:p>
  </w:endnote>
  <w:endnote w:type="continuationSeparator" w:id="0">
    <w:p w14:paraId="434AAB36" w14:textId="77777777" w:rsidR="00533B61" w:rsidRDefault="0053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E16F1" w14:textId="6EBE42D5" w:rsidR="00947AAC" w:rsidRDefault="009C60E5">
    <w:pPr>
      <w:pStyle w:val="Noga"/>
      <w:jc w:val="center"/>
    </w:pPr>
    <w:r>
      <w:rPr>
        <w:rFonts w:eastAsia="Calibri" w:cs="Calibri"/>
        <w:color w:val="666666"/>
        <w:sz w:val="16"/>
      </w:rPr>
      <w:t xml:space="preserve">FS – Od starta do cilja • 1. razred • 2026/27   |   Stran </w:t>
    </w:r>
    <w:r>
      <w:rPr>
        <w:rFonts w:eastAsia="Calibri" w:cs="Calibri"/>
        <w:color w:val="666666"/>
        <w:sz w:val="16"/>
      </w:rPr>
      <w:fldChar w:fldCharType="begin"/>
    </w:r>
    <w:r>
      <w:rPr>
        <w:rFonts w:eastAsia="Calibri" w:cs="Calibri"/>
        <w:color w:val="666666"/>
        <w:sz w:val="16"/>
      </w:rPr>
      <w:instrText xml:space="preserve"> PAGE </w:instrText>
    </w:r>
    <w:r>
      <w:rPr>
        <w:rFonts w:eastAsia="Calibri" w:cs="Calibri"/>
        <w:color w:val="666666"/>
        <w:sz w:val="16"/>
      </w:rPr>
      <w:fldChar w:fldCharType="separate"/>
    </w:r>
    <w:r>
      <w:rPr>
        <w:rFonts w:eastAsia="Calibri" w:cs="Calibri"/>
        <w:noProof/>
        <w:color w:val="666666"/>
        <w:sz w:val="16"/>
      </w:rPr>
      <w:t>39</w:t>
    </w:r>
    <w:r>
      <w:rPr>
        <w:rFonts w:eastAsia="Calibri" w:cs="Calibri"/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138D0" w14:textId="4F9C6C3F" w:rsidR="00947AAC" w:rsidRPr="009C60E5" w:rsidRDefault="00947AAC" w:rsidP="009C60E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3656D" w14:textId="77777777" w:rsidR="00533B61" w:rsidRDefault="00533B61">
      <w:pPr>
        <w:spacing w:after="0" w:line="240" w:lineRule="auto"/>
      </w:pPr>
      <w:r>
        <w:separator/>
      </w:r>
    </w:p>
  </w:footnote>
  <w:footnote w:type="continuationSeparator" w:id="0">
    <w:p w14:paraId="599CDF67" w14:textId="77777777" w:rsidR="00533B61" w:rsidRDefault="00533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D63C40"/>
    <w:multiLevelType w:val="singleLevel"/>
    <w:tmpl w:val="4830A9E6"/>
    <w:lvl w:ilvl="0">
      <w:start w:val="1"/>
      <w:numFmt w:val="bullet"/>
      <w:pStyle w:val="Oznaenseznam"/>
      <w:lvlText w:val="•"/>
      <w:lvlJc w:val="left"/>
      <w:pPr>
        <w:tabs>
          <w:tab w:val="num" w:pos="540"/>
        </w:tabs>
        <w:ind w:left="540" w:hanging="270"/>
      </w:p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3B61"/>
    <w:rsid w:val="00947AAC"/>
    <w:rsid w:val="009501A2"/>
    <w:rsid w:val="009C60E5"/>
    <w:rsid w:val="00AA1D8D"/>
    <w:rsid w:val="00B47730"/>
    <w:rsid w:val="00C5144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61462"/>
  <w14:defaultImageDpi w14:val="300"/>
  <w15:docId w15:val="{2C0795C4-28F5-4DC9-A1A4-CC4C121B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C693F"/>
    <w:pPr>
      <w:spacing w:after="120" w:line="300" w:lineRule="auto"/>
    </w:pPr>
    <w:rPr>
      <w:rFonts w:ascii="Calibri" w:hAnsi="Calibri"/>
      <w:color w:val="202020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C65A45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9E3F3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6A4C3B"/>
      <w:sz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C6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C60E5"/>
    <w:rPr>
      <w:rFonts w:ascii="Segoe UI" w:hAnsi="Segoe UI" w:cs="Segoe UI"/>
      <w:color w:val="2020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4DC744-0253-400A-8A12-C641A3667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43</Pages>
  <Words>3855</Words>
  <Characters>21980</Characters>
  <Application>Microsoft Office Word</Application>
  <DocSecurity>0</DocSecurity>
  <Lines>183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FS-stopnice in Od starta do cilja – 1. razred 2026/27</vt:lpstr>
      <vt:lpstr/>
    </vt:vector>
  </TitlesOfParts>
  <Manager/>
  <Company/>
  <LinksUpToDate>false</LinksUpToDate>
  <CharactersWithSpaces>25784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FS-stopnice in Od starta do cilja – 1. razred 2026/27</dc:title>
  <dc:subject>Prenovljeni učni načrt za prvo VIO</dc:subject>
  <dc:creator/>
  <cp:keywords>formativno spremljanje, FS stopnice, 1. razred, 2026/27, učni načrt</cp:keywords>
  <dc:description>generated by python-docx</dc:description>
  <cp:lastModifiedBy>Učitelj</cp:lastModifiedBy>
  <cp:revision>3</cp:revision>
  <cp:lastPrinted>2026-08-21T11:04:00Z</cp:lastPrinted>
  <dcterms:created xsi:type="dcterms:W3CDTF">2013-12-23T23:15:00Z</dcterms:created>
  <dcterms:modified xsi:type="dcterms:W3CDTF">2026-08-21T11:06:00Z</dcterms:modified>
  <cp:category/>
</cp:coreProperties>
</file>