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1" name="Picture 1" descr="3D piramida znanja: VARNO UČNO OKOLJE IN ODNOSI" title="3D piramida znanja: VARNO UČNO OKOLJE IN ODNOS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2" name="Picture 2" descr="3D piramida znanja: UČIM SE UČITI" title="3D piramida znanja: UČIM SE UČIT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3" name="Picture 3" descr="3D piramida znanja: PREDOPISMENJEVANJE" title="3D piramida znanja: PREDOPISMENJEVANJ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4" name="Picture 4" descr="3D piramida znanja: BRANJE IN ZAČETNO OPISMENJEVANJE" title="3D piramida znanja: BRANJE IN ZAČETNO OPISMENJEVANJ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5" name="Picture 5" descr="3D piramida znanja: PISANJE Z VELIKIMI TISKANIMI ČRKAMI" title="3D piramida znanja: PISANJE Z VELIKIMI TISKANIMI ČRKAM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6" name="Picture 6" descr="3D piramida znanja: GOVORNO IZRAŽANJE IN OPIS SEBE" title="3D piramida znanja: GOVORNO IZRAŽANJE IN OPIS SEB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7" name="Picture 7" descr="3D piramida znanja: PRIPOVEDOVANJE IN (PO)USTVARJANJE" title="3D piramida znanja: PRIPOVEDOVANJE IN (PO)USTVARJANJ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8" name="Picture 8" descr="3D piramida znanja: RAZVRŠČANJE, MNOŽICE IN VZORCI" title="3D piramida znanja: RAZVRŠČANJE, MNOŽICE IN VZORC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08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9" name="Picture 9" descr="3D piramida znanja: ORIENTACIJA IN PROSTORSKE PREDSTAVE" title="3D piramida znanja: ORIENTACIJA IN PROSTORSKE PREDSTAV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0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10" name="Picture 10" descr="3D piramida znanja: ŠTEVILA OD 0 DO 5" title="3D piramida znanja: ŠTEVILA OD 0 DO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10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11" name="Picture 11" descr="3D piramida znanja: ŠTEVILA OD 0 DO 10" title="3D piramida znanja: ŠTEVILA OD 0 DO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11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12" name="Picture 12" descr="3D piramida znanja: SEŠTEVANJE IN ODŠTEVANJE DO 10" title="3D piramida znanja: SEŠTEVANJE IN ODŠTEVANJE DO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12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13" name="Picture 13" descr="3D piramida znanja: ŠTEVILA OD 0 DO 20" title="3D piramida znanja: ŠTEVILA OD 0 DO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13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14" name="Picture 14" descr="3D piramida znanja: RAČUNANJE DO 20 BREZ PREHODA" title="3D piramida znanja: RAČUNANJE DO 20 BREZ PREHOD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14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15" name="Picture 15" descr="3D piramida znanja: GEOMETRIJSKA TELESA, LIKI IN ČRTE" title="3D piramida znanja: GEOMETRIJSKA TELESA, LIKI IN ČR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15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16" name="Picture 16" descr="3D piramida znanja: MERJENJE" title="3D piramida znanja: MERJENJ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16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17" name="Picture 17" descr="3D piramida znanja: PODATKI IN PRIKAZI" title="3D piramida znanja: PODATKI IN PRIKAZ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17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18" name="Picture 18" descr="3D piramida znanja: POSLUŠAM, RAZUMEM IN GOVORIM" title="3D piramida znanja: POSLUŠAM, RAZUMEM IN GOVORI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18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19" name="Picture 19" descr="3D piramida znanja: LIKOVNO IZRAŽANJE" title="3D piramida znanja: LIKOVNO IZRAŽANJ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19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20" name="Picture 20" descr="3D piramida znanja: PETJE, RITEM, IGRANJE IN POSLUŠANJE" title="3D piramida znanja: PETJE, RITEM, IGRANJE IN POSLUŠANJ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20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21" name="Picture 21" descr="3D piramida znanja: JAZ, ŠOLA, DRUŽINA IN SKUPNOST" title="3D piramida znanja: JAZ, ŠOLA, DRUŽINA IN SKUPNOS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21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22" name="Picture 22" descr="3D piramida znanja: ČAS IN DEDIŠČINA" title="3D piramida znanja: ČAS IN DEDIŠČIN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22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23" name="Picture 23" descr="3D piramida znanja: PROSTOR IN POKRAJINA" title="3D piramida znanja: PROSTOR IN POKRAJIN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23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24" name="Picture 24" descr="3D piramida znanja: MOBILNOST IN VARNOST V PROMETU" title="3D piramida znanja: MOBILNOST IN VARNOST V PROMETU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24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25" name="Picture 25" descr="3D piramida znanja: SNOVI, ODPADKI IN ROČNA DELA" title="3D piramida znanja: SNOVI, ODPADKI IN ROČNA DEL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25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26" name="Picture 26" descr="3D piramida znanja: GIBANJE, SVETLOBA, ZVOK IN POJAVI" title="3D piramida znanja: GIBANJE, SVETLOBA, ZVOK IN POJAV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26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27" name="Picture 27" descr="3D piramida znanja: ŽIVA BITJA IN LETNI ČASI" title="3D piramida znanja: ŽIVA BITJA IN LETNI ČAS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27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28" name="Picture 28" descr="3D piramida znanja: OSNOVE GIBANJA" title="3D piramida znanja: OSNOVE GIBANJ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28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29" name="Picture 29" descr="3D piramida znanja: IGRE, PLES IN GIBANJE V NARAVI" title="3D piramida znanja: IGRE, PLES IN GIBANJE V NARAV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29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7040880" cy="5280660"/>
            <wp:docPr id="30" name="Picture 30" descr="3D piramida znanja: VARNO IN SODELOVALNO RAVNANJE" title="3D piramida znanja: VARNO IN SODELOVALNO RAVNANJ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ramida-30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040880" cy="528066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B24E77" w:rsidSect="00395962">
      <w:footerReference w:type="default" r:id="rId8"/>
      <w:pgSz w:w="11906" w:h="16838"/>
      <w:pgMar w:top="461" w:right="360" w:bottom="461" w:left="360" w:header="216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1617FA" w14:textId="77777777" w:rsidR="00B24E77" w:rsidRDefault="00B24E77">
      <w:pPr>
        <w:spacing w:after="0" w:line="240" w:lineRule="auto"/>
      </w:pPr>
      <w:r>
        <w:separator/>
      </w:r>
    </w:p>
  </w:endnote>
  <w:endnote w:type="continuationSeparator" w:id="0">
    <w:p w14:paraId="37F9090A" w14:textId="77777777" w:rsidR="00B24E77" w:rsidRDefault="00B2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138D0" w14:textId="059B4A76" w:rsidR="00947AAC" w:rsidRPr="00395962" w:rsidRDefault="00947AAC" w:rsidP="0039596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0FA933" w14:textId="77777777" w:rsidR="00B24E77" w:rsidRDefault="00B24E77">
      <w:pPr>
        <w:spacing w:after="0" w:line="240" w:lineRule="auto"/>
      </w:pPr>
      <w:r>
        <w:separator/>
      </w:r>
    </w:p>
  </w:footnote>
  <w:footnote w:type="continuationSeparator" w:id="0">
    <w:p w14:paraId="2167DB68" w14:textId="77777777" w:rsidR="00B24E77" w:rsidRDefault="00B24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2D63C40"/>
    <w:multiLevelType w:val="singleLevel"/>
    <w:tmpl w:val="4830A9E6"/>
    <w:lvl w:ilvl="0">
      <w:start w:val="1"/>
      <w:numFmt w:val="bullet"/>
      <w:pStyle w:val="Oznaenseznam"/>
      <w:lvlText w:val="•"/>
      <w:lvlJc w:val="left"/>
      <w:pPr>
        <w:tabs>
          <w:tab w:val="num" w:pos="540"/>
        </w:tabs>
        <w:ind w:left="540" w:hanging="270"/>
      </w:pPr>
    </w:lvl>
  </w:abstractNum>
  <w:num w:numId="1" w16cid:durableId="16404538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3A2E"/>
    <w:rsid w:val="001E7AAD"/>
    <w:rsid w:val="0023011F"/>
    <w:rsid w:val="0029639D"/>
    <w:rsid w:val="00326F90"/>
    <w:rsid w:val="00395962"/>
    <w:rsid w:val="005B7E15"/>
    <w:rsid w:val="00947AAC"/>
    <w:rsid w:val="009501A2"/>
    <w:rsid w:val="00AA1D8D"/>
    <w:rsid w:val="00B07C32"/>
    <w:rsid w:val="00B24E77"/>
    <w:rsid w:val="00B47730"/>
    <w:rsid w:val="00C5144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861462"/>
  <w14:defaultImageDpi w14:val="300"/>
  <w15:docId w15:val="{2C0795C4-28F5-4DC9-A1A4-CC4C121BB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0" w:line="240" w:lineRule="auto" w:before="0"/>
    </w:pPr>
    <w:rPr>
      <w:rFonts w:ascii="Arial" w:hAnsi="Arial"/>
      <w:color w:val="202020"/>
      <w:sz w:val="20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360" w:after="200" w:line="240" w:lineRule="auto"/>
      <w:outlineLvl w:val="0"/>
    </w:pPr>
    <w:rPr>
      <w:rFonts w:asciiTheme="majorHAnsi" w:eastAsiaTheme="majorEastAsia" w:hAnsiTheme="majorHAnsi" w:cstheme="majorBidi"/>
      <w:b/>
      <w:bCs/>
      <w:color w:val="C65A45"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80" w:after="140" w:line="240" w:lineRule="auto"/>
      <w:outlineLvl w:val="1"/>
    </w:pPr>
    <w:rPr>
      <w:rFonts w:asciiTheme="majorHAnsi" w:eastAsiaTheme="majorEastAsia" w:hAnsiTheme="majorHAnsi" w:cstheme="majorBidi"/>
      <w:b/>
      <w:bCs/>
      <w:color w:val="9E3F3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100" w:line="240" w:lineRule="auto"/>
      <w:outlineLvl w:val="2"/>
    </w:pPr>
    <w:rPr>
      <w:rFonts w:asciiTheme="majorHAnsi" w:eastAsiaTheme="majorEastAsia" w:hAnsiTheme="majorHAnsi" w:cstheme="majorBidi"/>
      <w:b/>
      <w:bCs/>
      <w:color w:val="6A4C3B"/>
      <w:sz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tabs>
        <w:tab w:val="num" w:pos="360"/>
      </w:tabs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tabs>
        <w:tab w:val="num" w:pos="360"/>
      </w:tabs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tabs>
        <w:tab w:val="num" w:pos="360"/>
      </w:tabs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tabs>
        <w:tab w:val="num" w:pos="360"/>
      </w:tabs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tabs>
        <w:tab w:val="num" w:pos="360"/>
      </w:tabs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30</Pages>
  <Words>2368</Words>
  <Characters>13501</Characters>
  <Application>Microsoft Office Word</Application>
  <DocSecurity>0</DocSecurity>
  <Lines>112</Lines>
  <Paragraphs>31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FS-stopnice in Od starta do cilja – 1. razred 2026/27</vt:lpstr>
      <vt:lpstr/>
    </vt:vector>
  </TitlesOfParts>
  <Manager/>
  <Company/>
  <LinksUpToDate>false</LinksUpToDate>
  <CharactersWithSpaces>15838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FS-stopnice - 3D crno-bele piramide</dc:title>
  <dc:subject>Formativno spremljanje: 3D stopničaste piramide za 1. razred</dc:subject>
  <dc:creator>Narrayani Premal</dc:creator>
  <cp:keywords>formativno spremljanje, FS, stopnice, 3D piramide, 1. razred, 2026/27</cp:keywords>
  <dc:description>generated by python-docx</dc:description>
  <cp:lastModifiedBy>Narrayani Premal</cp:lastModifiedBy>
  <cp:revision>3</cp:revision>
  <dcterms:created xsi:type="dcterms:W3CDTF">2026-08-16T21:55:00Z</dcterms:created>
  <dcterms:modified xsi:type="dcterms:W3CDTF">2026-08-16T21:55:00Z</dcterms:modified>
  <cp:category/>
</cp:coreProperties>
</file>