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2B8F55DF" w14:textId="77777777">
        <w:trPr>
          <w:cantSplit/>
          <w:jc w:val="center"/>
        </w:trPr>
        <w:tc>
          <w:tcPr>
            <w:tcW w:w="14060" w:type="dxa"/>
            <w:gridSpan w:val="6"/>
            <w:tcMar>
              <w:top w:w="70" w:type="dxa"/>
              <w:left w:w="90" w:type="dxa"/>
              <w:bottom w:w="70" w:type="dxa"/>
              <w:right w:w="90" w:type="dxa"/>
            </w:tcMar>
            <w:vAlign w:val="center"/>
          </w:tcPr>
          <w:p w14:paraId="1704BB3A" w14:textId="77777777" w:rsidR="00302D64" w:rsidRDefault="00000000">
            <w:pPr>
              <w:jc w:val="center"/>
            </w:pPr>
            <w:r>
              <w:rPr>
                <w:b/>
                <w:color w:val="000000"/>
                <w:sz w:val="24"/>
              </w:rPr>
              <w:t>UČNA PRIPRAVA 1/39</w:t>
            </w:r>
          </w:p>
        </w:tc>
      </w:tr>
      <w:tr w:rsidR="00302D64" w14:paraId="4CEFE028" w14:textId="77777777">
        <w:trPr>
          <w:jc w:val="center"/>
        </w:trPr>
        <w:tc>
          <w:tcPr>
            <w:tcW w:w="2665" w:type="dxa"/>
            <w:tcMar>
              <w:top w:w="70" w:type="dxa"/>
              <w:left w:w="90" w:type="dxa"/>
              <w:bottom w:w="70" w:type="dxa"/>
              <w:right w:w="90" w:type="dxa"/>
            </w:tcMar>
            <w:vAlign w:val="center"/>
          </w:tcPr>
          <w:p w14:paraId="34DE0F86"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6065468"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BE0F39E"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FEEEC6E" w14:textId="77777777" w:rsidR="00302D64" w:rsidRDefault="00000000">
            <w:r>
              <w:rPr>
                <w:b/>
                <w:color w:val="000000"/>
                <w:sz w:val="16"/>
              </w:rPr>
              <w:t xml:space="preserve">NAČRTOVANI TERMIN: </w:t>
            </w:r>
            <w:r>
              <w:rPr>
                <w:color w:val="000000"/>
                <w:sz w:val="16"/>
              </w:rPr>
              <w:t>1. teden • 1.–4. 9. 2026</w:t>
            </w:r>
          </w:p>
        </w:tc>
        <w:tc>
          <w:tcPr>
            <w:tcW w:w="2268" w:type="dxa"/>
            <w:tcMar>
              <w:top w:w="70" w:type="dxa"/>
              <w:left w:w="90" w:type="dxa"/>
              <w:bottom w:w="70" w:type="dxa"/>
              <w:right w:w="90" w:type="dxa"/>
            </w:tcMar>
            <w:vAlign w:val="center"/>
          </w:tcPr>
          <w:p w14:paraId="0BF137DE"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FF8F586" w14:textId="77777777" w:rsidR="00302D64" w:rsidRDefault="00000000">
            <w:r>
              <w:rPr>
                <w:b/>
                <w:color w:val="000000"/>
                <w:sz w:val="16"/>
              </w:rPr>
              <w:t xml:space="preserve">ŠTEVILO UR: </w:t>
            </w:r>
            <w:r>
              <w:rPr>
                <w:color w:val="000000"/>
                <w:sz w:val="16"/>
              </w:rPr>
              <w:t>3</w:t>
            </w:r>
          </w:p>
        </w:tc>
      </w:tr>
      <w:tr w:rsidR="00302D64" w14:paraId="60E501B6" w14:textId="77777777">
        <w:trPr>
          <w:jc w:val="center"/>
        </w:trPr>
        <w:tc>
          <w:tcPr>
            <w:tcW w:w="14061" w:type="dxa"/>
            <w:gridSpan w:val="6"/>
            <w:tcMar>
              <w:top w:w="70" w:type="dxa"/>
              <w:left w:w="90" w:type="dxa"/>
              <w:bottom w:w="70" w:type="dxa"/>
              <w:right w:w="90" w:type="dxa"/>
            </w:tcMar>
            <w:vAlign w:val="center"/>
          </w:tcPr>
          <w:p w14:paraId="29774D80" w14:textId="77777777" w:rsidR="00302D64" w:rsidRDefault="00000000">
            <w:r>
              <w:t>TIP UČNE URE: obravnava, izkušenjsko raziskovanje, učenje po postajah, utrjevanje in formativno spremljanje</w:t>
            </w:r>
          </w:p>
        </w:tc>
      </w:tr>
      <w:tr w:rsidR="00302D64" w14:paraId="62E4CB50" w14:textId="77777777">
        <w:trPr>
          <w:cantSplit/>
          <w:jc w:val="center"/>
        </w:trPr>
        <w:tc>
          <w:tcPr>
            <w:tcW w:w="14060" w:type="dxa"/>
            <w:gridSpan w:val="6"/>
            <w:tcMar>
              <w:top w:w="70" w:type="dxa"/>
              <w:left w:w="90" w:type="dxa"/>
              <w:bottom w:w="70" w:type="dxa"/>
              <w:right w:w="90" w:type="dxa"/>
            </w:tcMar>
            <w:vAlign w:val="center"/>
          </w:tcPr>
          <w:p w14:paraId="4C7F97A1" w14:textId="77777777" w:rsidR="00302D64" w:rsidRDefault="00302D64"/>
          <w:p w14:paraId="55E8E6A2" w14:textId="77777777" w:rsidR="00302D64" w:rsidRDefault="00000000">
            <w:pPr>
              <w:spacing w:line="245" w:lineRule="auto"/>
            </w:pPr>
            <w:r>
              <w:rPr>
                <w:b/>
                <w:color w:val="000000"/>
                <w:sz w:val="17"/>
              </w:rPr>
              <w:t xml:space="preserve">UČNI SKLOP: </w:t>
            </w:r>
            <w:r>
              <w:rPr>
                <w:color w:val="000000"/>
                <w:sz w:val="17"/>
              </w:rPr>
              <w:t>V ŠOLO – JAZ, ODNOSI IN UČENJE</w:t>
            </w:r>
          </w:p>
        </w:tc>
      </w:tr>
      <w:tr w:rsidR="00302D64" w14:paraId="20E19A97" w14:textId="77777777">
        <w:trPr>
          <w:cantSplit/>
          <w:jc w:val="center"/>
        </w:trPr>
        <w:tc>
          <w:tcPr>
            <w:tcW w:w="14060" w:type="dxa"/>
            <w:gridSpan w:val="6"/>
            <w:tcMar>
              <w:top w:w="70" w:type="dxa"/>
              <w:left w:w="90" w:type="dxa"/>
              <w:bottom w:w="70" w:type="dxa"/>
              <w:right w:w="90" w:type="dxa"/>
            </w:tcMar>
            <w:vAlign w:val="center"/>
          </w:tcPr>
          <w:p w14:paraId="7E589C91" w14:textId="77777777" w:rsidR="00302D64" w:rsidRDefault="00302D64"/>
          <w:p w14:paraId="287B6515" w14:textId="77777777" w:rsidR="00302D64" w:rsidRDefault="00000000">
            <w:pPr>
              <w:spacing w:line="245" w:lineRule="auto"/>
            </w:pPr>
            <w:r>
              <w:rPr>
                <w:b/>
                <w:color w:val="000000"/>
                <w:sz w:val="17"/>
              </w:rPr>
              <w:t xml:space="preserve">UČNA TEMA: </w:t>
            </w:r>
            <w:r>
              <w:rPr>
                <w:color w:val="000000"/>
                <w:sz w:val="17"/>
              </w:rPr>
              <w:t>JAZ V ŠOLI</w:t>
            </w:r>
          </w:p>
        </w:tc>
      </w:tr>
      <w:tr w:rsidR="00302D64" w14:paraId="1C4FF2BD" w14:textId="77777777">
        <w:trPr>
          <w:cantSplit/>
          <w:jc w:val="center"/>
        </w:trPr>
        <w:tc>
          <w:tcPr>
            <w:tcW w:w="14060" w:type="dxa"/>
            <w:gridSpan w:val="6"/>
            <w:tcMar>
              <w:top w:w="70" w:type="dxa"/>
              <w:left w:w="90" w:type="dxa"/>
              <w:bottom w:w="70" w:type="dxa"/>
              <w:right w:w="90" w:type="dxa"/>
            </w:tcMar>
            <w:vAlign w:val="center"/>
          </w:tcPr>
          <w:p w14:paraId="09F46308" w14:textId="77777777" w:rsidR="00302D64" w:rsidRDefault="00302D64"/>
          <w:p w14:paraId="7F87EB04" w14:textId="77777777" w:rsidR="00302D64" w:rsidRDefault="00000000">
            <w:pPr>
              <w:spacing w:line="245" w:lineRule="auto"/>
            </w:pPr>
            <w:r>
              <w:rPr>
                <w:b/>
                <w:color w:val="000000"/>
                <w:sz w:val="17"/>
              </w:rPr>
              <w:t xml:space="preserve">KNJIŽEVNO IZHODIŠČE IN MOTIV: </w:t>
            </w:r>
            <w:r>
              <w:rPr>
                <w:color w:val="000000"/>
                <w:sz w:val="17"/>
              </w:rPr>
              <w:t>»Muca Copatarica« – Ela Peroci • urejenost, odgovornost in pripadnost razredu</w:t>
            </w:r>
          </w:p>
        </w:tc>
      </w:tr>
      <w:tr w:rsidR="00302D64" w14:paraId="2BEB96DD" w14:textId="77777777">
        <w:trPr>
          <w:cantSplit/>
          <w:jc w:val="center"/>
        </w:trPr>
        <w:tc>
          <w:tcPr>
            <w:tcW w:w="14060" w:type="dxa"/>
            <w:gridSpan w:val="6"/>
            <w:tcMar>
              <w:top w:w="70" w:type="dxa"/>
              <w:left w:w="90" w:type="dxa"/>
              <w:bottom w:w="70" w:type="dxa"/>
              <w:right w:w="90" w:type="dxa"/>
            </w:tcMar>
            <w:vAlign w:val="center"/>
          </w:tcPr>
          <w:p w14:paraId="422000EC" w14:textId="77777777" w:rsidR="00302D64" w:rsidRDefault="00302D64"/>
          <w:p w14:paraId="60D0236A" w14:textId="77777777" w:rsidR="00302D64" w:rsidRDefault="00000000">
            <w:pPr>
              <w:spacing w:line="245" w:lineRule="auto"/>
            </w:pPr>
            <w:r>
              <w:rPr>
                <w:b/>
                <w:color w:val="000000"/>
                <w:sz w:val="17"/>
              </w:rPr>
              <w:t xml:space="preserve">UČNE ENOTE: </w:t>
            </w:r>
            <w:r>
              <w:rPr>
                <w:color w:val="000000"/>
                <w:sz w:val="17"/>
              </w:rPr>
              <w:t>1. ura – Raziskovalna pot po šoli • 2. ura – Naš varen razred • 3. ura – Jaz, moje počutje in moje stvari</w:t>
            </w:r>
          </w:p>
        </w:tc>
      </w:tr>
      <w:tr w:rsidR="00302D64" w14:paraId="7D8B8472" w14:textId="77777777">
        <w:trPr>
          <w:cantSplit/>
          <w:jc w:val="center"/>
        </w:trPr>
        <w:tc>
          <w:tcPr>
            <w:tcW w:w="14060" w:type="dxa"/>
            <w:gridSpan w:val="6"/>
            <w:tcMar>
              <w:top w:w="70" w:type="dxa"/>
              <w:left w:w="90" w:type="dxa"/>
              <w:bottom w:w="70" w:type="dxa"/>
              <w:right w:w="90" w:type="dxa"/>
            </w:tcMar>
            <w:vAlign w:val="center"/>
          </w:tcPr>
          <w:p w14:paraId="080771B5" w14:textId="77777777" w:rsidR="00302D64" w:rsidRDefault="00302D64"/>
          <w:p w14:paraId="20A1E2EE"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01354519" w14:textId="77777777">
        <w:trPr>
          <w:cantSplit/>
          <w:jc w:val="center"/>
        </w:trPr>
        <w:tc>
          <w:tcPr>
            <w:tcW w:w="14060" w:type="dxa"/>
            <w:gridSpan w:val="6"/>
            <w:tcMar>
              <w:top w:w="70" w:type="dxa"/>
              <w:left w:w="90" w:type="dxa"/>
              <w:bottom w:w="70" w:type="dxa"/>
              <w:right w:w="90" w:type="dxa"/>
            </w:tcMar>
            <w:vAlign w:val="center"/>
          </w:tcPr>
          <w:p w14:paraId="6C650E42" w14:textId="77777777" w:rsidR="00302D64" w:rsidRDefault="00302D64"/>
          <w:p w14:paraId="7BE0FC20"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1251B57B" w14:textId="77777777">
        <w:trPr>
          <w:cantSplit/>
          <w:jc w:val="center"/>
        </w:trPr>
        <w:tc>
          <w:tcPr>
            <w:tcW w:w="14060" w:type="dxa"/>
            <w:gridSpan w:val="6"/>
            <w:tcMar>
              <w:top w:w="70" w:type="dxa"/>
              <w:left w:w="90" w:type="dxa"/>
              <w:bottom w:w="70" w:type="dxa"/>
              <w:right w:w="90" w:type="dxa"/>
            </w:tcMar>
            <w:vAlign w:val="center"/>
          </w:tcPr>
          <w:p w14:paraId="73A89217" w14:textId="77777777" w:rsidR="00302D64" w:rsidRDefault="00302D64"/>
          <w:p w14:paraId="24F97D89"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4493B778" w14:textId="77777777">
        <w:trPr>
          <w:cantSplit/>
          <w:jc w:val="center"/>
        </w:trPr>
        <w:tc>
          <w:tcPr>
            <w:tcW w:w="14060" w:type="dxa"/>
            <w:gridSpan w:val="6"/>
            <w:tcMar>
              <w:top w:w="70" w:type="dxa"/>
              <w:left w:w="90" w:type="dxa"/>
              <w:bottom w:w="70" w:type="dxa"/>
              <w:right w:w="90" w:type="dxa"/>
            </w:tcMar>
            <w:vAlign w:val="center"/>
          </w:tcPr>
          <w:p w14:paraId="63ABF8D0" w14:textId="77777777" w:rsidR="00302D64" w:rsidRDefault="00302D64"/>
          <w:p w14:paraId="57752831" w14:textId="77777777" w:rsidR="00302D64" w:rsidRDefault="00000000">
            <w:pPr>
              <w:spacing w:line="245" w:lineRule="auto"/>
            </w:pPr>
            <w:r>
              <w:rPr>
                <w:b/>
                <w:color w:val="000000"/>
                <w:sz w:val="17"/>
              </w:rPr>
              <w:t xml:space="preserve">MEDPREDMETNE POVEZAVE: </w:t>
            </w:r>
            <w:r>
              <w:rPr>
                <w:color w:val="000000"/>
                <w:sz w:val="17"/>
              </w:rPr>
              <w:t>SLJ – poslušanje književnega besedila in predstavitev; LUM – osebni znak; ŠPO – varno gibanje po šoli; MAT – prostorski odnosi</w:t>
            </w:r>
          </w:p>
        </w:tc>
      </w:tr>
      <w:tr w:rsidR="00302D64" w14:paraId="689EE5EC" w14:textId="77777777">
        <w:trPr>
          <w:cantSplit/>
          <w:jc w:val="center"/>
        </w:trPr>
        <w:tc>
          <w:tcPr>
            <w:tcW w:w="14060" w:type="dxa"/>
            <w:gridSpan w:val="6"/>
            <w:tcMar>
              <w:top w:w="70" w:type="dxa"/>
              <w:left w:w="90" w:type="dxa"/>
              <w:bottom w:w="70" w:type="dxa"/>
              <w:right w:w="90" w:type="dxa"/>
            </w:tcMar>
            <w:vAlign w:val="center"/>
          </w:tcPr>
          <w:p w14:paraId="71F23DFF" w14:textId="77777777" w:rsidR="00302D64" w:rsidRDefault="00302D64"/>
          <w:p w14:paraId="754163CF" w14:textId="77777777" w:rsidR="00302D64" w:rsidRDefault="00000000">
            <w:pPr>
              <w:spacing w:line="245" w:lineRule="auto"/>
            </w:pPr>
            <w:r>
              <w:rPr>
                <w:b/>
                <w:color w:val="000000"/>
                <w:sz w:val="17"/>
              </w:rPr>
              <w:t xml:space="preserve">UČNA SREDSTVA IN PRIPOMOČKI: </w:t>
            </w:r>
            <w:r>
              <w:rPr>
                <w:color w:val="000000"/>
                <w:sz w:val="17"/>
              </w:rPr>
              <w:t>knjiga ali odlomek Muca Copatarica, copatek, slikovni namigi, fotografije šolskih prostorov in delavcev, kartice počutja, papir, flomastri, slikovni simboli pravil</w:t>
            </w:r>
          </w:p>
        </w:tc>
      </w:tr>
      <w:tr w:rsidR="00302D64" w14:paraId="04360EAD" w14:textId="77777777">
        <w:trPr>
          <w:cantSplit/>
          <w:jc w:val="center"/>
        </w:trPr>
        <w:tc>
          <w:tcPr>
            <w:tcW w:w="14060" w:type="dxa"/>
            <w:gridSpan w:val="6"/>
            <w:tcMar>
              <w:top w:w="70" w:type="dxa"/>
              <w:left w:w="90" w:type="dxa"/>
              <w:bottom w:w="70" w:type="dxa"/>
              <w:right w:w="90" w:type="dxa"/>
            </w:tcMar>
            <w:vAlign w:val="center"/>
          </w:tcPr>
          <w:p w14:paraId="32E773F7" w14:textId="77777777" w:rsidR="00302D64" w:rsidRDefault="00302D64"/>
          <w:p w14:paraId="74588D6A"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404BDCC4" w14:textId="77777777">
        <w:trPr>
          <w:cantSplit/>
          <w:jc w:val="center"/>
        </w:trPr>
        <w:tc>
          <w:tcPr>
            <w:tcW w:w="14060" w:type="dxa"/>
            <w:gridSpan w:val="6"/>
            <w:tcMar>
              <w:top w:w="70" w:type="dxa"/>
              <w:left w:w="90" w:type="dxa"/>
              <w:bottom w:w="70" w:type="dxa"/>
              <w:right w:w="90" w:type="dxa"/>
            </w:tcMar>
            <w:vAlign w:val="center"/>
          </w:tcPr>
          <w:p w14:paraId="28DDBD5E" w14:textId="77777777" w:rsidR="00302D64" w:rsidRDefault="00302D64"/>
          <w:p w14:paraId="5DB693AB"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1979450D" w14:textId="77777777">
        <w:trPr>
          <w:cantSplit/>
          <w:jc w:val="center"/>
        </w:trPr>
        <w:tc>
          <w:tcPr>
            <w:tcW w:w="14060" w:type="dxa"/>
            <w:gridSpan w:val="6"/>
            <w:tcMar>
              <w:top w:w="70" w:type="dxa"/>
              <w:left w:w="90" w:type="dxa"/>
              <w:bottom w:w="70" w:type="dxa"/>
              <w:right w:w="90" w:type="dxa"/>
            </w:tcMar>
            <w:vAlign w:val="center"/>
          </w:tcPr>
          <w:p w14:paraId="39611648" w14:textId="77777777" w:rsidR="00302D64" w:rsidRDefault="00302D64"/>
          <w:p w14:paraId="5CA0A225"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5C5AD4D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027B7E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A53DF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47D79F" w14:textId="77777777" w:rsidR="00302D64" w:rsidRDefault="00000000">
            <w:pPr>
              <w:jc w:val="center"/>
            </w:pPr>
            <w:r>
              <w:rPr>
                <w:b/>
                <w:color w:val="000000"/>
                <w:sz w:val="20"/>
              </w:rPr>
              <w:t>UČNE DEJAVNOSTI, METODE IN FORMATIVNO SPREMLJANJE</w:t>
            </w:r>
          </w:p>
        </w:tc>
      </w:tr>
      <w:tr w:rsidR="00302D64" w14:paraId="4ED09E5C" w14:textId="77777777">
        <w:trPr>
          <w:tblHeader/>
          <w:jc w:val="center"/>
        </w:trPr>
        <w:tc>
          <w:tcPr>
            <w:tcW w:w="4422" w:type="dxa"/>
            <w:vMerge/>
            <w:tcMar>
              <w:top w:w="70" w:type="dxa"/>
              <w:left w:w="90" w:type="dxa"/>
              <w:bottom w:w="70" w:type="dxa"/>
              <w:right w:w="90" w:type="dxa"/>
            </w:tcMar>
            <w:vAlign w:val="center"/>
          </w:tcPr>
          <w:p w14:paraId="0EC68A76" w14:textId="77777777" w:rsidR="00302D64" w:rsidRDefault="00302D64"/>
        </w:tc>
        <w:tc>
          <w:tcPr>
            <w:tcW w:w="7087" w:type="dxa"/>
            <w:shd w:val="clear" w:color="auto" w:fill="FFFFFF"/>
            <w:tcMar>
              <w:top w:w="70" w:type="dxa"/>
              <w:left w:w="90" w:type="dxa"/>
              <w:bottom w:w="70" w:type="dxa"/>
              <w:right w:w="90" w:type="dxa"/>
            </w:tcMar>
            <w:vAlign w:val="center"/>
          </w:tcPr>
          <w:p w14:paraId="71BA822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B20A7C3" w14:textId="77777777" w:rsidR="00302D64" w:rsidRDefault="00000000">
            <w:pPr>
              <w:jc w:val="center"/>
            </w:pPr>
            <w:r>
              <w:rPr>
                <w:b/>
                <w:color w:val="000000"/>
              </w:rPr>
              <w:t>UČENEC</w:t>
            </w:r>
          </w:p>
        </w:tc>
      </w:tr>
      <w:tr w:rsidR="00302D64" w14:paraId="57817C3B" w14:textId="77777777">
        <w:trPr>
          <w:jc w:val="center"/>
        </w:trPr>
        <w:tc>
          <w:tcPr>
            <w:tcW w:w="4422" w:type="dxa"/>
            <w:tcMar>
              <w:top w:w="70" w:type="dxa"/>
              <w:left w:w="90" w:type="dxa"/>
              <w:bottom w:w="70" w:type="dxa"/>
              <w:right w:w="90" w:type="dxa"/>
            </w:tcMar>
          </w:tcPr>
          <w:p w14:paraId="345803F1" w14:textId="77777777" w:rsidR="00302D64" w:rsidRDefault="00302D64"/>
          <w:p w14:paraId="2F9C0A32" w14:textId="77777777" w:rsidR="00302D64" w:rsidRDefault="00000000">
            <w:pPr>
              <w:spacing w:after="60" w:line="245" w:lineRule="auto"/>
            </w:pPr>
            <w:r>
              <w:rPr>
                <w:b/>
                <w:color w:val="000000"/>
              </w:rPr>
              <w:t>UČNI CILJI</w:t>
            </w:r>
          </w:p>
          <w:p w14:paraId="103FEB3F" w14:textId="77777777" w:rsidR="00302D64" w:rsidRDefault="00000000">
            <w:pPr>
              <w:spacing w:after="20" w:line="245" w:lineRule="auto"/>
            </w:pPr>
            <w:r>
              <w:rPr>
                <w:b/>
                <w:color w:val="000000"/>
                <w:sz w:val="17"/>
              </w:rPr>
              <w:t>SPLOŠNI</w:t>
            </w:r>
          </w:p>
          <w:p w14:paraId="7F308382" w14:textId="77777777" w:rsidR="00302D64" w:rsidRDefault="00000000">
            <w:pPr>
              <w:pStyle w:val="Oznaenseznam"/>
              <w:spacing w:after="16"/>
            </w:pPr>
            <w:r>
              <w:rPr>
                <w:color w:val="000000"/>
                <w:sz w:val="16"/>
              </w:rPr>
              <w:t>razvija radovednost ter sistematično opazuje, primerja, razvršča in sporoča ugotovitve</w:t>
            </w:r>
          </w:p>
          <w:p w14:paraId="03321834" w14:textId="77777777" w:rsidR="00302D64" w:rsidRDefault="00000000">
            <w:pPr>
              <w:pStyle w:val="Oznaenseznam"/>
              <w:spacing w:after="16"/>
            </w:pPr>
            <w:r>
              <w:rPr>
                <w:color w:val="000000"/>
                <w:sz w:val="16"/>
              </w:rPr>
              <w:t>sodeluje, posluša druge in svoja opažanja izraža na razvojno primeren način</w:t>
            </w:r>
          </w:p>
          <w:p w14:paraId="33D72DAD" w14:textId="77777777" w:rsidR="00302D64" w:rsidRDefault="00000000">
            <w:pPr>
              <w:pStyle w:val="Oznaenseznam"/>
              <w:spacing w:after="16"/>
            </w:pPr>
            <w:r>
              <w:rPr>
                <w:color w:val="000000"/>
                <w:sz w:val="16"/>
              </w:rPr>
              <w:t>ravna varno, odgovorno in skrbno do sebe, drugih ter okolja</w:t>
            </w:r>
          </w:p>
          <w:p w14:paraId="610014D3" w14:textId="77777777" w:rsidR="00302D64" w:rsidRDefault="00000000">
            <w:pPr>
              <w:pStyle w:val="Oznaenseznam"/>
              <w:spacing w:after="16"/>
            </w:pPr>
            <w:r>
              <w:rPr>
                <w:color w:val="000000"/>
                <w:sz w:val="16"/>
              </w:rPr>
              <w:t>ob kriterijih spremlja svoje učenje in sprejema opisno povratno informacijo</w:t>
            </w:r>
          </w:p>
          <w:p w14:paraId="5B2BBE5D" w14:textId="77777777" w:rsidR="00302D64" w:rsidRDefault="00000000">
            <w:pPr>
              <w:spacing w:before="40" w:after="20" w:line="245" w:lineRule="auto"/>
            </w:pPr>
            <w:r>
              <w:rPr>
                <w:b/>
                <w:color w:val="000000"/>
                <w:sz w:val="17"/>
              </w:rPr>
              <w:t>OPERATIVNI</w:t>
            </w:r>
          </w:p>
          <w:p w14:paraId="3832DC37" w14:textId="77777777" w:rsidR="00302D64" w:rsidRDefault="00000000">
            <w:pPr>
              <w:pStyle w:val="Oznaenseznam"/>
              <w:spacing w:after="16"/>
            </w:pPr>
            <w:r>
              <w:rPr>
                <w:color w:val="000000"/>
                <w:sz w:val="16"/>
              </w:rPr>
              <w:t>spozna osebe in prostore</w:t>
            </w:r>
          </w:p>
          <w:p w14:paraId="1236E913" w14:textId="77777777" w:rsidR="00302D64" w:rsidRDefault="00000000">
            <w:pPr>
              <w:pStyle w:val="Oznaenseznam"/>
              <w:spacing w:after="16"/>
            </w:pPr>
            <w:r>
              <w:rPr>
                <w:color w:val="000000"/>
                <w:sz w:val="16"/>
              </w:rPr>
              <w:t>soustvarja varna razredna pravila</w:t>
            </w:r>
          </w:p>
          <w:p w14:paraId="5F982F21" w14:textId="77777777" w:rsidR="00302D64" w:rsidRDefault="00000000">
            <w:pPr>
              <w:pStyle w:val="Oznaenseznam"/>
              <w:spacing w:after="16"/>
            </w:pPr>
            <w:r>
              <w:rPr>
                <w:color w:val="000000"/>
                <w:sz w:val="16"/>
              </w:rPr>
              <w:t>se predstavi in izrazi počutje</w:t>
            </w:r>
          </w:p>
          <w:p w14:paraId="6C54EBCA" w14:textId="77777777" w:rsidR="00302D64" w:rsidRDefault="00000000">
            <w:pPr>
              <w:spacing w:before="40" w:after="20" w:line="245" w:lineRule="auto"/>
            </w:pPr>
            <w:r>
              <w:rPr>
                <w:b/>
                <w:color w:val="000000"/>
                <w:sz w:val="17"/>
              </w:rPr>
              <w:t>PRIČAKOVANI DOSEŽKI / STANDARDI</w:t>
            </w:r>
          </w:p>
          <w:p w14:paraId="10E68651" w14:textId="77777777" w:rsidR="00302D64" w:rsidRDefault="00000000">
            <w:pPr>
              <w:pStyle w:val="Oznaenseznam"/>
              <w:spacing w:after="16"/>
            </w:pPr>
            <w:r>
              <w:rPr>
                <w:color w:val="000000"/>
                <w:sz w:val="16"/>
              </w:rPr>
              <w:t>ob konkretni ali slikovni opori spozna osebe in prostore</w:t>
            </w:r>
          </w:p>
          <w:p w14:paraId="76BB947C" w14:textId="77777777" w:rsidR="00302D64" w:rsidRDefault="00000000">
            <w:pPr>
              <w:pStyle w:val="Oznaenseznam"/>
              <w:spacing w:after="16"/>
            </w:pPr>
            <w:r>
              <w:rPr>
                <w:color w:val="000000"/>
                <w:sz w:val="16"/>
              </w:rPr>
              <w:t>ob konkretni ali slikovni opori soustvarja varna razredna pravila</w:t>
            </w:r>
          </w:p>
          <w:p w14:paraId="153C48B1" w14:textId="77777777" w:rsidR="00302D64" w:rsidRDefault="00000000">
            <w:pPr>
              <w:pStyle w:val="Oznaenseznam"/>
              <w:spacing w:after="16"/>
            </w:pPr>
            <w:r>
              <w:rPr>
                <w:color w:val="000000"/>
                <w:sz w:val="16"/>
              </w:rPr>
              <w:t>ob konkretni ali slikovni opori se predstavi in izrazi počutje</w:t>
            </w:r>
          </w:p>
        </w:tc>
        <w:tc>
          <w:tcPr>
            <w:tcW w:w="7087" w:type="dxa"/>
            <w:tcMar>
              <w:top w:w="70" w:type="dxa"/>
              <w:left w:w="90" w:type="dxa"/>
              <w:bottom w:w="70" w:type="dxa"/>
              <w:right w:w="90" w:type="dxa"/>
            </w:tcMar>
          </w:tcPr>
          <w:p w14:paraId="44BD7AA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98090D1" w14:textId="77777777">
              <w:trPr>
                <w:jc w:val="center"/>
              </w:trPr>
              <w:tc>
                <w:tcPr>
                  <w:tcW w:w="7087" w:type="dxa"/>
                  <w:shd w:val="clear" w:color="auto" w:fill="C6E7F3"/>
                  <w:tcMar>
                    <w:top w:w="45" w:type="dxa"/>
                    <w:left w:w="70" w:type="dxa"/>
                    <w:bottom w:w="45" w:type="dxa"/>
                    <w:right w:w="70" w:type="dxa"/>
                  </w:tcMar>
                </w:tcPr>
                <w:p w14:paraId="34173608" w14:textId="77777777" w:rsidR="00302D64" w:rsidRDefault="00000000">
                  <w:pPr>
                    <w:keepNext/>
                  </w:pPr>
                  <w:r>
                    <w:rPr>
                      <w:b/>
                      <w:color w:val="000000"/>
                    </w:rPr>
                    <w:t>UVODNI DEL – motivacija, aktivacija predznanja in namen učenja (15–20 min)</w:t>
                  </w:r>
                </w:p>
              </w:tc>
            </w:tr>
          </w:tbl>
          <w:p w14:paraId="54409FCE" w14:textId="77777777" w:rsidR="00302D64" w:rsidRDefault="00302D64">
            <w:pPr>
              <w:spacing w:line="20" w:lineRule="exact"/>
            </w:pPr>
          </w:p>
          <w:p w14:paraId="4E3F81AB" w14:textId="77777777" w:rsidR="00302D64" w:rsidRDefault="00000000">
            <w:pPr>
              <w:spacing w:before="40" w:after="60" w:line="245" w:lineRule="auto"/>
            </w:pPr>
            <w:r>
              <w:rPr>
                <w:color w:val="000000"/>
                <w:sz w:val="17"/>
              </w:rPr>
              <w:t>V razredu se pojavi izgubljen copatek. Ob motivu Muce Copatarice učiteljica odpre pogovor o pripadnosti razredu, skrbi za svoje stvari in počutju ob prvem vstopu v šolo.</w:t>
            </w:r>
          </w:p>
          <w:tbl>
            <w:tblPr>
              <w:tblStyle w:val="Tabelamrea"/>
              <w:tblW w:w="0" w:type="auto"/>
              <w:jc w:val="center"/>
              <w:tblLayout w:type="fixed"/>
              <w:tblLook w:val="04A0" w:firstRow="1" w:lastRow="0" w:firstColumn="1" w:lastColumn="0" w:noHBand="0" w:noVBand="1"/>
            </w:tblPr>
            <w:tblGrid>
              <w:gridCol w:w="7087"/>
            </w:tblGrid>
            <w:tr w:rsidR="00302D64" w14:paraId="410F77F6" w14:textId="77777777">
              <w:trPr>
                <w:jc w:val="center"/>
              </w:trPr>
              <w:tc>
                <w:tcPr>
                  <w:tcW w:w="7087" w:type="dxa"/>
                  <w:shd w:val="clear" w:color="auto" w:fill="EDC9EA"/>
                  <w:tcMar>
                    <w:top w:w="45" w:type="dxa"/>
                    <w:left w:w="70" w:type="dxa"/>
                    <w:bottom w:w="45" w:type="dxa"/>
                    <w:right w:w="70" w:type="dxa"/>
                  </w:tcMar>
                </w:tcPr>
                <w:p w14:paraId="755E632C" w14:textId="77777777" w:rsidR="00302D64" w:rsidRDefault="00000000">
                  <w:pPr>
                    <w:keepNext/>
                  </w:pPr>
                  <w:r>
                    <w:rPr>
                      <w:b/>
                      <w:color w:val="000000"/>
                    </w:rPr>
                    <w:t>NAMENI UČENJA</w:t>
                  </w:r>
                </w:p>
              </w:tc>
            </w:tr>
          </w:tbl>
          <w:p w14:paraId="0979DE47" w14:textId="77777777" w:rsidR="00302D64" w:rsidRDefault="00302D64">
            <w:pPr>
              <w:spacing w:line="20" w:lineRule="exact"/>
            </w:pPr>
          </w:p>
          <w:p w14:paraId="23510F54" w14:textId="77777777" w:rsidR="00302D64" w:rsidRDefault="00000000">
            <w:pPr>
              <w:spacing w:before="20" w:after="20" w:line="245" w:lineRule="auto"/>
            </w:pPr>
            <w:r>
              <w:rPr>
                <w:color w:val="000000"/>
                <w:sz w:val="16"/>
              </w:rPr>
              <w:t>Učimo se zato, da bomo lažje razumeli in odgovorno uporabili znanje v vsakdanjih situacijah.</w:t>
            </w:r>
          </w:p>
          <w:p w14:paraId="77C5D291" w14:textId="77777777" w:rsidR="00302D64" w:rsidRDefault="00000000">
            <w:pPr>
              <w:pStyle w:val="Oznaenseznam"/>
              <w:spacing w:after="16"/>
            </w:pPr>
            <w:r>
              <w:rPr>
                <w:color w:val="000000"/>
                <w:sz w:val="16"/>
              </w:rPr>
              <w:t>spoznam osebe in prostore</w:t>
            </w:r>
          </w:p>
          <w:p w14:paraId="7B2C08B2" w14:textId="77777777" w:rsidR="00302D64" w:rsidRDefault="00000000">
            <w:pPr>
              <w:pStyle w:val="Oznaenseznam"/>
              <w:spacing w:after="16"/>
            </w:pPr>
            <w:r>
              <w:rPr>
                <w:color w:val="000000"/>
                <w:sz w:val="16"/>
              </w:rPr>
              <w:t>soustvarjam varna razredna pravila</w:t>
            </w:r>
          </w:p>
          <w:p w14:paraId="635696F6" w14:textId="77777777" w:rsidR="00302D64" w:rsidRDefault="00000000">
            <w:pPr>
              <w:pStyle w:val="Oznaenseznam"/>
              <w:spacing w:after="16"/>
            </w:pPr>
            <w:r>
              <w:rPr>
                <w:color w:val="000000"/>
                <w:sz w:val="16"/>
              </w:rPr>
              <w:t>se predstavim in izrazi počutje</w:t>
            </w:r>
          </w:p>
          <w:tbl>
            <w:tblPr>
              <w:tblStyle w:val="Tabelamrea"/>
              <w:tblW w:w="0" w:type="auto"/>
              <w:jc w:val="center"/>
              <w:tblLayout w:type="fixed"/>
              <w:tblLook w:val="04A0" w:firstRow="1" w:lastRow="0" w:firstColumn="1" w:lastColumn="0" w:noHBand="0" w:noVBand="1"/>
            </w:tblPr>
            <w:tblGrid>
              <w:gridCol w:w="7087"/>
            </w:tblGrid>
            <w:tr w:rsidR="00302D64" w14:paraId="380FC9FD" w14:textId="77777777">
              <w:trPr>
                <w:jc w:val="center"/>
              </w:trPr>
              <w:tc>
                <w:tcPr>
                  <w:tcW w:w="7087" w:type="dxa"/>
                  <w:shd w:val="clear" w:color="auto" w:fill="EDC9EA"/>
                  <w:tcMar>
                    <w:top w:w="45" w:type="dxa"/>
                    <w:left w:w="70" w:type="dxa"/>
                    <w:bottom w:w="45" w:type="dxa"/>
                    <w:right w:w="70" w:type="dxa"/>
                  </w:tcMar>
                </w:tcPr>
                <w:p w14:paraId="0BEA56C7" w14:textId="77777777" w:rsidR="00302D64" w:rsidRDefault="00000000">
                  <w:pPr>
                    <w:keepNext/>
                  </w:pPr>
                  <w:r>
                    <w:rPr>
                      <w:b/>
                      <w:color w:val="000000"/>
                    </w:rPr>
                    <w:t>PREVERJANJE PREDZNANJA</w:t>
                  </w:r>
                </w:p>
              </w:tc>
            </w:tr>
          </w:tbl>
          <w:p w14:paraId="50C4C381" w14:textId="77777777" w:rsidR="00302D64" w:rsidRDefault="00302D64">
            <w:pPr>
              <w:spacing w:line="20" w:lineRule="exact"/>
            </w:pPr>
          </w:p>
          <w:p w14:paraId="278D087A" w14:textId="77777777" w:rsidR="00302D64" w:rsidRDefault="00000000">
            <w:pPr>
              <w:pStyle w:val="Oznaenseznam"/>
              <w:spacing w:after="16"/>
            </w:pPr>
            <w:r>
              <w:rPr>
                <w:color w:val="000000"/>
                <w:sz w:val="16"/>
              </w:rPr>
              <w:t>Koga in katere prostore v šoli že poznam?</w:t>
            </w:r>
          </w:p>
          <w:p w14:paraId="688AF746" w14:textId="77777777" w:rsidR="00302D64" w:rsidRDefault="00000000">
            <w:pPr>
              <w:pStyle w:val="Oznaenseznam"/>
              <w:spacing w:after="16"/>
            </w:pPr>
            <w:r>
              <w:rPr>
                <w:color w:val="000000"/>
                <w:sz w:val="16"/>
              </w:rPr>
              <w:t>Kaj potrebujemo, da se bomo v razredu počutili varno in sprejeto?</w:t>
            </w:r>
          </w:p>
          <w:p w14:paraId="363D3928"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0D80834F" w14:textId="77777777">
              <w:trPr>
                <w:jc w:val="center"/>
              </w:trPr>
              <w:tc>
                <w:tcPr>
                  <w:tcW w:w="7087" w:type="dxa"/>
                  <w:shd w:val="clear" w:color="auto" w:fill="EDC9EA"/>
                  <w:tcMar>
                    <w:top w:w="45" w:type="dxa"/>
                    <w:left w:w="70" w:type="dxa"/>
                    <w:bottom w:w="45" w:type="dxa"/>
                    <w:right w:w="70" w:type="dxa"/>
                  </w:tcMar>
                </w:tcPr>
                <w:p w14:paraId="65C68F9E" w14:textId="77777777" w:rsidR="00302D64" w:rsidRDefault="00000000">
                  <w:pPr>
                    <w:keepNext/>
                  </w:pPr>
                  <w:r>
                    <w:rPr>
                      <w:b/>
                      <w:color w:val="000000"/>
                    </w:rPr>
                    <w:t>KRITERIJI USPEŠNOSTI</w:t>
                  </w:r>
                </w:p>
              </w:tc>
            </w:tr>
          </w:tbl>
          <w:p w14:paraId="163A1830" w14:textId="77777777" w:rsidR="00302D64" w:rsidRDefault="00302D64"/>
          <w:p w14:paraId="4DBE9C8A" w14:textId="77777777" w:rsidR="00302D64" w:rsidRDefault="00000000">
            <w:pPr>
              <w:spacing w:before="20" w:after="20" w:line="245" w:lineRule="auto"/>
            </w:pPr>
            <w:r>
              <w:rPr>
                <w:b/>
                <w:color w:val="000000"/>
                <w:sz w:val="16"/>
              </w:rPr>
              <w:t>Uspešen/-na bom, ko:</w:t>
            </w:r>
          </w:p>
          <w:p w14:paraId="24882F54" w14:textId="77777777" w:rsidR="00302D64" w:rsidRDefault="00000000">
            <w:pPr>
              <w:pStyle w:val="Oznaenseznam"/>
              <w:spacing w:after="16"/>
            </w:pPr>
            <w:r>
              <w:rPr>
                <w:color w:val="000000"/>
                <w:sz w:val="16"/>
              </w:rPr>
              <w:t>spoznam osebe in prostore</w:t>
            </w:r>
          </w:p>
          <w:p w14:paraId="178C7126" w14:textId="77777777" w:rsidR="00302D64" w:rsidRDefault="00000000">
            <w:pPr>
              <w:pStyle w:val="Oznaenseznam"/>
              <w:spacing w:after="16"/>
            </w:pPr>
            <w:r>
              <w:rPr>
                <w:color w:val="000000"/>
                <w:sz w:val="16"/>
              </w:rPr>
              <w:t>soustvarjam varna razredna pravila</w:t>
            </w:r>
          </w:p>
          <w:p w14:paraId="01DD8B29" w14:textId="77777777" w:rsidR="00302D64" w:rsidRDefault="00000000">
            <w:pPr>
              <w:pStyle w:val="Oznaenseznam"/>
              <w:spacing w:after="16"/>
            </w:pPr>
            <w:r>
              <w:rPr>
                <w:color w:val="000000"/>
                <w:sz w:val="16"/>
              </w:rPr>
              <w:t>se predstavim in izrazi počutje</w:t>
            </w:r>
          </w:p>
          <w:p w14:paraId="2B305AE5"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791BC31B" w14:textId="77777777" w:rsidR="00302D64" w:rsidRDefault="00302D64"/>
          <w:p w14:paraId="3918D154" w14:textId="77777777" w:rsidR="00302D64" w:rsidRDefault="00000000">
            <w:pPr>
              <w:spacing w:after="80" w:line="245" w:lineRule="auto"/>
            </w:pPr>
            <w:r>
              <w:rPr>
                <w:color w:val="000000"/>
                <w:sz w:val="16"/>
              </w:rPr>
              <w:t>Posluša ali opazuje književno oziroma predmetno izhodišče ter se vključi z gibom, sliko ali besedo.</w:t>
            </w:r>
          </w:p>
          <w:p w14:paraId="08235A5C" w14:textId="77777777" w:rsidR="00302D64" w:rsidRDefault="00000000">
            <w:pPr>
              <w:spacing w:after="80" w:line="245" w:lineRule="auto"/>
            </w:pPr>
            <w:r>
              <w:rPr>
                <w:color w:val="000000"/>
                <w:sz w:val="16"/>
              </w:rPr>
              <w:t>Pove, pokaže ali nariše, kaj že ve. Posluša zamisli drugih.</w:t>
            </w:r>
          </w:p>
          <w:p w14:paraId="4F4E42E7" w14:textId="77777777" w:rsidR="00302D64" w:rsidRDefault="00000000">
            <w:pPr>
              <w:spacing w:after="100" w:line="245" w:lineRule="auto"/>
            </w:pPr>
            <w:r>
              <w:rPr>
                <w:color w:val="000000"/>
                <w:sz w:val="16"/>
              </w:rPr>
              <w:t>Sodeluje pri razumevanju namenov in kriterijev uspešnosti.</w:t>
            </w:r>
          </w:p>
          <w:p w14:paraId="08697CB3" w14:textId="77777777" w:rsidR="00302D64" w:rsidRDefault="00000000">
            <w:pPr>
              <w:spacing w:after="20" w:line="245" w:lineRule="auto"/>
            </w:pPr>
            <w:r>
              <w:rPr>
                <w:b/>
                <w:color w:val="D95BC6"/>
                <w:sz w:val="17"/>
              </w:rPr>
              <w:t>DOKAZ O UČENJU</w:t>
            </w:r>
          </w:p>
          <w:p w14:paraId="51E19E44" w14:textId="77777777" w:rsidR="00302D64" w:rsidRDefault="00000000">
            <w:pPr>
              <w:spacing w:after="30" w:line="245" w:lineRule="auto"/>
            </w:pPr>
            <w:r>
              <w:rPr>
                <w:color w:val="D95BC6"/>
                <w:sz w:val="16"/>
              </w:rPr>
              <w:t>začetna zamisel, razvrstitev, risba ali ustni odgovor</w:t>
            </w:r>
          </w:p>
        </w:tc>
      </w:tr>
    </w:tbl>
    <w:p w14:paraId="1D87C1F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E2C5AB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C2A0FF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B2E5F2" w14:textId="77777777" w:rsidR="00302D64" w:rsidRDefault="00000000">
            <w:pPr>
              <w:jc w:val="center"/>
            </w:pPr>
            <w:r>
              <w:rPr>
                <w:b/>
                <w:color w:val="000000"/>
                <w:sz w:val="20"/>
              </w:rPr>
              <w:t>UČNE DEJAVNOSTI, METODE IN FORMATIVNO SPREMLJANJE</w:t>
            </w:r>
          </w:p>
        </w:tc>
      </w:tr>
      <w:tr w:rsidR="00302D64" w14:paraId="7EA32C81" w14:textId="77777777">
        <w:trPr>
          <w:tblHeader/>
          <w:jc w:val="center"/>
        </w:trPr>
        <w:tc>
          <w:tcPr>
            <w:tcW w:w="4422" w:type="dxa"/>
            <w:vMerge/>
            <w:tcMar>
              <w:top w:w="70" w:type="dxa"/>
              <w:left w:w="90" w:type="dxa"/>
              <w:bottom w:w="70" w:type="dxa"/>
              <w:right w:w="90" w:type="dxa"/>
            </w:tcMar>
            <w:vAlign w:val="center"/>
          </w:tcPr>
          <w:p w14:paraId="56A1FF2B" w14:textId="77777777" w:rsidR="00302D64" w:rsidRDefault="00302D64"/>
        </w:tc>
        <w:tc>
          <w:tcPr>
            <w:tcW w:w="7087" w:type="dxa"/>
            <w:shd w:val="clear" w:color="auto" w:fill="FFFFFF"/>
            <w:tcMar>
              <w:top w:w="70" w:type="dxa"/>
              <w:left w:w="90" w:type="dxa"/>
              <w:bottom w:w="70" w:type="dxa"/>
              <w:right w:w="90" w:type="dxa"/>
            </w:tcMar>
            <w:vAlign w:val="center"/>
          </w:tcPr>
          <w:p w14:paraId="1FC6EDC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9D17B4" w14:textId="77777777" w:rsidR="00302D64" w:rsidRDefault="00000000">
            <w:pPr>
              <w:jc w:val="center"/>
            </w:pPr>
            <w:r>
              <w:rPr>
                <w:b/>
                <w:color w:val="000000"/>
              </w:rPr>
              <w:t>UČENEC</w:t>
            </w:r>
          </w:p>
        </w:tc>
      </w:tr>
      <w:tr w:rsidR="00302D64" w14:paraId="47786834" w14:textId="77777777">
        <w:trPr>
          <w:jc w:val="center"/>
        </w:trPr>
        <w:tc>
          <w:tcPr>
            <w:tcW w:w="4422" w:type="dxa"/>
            <w:tcMar>
              <w:top w:w="70" w:type="dxa"/>
              <w:left w:w="90" w:type="dxa"/>
              <w:bottom w:w="70" w:type="dxa"/>
              <w:right w:w="90" w:type="dxa"/>
            </w:tcMar>
          </w:tcPr>
          <w:p w14:paraId="54EF4214" w14:textId="77777777" w:rsidR="00302D64" w:rsidRDefault="00302D64"/>
          <w:p w14:paraId="79C6E4C9" w14:textId="77777777" w:rsidR="00302D64" w:rsidRDefault="00000000">
            <w:pPr>
              <w:spacing w:after="40" w:line="245" w:lineRule="auto"/>
            </w:pPr>
            <w:r>
              <w:rPr>
                <w:b/>
                <w:color w:val="000000"/>
              </w:rPr>
              <w:t>KLJUČNI POJMI</w:t>
            </w:r>
          </w:p>
          <w:p w14:paraId="5E43E5F5" w14:textId="77777777" w:rsidR="00302D64" w:rsidRDefault="00000000">
            <w:pPr>
              <w:spacing w:after="80" w:line="245" w:lineRule="auto"/>
            </w:pPr>
            <w:r>
              <w:rPr>
                <w:color w:val="000000"/>
                <w:sz w:val="16"/>
              </w:rPr>
              <w:t>šola, razred, učenec, učiteljica, prostor, pravilo, varnost, počutje, odgovornost</w:t>
            </w:r>
          </w:p>
          <w:p w14:paraId="6DD9DA6B" w14:textId="77777777" w:rsidR="00302D64" w:rsidRDefault="00000000">
            <w:pPr>
              <w:spacing w:after="20" w:line="245" w:lineRule="auto"/>
            </w:pPr>
            <w:r>
              <w:rPr>
                <w:b/>
                <w:color w:val="000000"/>
              </w:rPr>
              <w:t>DOKAZI O UČENJU</w:t>
            </w:r>
          </w:p>
          <w:p w14:paraId="599D22B8" w14:textId="77777777" w:rsidR="00302D64" w:rsidRDefault="00000000">
            <w:pPr>
              <w:pStyle w:val="Oznaenseznam"/>
              <w:spacing w:after="16"/>
            </w:pPr>
            <w:r>
              <w:rPr>
                <w:color w:val="000000"/>
                <w:sz w:val="16"/>
              </w:rPr>
              <w:t>slikovni zemljevid šole in ustna razlaga</w:t>
            </w:r>
          </w:p>
          <w:p w14:paraId="7C49E3C0" w14:textId="77777777" w:rsidR="00302D64" w:rsidRDefault="00000000">
            <w:pPr>
              <w:pStyle w:val="Oznaenseznam"/>
              <w:spacing w:after="16"/>
            </w:pPr>
            <w:r>
              <w:rPr>
                <w:color w:val="000000"/>
                <w:sz w:val="16"/>
              </w:rPr>
              <w:t>razredni plakat pravil in praktična izvedba</w:t>
            </w:r>
          </w:p>
          <w:p w14:paraId="39B34711" w14:textId="77777777" w:rsidR="00302D64" w:rsidRDefault="00000000">
            <w:pPr>
              <w:pStyle w:val="Oznaenseznam"/>
              <w:spacing w:after="16"/>
            </w:pPr>
            <w:r>
              <w:rPr>
                <w:color w:val="000000"/>
                <w:sz w:val="16"/>
              </w:rPr>
              <w:t>osebni znak, kartica počutja in urejen prostor</w:t>
            </w:r>
          </w:p>
          <w:p w14:paraId="2DBA3D01" w14:textId="77777777" w:rsidR="00302D64" w:rsidRDefault="00000000">
            <w:pPr>
              <w:spacing w:before="40" w:after="20" w:line="245" w:lineRule="auto"/>
            </w:pPr>
            <w:r>
              <w:rPr>
                <w:b/>
                <w:color w:val="000000"/>
              </w:rPr>
              <w:t>MEDPREDMETNA POVEZAVA</w:t>
            </w:r>
          </w:p>
          <w:p w14:paraId="5CC3236E" w14:textId="77777777" w:rsidR="00302D64" w:rsidRDefault="00000000">
            <w:pPr>
              <w:spacing w:after="60" w:line="245" w:lineRule="auto"/>
            </w:pPr>
            <w:r>
              <w:rPr>
                <w:color w:val="000000"/>
                <w:sz w:val="16"/>
              </w:rPr>
              <w:t>SLJ – poslušanje književnega besedila in predstavitev; LUM – osebni znak; ŠPO – varno gibanje po šoli; MAT – prostorski odnosi</w:t>
            </w:r>
          </w:p>
          <w:p w14:paraId="45332B85" w14:textId="77777777" w:rsidR="00302D64" w:rsidRDefault="00000000">
            <w:pPr>
              <w:spacing w:after="20" w:line="245" w:lineRule="auto"/>
            </w:pPr>
            <w:r>
              <w:rPr>
                <w:b/>
                <w:color w:val="000000"/>
              </w:rPr>
              <w:t>POUČEVANJE V GIBANJU</w:t>
            </w:r>
          </w:p>
          <w:p w14:paraId="5719711F"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6158A02" w14:textId="77777777" w:rsidR="00302D64" w:rsidRDefault="00000000">
            <w:pPr>
              <w:spacing w:after="20" w:line="245" w:lineRule="auto"/>
            </w:pPr>
            <w:r>
              <w:rPr>
                <w:b/>
                <w:color w:val="000000"/>
              </w:rPr>
              <w:t>UČENJE PO ŠTIRIH POSTAJAH</w:t>
            </w:r>
          </w:p>
          <w:p w14:paraId="035C16BE"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7EE12A59" w14:textId="77777777" w:rsidR="00302D64" w:rsidRDefault="00000000">
            <w:pPr>
              <w:spacing w:after="20" w:line="245" w:lineRule="auto"/>
            </w:pPr>
            <w:r>
              <w:rPr>
                <w:b/>
                <w:color w:val="000000"/>
              </w:rPr>
              <w:t>DIFERENCIACIJA IN VKLJUČEVANJE</w:t>
            </w:r>
          </w:p>
          <w:p w14:paraId="1F22826F" w14:textId="77777777" w:rsidR="00302D64" w:rsidRDefault="00000000">
            <w:pPr>
              <w:spacing w:after="60" w:line="245" w:lineRule="auto"/>
            </w:pPr>
            <w:r>
              <w:rPr>
                <w:color w:val="000000"/>
                <w:sz w:val="16"/>
              </w:rPr>
              <w:t>Učenec lahko odgovarja z izbiro slike, gesto ali besedo; pot je označena z barvnimi puščicami; naprednejši učenec razloži namen prostora ali predlaga novo pravilo.</w:t>
            </w:r>
          </w:p>
          <w:p w14:paraId="09F29799" w14:textId="77777777" w:rsidR="00302D64" w:rsidRDefault="00000000">
            <w:pPr>
              <w:spacing w:after="20" w:line="245" w:lineRule="auto"/>
            </w:pPr>
            <w:r>
              <w:rPr>
                <w:b/>
                <w:color w:val="000000"/>
              </w:rPr>
              <w:t>SPREMLJANJE</w:t>
            </w:r>
          </w:p>
          <w:p w14:paraId="3AAE6FB2"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0FFD27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0AEAE70" w14:textId="77777777">
              <w:trPr>
                <w:jc w:val="center"/>
              </w:trPr>
              <w:tc>
                <w:tcPr>
                  <w:tcW w:w="7087" w:type="dxa"/>
                  <w:shd w:val="clear" w:color="auto" w:fill="C6E7F3"/>
                  <w:tcMar>
                    <w:top w:w="45" w:type="dxa"/>
                    <w:left w:w="70" w:type="dxa"/>
                    <w:bottom w:w="45" w:type="dxa"/>
                    <w:right w:w="70" w:type="dxa"/>
                  </w:tcMar>
                </w:tcPr>
                <w:p w14:paraId="0139C7B2" w14:textId="77777777" w:rsidR="00302D64" w:rsidRDefault="00000000">
                  <w:pPr>
                    <w:keepNext/>
                  </w:pPr>
                  <w:r>
                    <w:t>GLAVNI DEL – IZKUŠENJSKO IN POSTAJNO UČENJE (3 šolske ure)</w:t>
                  </w:r>
                </w:p>
              </w:tc>
            </w:tr>
          </w:tbl>
          <w:p w14:paraId="6866D00F" w14:textId="77777777" w:rsidR="00302D64" w:rsidRDefault="00302D64">
            <w:pPr>
              <w:spacing w:line="20" w:lineRule="exact"/>
            </w:pPr>
          </w:p>
          <w:p w14:paraId="4B48BED4" w14:textId="77777777" w:rsidR="00302D64" w:rsidRDefault="00000000">
            <w:pPr>
              <w:keepNext/>
              <w:spacing w:before="60" w:after="20" w:line="245" w:lineRule="auto"/>
            </w:pPr>
            <w:r>
              <w:rPr>
                <w:b/>
                <w:color w:val="000000"/>
              </w:rPr>
              <w:t>1. URA – Raziskovalna pot po šoli</w:t>
            </w:r>
          </w:p>
          <w:p w14:paraId="40CDB869" w14:textId="77777777" w:rsidR="00302D64" w:rsidRDefault="00000000">
            <w:pPr>
              <w:spacing w:after="20" w:line="245" w:lineRule="auto"/>
            </w:pPr>
            <w:r>
              <w:rPr>
                <w:b/>
                <w:color w:val="000000"/>
                <w:sz w:val="16"/>
              </w:rPr>
              <w:t xml:space="preserve">Dejavnost učiteljice: </w:t>
            </w:r>
            <w:r>
              <w:rPr>
                <w:color w:val="000000"/>
                <w:sz w:val="16"/>
              </w:rPr>
              <w:t>Vodi ogled ključnih prostorov in oseb. Učence usmerja k opazovanju oznak, namena prostora in pravil gibanja.</w:t>
            </w:r>
          </w:p>
          <w:p w14:paraId="2F28757A" w14:textId="77777777" w:rsidR="00302D64" w:rsidRDefault="00000000">
            <w:pPr>
              <w:spacing w:after="20" w:line="245" w:lineRule="auto"/>
            </w:pPr>
            <w:r>
              <w:rPr>
                <w:b/>
                <w:color w:val="000000"/>
                <w:sz w:val="16"/>
              </w:rPr>
              <w:t xml:space="preserve">Dejavnost učencev: </w:t>
            </w:r>
            <w:r>
              <w:rPr>
                <w:color w:val="000000"/>
                <w:sz w:val="16"/>
              </w:rPr>
              <w:t>V paru sledijo slikovnim namigom, poimenujejo prostor ali osebo in pokažejo varno pot.</w:t>
            </w:r>
          </w:p>
          <w:p w14:paraId="3E2FA149" w14:textId="77777777" w:rsidR="00302D64" w:rsidRDefault="00000000">
            <w:pPr>
              <w:spacing w:after="40" w:line="245" w:lineRule="auto"/>
            </w:pPr>
            <w:r>
              <w:rPr>
                <w:i/>
                <w:color w:val="D95BC6"/>
                <w:sz w:val="16"/>
              </w:rPr>
              <w:t>Predvideni dokaz: slikovni zemljevid šole in ustna razlaga.</w:t>
            </w:r>
          </w:p>
          <w:p w14:paraId="444B50CD" w14:textId="77777777" w:rsidR="00302D64" w:rsidRDefault="00000000">
            <w:pPr>
              <w:keepNext/>
              <w:spacing w:before="60" w:after="20" w:line="245" w:lineRule="auto"/>
            </w:pPr>
            <w:r>
              <w:rPr>
                <w:b/>
                <w:color w:val="000000"/>
              </w:rPr>
              <w:t>2. URA – Naš varen razred</w:t>
            </w:r>
          </w:p>
          <w:p w14:paraId="186795CD" w14:textId="77777777" w:rsidR="00302D64" w:rsidRDefault="00000000">
            <w:pPr>
              <w:spacing w:after="20" w:line="245" w:lineRule="auto"/>
            </w:pPr>
            <w:r>
              <w:rPr>
                <w:b/>
                <w:color w:val="000000"/>
                <w:sz w:val="16"/>
              </w:rPr>
              <w:t xml:space="preserve">Dejavnost učiteljice: </w:t>
            </w:r>
            <w:r>
              <w:rPr>
                <w:color w:val="000000"/>
                <w:sz w:val="16"/>
              </w:rPr>
              <w:t>Ponudi slikovne situacije. Z učenci razvrsti varno/nevarno ter oblikuje tri do pet pozitivno zapisanih pravil.</w:t>
            </w:r>
          </w:p>
          <w:p w14:paraId="58EA9E55" w14:textId="77777777" w:rsidR="00302D64" w:rsidRDefault="00000000">
            <w:pPr>
              <w:spacing w:after="20" w:line="245" w:lineRule="auto"/>
            </w:pPr>
            <w:r>
              <w:rPr>
                <w:b/>
                <w:color w:val="000000"/>
                <w:sz w:val="16"/>
              </w:rPr>
              <w:t xml:space="preserve">Dejavnost učencev: </w:t>
            </w:r>
            <w:r>
              <w:rPr>
                <w:color w:val="000000"/>
                <w:sz w:val="16"/>
              </w:rPr>
              <w:t>Utemeljijo izbiro, odigrajo primer in s simbolom potrdijo skupni dogovor.</w:t>
            </w:r>
          </w:p>
          <w:p w14:paraId="3BC8F9F2" w14:textId="77777777" w:rsidR="00302D64" w:rsidRDefault="00000000">
            <w:pPr>
              <w:spacing w:after="40" w:line="245" w:lineRule="auto"/>
            </w:pPr>
            <w:r>
              <w:rPr>
                <w:i/>
                <w:color w:val="D95BC6"/>
                <w:sz w:val="16"/>
              </w:rPr>
              <w:t>Predvideni dokaz: razredni plakat pravil in praktična izvedba.</w:t>
            </w:r>
          </w:p>
          <w:p w14:paraId="2829954D" w14:textId="77777777" w:rsidR="00302D64" w:rsidRDefault="00000000">
            <w:pPr>
              <w:keepNext/>
              <w:spacing w:before="60" w:after="20" w:line="245" w:lineRule="auto"/>
            </w:pPr>
            <w:r>
              <w:rPr>
                <w:b/>
                <w:color w:val="000000"/>
              </w:rPr>
              <w:t>3. URA – Jaz, moje počutje in moje stvari</w:t>
            </w:r>
          </w:p>
          <w:p w14:paraId="5E518363" w14:textId="77777777" w:rsidR="00302D64" w:rsidRDefault="00000000">
            <w:pPr>
              <w:spacing w:after="20" w:line="245" w:lineRule="auto"/>
            </w:pPr>
            <w:r>
              <w:rPr>
                <w:b/>
                <w:color w:val="000000"/>
                <w:sz w:val="16"/>
              </w:rPr>
              <w:t xml:space="preserve">Dejavnost učiteljice: </w:t>
            </w:r>
            <w:r>
              <w:rPr>
                <w:color w:val="000000"/>
                <w:sz w:val="16"/>
              </w:rPr>
              <w:t>Modelira predstavitev z imenom in kartico počutja ter organiziranje osebnega prostora.</w:t>
            </w:r>
          </w:p>
          <w:p w14:paraId="782A53B0" w14:textId="77777777" w:rsidR="00302D64" w:rsidRDefault="00000000">
            <w:pPr>
              <w:spacing w:after="20" w:line="245" w:lineRule="auto"/>
            </w:pPr>
            <w:r>
              <w:rPr>
                <w:b/>
                <w:color w:val="000000"/>
                <w:sz w:val="16"/>
              </w:rPr>
              <w:t xml:space="preserve">Dejavnost učencev: </w:t>
            </w:r>
            <w:r>
              <w:rPr>
                <w:color w:val="000000"/>
                <w:sz w:val="16"/>
              </w:rPr>
              <w:t>Se predstavijo, izberejo kartico počutja, narišejo svoj znak in uredijo potrebščine.</w:t>
            </w:r>
          </w:p>
          <w:p w14:paraId="0AD98844" w14:textId="77777777" w:rsidR="00302D64" w:rsidRDefault="00000000">
            <w:pPr>
              <w:spacing w:after="40" w:line="245" w:lineRule="auto"/>
            </w:pPr>
            <w:r>
              <w:rPr>
                <w:i/>
                <w:color w:val="D95BC6"/>
                <w:sz w:val="16"/>
              </w:rPr>
              <w:t>Predvideni dokaz: osebni znak, kartica počutja in urejen prostor.</w:t>
            </w:r>
          </w:p>
          <w:tbl>
            <w:tblPr>
              <w:tblStyle w:val="Tabelamrea"/>
              <w:tblW w:w="0" w:type="auto"/>
              <w:jc w:val="center"/>
              <w:tblLayout w:type="fixed"/>
              <w:tblLook w:val="04A0" w:firstRow="1" w:lastRow="0" w:firstColumn="1" w:lastColumn="0" w:noHBand="0" w:noVBand="1"/>
            </w:tblPr>
            <w:tblGrid>
              <w:gridCol w:w="7087"/>
            </w:tblGrid>
            <w:tr w:rsidR="00302D64" w14:paraId="7167303D" w14:textId="77777777">
              <w:trPr>
                <w:jc w:val="center"/>
              </w:trPr>
              <w:tc>
                <w:tcPr>
                  <w:tcW w:w="7087" w:type="dxa"/>
                  <w:shd w:val="clear" w:color="auto" w:fill="EDC9EA"/>
                  <w:tcMar>
                    <w:top w:w="45" w:type="dxa"/>
                    <w:left w:w="70" w:type="dxa"/>
                    <w:bottom w:w="45" w:type="dxa"/>
                    <w:right w:w="70" w:type="dxa"/>
                  </w:tcMar>
                </w:tcPr>
                <w:p w14:paraId="564D5FF5" w14:textId="77777777" w:rsidR="00302D64" w:rsidRDefault="00000000">
                  <w:pPr>
                    <w:keepNext/>
                  </w:pPr>
                  <w:r>
                    <w:rPr>
                      <w:b/>
                      <w:color w:val="000000"/>
                    </w:rPr>
                    <w:t>UČENJE PO ŠTIRIH POSTAJAH (6–8 min na postajo)</w:t>
                  </w:r>
                </w:p>
              </w:tc>
            </w:tr>
          </w:tbl>
          <w:p w14:paraId="1EB28621"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41D05E1B" w14:textId="77777777" w:rsidR="00302D64" w:rsidRDefault="00000000">
            <w:pPr>
              <w:spacing w:after="20" w:line="245" w:lineRule="auto"/>
            </w:pPr>
            <w:r>
              <w:rPr>
                <w:b/>
                <w:color w:val="000000"/>
                <w:sz w:val="16"/>
              </w:rPr>
              <w:t xml:space="preserve">RAZISKOVALNA POSTAJA – Raziskovalna pot po šoli: </w:t>
            </w:r>
            <w:r>
              <w:rPr>
                <w:color w:val="000000"/>
                <w:sz w:val="16"/>
              </w:rPr>
              <w:t>V paru sledijo slikovnim namigom, poimenujejo prostor ali osebo in pokažejo varno pot.</w:t>
            </w:r>
          </w:p>
          <w:p w14:paraId="71B6FB89" w14:textId="77777777" w:rsidR="00302D64" w:rsidRDefault="00000000">
            <w:pPr>
              <w:spacing w:after="20" w:line="245" w:lineRule="auto"/>
            </w:pPr>
            <w:r>
              <w:rPr>
                <w:b/>
                <w:color w:val="000000"/>
                <w:sz w:val="16"/>
              </w:rPr>
              <w:t xml:space="preserve">PRAKTIČNA POSTAJA – Naš varen razred: </w:t>
            </w:r>
            <w:r>
              <w:rPr>
                <w:color w:val="000000"/>
                <w:sz w:val="16"/>
              </w:rPr>
              <w:t>Utemeljijo izbiro, odigrajo primer in s simbolom potrdijo skupni dogovor.</w:t>
            </w:r>
          </w:p>
          <w:p w14:paraId="13DCACC9" w14:textId="77777777" w:rsidR="00302D64" w:rsidRDefault="00000000">
            <w:pPr>
              <w:spacing w:after="20" w:line="245" w:lineRule="auto"/>
            </w:pPr>
            <w:r>
              <w:rPr>
                <w:b/>
                <w:color w:val="000000"/>
                <w:sz w:val="16"/>
              </w:rPr>
              <w:t xml:space="preserve">GIBALNO-SODELOVALNA POSTAJA – Jaz, moje počutje in moje stvari: </w:t>
            </w:r>
            <w:r>
              <w:rPr>
                <w:color w:val="000000"/>
                <w:sz w:val="16"/>
              </w:rPr>
              <w:t>Se predstavijo, izberejo kartico počutja, narišejo svoj znak in uredijo potrebščine.</w:t>
            </w:r>
          </w:p>
          <w:p w14:paraId="13DD51CC" w14:textId="77777777" w:rsidR="00302D64" w:rsidRDefault="00000000">
            <w:pPr>
              <w:spacing w:after="20" w:line="245" w:lineRule="auto"/>
            </w:pPr>
            <w:r>
              <w:rPr>
                <w:b/>
                <w:color w:val="000000"/>
                <w:sz w:val="16"/>
              </w:rPr>
              <w:t xml:space="preserve">POSTAJA DOKAZA IN REFLEKSIJE: </w:t>
            </w:r>
            <w:r>
              <w:rPr>
                <w:color w:val="000000"/>
                <w:sz w:val="16"/>
              </w:rPr>
              <w:t>Izberejo en dokaz (slikovni zemljevid šole in ustna razlaga, razredni plakat pravil in praktična izvedba),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516624C7" w14:textId="77777777">
              <w:trPr>
                <w:jc w:val="center"/>
              </w:trPr>
              <w:tc>
                <w:tcPr>
                  <w:tcW w:w="7087" w:type="dxa"/>
                  <w:shd w:val="clear" w:color="auto" w:fill="EDC9EA"/>
                  <w:tcMar>
                    <w:top w:w="45" w:type="dxa"/>
                    <w:left w:w="70" w:type="dxa"/>
                    <w:bottom w:w="45" w:type="dxa"/>
                    <w:right w:w="70" w:type="dxa"/>
                  </w:tcMar>
                </w:tcPr>
                <w:p w14:paraId="2C97AA1F" w14:textId="77777777" w:rsidR="00302D64" w:rsidRDefault="00000000">
                  <w:pPr>
                    <w:keepNext/>
                  </w:pPr>
                  <w:r>
                    <w:rPr>
                      <w:b/>
                      <w:color w:val="000000"/>
                    </w:rPr>
                    <w:t>POVRATNA INFORMACIJA UČITELJICE MED DELOM</w:t>
                  </w:r>
                </w:p>
              </w:tc>
            </w:tr>
          </w:tbl>
          <w:p w14:paraId="569DC500" w14:textId="77777777" w:rsidR="00302D64" w:rsidRDefault="00302D64"/>
          <w:p w14:paraId="7D9B819D"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51C86476" w14:textId="77777777" w:rsidR="00302D64" w:rsidRDefault="00302D64"/>
          <w:p w14:paraId="0FC2E999" w14:textId="77777777" w:rsidR="00302D64" w:rsidRDefault="00000000">
            <w:pPr>
              <w:spacing w:after="20" w:line="245" w:lineRule="auto"/>
            </w:pPr>
            <w:r>
              <w:rPr>
                <w:b/>
                <w:color w:val="000000"/>
                <w:sz w:val="17"/>
              </w:rPr>
              <w:t>1. URA</w:t>
            </w:r>
          </w:p>
          <w:p w14:paraId="4388472F" w14:textId="77777777" w:rsidR="00302D64" w:rsidRDefault="00000000">
            <w:pPr>
              <w:spacing w:after="40" w:line="245" w:lineRule="auto"/>
            </w:pPr>
            <w:r>
              <w:rPr>
                <w:color w:val="000000"/>
                <w:sz w:val="16"/>
              </w:rPr>
              <w:t>V paru sledijo slikovnim namigom, poimenujejo prostor ali osebo in pokažejo varno pot.</w:t>
            </w:r>
          </w:p>
          <w:p w14:paraId="5E1F9D2E" w14:textId="77777777" w:rsidR="00302D64" w:rsidRDefault="00000000">
            <w:pPr>
              <w:spacing w:line="245" w:lineRule="auto"/>
            </w:pPr>
            <w:r>
              <w:rPr>
                <w:b/>
                <w:color w:val="D95BC6"/>
                <w:sz w:val="16"/>
              </w:rPr>
              <w:t>DOKAZ</w:t>
            </w:r>
          </w:p>
          <w:p w14:paraId="7DDDD602" w14:textId="77777777" w:rsidR="00302D64" w:rsidRDefault="00000000">
            <w:pPr>
              <w:spacing w:after="60" w:line="245" w:lineRule="auto"/>
            </w:pPr>
            <w:r>
              <w:rPr>
                <w:color w:val="D95BC6"/>
                <w:sz w:val="16"/>
              </w:rPr>
              <w:t>slikovni zemljevid šole in ustna razlaga</w:t>
            </w:r>
          </w:p>
          <w:p w14:paraId="426804EF" w14:textId="77777777" w:rsidR="00302D64" w:rsidRDefault="00000000">
            <w:pPr>
              <w:spacing w:after="20" w:line="245" w:lineRule="auto"/>
            </w:pPr>
            <w:r>
              <w:rPr>
                <w:b/>
                <w:color w:val="000000"/>
                <w:sz w:val="17"/>
              </w:rPr>
              <w:t>2. URA</w:t>
            </w:r>
          </w:p>
          <w:p w14:paraId="2B92288E" w14:textId="77777777" w:rsidR="00302D64" w:rsidRDefault="00000000">
            <w:pPr>
              <w:spacing w:after="40" w:line="245" w:lineRule="auto"/>
            </w:pPr>
            <w:r>
              <w:rPr>
                <w:color w:val="000000"/>
                <w:sz w:val="16"/>
              </w:rPr>
              <w:t>Utemeljijo izbiro, odigrajo primer in s simbolom potrdijo skupni dogovor.</w:t>
            </w:r>
          </w:p>
          <w:p w14:paraId="212AA05C" w14:textId="77777777" w:rsidR="00302D64" w:rsidRDefault="00000000">
            <w:pPr>
              <w:spacing w:line="245" w:lineRule="auto"/>
            </w:pPr>
            <w:r>
              <w:rPr>
                <w:b/>
                <w:color w:val="D95BC6"/>
                <w:sz w:val="16"/>
              </w:rPr>
              <w:t>DOKAZ</w:t>
            </w:r>
          </w:p>
          <w:p w14:paraId="7B56BBEA" w14:textId="77777777" w:rsidR="00302D64" w:rsidRDefault="00000000">
            <w:pPr>
              <w:spacing w:after="60" w:line="245" w:lineRule="auto"/>
            </w:pPr>
            <w:r>
              <w:rPr>
                <w:color w:val="D95BC6"/>
                <w:sz w:val="16"/>
              </w:rPr>
              <w:t>razredni plakat pravil in praktična izvedba</w:t>
            </w:r>
          </w:p>
          <w:p w14:paraId="4973FFAF" w14:textId="77777777" w:rsidR="00302D64" w:rsidRDefault="00000000">
            <w:pPr>
              <w:spacing w:after="20" w:line="245" w:lineRule="auto"/>
            </w:pPr>
            <w:r>
              <w:rPr>
                <w:b/>
                <w:color w:val="000000"/>
                <w:sz w:val="17"/>
              </w:rPr>
              <w:t>3. URA</w:t>
            </w:r>
          </w:p>
          <w:p w14:paraId="0224CA33" w14:textId="77777777" w:rsidR="00302D64" w:rsidRDefault="00000000">
            <w:pPr>
              <w:spacing w:after="40" w:line="245" w:lineRule="auto"/>
            </w:pPr>
            <w:r>
              <w:rPr>
                <w:color w:val="000000"/>
                <w:sz w:val="16"/>
              </w:rPr>
              <w:t>Se predstavijo, izberejo kartico počutja, narišejo svoj znak in uredijo potrebščine.</w:t>
            </w:r>
          </w:p>
          <w:p w14:paraId="586DB009" w14:textId="77777777" w:rsidR="00302D64" w:rsidRDefault="00000000">
            <w:pPr>
              <w:spacing w:line="245" w:lineRule="auto"/>
            </w:pPr>
            <w:r>
              <w:rPr>
                <w:b/>
                <w:color w:val="D95BC6"/>
                <w:sz w:val="16"/>
              </w:rPr>
              <w:t>DOKAZ</w:t>
            </w:r>
          </w:p>
          <w:p w14:paraId="03073B3E" w14:textId="77777777" w:rsidR="00302D64" w:rsidRDefault="00000000">
            <w:pPr>
              <w:spacing w:after="60" w:line="245" w:lineRule="auto"/>
            </w:pPr>
            <w:r>
              <w:rPr>
                <w:color w:val="D95BC6"/>
                <w:sz w:val="16"/>
              </w:rPr>
              <w:t>osebni znak, kartica počutja in urejen prostor</w:t>
            </w:r>
          </w:p>
        </w:tc>
      </w:tr>
    </w:tbl>
    <w:p w14:paraId="714272F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3BB708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D40BFE0"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80DC7EB" w14:textId="77777777" w:rsidR="00302D64" w:rsidRDefault="00000000">
            <w:pPr>
              <w:jc w:val="center"/>
            </w:pPr>
            <w:r>
              <w:rPr>
                <w:b/>
                <w:color w:val="000000"/>
                <w:sz w:val="20"/>
              </w:rPr>
              <w:t>UČNE DEJAVNOSTI, METODE IN FORMATIVNO SPREMLJANJE</w:t>
            </w:r>
          </w:p>
        </w:tc>
      </w:tr>
      <w:tr w:rsidR="00302D64" w14:paraId="64684DC8" w14:textId="77777777">
        <w:trPr>
          <w:tblHeader/>
          <w:jc w:val="center"/>
        </w:trPr>
        <w:tc>
          <w:tcPr>
            <w:tcW w:w="4422" w:type="dxa"/>
            <w:vMerge/>
            <w:tcMar>
              <w:top w:w="70" w:type="dxa"/>
              <w:left w:w="90" w:type="dxa"/>
              <w:bottom w:w="70" w:type="dxa"/>
              <w:right w:w="90" w:type="dxa"/>
            </w:tcMar>
            <w:vAlign w:val="center"/>
          </w:tcPr>
          <w:p w14:paraId="68D8523D" w14:textId="77777777" w:rsidR="00302D64" w:rsidRDefault="00302D64"/>
        </w:tc>
        <w:tc>
          <w:tcPr>
            <w:tcW w:w="7087" w:type="dxa"/>
            <w:shd w:val="clear" w:color="auto" w:fill="FFFFFF"/>
            <w:tcMar>
              <w:top w:w="70" w:type="dxa"/>
              <w:left w:w="90" w:type="dxa"/>
              <w:bottom w:w="70" w:type="dxa"/>
              <w:right w:w="90" w:type="dxa"/>
            </w:tcMar>
            <w:vAlign w:val="center"/>
          </w:tcPr>
          <w:p w14:paraId="4DD7E9A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F2B1F9A" w14:textId="77777777" w:rsidR="00302D64" w:rsidRDefault="00000000">
            <w:pPr>
              <w:jc w:val="center"/>
            </w:pPr>
            <w:r>
              <w:rPr>
                <w:b/>
                <w:color w:val="000000"/>
              </w:rPr>
              <w:t>UČENEC</w:t>
            </w:r>
          </w:p>
        </w:tc>
      </w:tr>
      <w:tr w:rsidR="00302D64" w14:paraId="706E5C0C" w14:textId="77777777">
        <w:trPr>
          <w:jc w:val="center"/>
        </w:trPr>
        <w:tc>
          <w:tcPr>
            <w:tcW w:w="4422" w:type="dxa"/>
            <w:tcMar>
              <w:top w:w="70" w:type="dxa"/>
              <w:left w:w="90" w:type="dxa"/>
              <w:bottom w:w="70" w:type="dxa"/>
              <w:right w:w="90" w:type="dxa"/>
            </w:tcMar>
          </w:tcPr>
          <w:p w14:paraId="107CCECC" w14:textId="77777777" w:rsidR="00302D64" w:rsidRDefault="00302D64"/>
          <w:p w14:paraId="1F16131F" w14:textId="77777777" w:rsidR="00302D64" w:rsidRDefault="00000000">
            <w:pPr>
              <w:spacing w:after="40" w:line="245" w:lineRule="auto"/>
            </w:pPr>
            <w:r>
              <w:rPr>
                <w:b/>
                <w:color w:val="000000"/>
              </w:rPr>
              <w:t>FORMATIVNO SPREMLJANJE</w:t>
            </w:r>
          </w:p>
          <w:p w14:paraId="2CE849C8" w14:textId="77777777" w:rsidR="00302D64" w:rsidRDefault="00000000">
            <w:pPr>
              <w:pStyle w:val="Oznaenseznam"/>
              <w:spacing w:after="16"/>
            </w:pPr>
            <w:r>
              <w:rPr>
                <w:color w:val="000000"/>
                <w:sz w:val="16"/>
              </w:rPr>
              <w:t>predznanje: začetni odgovor, razvrstitev ali prikaz</w:t>
            </w:r>
          </w:p>
          <w:p w14:paraId="66633600" w14:textId="77777777" w:rsidR="00302D64" w:rsidRDefault="00000000">
            <w:pPr>
              <w:pStyle w:val="Oznaenseznam"/>
              <w:spacing w:after="16"/>
            </w:pPr>
            <w:r>
              <w:rPr>
                <w:color w:val="000000"/>
                <w:sz w:val="16"/>
              </w:rPr>
              <w:t>dokazi med učenjem: izvedba, skica, model, opazovalni zapis ali razlaga</w:t>
            </w:r>
          </w:p>
          <w:p w14:paraId="071B8E9F" w14:textId="77777777" w:rsidR="00302D64" w:rsidRDefault="00000000">
            <w:pPr>
              <w:pStyle w:val="Oznaenseznam"/>
              <w:spacing w:after="16"/>
            </w:pPr>
            <w:r>
              <w:rPr>
                <w:color w:val="000000"/>
                <w:sz w:val="16"/>
              </w:rPr>
              <w:t>povratna informacija: konkretna, vezana na kriterij in usmerjena v naslednji korak</w:t>
            </w:r>
          </w:p>
          <w:p w14:paraId="473B1D76" w14:textId="77777777" w:rsidR="00302D64" w:rsidRDefault="00000000">
            <w:pPr>
              <w:pStyle w:val="Oznaenseznam"/>
              <w:spacing w:after="16"/>
            </w:pPr>
            <w:r>
              <w:rPr>
                <w:color w:val="000000"/>
                <w:sz w:val="16"/>
              </w:rPr>
              <w:t>samovrednotenje: semafor, prsti, izbrani simbol ali kratka poved</w:t>
            </w:r>
          </w:p>
          <w:p w14:paraId="41E61E72" w14:textId="77777777" w:rsidR="00302D64" w:rsidRDefault="00000000">
            <w:pPr>
              <w:spacing w:before="40" w:after="20" w:line="245" w:lineRule="auto"/>
            </w:pPr>
            <w:r>
              <w:rPr>
                <w:b/>
                <w:color w:val="000000"/>
              </w:rPr>
              <w:t>VARNOST IN ODGOVORNOST</w:t>
            </w:r>
          </w:p>
          <w:p w14:paraId="342AC871" w14:textId="77777777" w:rsidR="00302D64" w:rsidRDefault="00000000">
            <w:pPr>
              <w:spacing w:after="60" w:line="245" w:lineRule="auto"/>
            </w:pPr>
            <w:r>
              <w:rPr>
                <w:color w:val="000000"/>
                <w:sz w:val="16"/>
              </w:rPr>
              <w:t>Upošteva dogovorjena pravila varnega, spoštljivega in odgovornega dela.</w:t>
            </w:r>
          </w:p>
          <w:p w14:paraId="68586666" w14:textId="77777777" w:rsidR="00302D64" w:rsidRDefault="00000000">
            <w:pPr>
              <w:spacing w:after="20" w:line="245" w:lineRule="auto"/>
            </w:pPr>
            <w:r>
              <w:rPr>
                <w:b/>
                <w:color w:val="000000"/>
              </w:rPr>
              <w:t>EVIDENCA PO IZVEDBI</w:t>
            </w:r>
          </w:p>
          <w:p w14:paraId="225D3E9C"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6E379B32"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47E6D2E" w14:textId="77777777">
              <w:trPr>
                <w:jc w:val="center"/>
              </w:trPr>
              <w:tc>
                <w:tcPr>
                  <w:tcW w:w="7087" w:type="dxa"/>
                  <w:shd w:val="clear" w:color="auto" w:fill="EDC9EA"/>
                  <w:tcMar>
                    <w:top w:w="45" w:type="dxa"/>
                    <w:left w:w="70" w:type="dxa"/>
                    <w:bottom w:w="45" w:type="dxa"/>
                    <w:right w:w="70" w:type="dxa"/>
                  </w:tcMar>
                </w:tcPr>
                <w:p w14:paraId="6649B3AA" w14:textId="77777777" w:rsidR="00302D64" w:rsidRDefault="00000000">
                  <w:pPr>
                    <w:keepNext/>
                  </w:pPr>
                  <w:r>
                    <w:rPr>
                      <w:b/>
                      <w:color w:val="000000"/>
                    </w:rPr>
                    <w:t>VPRAŠANJA V PODPORO UČENJU</w:t>
                  </w:r>
                </w:p>
              </w:tc>
            </w:tr>
          </w:tbl>
          <w:p w14:paraId="712F512E" w14:textId="77777777" w:rsidR="00302D64" w:rsidRDefault="00302D64">
            <w:pPr>
              <w:spacing w:line="20" w:lineRule="exact"/>
            </w:pPr>
          </w:p>
          <w:p w14:paraId="3F4A38E3" w14:textId="77777777" w:rsidR="00302D64" w:rsidRDefault="00000000">
            <w:pPr>
              <w:pStyle w:val="Oznaenseznam"/>
              <w:spacing w:after="16"/>
            </w:pPr>
            <w:r>
              <w:rPr>
                <w:color w:val="000000"/>
                <w:sz w:val="16"/>
              </w:rPr>
              <w:t>Kaj si opazil/-a in kateri dokaz to pokaže?</w:t>
            </w:r>
          </w:p>
          <w:p w14:paraId="1D753AF4" w14:textId="77777777" w:rsidR="00302D64" w:rsidRDefault="00000000">
            <w:pPr>
              <w:pStyle w:val="Oznaenseznam"/>
              <w:spacing w:after="16"/>
            </w:pPr>
            <w:r>
              <w:rPr>
                <w:color w:val="000000"/>
                <w:sz w:val="16"/>
              </w:rPr>
              <w:t>Kako si prišel/-la do svoje odločitve?</w:t>
            </w:r>
          </w:p>
          <w:p w14:paraId="356357FE" w14:textId="77777777" w:rsidR="00302D64" w:rsidRDefault="00000000">
            <w:pPr>
              <w:pStyle w:val="Oznaenseznam"/>
              <w:spacing w:after="16"/>
            </w:pPr>
            <w:r>
              <w:rPr>
                <w:color w:val="000000"/>
                <w:sz w:val="16"/>
              </w:rPr>
              <w:t>Kaj si pri ponovnem poskusu ohranil/-a enako in kaj spremenil/-a?</w:t>
            </w:r>
          </w:p>
          <w:p w14:paraId="3F336B56" w14:textId="77777777" w:rsidR="00302D64" w:rsidRDefault="00000000">
            <w:pPr>
              <w:pStyle w:val="Oznaenseznam"/>
              <w:spacing w:after="16"/>
            </w:pPr>
            <w:r>
              <w:rPr>
                <w:color w:val="000000"/>
                <w:sz w:val="16"/>
              </w:rPr>
              <w:t>Kateri kriterij že dosegaš? Kaj bo tvoj naslednji korak?</w:t>
            </w:r>
          </w:p>
          <w:p w14:paraId="32A9A7B2"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7688B769" w14:textId="77777777">
              <w:trPr>
                <w:jc w:val="center"/>
              </w:trPr>
              <w:tc>
                <w:tcPr>
                  <w:tcW w:w="7087" w:type="dxa"/>
                  <w:shd w:val="clear" w:color="auto" w:fill="C6E7F3"/>
                  <w:tcMar>
                    <w:top w:w="45" w:type="dxa"/>
                    <w:left w:w="70" w:type="dxa"/>
                    <w:bottom w:w="45" w:type="dxa"/>
                    <w:right w:w="70" w:type="dxa"/>
                  </w:tcMar>
                </w:tcPr>
                <w:p w14:paraId="31932F42" w14:textId="77777777" w:rsidR="00302D64" w:rsidRDefault="00000000">
                  <w:pPr>
                    <w:keepNext/>
                  </w:pPr>
                  <w:r>
                    <w:rPr>
                      <w:b/>
                      <w:color w:val="000000"/>
                    </w:rPr>
                    <w:t>ZAKLJUČNI DEL – UTRJEVANJE IN REFLEKSIJA (10–15 min)</w:t>
                  </w:r>
                </w:p>
              </w:tc>
            </w:tr>
          </w:tbl>
          <w:p w14:paraId="75F13F70" w14:textId="77777777" w:rsidR="00302D64" w:rsidRDefault="00302D64">
            <w:pPr>
              <w:spacing w:line="20" w:lineRule="exact"/>
            </w:pPr>
          </w:p>
          <w:p w14:paraId="431B951D"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3F6F800" w14:textId="77777777">
              <w:trPr>
                <w:jc w:val="center"/>
              </w:trPr>
              <w:tc>
                <w:tcPr>
                  <w:tcW w:w="7087" w:type="dxa"/>
                  <w:shd w:val="clear" w:color="auto" w:fill="EDC9EA"/>
                  <w:tcMar>
                    <w:top w:w="45" w:type="dxa"/>
                    <w:left w:w="70" w:type="dxa"/>
                    <w:bottom w:w="45" w:type="dxa"/>
                    <w:right w:w="70" w:type="dxa"/>
                  </w:tcMar>
                </w:tcPr>
                <w:p w14:paraId="143442E5" w14:textId="77777777" w:rsidR="00302D64" w:rsidRDefault="00000000">
                  <w:pPr>
                    <w:keepNext/>
                  </w:pPr>
                  <w:r>
                    <w:rPr>
                      <w:b/>
                      <w:color w:val="000000"/>
                    </w:rPr>
                    <w:t>SAMOVREDNOTENJE</w:t>
                  </w:r>
                </w:p>
              </w:tc>
            </w:tr>
          </w:tbl>
          <w:p w14:paraId="2494E34E" w14:textId="77777777" w:rsidR="00302D64" w:rsidRDefault="00302D64">
            <w:pPr>
              <w:spacing w:line="20" w:lineRule="exact"/>
            </w:pPr>
          </w:p>
          <w:p w14:paraId="7EE0EFD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52662589" w14:textId="77777777">
              <w:trPr>
                <w:jc w:val="center"/>
              </w:trPr>
              <w:tc>
                <w:tcPr>
                  <w:tcW w:w="7087" w:type="dxa"/>
                  <w:shd w:val="clear" w:color="auto" w:fill="EDC9EA"/>
                  <w:tcMar>
                    <w:top w:w="45" w:type="dxa"/>
                    <w:left w:w="70" w:type="dxa"/>
                    <w:bottom w:w="45" w:type="dxa"/>
                    <w:right w:w="70" w:type="dxa"/>
                  </w:tcMar>
                </w:tcPr>
                <w:p w14:paraId="165EEAE6" w14:textId="77777777" w:rsidR="00302D64" w:rsidRDefault="00000000">
                  <w:pPr>
                    <w:keepNext/>
                  </w:pPr>
                  <w:r>
                    <w:rPr>
                      <w:b/>
                      <w:color w:val="000000"/>
                    </w:rPr>
                    <w:t>VRSTNIŠKO VREDNOTENJE</w:t>
                  </w:r>
                </w:p>
              </w:tc>
            </w:tr>
          </w:tbl>
          <w:p w14:paraId="33BAEA83" w14:textId="77777777" w:rsidR="00302D64" w:rsidRDefault="00302D64">
            <w:pPr>
              <w:spacing w:line="20" w:lineRule="exact"/>
            </w:pPr>
          </w:p>
          <w:p w14:paraId="24C37317"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50092954" w14:textId="77777777">
              <w:trPr>
                <w:jc w:val="center"/>
              </w:trPr>
              <w:tc>
                <w:tcPr>
                  <w:tcW w:w="7087" w:type="dxa"/>
                  <w:shd w:val="clear" w:color="auto" w:fill="EDC9EA"/>
                  <w:tcMar>
                    <w:top w:w="45" w:type="dxa"/>
                    <w:left w:w="70" w:type="dxa"/>
                    <w:bottom w:w="45" w:type="dxa"/>
                    <w:right w:w="70" w:type="dxa"/>
                  </w:tcMar>
                </w:tcPr>
                <w:p w14:paraId="7923087A" w14:textId="77777777" w:rsidR="00302D64" w:rsidRDefault="00000000">
                  <w:pPr>
                    <w:keepNext/>
                  </w:pPr>
                  <w:r>
                    <w:rPr>
                      <w:b/>
                      <w:color w:val="000000"/>
                    </w:rPr>
                    <w:t>SKUPNI POVZETEK</w:t>
                  </w:r>
                </w:p>
              </w:tc>
            </w:tr>
          </w:tbl>
          <w:p w14:paraId="0A8362D8" w14:textId="77777777" w:rsidR="00302D64" w:rsidRDefault="00302D64"/>
          <w:p w14:paraId="6D73BE73" w14:textId="77777777" w:rsidR="00302D64" w:rsidRDefault="00000000">
            <w:pPr>
              <w:spacing w:before="20" w:after="40" w:line="245" w:lineRule="auto"/>
            </w:pPr>
            <w:r>
              <w:rPr>
                <w:b/>
                <w:color w:val="000000"/>
                <w:sz w:val="17"/>
              </w:rPr>
              <w:t>V šoli poznam pomembne osebe in prostore. S svojim ravnanjem prispevam k varnemu in prijaznemu razredu.</w:t>
            </w:r>
          </w:p>
        </w:tc>
        <w:tc>
          <w:tcPr>
            <w:tcW w:w="2551" w:type="dxa"/>
            <w:tcMar>
              <w:top w:w="70" w:type="dxa"/>
              <w:left w:w="90" w:type="dxa"/>
              <w:bottom w:w="70" w:type="dxa"/>
              <w:right w:w="90" w:type="dxa"/>
            </w:tcMar>
          </w:tcPr>
          <w:p w14:paraId="0C5E34A5" w14:textId="77777777" w:rsidR="00302D64" w:rsidRDefault="00302D64"/>
          <w:p w14:paraId="151662F4" w14:textId="77777777" w:rsidR="00302D64" w:rsidRDefault="00000000">
            <w:pPr>
              <w:spacing w:after="100" w:line="245" w:lineRule="auto"/>
            </w:pPr>
            <w:r>
              <w:rPr>
                <w:color w:val="000000"/>
                <w:sz w:val="16"/>
              </w:rPr>
              <w:t>Odgovarja na podporna vprašanja in se sklicuje na svoj dokaz.</w:t>
            </w:r>
          </w:p>
          <w:p w14:paraId="16DEE949" w14:textId="77777777" w:rsidR="00302D64" w:rsidRDefault="00000000">
            <w:pPr>
              <w:spacing w:after="100" w:line="245" w:lineRule="auto"/>
            </w:pPr>
            <w:r>
              <w:rPr>
                <w:color w:val="000000"/>
                <w:sz w:val="16"/>
              </w:rPr>
              <w:t>Primerja začetno zamisel z ugotovitvijo ter pove ali pokaže, kaj se je naučil/-a.</w:t>
            </w:r>
          </w:p>
          <w:p w14:paraId="00A8434E" w14:textId="77777777" w:rsidR="00302D64" w:rsidRDefault="00000000">
            <w:pPr>
              <w:spacing w:after="100" w:line="245" w:lineRule="auto"/>
            </w:pPr>
            <w:r>
              <w:rPr>
                <w:color w:val="000000"/>
                <w:sz w:val="16"/>
              </w:rPr>
              <w:t>Izbere raven doseganja in določi naslednji korak.</w:t>
            </w:r>
          </w:p>
          <w:p w14:paraId="522ABA23" w14:textId="77777777" w:rsidR="00302D64" w:rsidRDefault="00000000">
            <w:pPr>
              <w:spacing w:after="100" w:line="245" w:lineRule="auto"/>
            </w:pPr>
            <w:r>
              <w:rPr>
                <w:color w:val="000000"/>
                <w:sz w:val="16"/>
              </w:rPr>
              <w:t>Sošolcu poda prijazen, konkreten odziv.</w:t>
            </w:r>
          </w:p>
          <w:p w14:paraId="4C33B066" w14:textId="77777777" w:rsidR="00302D64" w:rsidRDefault="00000000">
            <w:pPr>
              <w:spacing w:after="20" w:line="245" w:lineRule="auto"/>
            </w:pPr>
            <w:r>
              <w:rPr>
                <w:b/>
                <w:color w:val="D95BC6"/>
                <w:sz w:val="17"/>
              </w:rPr>
              <w:t>DOKAZ O UČENJU</w:t>
            </w:r>
          </w:p>
          <w:p w14:paraId="76031CA2" w14:textId="77777777" w:rsidR="00302D64" w:rsidRDefault="00000000">
            <w:pPr>
              <w:spacing w:after="30" w:line="245" w:lineRule="auto"/>
            </w:pPr>
            <w:r>
              <w:rPr>
                <w:color w:val="D95BC6"/>
                <w:sz w:val="16"/>
              </w:rPr>
              <w:t>izvedba ali izdelek, razlaga, samovrednotenje in odziv na povratno informacijo</w:t>
            </w:r>
          </w:p>
        </w:tc>
      </w:tr>
    </w:tbl>
    <w:p w14:paraId="54CE3976"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5A411C7E" w14:textId="77777777">
        <w:trPr>
          <w:cantSplit/>
          <w:jc w:val="center"/>
        </w:trPr>
        <w:tc>
          <w:tcPr>
            <w:tcW w:w="14060" w:type="dxa"/>
            <w:gridSpan w:val="6"/>
            <w:tcMar>
              <w:top w:w="70" w:type="dxa"/>
              <w:left w:w="90" w:type="dxa"/>
              <w:bottom w:w="70" w:type="dxa"/>
              <w:right w:w="90" w:type="dxa"/>
            </w:tcMar>
            <w:vAlign w:val="center"/>
          </w:tcPr>
          <w:p w14:paraId="067F3C83" w14:textId="77777777" w:rsidR="00302D64" w:rsidRDefault="00000000">
            <w:pPr>
              <w:jc w:val="center"/>
            </w:pPr>
            <w:r>
              <w:rPr>
                <w:b/>
                <w:color w:val="000000"/>
                <w:sz w:val="24"/>
              </w:rPr>
              <w:lastRenderedPageBreak/>
              <w:t>UČNA PRIPRAVA 2/39</w:t>
            </w:r>
          </w:p>
        </w:tc>
      </w:tr>
      <w:tr w:rsidR="00302D64" w14:paraId="77B0EAEC" w14:textId="77777777">
        <w:trPr>
          <w:jc w:val="center"/>
        </w:trPr>
        <w:tc>
          <w:tcPr>
            <w:tcW w:w="2665" w:type="dxa"/>
            <w:tcMar>
              <w:top w:w="70" w:type="dxa"/>
              <w:left w:w="90" w:type="dxa"/>
              <w:bottom w:w="70" w:type="dxa"/>
              <w:right w:w="90" w:type="dxa"/>
            </w:tcMar>
            <w:vAlign w:val="center"/>
          </w:tcPr>
          <w:p w14:paraId="0EEF02BD"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248D4E5"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3F1C0C90"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21AD312" w14:textId="77777777" w:rsidR="00302D64" w:rsidRDefault="00000000">
            <w:r>
              <w:rPr>
                <w:b/>
                <w:color w:val="000000"/>
                <w:sz w:val="16"/>
              </w:rPr>
              <w:t xml:space="preserve">NAČRTOVANI TERMIN: </w:t>
            </w:r>
            <w:r>
              <w:rPr>
                <w:color w:val="000000"/>
                <w:sz w:val="16"/>
              </w:rPr>
              <w:t>2. teden • 7.–11. 9. 2026</w:t>
            </w:r>
          </w:p>
        </w:tc>
        <w:tc>
          <w:tcPr>
            <w:tcW w:w="2268" w:type="dxa"/>
            <w:tcMar>
              <w:top w:w="70" w:type="dxa"/>
              <w:left w:w="90" w:type="dxa"/>
              <w:bottom w:w="70" w:type="dxa"/>
              <w:right w:w="90" w:type="dxa"/>
            </w:tcMar>
            <w:vAlign w:val="center"/>
          </w:tcPr>
          <w:p w14:paraId="4A20337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062C1C8" w14:textId="77777777" w:rsidR="00302D64" w:rsidRDefault="00000000">
            <w:r>
              <w:rPr>
                <w:b/>
                <w:color w:val="000000"/>
                <w:sz w:val="16"/>
              </w:rPr>
              <w:t xml:space="preserve">ŠTEVILO UR: </w:t>
            </w:r>
            <w:r>
              <w:rPr>
                <w:color w:val="000000"/>
                <w:sz w:val="16"/>
              </w:rPr>
              <w:t>3</w:t>
            </w:r>
          </w:p>
        </w:tc>
      </w:tr>
      <w:tr w:rsidR="00302D64" w14:paraId="548B1F55" w14:textId="77777777">
        <w:trPr>
          <w:jc w:val="center"/>
        </w:trPr>
        <w:tc>
          <w:tcPr>
            <w:tcW w:w="14061" w:type="dxa"/>
            <w:gridSpan w:val="6"/>
            <w:tcMar>
              <w:top w:w="70" w:type="dxa"/>
              <w:left w:w="90" w:type="dxa"/>
              <w:bottom w:w="70" w:type="dxa"/>
              <w:right w:w="90" w:type="dxa"/>
            </w:tcMar>
            <w:vAlign w:val="center"/>
          </w:tcPr>
          <w:p w14:paraId="593154B2" w14:textId="77777777" w:rsidR="00302D64" w:rsidRDefault="00000000">
            <w:r>
              <w:t>TIP UČNE URE: obravnava, izkušenjsko raziskovanje, učenje po postajah, utrjevanje in formativno spremljanje</w:t>
            </w:r>
          </w:p>
        </w:tc>
      </w:tr>
      <w:tr w:rsidR="00302D64" w14:paraId="664B5090" w14:textId="77777777">
        <w:trPr>
          <w:cantSplit/>
          <w:jc w:val="center"/>
        </w:trPr>
        <w:tc>
          <w:tcPr>
            <w:tcW w:w="14060" w:type="dxa"/>
            <w:gridSpan w:val="6"/>
            <w:tcMar>
              <w:top w:w="70" w:type="dxa"/>
              <w:left w:w="90" w:type="dxa"/>
              <w:bottom w:w="70" w:type="dxa"/>
              <w:right w:w="90" w:type="dxa"/>
            </w:tcMar>
            <w:vAlign w:val="center"/>
          </w:tcPr>
          <w:p w14:paraId="783DE494" w14:textId="77777777" w:rsidR="00302D64" w:rsidRDefault="00302D64"/>
          <w:p w14:paraId="797706C3" w14:textId="77777777" w:rsidR="00302D64" w:rsidRDefault="00000000">
            <w:pPr>
              <w:spacing w:line="245" w:lineRule="auto"/>
            </w:pPr>
            <w:r>
              <w:rPr>
                <w:b/>
                <w:color w:val="000000"/>
                <w:sz w:val="17"/>
              </w:rPr>
              <w:t xml:space="preserve">UČNI SKLOP: </w:t>
            </w:r>
            <w:r>
              <w:rPr>
                <w:color w:val="000000"/>
                <w:sz w:val="17"/>
              </w:rPr>
              <w:t>V ŠOLO – JAZ, ODNOSI IN UČENJE</w:t>
            </w:r>
          </w:p>
        </w:tc>
      </w:tr>
      <w:tr w:rsidR="00302D64" w14:paraId="41104407" w14:textId="77777777">
        <w:trPr>
          <w:cantSplit/>
          <w:jc w:val="center"/>
        </w:trPr>
        <w:tc>
          <w:tcPr>
            <w:tcW w:w="14060" w:type="dxa"/>
            <w:gridSpan w:val="6"/>
            <w:tcMar>
              <w:top w:w="70" w:type="dxa"/>
              <w:left w:w="90" w:type="dxa"/>
              <w:bottom w:w="70" w:type="dxa"/>
              <w:right w:w="90" w:type="dxa"/>
            </w:tcMar>
            <w:vAlign w:val="center"/>
          </w:tcPr>
          <w:p w14:paraId="725E898A" w14:textId="77777777" w:rsidR="00302D64" w:rsidRDefault="00302D64"/>
          <w:p w14:paraId="2FCF5C2F" w14:textId="77777777" w:rsidR="00302D64" w:rsidRDefault="00000000">
            <w:pPr>
              <w:spacing w:line="245" w:lineRule="auto"/>
            </w:pPr>
            <w:r>
              <w:rPr>
                <w:b/>
                <w:color w:val="000000"/>
                <w:sz w:val="17"/>
              </w:rPr>
              <w:t xml:space="preserve">UČNA TEMA: </w:t>
            </w:r>
            <w:r>
              <w:rPr>
                <w:color w:val="000000"/>
                <w:sz w:val="17"/>
              </w:rPr>
              <w:t>MOJA ŠOLA</w:t>
            </w:r>
          </w:p>
        </w:tc>
      </w:tr>
      <w:tr w:rsidR="00302D64" w14:paraId="4C4DBD4B" w14:textId="77777777">
        <w:trPr>
          <w:cantSplit/>
          <w:jc w:val="center"/>
        </w:trPr>
        <w:tc>
          <w:tcPr>
            <w:tcW w:w="14060" w:type="dxa"/>
            <w:gridSpan w:val="6"/>
            <w:tcMar>
              <w:top w:w="70" w:type="dxa"/>
              <w:left w:w="90" w:type="dxa"/>
              <w:bottom w:w="70" w:type="dxa"/>
              <w:right w:w="90" w:type="dxa"/>
            </w:tcMar>
            <w:vAlign w:val="center"/>
          </w:tcPr>
          <w:p w14:paraId="280E88ED" w14:textId="77777777" w:rsidR="00302D64" w:rsidRDefault="00302D64"/>
          <w:p w14:paraId="50A7B168" w14:textId="77777777" w:rsidR="00302D64" w:rsidRDefault="00000000">
            <w:pPr>
              <w:spacing w:line="245" w:lineRule="auto"/>
            </w:pPr>
            <w:r>
              <w:rPr>
                <w:b/>
                <w:color w:val="000000"/>
                <w:sz w:val="17"/>
              </w:rPr>
              <w:t xml:space="preserve">KNJIŽEVNO IZHODIŠČE IN MOTIV: </w:t>
            </w:r>
            <w:r>
              <w:rPr>
                <w:color w:val="000000"/>
                <w:sz w:val="17"/>
              </w:rPr>
              <w:t>»Pedenjped« – Niko Grafenauer • jaz, moje značilnosti in radovedno učenje</w:t>
            </w:r>
          </w:p>
        </w:tc>
      </w:tr>
      <w:tr w:rsidR="00302D64" w14:paraId="17C9F489" w14:textId="77777777">
        <w:trPr>
          <w:cantSplit/>
          <w:jc w:val="center"/>
        </w:trPr>
        <w:tc>
          <w:tcPr>
            <w:tcW w:w="14060" w:type="dxa"/>
            <w:gridSpan w:val="6"/>
            <w:tcMar>
              <w:top w:w="70" w:type="dxa"/>
              <w:left w:w="90" w:type="dxa"/>
              <w:bottom w:w="70" w:type="dxa"/>
              <w:right w:w="90" w:type="dxa"/>
            </w:tcMar>
            <w:vAlign w:val="center"/>
          </w:tcPr>
          <w:p w14:paraId="5D63D045" w14:textId="77777777" w:rsidR="00302D64" w:rsidRDefault="00302D64"/>
          <w:p w14:paraId="5939C1BA" w14:textId="77777777" w:rsidR="00302D64" w:rsidRDefault="00000000">
            <w:pPr>
              <w:spacing w:line="245" w:lineRule="auto"/>
            </w:pPr>
            <w:r>
              <w:rPr>
                <w:b/>
                <w:color w:val="000000"/>
                <w:sz w:val="17"/>
              </w:rPr>
              <w:t xml:space="preserve">UČNE ENOTE: </w:t>
            </w:r>
            <w:r>
              <w:rPr>
                <w:color w:val="000000"/>
                <w:sz w:val="17"/>
              </w:rPr>
              <w:t>1. ura – Živi načrt šole • 2. ura – Kdo dela v naši šoli? • 3. ura – Moja šolska rutina</w:t>
            </w:r>
          </w:p>
        </w:tc>
      </w:tr>
      <w:tr w:rsidR="00302D64" w14:paraId="4F01652A" w14:textId="77777777">
        <w:trPr>
          <w:cantSplit/>
          <w:jc w:val="center"/>
        </w:trPr>
        <w:tc>
          <w:tcPr>
            <w:tcW w:w="14060" w:type="dxa"/>
            <w:gridSpan w:val="6"/>
            <w:tcMar>
              <w:top w:w="70" w:type="dxa"/>
              <w:left w:w="90" w:type="dxa"/>
              <w:bottom w:w="70" w:type="dxa"/>
              <w:right w:w="90" w:type="dxa"/>
            </w:tcMar>
            <w:vAlign w:val="center"/>
          </w:tcPr>
          <w:p w14:paraId="39B6D7D4" w14:textId="77777777" w:rsidR="00302D64" w:rsidRDefault="00302D64"/>
          <w:p w14:paraId="3682B25D"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53E10697" w14:textId="77777777">
        <w:trPr>
          <w:cantSplit/>
          <w:jc w:val="center"/>
        </w:trPr>
        <w:tc>
          <w:tcPr>
            <w:tcW w:w="14060" w:type="dxa"/>
            <w:gridSpan w:val="6"/>
            <w:tcMar>
              <w:top w:w="70" w:type="dxa"/>
              <w:left w:w="90" w:type="dxa"/>
              <w:bottom w:w="70" w:type="dxa"/>
              <w:right w:w="90" w:type="dxa"/>
            </w:tcMar>
            <w:vAlign w:val="center"/>
          </w:tcPr>
          <w:p w14:paraId="0392CBC3" w14:textId="77777777" w:rsidR="00302D64" w:rsidRDefault="00302D64"/>
          <w:p w14:paraId="319FA09A"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58647522" w14:textId="77777777">
        <w:trPr>
          <w:cantSplit/>
          <w:jc w:val="center"/>
        </w:trPr>
        <w:tc>
          <w:tcPr>
            <w:tcW w:w="14060" w:type="dxa"/>
            <w:gridSpan w:val="6"/>
            <w:tcMar>
              <w:top w:w="70" w:type="dxa"/>
              <w:left w:w="90" w:type="dxa"/>
              <w:bottom w:w="70" w:type="dxa"/>
              <w:right w:w="90" w:type="dxa"/>
            </w:tcMar>
            <w:vAlign w:val="center"/>
          </w:tcPr>
          <w:p w14:paraId="7AC6B61A" w14:textId="77777777" w:rsidR="00302D64" w:rsidRDefault="00302D64"/>
          <w:p w14:paraId="34450F30"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68F1F23F" w14:textId="77777777">
        <w:trPr>
          <w:cantSplit/>
          <w:jc w:val="center"/>
        </w:trPr>
        <w:tc>
          <w:tcPr>
            <w:tcW w:w="14060" w:type="dxa"/>
            <w:gridSpan w:val="6"/>
            <w:tcMar>
              <w:top w:w="70" w:type="dxa"/>
              <w:left w:w="90" w:type="dxa"/>
              <w:bottom w:w="70" w:type="dxa"/>
              <w:right w:w="90" w:type="dxa"/>
            </w:tcMar>
            <w:vAlign w:val="center"/>
          </w:tcPr>
          <w:p w14:paraId="20EE8B3F" w14:textId="77777777" w:rsidR="00302D64" w:rsidRDefault="00302D64"/>
          <w:p w14:paraId="7A60A6F5" w14:textId="77777777" w:rsidR="00302D64" w:rsidRDefault="00000000">
            <w:pPr>
              <w:spacing w:line="245" w:lineRule="auto"/>
            </w:pPr>
            <w:r>
              <w:rPr>
                <w:b/>
                <w:color w:val="000000"/>
                <w:sz w:val="17"/>
              </w:rPr>
              <w:t xml:space="preserve">MEDPREDMETNE POVEZAVE: </w:t>
            </w:r>
            <w:r>
              <w:rPr>
                <w:color w:val="000000"/>
                <w:sz w:val="17"/>
              </w:rPr>
              <w:t>SLJ – vprašanja in opis poti; MAT – orientacija in razvrščanje; ŠPO – gibanje po navodilu; LUM – slikovni načrt</w:t>
            </w:r>
          </w:p>
        </w:tc>
      </w:tr>
      <w:tr w:rsidR="00302D64" w14:paraId="57C94E1E" w14:textId="77777777">
        <w:trPr>
          <w:cantSplit/>
          <w:jc w:val="center"/>
        </w:trPr>
        <w:tc>
          <w:tcPr>
            <w:tcW w:w="14060" w:type="dxa"/>
            <w:gridSpan w:val="6"/>
            <w:tcMar>
              <w:top w:w="70" w:type="dxa"/>
              <w:left w:w="90" w:type="dxa"/>
              <w:bottom w:w="70" w:type="dxa"/>
              <w:right w:w="90" w:type="dxa"/>
            </w:tcMar>
            <w:vAlign w:val="center"/>
          </w:tcPr>
          <w:p w14:paraId="24E754CC" w14:textId="77777777" w:rsidR="00302D64" w:rsidRDefault="00302D64"/>
          <w:p w14:paraId="59ACDDE4" w14:textId="77777777" w:rsidR="00302D64" w:rsidRDefault="00000000">
            <w:pPr>
              <w:spacing w:line="245" w:lineRule="auto"/>
            </w:pPr>
            <w:r>
              <w:rPr>
                <w:b/>
                <w:color w:val="000000"/>
                <w:sz w:val="17"/>
              </w:rPr>
              <w:t xml:space="preserve">UČNA SREDSTVA IN PRIPOMOČKI: </w:t>
            </w:r>
            <w:r>
              <w:rPr>
                <w:color w:val="000000"/>
                <w:sz w:val="17"/>
              </w:rPr>
              <w:t>Pedenjped, kovček s šolskimi predmeti, fotografije prostorov in zaposlenih, obroči, puščice, kartice poklicev, dve torbi, slikovni seznam</w:t>
            </w:r>
          </w:p>
        </w:tc>
      </w:tr>
      <w:tr w:rsidR="00302D64" w14:paraId="6D843927" w14:textId="77777777">
        <w:trPr>
          <w:cantSplit/>
          <w:jc w:val="center"/>
        </w:trPr>
        <w:tc>
          <w:tcPr>
            <w:tcW w:w="14060" w:type="dxa"/>
            <w:gridSpan w:val="6"/>
            <w:tcMar>
              <w:top w:w="70" w:type="dxa"/>
              <w:left w:w="90" w:type="dxa"/>
              <w:bottom w:w="70" w:type="dxa"/>
              <w:right w:w="90" w:type="dxa"/>
            </w:tcMar>
            <w:vAlign w:val="center"/>
          </w:tcPr>
          <w:p w14:paraId="60C6AA04" w14:textId="77777777" w:rsidR="00302D64" w:rsidRDefault="00302D64"/>
          <w:p w14:paraId="4075427B"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4DECEEBE" w14:textId="77777777">
        <w:trPr>
          <w:cantSplit/>
          <w:jc w:val="center"/>
        </w:trPr>
        <w:tc>
          <w:tcPr>
            <w:tcW w:w="14060" w:type="dxa"/>
            <w:gridSpan w:val="6"/>
            <w:tcMar>
              <w:top w:w="70" w:type="dxa"/>
              <w:left w:w="90" w:type="dxa"/>
              <w:bottom w:w="70" w:type="dxa"/>
              <w:right w:w="90" w:type="dxa"/>
            </w:tcMar>
            <w:vAlign w:val="center"/>
          </w:tcPr>
          <w:p w14:paraId="04919085" w14:textId="77777777" w:rsidR="00302D64" w:rsidRDefault="00302D64"/>
          <w:p w14:paraId="5F6201D3"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18E76B65" w14:textId="77777777">
        <w:trPr>
          <w:cantSplit/>
          <w:jc w:val="center"/>
        </w:trPr>
        <w:tc>
          <w:tcPr>
            <w:tcW w:w="14060" w:type="dxa"/>
            <w:gridSpan w:val="6"/>
            <w:tcMar>
              <w:top w:w="70" w:type="dxa"/>
              <w:left w:w="90" w:type="dxa"/>
              <w:bottom w:w="70" w:type="dxa"/>
              <w:right w:w="90" w:type="dxa"/>
            </w:tcMar>
            <w:vAlign w:val="center"/>
          </w:tcPr>
          <w:p w14:paraId="158FC8DE" w14:textId="77777777" w:rsidR="00302D64" w:rsidRDefault="00302D64"/>
          <w:p w14:paraId="481997F5"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010FCFE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0E2414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6A8361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E31359B" w14:textId="77777777" w:rsidR="00302D64" w:rsidRDefault="00000000">
            <w:pPr>
              <w:jc w:val="center"/>
            </w:pPr>
            <w:r>
              <w:rPr>
                <w:b/>
                <w:color w:val="000000"/>
                <w:sz w:val="20"/>
              </w:rPr>
              <w:t>UČNE DEJAVNOSTI, METODE IN FORMATIVNO SPREMLJANJE</w:t>
            </w:r>
          </w:p>
        </w:tc>
      </w:tr>
      <w:tr w:rsidR="00302D64" w14:paraId="649F2BEF" w14:textId="77777777">
        <w:trPr>
          <w:tblHeader/>
          <w:jc w:val="center"/>
        </w:trPr>
        <w:tc>
          <w:tcPr>
            <w:tcW w:w="4422" w:type="dxa"/>
            <w:vMerge/>
            <w:tcMar>
              <w:top w:w="70" w:type="dxa"/>
              <w:left w:w="90" w:type="dxa"/>
              <w:bottom w:w="70" w:type="dxa"/>
              <w:right w:w="90" w:type="dxa"/>
            </w:tcMar>
            <w:vAlign w:val="center"/>
          </w:tcPr>
          <w:p w14:paraId="52EFA6BF" w14:textId="77777777" w:rsidR="00302D64" w:rsidRDefault="00302D64"/>
        </w:tc>
        <w:tc>
          <w:tcPr>
            <w:tcW w:w="7087" w:type="dxa"/>
            <w:shd w:val="clear" w:color="auto" w:fill="FFFFFF"/>
            <w:tcMar>
              <w:top w:w="70" w:type="dxa"/>
              <w:left w:w="90" w:type="dxa"/>
              <w:bottom w:w="70" w:type="dxa"/>
              <w:right w:w="90" w:type="dxa"/>
            </w:tcMar>
            <w:vAlign w:val="center"/>
          </w:tcPr>
          <w:p w14:paraId="4EDCD8A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718F9D" w14:textId="77777777" w:rsidR="00302D64" w:rsidRDefault="00000000">
            <w:pPr>
              <w:jc w:val="center"/>
            </w:pPr>
            <w:r>
              <w:rPr>
                <w:b/>
                <w:color w:val="000000"/>
              </w:rPr>
              <w:t>UČENEC</w:t>
            </w:r>
          </w:p>
        </w:tc>
      </w:tr>
      <w:tr w:rsidR="00302D64" w14:paraId="62017D9A" w14:textId="77777777">
        <w:trPr>
          <w:jc w:val="center"/>
        </w:trPr>
        <w:tc>
          <w:tcPr>
            <w:tcW w:w="4422" w:type="dxa"/>
            <w:tcMar>
              <w:top w:w="70" w:type="dxa"/>
              <w:left w:w="90" w:type="dxa"/>
              <w:bottom w:w="70" w:type="dxa"/>
              <w:right w:w="90" w:type="dxa"/>
            </w:tcMar>
          </w:tcPr>
          <w:p w14:paraId="49656EFA" w14:textId="77777777" w:rsidR="00302D64" w:rsidRDefault="00302D64"/>
          <w:p w14:paraId="535F5006" w14:textId="77777777" w:rsidR="00302D64" w:rsidRDefault="00000000">
            <w:pPr>
              <w:spacing w:after="60" w:line="245" w:lineRule="auto"/>
            </w:pPr>
            <w:r>
              <w:rPr>
                <w:b/>
                <w:color w:val="000000"/>
              </w:rPr>
              <w:t>UČNI CILJI</w:t>
            </w:r>
          </w:p>
          <w:p w14:paraId="0A8DE2E7" w14:textId="77777777" w:rsidR="00302D64" w:rsidRDefault="00000000">
            <w:pPr>
              <w:spacing w:after="20" w:line="245" w:lineRule="auto"/>
            </w:pPr>
            <w:r>
              <w:rPr>
                <w:b/>
                <w:color w:val="000000"/>
                <w:sz w:val="17"/>
              </w:rPr>
              <w:t>SPLOŠNI</w:t>
            </w:r>
          </w:p>
          <w:p w14:paraId="004680E7" w14:textId="77777777" w:rsidR="00302D64" w:rsidRDefault="00000000">
            <w:pPr>
              <w:pStyle w:val="Oznaenseznam"/>
              <w:spacing w:after="16"/>
            </w:pPr>
            <w:r>
              <w:rPr>
                <w:color w:val="000000"/>
                <w:sz w:val="16"/>
              </w:rPr>
              <w:t>razvija radovednost ter sistematično opazuje, primerja, razvršča in sporoča ugotovitve</w:t>
            </w:r>
          </w:p>
          <w:p w14:paraId="2BCBCE40" w14:textId="77777777" w:rsidR="00302D64" w:rsidRDefault="00000000">
            <w:pPr>
              <w:pStyle w:val="Oznaenseznam"/>
              <w:spacing w:after="16"/>
            </w:pPr>
            <w:r>
              <w:rPr>
                <w:color w:val="000000"/>
                <w:sz w:val="16"/>
              </w:rPr>
              <w:t>sodeluje, posluša druge in svoja opažanja izraža na razvojno primeren način</w:t>
            </w:r>
          </w:p>
          <w:p w14:paraId="44B426CC" w14:textId="77777777" w:rsidR="00302D64" w:rsidRDefault="00000000">
            <w:pPr>
              <w:pStyle w:val="Oznaenseznam"/>
              <w:spacing w:after="16"/>
            </w:pPr>
            <w:r>
              <w:rPr>
                <w:color w:val="000000"/>
                <w:sz w:val="16"/>
              </w:rPr>
              <w:t>ravna varno, odgovorno in skrbno do sebe, drugih ter okolja</w:t>
            </w:r>
          </w:p>
          <w:p w14:paraId="4E413527" w14:textId="77777777" w:rsidR="00302D64" w:rsidRDefault="00000000">
            <w:pPr>
              <w:pStyle w:val="Oznaenseznam"/>
              <w:spacing w:after="16"/>
            </w:pPr>
            <w:r>
              <w:rPr>
                <w:color w:val="000000"/>
                <w:sz w:val="16"/>
              </w:rPr>
              <w:t>ob kriterijih spremlja svoje učenje in sprejema opisno povratno informacijo</w:t>
            </w:r>
          </w:p>
          <w:p w14:paraId="36A0F93A" w14:textId="77777777" w:rsidR="00302D64" w:rsidRDefault="00000000">
            <w:pPr>
              <w:spacing w:before="40" w:after="20" w:line="245" w:lineRule="auto"/>
            </w:pPr>
            <w:r>
              <w:rPr>
                <w:b/>
                <w:color w:val="000000"/>
                <w:sz w:val="17"/>
              </w:rPr>
              <w:t>OPERATIVNI</w:t>
            </w:r>
          </w:p>
          <w:p w14:paraId="5885FAAA" w14:textId="77777777" w:rsidR="00302D64" w:rsidRDefault="00000000">
            <w:pPr>
              <w:pStyle w:val="Oznaenseznam"/>
              <w:spacing w:after="16"/>
            </w:pPr>
            <w:r>
              <w:rPr>
                <w:color w:val="000000"/>
                <w:sz w:val="16"/>
              </w:rPr>
              <w:t>poimenuje šolske prostore in delavce</w:t>
            </w:r>
          </w:p>
          <w:p w14:paraId="26EE285F" w14:textId="77777777" w:rsidR="00302D64" w:rsidRDefault="00000000">
            <w:pPr>
              <w:pStyle w:val="Oznaenseznam"/>
              <w:spacing w:after="16"/>
            </w:pPr>
            <w:r>
              <w:rPr>
                <w:color w:val="000000"/>
                <w:sz w:val="16"/>
              </w:rPr>
              <w:t>opiše svojo pot po šoli</w:t>
            </w:r>
          </w:p>
          <w:p w14:paraId="198F8B79" w14:textId="77777777" w:rsidR="00302D64" w:rsidRDefault="00000000">
            <w:pPr>
              <w:pStyle w:val="Oznaenseznam"/>
              <w:spacing w:after="16"/>
            </w:pPr>
            <w:r>
              <w:rPr>
                <w:color w:val="000000"/>
                <w:sz w:val="16"/>
              </w:rPr>
              <w:t>skrbi za svoje potrebščine</w:t>
            </w:r>
          </w:p>
          <w:p w14:paraId="32E654F5" w14:textId="77777777" w:rsidR="00302D64" w:rsidRDefault="00000000">
            <w:pPr>
              <w:spacing w:before="40" w:after="20" w:line="245" w:lineRule="auto"/>
            </w:pPr>
            <w:r>
              <w:rPr>
                <w:b/>
                <w:color w:val="000000"/>
                <w:sz w:val="17"/>
              </w:rPr>
              <w:t>PRIČAKOVANI DOSEŽKI / STANDARDI</w:t>
            </w:r>
          </w:p>
          <w:p w14:paraId="49561717" w14:textId="77777777" w:rsidR="00302D64" w:rsidRDefault="00000000">
            <w:pPr>
              <w:pStyle w:val="Oznaenseznam"/>
              <w:spacing w:after="16"/>
            </w:pPr>
            <w:r>
              <w:rPr>
                <w:color w:val="000000"/>
                <w:sz w:val="16"/>
              </w:rPr>
              <w:t>ob konkretni ali slikovni opori poimenuje šolske prostore in delavce</w:t>
            </w:r>
          </w:p>
          <w:p w14:paraId="06C0B044" w14:textId="77777777" w:rsidR="00302D64" w:rsidRDefault="00000000">
            <w:pPr>
              <w:pStyle w:val="Oznaenseznam"/>
              <w:spacing w:after="16"/>
            </w:pPr>
            <w:r>
              <w:rPr>
                <w:color w:val="000000"/>
                <w:sz w:val="16"/>
              </w:rPr>
              <w:t>ob konkretni ali slikovni opori opiše svojo pot po šoli</w:t>
            </w:r>
          </w:p>
          <w:p w14:paraId="2936CB30" w14:textId="77777777" w:rsidR="00302D64" w:rsidRDefault="00000000">
            <w:pPr>
              <w:pStyle w:val="Oznaenseznam"/>
              <w:spacing w:after="16"/>
            </w:pPr>
            <w:r>
              <w:rPr>
                <w:color w:val="000000"/>
                <w:sz w:val="16"/>
              </w:rPr>
              <w:t>ob konkretni ali slikovni opori skrbi za svoje potrebščine</w:t>
            </w:r>
          </w:p>
        </w:tc>
        <w:tc>
          <w:tcPr>
            <w:tcW w:w="7087" w:type="dxa"/>
            <w:tcMar>
              <w:top w:w="70" w:type="dxa"/>
              <w:left w:w="90" w:type="dxa"/>
              <w:bottom w:w="70" w:type="dxa"/>
              <w:right w:w="90" w:type="dxa"/>
            </w:tcMar>
          </w:tcPr>
          <w:p w14:paraId="361DC9E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827B82A" w14:textId="77777777">
              <w:trPr>
                <w:jc w:val="center"/>
              </w:trPr>
              <w:tc>
                <w:tcPr>
                  <w:tcW w:w="7087" w:type="dxa"/>
                  <w:shd w:val="clear" w:color="auto" w:fill="C6E7F3"/>
                  <w:tcMar>
                    <w:top w:w="45" w:type="dxa"/>
                    <w:left w:w="70" w:type="dxa"/>
                    <w:bottom w:w="45" w:type="dxa"/>
                    <w:right w:w="70" w:type="dxa"/>
                  </w:tcMar>
                </w:tcPr>
                <w:p w14:paraId="2FD7781D" w14:textId="77777777" w:rsidR="00302D64" w:rsidRDefault="00000000">
                  <w:pPr>
                    <w:keepNext/>
                  </w:pPr>
                  <w:r>
                    <w:rPr>
                      <w:b/>
                      <w:color w:val="000000"/>
                    </w:rPr>
                    <w:t>UVODNI DEL – motivacija, aktivacija predznanja in namen učenja (15–20 min)</w:t>
                  </w:r>
                </w:p>
              </w:tc>
            </w:tr>
          </w:tbl>
          <w:p w14:paraId="26D115FA" w14:textId="77777777" w:rsidR="00302D64" w:rsidRDefault="00302D64">
            <w:pPr>
              <w:spacing w:line="20" w:lineRule="exact"/>
            </w:pPr>
          </w:p>
          <w:p w14:paraId="3E44CEE5" w14:textId="77777777" w:rsidR="00302D64" w:rsidRDefault="00000000">
            <w:pPr>
              <w:spacing w:before="40" w:after="60" w:line="245" w:lineRule="auto"/>
            </w:pPr>
            <w:r>
              <w:rPr>
                <w:color w:val="000000"/>
                <w:sz w:val="17"/>
              </w:rPr>
              <w:t>Pedenjpedova radovednost vodi do kovčka z nenavadnimi šolskimi predmeti. Učenci ugibajo, komu predmet pripada, kje ga najdemo in čemu služi.</w:t>
            </w:r>
          </w:p>
          <w:tbl>
            <w:tblPr>
              <w:tblStyle w:val="Tabelamrea"/>
              <w:tblW w:w="0" w:type="auto"/>
              <w:jc w:val="center"/>
              <w:tblLayout w:type="fixed"/>
              <w:tblLook w:val="04A0" w:firstRow="1" w:lastRow="0" w:firstColumn="1" w:lastColumn="0" w:noHBand="0" w:noVBand="1"/>
            </w:tblPr>
            <w:tblGrid>
              <w:gridCol w:w="7087"/>
            </w:tblGrid>
            <w:tr w:rsidR="00302D64" w14:paraId="5AD7224C" w14:textId="77777777">
              <w:trPr>
                <w:jc w:val="center"/>
              </w:trPr>
              <w:tc>
                <w:tcPr>
                  <w:tcW w:w="7087" w:type="dxa"/>
                  <w:shd w:val="clear" w:color="auto" w:fill="EDC9EA"/>
                  <w:tcMar>
                    <w:top w:w="45" w:type="dxa"/>
                    <w:left w:w="70" w:type="dxa"/>
                    <w:bottom w:w="45" w:type="dxa"/>
                    <w:right w:w="70" w:type="dxa"/>
                  </w:tcMar>
                </w:tcPr>
                <w:p w14:paraId="70C1EE12" w14:textId="77777777" w:rsidR="00302D64" w:rsidRDefault="00000000">
                  <w:pPr>
                    <w:keepNext/>
                  </w:pPr>
                  <w:r>
                    <w:rPr>
                      <w:b/>
                      <w:color w:val="000000"/>
                    </w:rPr>
                    <w:t>NAMENI UČENJA</w:t>
                  </w:r>
                </w:p>
              </w:tc>
            </w:tr>
          </w:tbl>
          <w:p w14:paraId="0A4B9DE5" w14:textId="77777777" w:rsidR="00302D64" w:rsidRDefault="00302D64">
            <w:pPr>
              <w:spacing w:line="20" w:lineRule="exact"/>
            </w:pPr>
          </w:p>
          <w:p w14:paraId="11F51D55" w14:textId="77777777" w:rsidR="00302D64" w:rsidRDefault="00000000">
            <w:pPr>
              <w:spacing w:before="20" w:after="20" w:line="245" w:lineRule="auto"/>
            </w:pPr>
            <w:r>
              <w:rPr>
                <w:color w:val="000000"/>
                <w:sz w:val="16"/>
              </w:rPr>
              <w:t>Učimo se zato, da bomo lažje razumeli in odgovorno uporabili znanje v vsakdanjih situacijah.</w:t>
            </w:r>
          </w:p>
          <w:p w14:paraId="0372EFC5" w14:textId="77777777" w:rsidR="00302D64" w:rsidRDefault="00000000">
            <w:pPr>
              <w:pStyle w:val="Oznaenseznam"/>
              <w:spacing w:after="16"/>
            </w:pPr>
            <w:r>
              <w:rPr>
                <w:color w:val="000000"/>
                <w:sz w:val="16"/>
              </w:rPr>
              <w:t>poimenujem šolske prostore in delavce</w:t>
            </w:r>
          </w:p>
          <w:p w14:paraId="6B64FA48" w14:textId="77777777" w:rsidR="00302D64" w:rsidRDefault="00000000">
            <w:pPr>
              <w:pStyle w:val="Oznaenseznam"/>
              <w:spacing w:after="16"/>
            </w:pPr>
            <w:r>
              <w:rPr>
                <w:color w:val="000000"/>
                <w:sz w:val="16"/>
              </w:rPr>
              <w:t>opišem svojo pot po šoli</w:t>
            </w:r>
          </w:p>
          <w:p w14:paraId="1BE29252" w14:textId="77777777" w:rsidR="00302D64" w:rsidRDefault="00000000">
            <w:pPr>
              <w:pStyle w:val="Oznaenseznam"/>
              <w:spacing w:after="16"/>
            </w:pPr>
            <w:r>
              <w:rPr>
                <w:color w:val="000000"/>
                <w:sz w:val="16"/>
              </w:rPr>
              <w:t>skrbim za svoje potrebščine</w:t>
            </w:r>
          </w:p>
          <w:tbl>
            <w:tblPr>
              <w:tblStyle w:val="Tabelamrea"/>
              <w:tblW w:w="0" w:type="auto"/>
              <w:jc w:val="center"/>
              <w:tblLayout w:type="fixed"/>
              <w:tblLook w:val="04A0" w:firstRow="1" w:lastRow="0" w:firstColumn="1" w:lastColumn="0" w:noHBand="0" w:noVBand="1"/>
            </w:tblPr>
            <w:tblGrid>
              <w:gridCol w:w="7087"/>
            </w:tblGrid>
            <w:tr w:rsidR="00302D64" w14:paraId="43FCAFA1" w14:textId="77777777">
              <w:trPr>
                <w:jc w:val="center"/>
              </w:trPr>
              <w:tc>
                <w:tcPr>
                  <w:tcW w:w="7087" w:type="dxa"/>
                  <w:shd w:val="clear" w:color="auto" w:fill="EDC9EA"/>
                  <w:tcMar>
                    <w:top w:w="45" w:type="dxa"/>
                    <w:left w:w="70" w:type="dxa"/>
                    <w:bottom w:w="45" w:type="dxa"/>
                    <w:right w:w="70" w:type="dxa"/>
                  </w:tcMar>
                </w:tcPr>
                <w:p w14:paraId="5E14187F" w14:textId="77777777" w:rsidR="00302D64" w:rsidRDefault="00000000">
                  <w:pPr>
                    <w:keepNext/>
                  </w:pPr>
                  <w:r>
                    <w:rPr>
                      <w:b/>
                      <w:color w:val="000000"/>
                    </w:rPr>
                    <w:t>PREVERJANJE PREDZNANJA</w:t>
                  </w:r>
                </w:p>
              </w:tc>
            </w:tr>
          </w:tbl>
          <w:p w14:paraId="4FEA981E" w14:textId="77777777" w:rsidR="00302D64" w:rsidRDefault="00302D64">
            <w:pPr>
              <w:spacing w:line="20" w:lineRule="exact"/>
            </w:pPr>
          </w:p>
          <w:p w14:paraId="75DA8E90" w14:textId="77777777" w:rsidR="00302D64" w:rsidRDefault="00000000">
            <w:pPr>
              <w:pStyle w:val="Oznaenseznam"/>
              <w:spacing w:after="16"/>
            </w:pPr>
            <w:r>
              <w:rPr>
                <w:color w:val="000000"/>
                <w:sz w:val="16"/>
              </w:rPr>
              <w:t>Po katerih znakih prepoznam šolski prostor?</w:t>
            </w:r>
          </w:p>
          <w:p w14:paraId="5C9C1815" w14:textId="77777777" w:rsidR="00302D64" w:rsidRDefault="00000000">
            <w:pPr>
              <w:pStyle w:val="Oznaenseznam"/>
              <w:spacing w:after="16"/>
            </w:pPr>
            <w:r>
              <w:rPr>
                <w:color w:val="000000"/>
                <w:sz w:val="16"/>
              </w:rPr>
              <w:t>Kdo v šoli skrbi, da lahko varno živimo in se učimo?</w:t>
            </w:r>
          </w:p>
          <w:p w14:paraId="6B54BB83"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242E8831" w14:textId="77777777">
              <w:trPr>
                <w:jc w:val="center"/>
              </w:trPr>
              <w:tc>
                <w:tcPr>
                  <w:tcW w:w="7087" w:type="dxa"/>
                  <w:shd w:val="clear" w:color="auto" w:fill="EDC9EA"/>
                  <w:tcMar>
                    <w:top w:w="45" w:type="dxa"/>
                    <w:left w:w="70" w:type="dxa"/>
                    <w:bottom w:w="45" w:type="dxa"/>
                    <w:right w:w="70" w:type="dxa"/>
                  </w:tcMar>
                </w:tcPr>
                <w:p w14:paraId="2CAA8149" w14:textId="77777777" w:rsidR="00302D64" w:rsidRDefault="00000000">
                  <w:pPr>
                    <w:keepNext/>
                  </w:pPr>
                  <w:r>
                    <w:rPr>
                      <w:b/>
                      <w:color w:val="000000"/>
                    </w:rPr>
                    <w:t>KRITERIJI USPEŠNOSTI</w:t>
                  </w:r>
                </w:p>
              </w:tc>
            </w:tr>
          </w:tbl>
          <w:p w14:paraId="282B7BE5" w14:textId="77777777" w:rsidR="00302D64" w:rsidRDefault="00302D64"/>
          <w:p w14:paraId="273CCD98" w14:textId="77777777" w:rsidR="00302D64" w:rsidRDefault="00000000">
            <w:pPr>
              <w:spacing w:before="20" w:after="20" w:line="245" w:lineRule="auto"/>
            </w:pPr>
            <w:r>
              <w:rPr>
                <w:b/>
                <w:color w:val="000000"/>
                <w:sz w:val="16"/>
              </w:rPr>
              <w:t>Uspešen/-na bom, ko:</w:t>
            </w:r>
          </w:p>
          <w:p w14:paraId="62A80C0B" w14:textId="77777777" w:rsidR="00302D64" w:rsidRDefault="00000000">
            <w:pPr>
              <w:pStyle w:val="Oznaenseznam"/>
              <w:spacing w:after="16"/>
            </w:pPr>
            <w:r>
              <w:rPr>
                <w:color w:val="000000"/>
                <w:sz w:val="16"/>
              </w:rPr>
              <w:t>poimenujem šolske prostore in delavce</w:t>
            </w:r>
          </w:p>
          <w:p w14:paraId="63E2FB4E" w14:textId="77777777" w:rsidR="00302D64" w:rsidRDefault="00000000">
            <w:pPr>
              <w:pStyle w:val="Oznaenseznam"/>
              <w:spacing w:after="16"/>
            </w:pPr>
            <w:r>
              <w:rPr>
                <w:color w:val="000000"/>
                <w:sz w:val="16"/>
              </w:rPr>
              <w:t>opišem svojo pot po šoli</w:t>
            </w:r>
          </w:p>
          <w:p w14:paraId="15CFBC1A" w14:textId="77777777" w:rsidR="00302D64" w:rsidRDefault="00000000">
            <w:pPr>
              <w:pStyle w:val="Oznaenseznam"/>
              <w:spacing w:after="16"/>
            </w:pPr>
            <w:r>
              <w:rPr>
                <w:color w:val="000000"/>
                <w:sz w:val="16"/>
              </w:rPr>
              <w:t>skrbim za svoje potrebščine</w:t>
            </w:r>
          </w:p>
          <w:p w14:paraId="5D6FDFF9"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7F04BF2" w14:textId="77777777" w:rsidR="00302D64" w:rsidRDefault="00302D64"/>
          <w:p w14:paraId="489E3963" w14:textId="77777777" w:rsidR="00302D64" w:rsidRDefault="00000000">
            <w:pPr>
              <w:spacing w:after="80" w:line="245" w:lineRule="auto"/>
            </w:pPr>
            <w:r>
              <w:rPr>
                <w:color w:val="000000"/>
                <w:sz w:val="16"/>
              </w:rPr>
              <w:t>Posluša ali opazuje književno oziroma predmetno izhodišče ter se vključi z gibom, sliko ali besedo.</w:t>
            </w:r>
          </w:p>
          <w:p w14:paraId="790C66D3" w14:textId="77777777" w:rsidR="00302D64" w:rsidRDefault="00000000">
            <w:pPr>
              <w:spacing w:after="80" w:line="245" w:lineRule="auto"/>
            </w:pPr>
            <w:r>
              <w:rPr>
                <w:color w:val="000000"/>
                <w:sz w:val="16"/>
              </w:rPr>
              <w:t>Pove, pokaže ali nariše, kaj že ve. Posluša zamisli drugih.</w:t>
            </w:r>
          </w:p>
          <w:p w14:paraId="6BD1A103" w14:textId="77777777" w:rsidR="00302D64" w:rsidRDefault="00000000">
            <w:pPr>
              <w:spacing w:after="100" w:line="245" w:lineRule="auto"/>
            </w:pPr>
            <w:r>
              <w:rPr>
                <w:color w:val="000000"/>
                <w:sz w:val="16"/>
              </w:rPr>
              <w:t>Sodeluje pri razumevanju namenov in kriterijev uspešnosti.</w:t>
            </w:r>
          </w:p>
          <w:p w14:paraId="641AF3BD" w14:textId="77777777" w:rsidR="00302D64" w:rsidRDefault="00000000">
            <w:pPr>
              <w:spacing w:after="20" w:line="245" w:lineRule="auto"/>
            </w:pPr>
            <w:r>
              <w:rPr>
                <w:b/>
                <w:color w:val="D95BC6"/>
                <w:sz w:val="17"/>
              </w:rPr>
              <w:t>DOKAZ O UČENJU</w:t>
            </w:r>
          </w:p>
          <w:p w14:paraId="7905790A" w14:textId="77777777" w:rsidR="00302D64" w:rsidRDefault="00000000">
            <w:pPr>
              <w:spacing w:after="30" w:line="245" w:lineRule="auto"/>
            </w:pPr>
            <w:r>
              <w:rPr>
                <w:color w:val="D95BC6"/>
                <w:sz w:val="16"/>
              </w:rPr>
              <w:t>začetna zamisel, razvrstitev, risba ali ustni odgovor</w:t>
            </w:r>
          </w:p>
        </w:tc>
      </w:tr>
    </w:tbl>
    <w:p w14:paraId="6E3C5848"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6CEF95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C13AC1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9BE5BA7" w14:textId="77777777" w:rsidR="00302D64" w:rsidRDefault="00000000">
            <w:pPr>
              <w:jc w:val="center"/>
            </w:pPr>
            <w:r>
              <w:rPr>
                <w:b/>
                <w:color w:val="000000"/>
                <w:sz w:val="20"/>
              </w:rPr>
              <w:t>UČNE DEJAVNOSTI, METODE IN FORMATIVNO SPREMLJANJE</w:t>
            </w:r>
          </w:p>
        </w:tc>
      </w:tr>
      <w:tr w:rsidR="00302D64" w14:paraId="07315B3F" w14:textId="77777777">
        <w:trPr>
          <w:tblHeader/>
          <w:jc w:val="center"/>
        </w:trPr>
        <w:tc>
          <w:tcPr>
            <w:tcW w:w="4422" w:type="dxa"/>
            <w:vMerge/>
            <w:tcMar>
              <w:top w:w="70" w:type="dxa"/>
              <w:left w:w="90" w:type="dxa"/>
              <w:bottom w:w="70" w:type="dxa"/>
              <w:right w:w="90" w:type="dxa"/>
            </w:tcMar>
            <w:vAlign w:val="center"/>
          </w:tcPr>
          <w:p w14:paraId="5D3FAEF5" w14:textId="77777777" w:rsidR="00302D64" w:rsidRDefault="00302D64"/>
        </w:tc>
        <w:tc>
          <w:tcPr>
            <w:tcW w:w="7087" w:type="dxa"/>
            <w:shd w:val="clear" w:color="auto" w:fill="FFFFFF"/>
            <w:tcMar>
              <w:top w:w="70" w:type="dxa"/>
              <w:left w:w="90" w:type="dxa"/>
              <w:bottom w:w="70" w:type="dxa"/>
              <w:right w:w="90" w:type="dxa"/>
            </w:tcMar>
            <w:vAlign w:val="center"/>
          </w:tcPr>
          <w:p w14:paraId="6F27C39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8883B3" w14:textId="77777777" w:rsidR="00302D64" w:rsidRDefault="00000000">
            <w:pPr>
              <w:jc w:val="center"/>
            </w:pPr>
            <w:r>
              <w:rPr>
                <w:b/>
                <w:color w:val="000000"/>
              </w:rPr>
              <w:t>UČENEC</w:t>
            </w:r>
          </w:p>
        </w:tc>
      </w:tr>
      <w:tr w:rsidR="00302D64" w14:paraId="00315965" w14:textId="77777777">
        <w:trPr>
          <w:jc w:val="center"/>
        </w:trPr>
        <w:tc>
          <w:tcPr>
            <w:tcW w:w="4422" w:type="dxa"/>
            <w:tcMar>
              <w:top w:w="70" w:type="dxa"/>
              <w:left w:w="90" w:type="dxa"/>
              <w:bottom w:w="70" w:type="dxa"/>
              <w:right w:w="90" w:type="dxa"/>
            </w:tcMar>
          </w:tcPr>
          <w:p w14:paraId="0B8644F9" w14:textId="77777777" w:rsidR="00302D64" w:rsidRDefault="00302D64"/>
          <w:p w14:paraId="3910CA11" w14:textId="77777777" w:rsidR="00302D64" w:rsidRDefault="00000000">
            <w:pPr>
              <w:spacing w:after="40" w:line="245" w:lineRule="auto"/>
            </w:pPr>
            <w:r>
              <w:rPr>
                <w:b/>
                <w:color w:val="000000"/>
              </w:rPr>
              <w:t>KLJUČNI POJMI</w:t>
            </w:r>
          </w:p>
          <w:p w14:paraId="5424BE33" w14:textId="77777777" w:rsidR="00302D64" w:rsidRDefault="00000000">
            <w:pPr>
              <w:spacing w:after="80" w:line="245" w:lineRule="auto"/>
            </w:pPr>
            <w:r>
              <w:rPr>
                <w:color w:val="000000"/>
                <w:sz w:val="16"/>
              </w:rPr>
              <w:t>knjižnica, telovadnica, jedilnica, zbornica, svetovalna služba, hišnik, kuharica, knjižničarka, pot, pripomoček</w:t>
            </w:r>
          </w:p>
          <w:p w14:paraId="20A18412" w14:textId="77777777" w:rsidR="00302D64" w:rsidRDefault="00000000">
            <w:pPr>
              <w:spacing w:after="20" w:line="245" w:lineRule="auto"/>
            </w:pPr>
            <w:r>
              <w:rPr>
                <w:b/>
                <w:color w:val="000000"/>
              </w:rPr>
              <w:t>DOKAZI O UČENJU</w:t>
            </w:r>
          </w:p>
          <w:p w14:paraId="6F545C56" w14:textId="77777777" w:rsidR="00302D64" w:rsidRDefault="00000000">
            <w:pPr>
              <w:pStyle w:val="Oznaenseznam"/>
              <w:spacing w:after="16"/>
            </w:pPr>
            <w:r>
              <w:rPr>
                <w:color w:val="000000"/>
                <w:sz w:val="16"/>
              </w:rPr>
              <w:t>izvedena in opisana pot</w:t>
            </w:r>
          </w:p>
          <w:p w14:paraId="1267391E" w14:textId="77777777" w:rsidR="00302D64" w:rsidRDefault="00000000">
            <w:pPr>
              <w:pStyle w:val="Oznaenseznam"/>
              <w:spacing w:after="16"/>
            </w:pPr>
            <w:r>
              <w:rPr>
                <w:color w:val="000000"/>
                <w:sz w:val="16"/>
              </w:rPr>
              <w:t>pravilno povezane kartice in ustni odgovor</w:t>
            </w:r>
          </w:p>
          <w:p w14:paraId="1D0700B4" w14:textId="77777777" w:rsidR="00302D64" w:rsidRDefault="00000000">
            <w:pPr>
              <w:pStyle w:val="Oznaenseznam"/>
              <w:spacing w:after="16"/>
            </w:pPr>
            <w:r>
              <w:rPr>
                <w:color w:val="000000"/>
                <w:sz w:val="16"/>
              </w:rPr>
              <w:t>pravilno pripravljene potrebščine in semafor</w:t>
            </w:r>
          </w:p>
          <w:p w14:paraId="30B2B3D6" w14:textId="77777777" w:rsidR="00302D64" w:rsidRDefault="00000000">
            <w:pPr>
              <w:spacing w:before="40" w:after="20" w:line="245" w:lineRule="auto"/>
            </w:pPr>
            <w:r>
              <w:rPr>
                <w:b/>
                <w:color w:val="000000"/>
              </w:rPr>
              <w:t>MEDPREDMETNA POVEZAVA</w:t>
            </w:r>
          </w:p>
          <w:p w14:paraId="52A9E64B" w14:textId="77777777" w:rsidR="00302D64" w:rsidRDefault="00000000">
            <w:pPr>
              <w:spacing w:after="60" w:line="245" w:lineRule="auto"/>
            </w:pPr>
            <w:r>
              <w:rPr>
                <w:color w:val="000000"/>
                <w:sz w:val="16"/>
              </w:rPr>
              <w:t>SLJ – vprašanja in opis poti; MAT – orientacija in razvrščanje; ŠPO – gibanje po navodilu; LUM – slikovni načrt</w:t>
            </w:r>
          </w:p>
          <w:p w14:paraId="5AF4A502" w14:textId="77777777" w:rsidR="00302D64" w:rsidRDefault="00000000">
            <w:pPr>
              <w:spacing w:after="20" w:line="245" w:lineRule="auto"/>
            </w:pPr>
            <w:r>
              <w:rPr>
                <w:b/>
                <w:color w:val="000000"/>
              </w:rPr>
              <w:t>POUČEVANJE V GIBANJU</w:t>
            </w:r>
          </w:p>
          <w:p w14:paraId="766B2ECA"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8EEFF43" w14:textId="77777777" w:rsidR="00302D64" w:rsidRDefault="00000000">
            <w:pPr>
              <w:spacing w:after="20" w:line="245" w:lineRule="auto"/>
            </w:pPr>
            <w:r>
              <w:rPr>
                <w:b/>
                <w:color w:val="000000"/>
              </w:rPr>
              <w:t>UČENJE PO ŠTIRIH POSTAJAH</w:t>
            </w:r>
          </w:p>
          <w:p w14:paraId="53C354D4"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079A184B" w14:textId="77777777" w:rsidR="00302D64" w:rsidRDefault="00000000">
            <w:pPr>
              <w:spacing w:after="20" w:line="245" w:lineRule="auto"/>
            </w:pPr>
            <w:r>
              <w:rPr>
                <w:b/>
                <w:color w:val="000000"/>
              </w:rPr>
              <w:t>DIFERENCIACIJA IN VKLJUČEVANJE</w:t>
            </w:r>
          </w:p>
          <w:p w14:paraId="3DA2AF77" w14:textId="77777777" w:rsidR="00302D64" w:rsidRDefault="00000000">
            <w:pPr>
              <w:spacing w:after="60" w:line="245" w:lineRule="auto"/>
            </w:pPr>
            <w:r>
              <w:rPr>
                <w:color w:val="000000"/>
                <w:sz w:val="16"/>
              </w:rPr>
              <w:t>Uporabi se fotografija dejanskega prostora in vrstniška opora; učenec lahko pot pokaže brez besed; za poglabljanje izdela legendo načrta.</w:t>
            </w:r>
          </w:p>
          <w:p w14:paraId="2532473E" w14:textId="77777777" w:rsidR="00302D64" w:rsidRDefault="00000000">
            <w:pPr>
              <w:spacing w:after="20" w:line="245" w:lineRule="auto"/>
            </w:pPr>
            <w:r>
              <w:rPr>
                <w:b/>
                <w:color w:val="000000"/>
              </w:rPr>
              <w:t>SPREMLJANJE</w:t>
            </w:r>
          </w:p>
          <w:p w14:paraId="14E3D54A"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037A417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B8B89DA" w14:textId="77777777">
              <w:trPr>
                <w:jc w:val="center"/>
              </w:trPr>
              <w:tc>
                <w:tcPr>
                  <w:tcW w:w="7087" w:type="dxa"/>
                  <w:shd w:val="clear" w:color="auto" w:fill="C6E7F3"/>
                  <w:tcMar>
                    <w:top w:w="45" w:type="dxa"/>
                    <w:left w:w="70" w:type="dxa"/>
                    <w:bottom w:w="45" w:type="dxa"/>
                    <w:right w:w="70" w:type="dxa"/>
                  </w:tcMar>
                </w:tcPr>
                <w:p w14:paraId="042E33F2" w14:textId="77777777" w:rsidR="00302D64" w:rsidRDefault="00000000">
                  <w:pPr>
                    <w:keepNext/>
                  </w:pPr>
                  <w:r>
                    <w:t>GLAVNI DEL – IZKUŠENJSKO IN POSTAJNO UČENJE (3 šolske ure)</w:t>
                  </w:r>
                </w:p>
              </w:tc>
            </w:tr>
          </w:tbl>
          <w:p w14:paraId="33346037" w14:textId="77777777" w:rsidR="00302D64" w:rsidRDefault="00302D64">
            <w:pPr>
              <w:spacing w:line="20" w:lineRule="exact"/>
            </w:pPr>
          </w:p>
          <w:p w14:paraId="7B5BE6BC" w14:textId="77777777" w:rsidR="00302D64" w:rsidRDefault="00000000">
            <w:pPr>
              <w:keepNext/>
              <w:spacing w:before="60" w:after="20" w:line="245" w:lineRule="auto"/>
            </w:pPr>
            <w:r>
              <w:rPr>
                <w:b/>
                <w:color w:val="000000"/>
              </w:rPr>
              <w:t>1. URA – Živi načrt šole</w:t>
            </w:r>
          </w:p>
          <w:p w14:paraId="0FAFA273" w14:textId="77777777" w:rsidR="00302D64" w:rsidRDefault="00000000">
            <w:pPr>
              <w:spacing w:after="20" w:line="245" w:lineRule="auto"/>
            </w:pPr>
            <w:r>
              <w:rPr>
                <w:b/>
                <w:color w:val="000000"/>
                <w:sz w:val="16"/>
              </w:rPr>
              <w:t xml:space="preserve">Dejavnost učiteljice: </w:t>
            </w:r>
            <w:r>
              <w:rPr>
                <w:color w:val="000000"/>
                <w:sz w:val="16"/>
              </w:rPr>
              <w:t>Na tleh oblikuje preprost načrt z obroči in karticami prostorov ter pokaže izhodišče in cilj.</w:t>
            </w:r>
          </w:p>
          <w:p w14:paraId="5FF7DBD5" w14:textId="77777777" w:rsidR="00302D64" w:rsidRDefault="00000000">
            <w:pPr>
              <w:spacing w:after="20" w:line="245" w:lineRule="auto"/>
            </w:pPr>
            <w:r>
              <w:rPr>
                <w:b/>
                <w:color w:val="000000"/>
                <w:sz w:val="16"/>
              </w:rPr>
              <w:t xml:space="preserve">Dejavnost učencev: </w:t>
            </w:r>
            <w:r>
              <w:rPr>
                <w:color w:val="000000"/>
                <w:sz w:val="16"/>
              </w:rPr>
              <w:t>Postavijo se v vlogo prostorov, sledijo navodilu in nato pot opišejo z besedami naprej, levo, desno.</w:t>
            </w:r>
          </w:p>
          <w:p w14:paraId="42B97436" w14:textId="77777777" w:rsidR="00302D64" w:rsidRDefault="00000000">
            <w:pPr>
              <w:spacing w:after="40" w:line="245" w:lineRule="auto"/>
            </w:pPr>
            <w:r>
              <w:rPr>
                <w:i/>
                <w:color w:val="D95BC6"/>
                <w:sz w:val="16"/>
              </w:rPr>
              <w:t>Predvideni dokaz: izvedena in opisana pot.</w:t>
            </w:r>
          </w:p>
          <w:p w14:paraId="5FAC22CB" w14:textId="77777777" w:rsidR="00302D64" w:rsidRDefault="00000000">
            <w:pPr>
              <w:keepNext/>
              <w:spacing w:before="60" w:after="20" w:line="245" w:lineRule="auto"/>
            </w:pPr>
            <w:r>
              <w:rPr>
                <w:b/>
                <w:color w:val="000000"/>
              </w:rPr>
              <w:t>2. URA – Kdo dela v naši šoli?</w:t>
            </w:r>
          </w:p>
          <w:p w14:paraId="69BFA427" w14:textId="77777777" w:rsidR="00302D64" w:rsidRDefault="00000000">
            <w:pPr>
              <w:spacing w:after="20" w:line="245" w:lineRule="auto"/>
            </w:pPr>
            <w:r>
              <w:rPr>
                <w:b/>
                <w:color w:val="000000"/>
                <w:sz w:val="16"/>
              </w:rPr>
              <w:t xml:space="preserve">Dejavnost učiteljice: </w:t>
            </w:r>
            <w:r>
              <w:rPr>
                <w:color w:val="000000"/>
                <w:sz w:val="16"/>
              </w:rPr>
              <w:t>Pripravi kartice poklicev in kratke situacije. Po možnosti organizira kratek pogovor z zaposlenim.</w:t>
            </w:r>
          </w:p>
          <w:p w14:paraId="78096746" w14:textId="77777777" w:rsidR="00302D64" w:rsidRDefault="00000000">
            <w:pPr>
              <w:spacing w:after="20" w:line="245" w:lineRule="auto"/>
            </w:pPr>
            <w:r>
              <w:rPr>
                <w:b/>
                <w:color w:val="000000"/>
                <w:sz w:val="16"/>
              </w:rPr>
              <w:t xml:space="preserve">Dejavnost učencev: </w:t>
            </w:r>
            <w:r>
              <w:rPr>
                <w:color w:val="000000"/>
                <w:sz w:val="16"/>
              </w:rPr>
              <w:t>Povežejo osebo, prostor, pripomoček in nalogo ter oblikujejo spoštljivo vprašanje.</w:t>
            </w:r>
          </w:p>
          <w:p w14:paraId="1BCBD2FB" w14:textId="77777777" w:rsidR="00302D64" w:rsidRDefault="00000000">
            <w:pPr>
              <w:spacing w:after="40" w:line="245" w:lineRule="auto"/>
            </w:pPr>
            <w:r>
              <w:rPr>
                <w:i/>
                <w:color w:val="D95BC6"/>
                <w:sz w:val="16"/>
              </w:rPr>
              <w:t>Predvideni dokaz: pravilno povezane kartice in ustni odgovor.</w:t>
            </w:r>
          </w:p>
          <w:p w14:paraId="7569A60C" w14:textId="77777777" w:rsidR="00302D64" w:rsidRDefault="00000000">
            <w:pPr>
              <w:keepNext/>
              <w:spacing w:before="60" w:after="20" w:line="245" w:lineRule="auto"/>
            </w:pPr>
            <w:r>
              <w:rPr>
                <w:b/>
                <w:color w:val="000000"/>
              </w:rPr>
              <w:t>3. URA – Moja šolska rutina</w:t>
            </w:r>
          </w:p>
          <w:p w14:paraId="71140368" w14:textId="77777777" w:rsidR="00302D64" w:rsidRDefault="00000000">
            <w:pPr>
              <w:spacing w:after="20" w:line="245" w:lineRule="auto"/>
            </w:pPr>
            <w:r>
              <w:rPr>
                <w:b/>
                <w:color w:val="000000"/>
                <w:sz w:val="16"/>
              </w:rPr>
              <w:t xml:space="preserve">Dejavnost učiteljice: </w:t>
            </w:r>
            <w:r>
              <w:rPr>
                <w:color w:val="000000"/>
                <w:sz w:val="16"/>
              </w:rPr>
              <w:t>Prikaže urejeno in neurejeno torbo ter vodi razvrščanje potrebščin po namenu.</w:t>
            </w:r>
          </w:p>
          <w:p w14:paraId="27D3A019" w14:textId="77777777" w:rsidR="00302D64" w:rsidRDefault="00000000">
            <w:pPr>
              <w:spacing w:after="20" w:line="245" w:lineRule="auto"/>
            </w:pPr>
            <w:r>
              <w:rPr>
                <w:b/>
                <w:color w:val="000000"/>
                <w:sz w:val="16"/>
              </w:rPr>
              <w:t xml:space="preserve">Dejavnost učencev: </w:t>
            </w:r>
            <w:r>
              <w:rPr>
                <w:color w:val="000000"/>
                <w:sz w:val="16"/>
              </w:rPr>
              <w:t>Razvrstijo predmete, pripravijo torbo po slikovnem seznamu in samovrednotijo urejenost.</w:t>
            </w:r>
          </w:p>
          <w:p w14:paraId="7CB1A789" w14:textId="77777777" w:rsidR="00302D64" w:rsidRDefault="00000000">
            <w:pPr>
              <w:spacing w:after="40" w:line="245" w:lineRule="auto"/>
            </w:pPr>
            <w:r>
              <w:rPr>
                <w:i/>
                <w:color w:val="D95BC6"/>
                <w:sz w:val="16"/>
              </w:rPr>
              <w:t>Predvideni dokaz: pravilno pripravljene potrebščine in semafor.</w:t>
            </w:r>
          </w:p>
          <w:tbl>
            <w:tblPr>
              <w:tblStyle w:val="Tabelamrea"/>
              <w:tblW w:w="0" w:type="auto"/>
              <w:jc w:val="center"/>
              <w:tblLayout w:type="fixed"/>
              <w:tblLook w:val="04A0" w:firstRow="1" w:lastRow="0" w:firstColumn="1" w:lastColumn="0" w:noHBand="0" w:noVBand="1"/>
            </w:tblPr>
            <w:tblGrid>
              <w:gridCol w:w="7087"/>
            </w:tblGrid>
            <w:tr w:rsidR="00302D64" w14:paraId="172903B1" w14:textId="77777777">
              <w:trPr>
                <w:jc w:val="center"/>
              </w:trPr>
              <w:tc>
                <w:tcPr>
                  <w:tcW w:w="7087" w:type="dxa"/>
                  <w:shd w:val="clear" w:color="auto" w:fill="EDC9EA"/>
                  <w:tcMar>
                    <w:top w:w="45" w:type="dxa"/>
                    <w:left w:w="70" w:type="dxa"/>
                    <w:bottom w:w="45" w:type="dxa"/>
                    <w:right w:w="70" w:type="dxa"/>
                  </w:tcMar>
                </w:tcPr>
                <w:p w14:paraId="46752569" w14:textId="77777777" w:rsidR="00302D64" w:rsidRDefault="00000000">
                  <w:pPr>
                    <w:keepNext/>
                  </w:pPr>
                  <w:r>
                    <w:rPr>
                      <w:b/>
                      <w:color w:val="000000"/>
                    </w:rPr>
                    <w:t>UČENJE PO ŠTIRIH POSTAJAH (6–8 min na postajo)</w:t>
                  </w:r>
                </w:p>
              </w:tc>
            </w:tr>
          </w:tbl>
          <w:p w14:paraId="1B7F48E9"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D1CE18A" w14:textId="77777777" w:rsidR="00302D64" w:rsidRDefault="00000000">
            <w:pPr>
              <w:spacing w:after="20" w:line="245" w:lineRule="auto"/>
            </w:pPr>
            <w:r>
              <w:rPr>
                <w:b/>
                <w:color w:val="000000"/>
                <w:sz w:val="16"/>
              </w:rPr>
              <w:t xml:space="preserve">RAZISKOVALNA POSTAJA – Živi načrt šole: </w:t>
            </w:r>
            <w:r>
              <w:rPr>
                <w:color w:val="000000"/>
                <w:sz w:val="16"/>
              </w:rPr>
              <w:t>Postavijo se v vlogo prostorov, sledijo navodilu in nato pot opišejo z besedami naprej, levo, desno.</w:t>
            </w:r>
          </w:p>
          <w:p w14:paraId="58057599" w14:textId="77777777" w:rsidR="00302D64" w:rsidRDefault="00000000">
            <w:pPr>
              <w:spacing w:after="20" w:line="245" w:lineRule="auto"/>
            </w:pPr>
            <w:r>
              <w:rPr>
                <w:b/>
                <w:color w:val="000000"/>
                <w:sz w:val="16"/>
              </w:rPr>
              <w:t xml:space="preserve">PRAKTIČNA POSTAJA – Kdo dela v naši šoli?: </w:t>
            </w:r>
            <w:r>
              <w:rPr>
                <w:color w:val="000000"/>
                <w:sz w:val="16"/>
              </w:rPr>
              <w:t>Povežejo osebo, prostor, pripomoček in nalogo ter oblikujejo spoštljivo vprašanje.</w:t>
            </w:r>
          </w:p>
          <w:p w14:paraId="647D6232" w14:textId="77777777" w:rsidR="00302D64" w:rsidRDefault="00000000">
            <w:pPr>
              <w:spacing w:after="20" w:line="245" w:lineRule="auto"/>
            </w:pPr>
            <w:r>
              <w:rPr>
                <w:b/>
                <w:color w:val="000000"/>
                <w:sz w:val="16"/>
              </w:rPr>
              <w:t xml:space="preserve">GIBALNO-SODELOVALNA POSTAJA – Moja šolska rutina: </w:t>
            </w:r>
            <w:r>
              <w:rPr>
                <w:color w:val="000000"/>
                <w:sz w:val="16"/>
              </w:rPr>
              <w:t>Razvrstijo predmete, pripravijo torbo po slikovnem seznamu in samovrednotijo urejenost.</w:t>
            </w:r>
          </w:p>
          <w:p w14:paraId="392CFC6B" w14:textId="77777777" w:rsidR="00302D64" w:rsidRDefault="00000000">
            <w:pPr>
              <w:spacing w:after="20" w:line="245" w:lineRule="auto"/>
            </w:pPr>
            <w:r>
              <w:rPr>
                <w:b/>
                <w:color w:val="000000"/>
                <w:sz w:val="16"/>
              </w:rPr>
              <w:t xml:space="preserve">POSTAJA DOKAZA IN REFLEKSIJE: </w:t>
            </w:r>
            <w:r>
              <w:rPr>
                <w:color w:val="000000"/>
                <w:sz w:val="16"/>
              </w:rPr>
              <w:t>Izberejo en dokaz (izvedena in opisana pot, pravilno povezane kartice in ustni odgovor),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5CC3CB76" w14:textId="77777777">
              <w:trPr>
                <w:jc w:val="center"/>
              </w:trPr>
              <w:tc>
                <w:tcPr>
                  <w:tcW w:w="7087" w:type="dxa"/>
                  <w:shd w:val="clear" w:color="auto" w:fill="EDC9EA"/>
                  <w:tcMar>
                    <w:top w:w="45" w:type="dxa"/>
                    <w:left w:w="70" w:type="dxa"/>
                    <w:bottom w:w="45" w:type="dxa"/>
                    <w:right w:w="70" w:type="dxa"/>
                  </w:tcMar>
                </w:tcPr>
                <w:p w14:paraId="0DDC7010" w14:textId="77777777" w:rsidR="00302D64" w:rsidRDefault="00000000">
                  <w:pPr>
                    <w:keepNext/>
                  </w:pPr>
                  <w:r>
                    <w:rPr>
                      <w:b/>
                      <w:color w:val="000000"/>
                    </w:rPr>
                    <w:t>POVRATNA INFORMACIJA UČITELJICE MED DELOM</w:t>
                  </w:r>
                </w:p>
              </w:tc>
            </w:tr>
          </w:tbl>
          <w:p w14:paraId="5E6149CD" w14:textId="77777777" w:rsidR="00302D64" w:rsidRDefault="00302D64"/>
          <w:p w14:paraId="555938CE"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5AE50FED" w14:textId="77777777" w:rsidR="00302D64" w:rsidRDefault="00302D64"/>
          <w:p w14:paraId="20A0CFD1" w14:textId="77777777" w:rsidR="00302D64" w:rsidRDefault="00000000">
            <w:pPr>
              <w:spacing w:after="20" w:line="245" w:lineRule="auto"/>
            </w:pPr>
            <w:r>
              <w:rPr>
                <w:b/>
                <w:color w:val="000000"/>
                <w:sz w:val="17"/>
              </w:rPr>
              <w:t>1. URA</w:t>
            </w:r>
          </w:p>
          <w:p w14:paraId="54513ACC" w14:textId="77777777" w:rsidR="00302D64" w:rsidRDefault="00000000">
            <w:pPr>
              <w:spacing w:after="40" w:line="245" w:lineRule="auto"/>
            </w:pPr>
            <w:r>
              <w:rPr>
                <w:color w:val="000000"/>
                <w:sz w:val="16"/>
              </w:rPr>
              <w:t>Postavijo se v vlogo prostorov, sledijo navodilu in nato pot opišejo z besedami naprej, levo, desno.</w:t>
            </w:r>
          </w:p>
          <w:p w14:paraId="4B4994F3" w14:textId="77777777" w:rsidR="00302D64" w:rsidRDefault="00000000">
            <w:pPr>
              <w:spacing w:line="245" w:lineRule="auto"/>
            </w:pPr>
            <w:r>
              <w:rPr>
                <w:b/>
                <w:color w:val="D95BC6"/>
                <w:sz w:val="16"/>
              </w:rPr>
              <w:t>DOKAZ</w:t>
            </w:r>
          </w:p>
          <w:p w14:paraId="60E41D3F" w14:textId="77777777" w:rsidR="00302D64" w:rsidRDefault="00000000">
            <w:pPr>
              <w:spacing w:after="60" w:line="245" w:lineRule="auto"/>
            </w:pPr>
            <w:r>
              <w:rPr>
                <w:color w:val="D95BC6"/>
                <w:sz w:val="16"/>
              </w:rPr>
              <w:t>izvedena in opisana pot</w:t>
            </w:r>
          </w:p>
          <w:p w14:paraId="2A42D41A" w14:textId="77777777" w:rsidR="00302D64" w:rsidRDefault="00000000">
            <w:pPr>
              <w:spacing w:after="20" w:line="245" w:lineRule="auto"/>
            </w:pPr>
            <w:r>
              <w:rPr>
                <w:b/>
                <w:color w:val="000000"/>
                <w:sz w:val="17"/>
              </w:rPr>
              <w:t>2. URA</w:t>
            </w:r>
          </w:p>
          <w:p w14:paraId="60CFB798" w14:textId="77777777" w:rsidR="00302D64" w:rsidRDefault="00000000">
            <w:pPr>
              <w:spacing w:after="40" w:line="245" w:lineRule="auto"/>
            </w:pPr>
            <w:r>
              <w:rPr>
                <w:color w:val="000000"/>
                <w:sz w:val="16"/>
              </w:rPr>
              <w:t>Povežejo osebo, prostor, pripomoček in nalogo ter oblikujejo spoštljivo vprašanje.</w:t>
            </w:r>
          </w:p>
          <w:p w14:paraId="1BC32D5E" w14:textId="77777777" w:rsidR="00302D64" w:rsidRDefault="00000000">
            <w:pPr>
              <w:spacing w:line="245" w:lineRule="auto"/>
            </w:pPr>
            <w:r>
              <w:rPr>
                <w:b/>
                <w:color w:val="D95BC6"/>
                <w:sz w:val="16"/>
              </w:rPr>
              <w:t>DOKAZ</w:t>
            </w:r>
          </w:p>
          <w:p w14:paraId="29B03F40" w14:textId="77777777" w:rsidR="00302D64" w:rsidRDefault="00000000">
            <w:pPr>
              <w:spacing w:after="60" w:line="245" w:lineRule="auto"/>
            </w:pPr>
            <w:r>
              <w:rPr>
                <w:color w:val="D95BC6"/>
                <w:sz w:val="16"/>
              </w:rPr>
              <w:t>pravilno povezane kartice in ustni odgovor</w:t>
            </w:r>
          </w:p>
          <w:p w14:paraId="69773464" w14:textId="77777777" w:rsidR="00302D64" w:rsidRDefault="00000000">
            <w:pPr>
              <w:spacing w:after="20" w:line="245" w:lineRule="auto"/>
            </w:pPr>
            <w:r>
              <w:rPr>
                <w:b/>
                <w:color w:val="000000"/>
                <w:sz w:val="17"/>
              </w:rPr>
              <w:t>3. URA</w:t>
            </w:r>
          </w:p>
          <w:p w14:paraId="1D21DEBC" w14:textId="77777777" w:rsidR="00302D64" w:rsidRDefault="00000000">
            <w:pPr>
              <w:spacing w:after="40" w:line="245" w:lineRule="auto"/>
            </w:pPr>
            <w:r>
              <w:rPr>
                <w:color w:val="000000"/>
                <w:sz w:val="16"/>
              </w:rPr>
              <w:t>Razvrstijo predmete, pripravijo torbo po slikovnem seznamu in samovrednotijo urejenost.</w:t>
            </w:r>
          </w:p>
          <w:p w14:paraId="376A962F" w14:textId="77777777" w:rsidR="00302D64" w:rsidRDefault="00000000">
            <w:pPr>
              <w:spacing w:line="245" w:lineRule="auto"/>
            </w:pPr>
            <w:r>
              <w:rPr>
                <w:b/>
                <w:color w:val="D95BC6"/>
                <w:sz w:val="16"/>
              </w:rPr>
              <w:t>DOKAZ</w:t>
            </w:r>
          </w:p>
          <w:p w14:paraId="0F105248" w14:textId="77777777" w:rsidR="00302D64" w:rsidRDefault="00000000">
            <w:pPr>
              <w:spacing w:after="60" w:line="245" w:lineRule="auto"/>
            </w:pPr>
            <w:r>
              <w:rPr>
                <w:color w:val="D95BC6"/>
                <w:sz w:val="16"/>
              </w:rPr>
              <w:t>pravilno pripravljene potrebščine in semafor</w:t>
            </w:r>
          </w:p>
        </w:tc>
      </w:tr>
    </w:tbl>
    <w:p w14:paraId="003F24E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6B0C8D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766D2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468033" w14:textId="77777777" w:rsidR="00302D64" w:rsidRDefault="00000000">
            <w:pPr>
              <w:jc w:val="center"/>
            </w:pPr>
            <w:r>
              <w:rPr>
                <w:b/>
                <w:color w:val="000000"/>
                <w:sz w:val="20"/>
              </w:rPr>
              <w:t>UČNE DEJAVNOSTI, METODE IN FORMATIVNO SPREMLJANJE</w:t>
            </w:r>
          </w:p>
        </w:tc>
      </w:tr>
      <w:tr w:rsidR="00302D64" w14:paraId="253C829C" w14:textId="77777777">
        <w:trPr>
          <w:tblHeader/>
          <w:jc w:val="center"/>
        </w:trPr>
        <w:tc>
          <w:tcPr>
            <w:tcW w:w="4422" w:type="dxa"/>
            <w:vMerge/>
            <w:tcMar>
              <w:top w:w="70" w:type="dxa"/>
              <w:left w:w="90" w:type="dxa"/>
              <w:bottom w:w="70" w:type="dxa"/>
              <w:right w:w="90" w:type="dxa"/>
            </w:tcMar>
            <w:vAlign w:val="center"/>
          </w:tcPr>
          <w:p w14:paraId="37161231" w14:textId="77777777" w:rsidR="00302D64" w:rsidRDefault="00302D64"/>
        </w:tc>
        <w:tc>
          <w:tcPr>
            <w:tcW w:w="7087" w:type="dxa"/>
            <w:shd w:val="clear" w:color="auto" w:fill="FFFFFF"/>
            <w:tcMar>
              <w:top w:w="70" w:type="dxa"/>
              <w:left w:w="90" w:type="dxa"/>
              <w:bottom w:w="70" w:type="dxa"/>
              <w:right w:w="90" w:type="dxa"/>
            </w:tcMar>
            <w:vAlign w:val="center"/>
          </w:tcPr>
          <w:p w14:paraId="64C4BA4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A2B9693" w14:textId="77777777" w:rsidR="00302D64" w:rsidRDefault="00000000">
            <w:pPr>
              <w:jc w:val="center"/>
            </w:pPr>
            <w:r>
              <w:rPr>
                <w:b/>
                <w:color w:val="000000"/>
              </w:rPr>
              <w:t>UČENEC</w:t>
            </w:r>
          </w:p>
        </w:tc>
      </w:tr>
      <w:tr w:rsidR="00302D64" w14:paraId="63F5A9D0" w14:textId="77777777">
        <w:trPr>
          <w:jc w:val="center"/>
        </w:trPr>
        <w:tc>
          <w:tcPr>
            <w:tcW w:w="4422" w:type="dxa"/>
            <w:tcMar>
              <w:top w:w="70" w:type="dxa"/>
              <w:left w:w="90" w:type="dxa"/>
              <w:bottom w:w="70" w:type="dxa"/>
              <w:right w:w="90" w:type="dxa"/>
            </w:tcMar>
          </w:tcPr>
          <w:p w14:paraId="1D6B6228" w14:textId="77777777" w:rsidR="00302D64" w:rsidRDefault="00302D64"/>
          <w:p w14:paraId="3BA156F2" w14:textId="77777777" w:rsidR="00302D64" w:rsidRDefault="00000000">
            <w:pPr>
              <w:spacing w:after="40" w:line="245" w:lineRule="auto"/>
            </w:pPr>
            <w:r>
              <w:rPr>
                <w:b/>
                <w:color w:val="000000"/>
              </w:rPr>
              <w:t>FORMATIVNO SPREMLJANJE</w:t>
            </w:r>
          </w:p>
          <w:p w14:paraId="37916785" w14:textId="77777777" w:rsidR="00302D64" w:rsidRDefault="00000000">
            <w:pPr>
              <w:pStyle w:val="Oznaenseznam"/>
              <w:spacing w:after="16"/>
            </w:pPr>
            <w:r>
              <w:rPr>
                <w:color w:val="000000"/>
                <w:sz w:val="16"/>
              </w:rPr>
              <w:t>predznanje: začetni odgovor, razvrstitev ali prikaz</w:t>
            </w:r>
          </w:p>
          <w:p w14:paraId="603D187B" w14:textId="77777777" w:rsidR="00302D64" w:rsidRDefault="00000000">
            <w:pPr>
              <w:pStyle w:val="Oznaenseznam"/>
              <w:spacing w:after="16"/>
            </w:pPr>
            <w:r>
              <w:rPr>
                <w:color w:val="000000"/>
                <w:sz w:val="16"/>
              </w:rPr>
              <w:t>dokazi med učenjem: izvedba, skica, model, opazovalni zapis ali razlaga</w:t>
            </w:r>
          </w:p>
          <w:p w14:paraId="22E1053F" w14:textId="77777777" w:rsidR="00302D64" w:rsidRDefault="00000000">
            <w:pPr>
              <w:pStyle w:val="Oznaenseznam"/>
              <w:spacing w:after="16"/>
            </w:pPr>
            <w:r>
              <w:rPr>
                <w:color w:val="000000"/>
                <w:sz w:val="16"/>
              </w:rPr>
              <w:t>povratna informacija: konkretna, vezana na kriterij in usmerjena v naslednji korak</w:t>
            </w:r>
          </w:p>
          <w:p w14:paraId="2D92FE35" w14:textId="77777777" w:rsidR="00302D64" w:rsidRDefault="00000000">
            <w:pPr>
              <w:pStyle w:val="Oznaenseznam"/>
              <w:spacing w:after="16"/>
            </w:pPr>
            <w:r>
              <w:rPr>
                <w:color w:val="000000"/>
                <w:sz w:val="16"/>
              </w:rPr>
              <w:t>samovrednotenje: semafor, prsti, izbrani simbol ali kratka poved</w:t>
            </w:r>
          </w:p>
          <w:p w14:paraId="7B2EF331" w14:textId="77777777" w:rsidR="00302D64" w:rsidRDefault="00000000">
            <w:pPr>
              <w:spacing w:before="40" w:after="20" w:line="245" w:lineRule="auto"/>
            </w:pPr>
            <w:r>
              <w:rPr>
                <w:b/>
                <w:color w:val="000000"/>
              </w:rPr>
              <w:t>VARNOST IN ODGOVORNOST</w:t>
            </w:r>
          </w:p>
          <w:p w14:paraId="5334AAFE" w14:textId="77777777" w:rsidR="00302D64" w:rsidRDefault="00000000">
            <w:pPr>
              <w:spacing w:after="60" w:line="245" w:lineRule="auto"/>
            </w:pPr>
            <w:r>
              <w:rPr>
                <w:color w:val="000000"/>
                <w:sz w:val="16"/>
              </w:rPr>
              <w:t>Upošteva dogovorjena pravila varnega, spoštljivega in odgovornega dela.</w:t>
            </w:r>
          </w:p>
          <w:p w14:paraId="2690A66B" w14:textId="77777777" w:rsidR="00302D64" w:rsidRDefault="00000000">
            <w:pPr>
              <w:spacing w:after="20" w:line="245" w:lineRule="auto"/>
            </w:pPr>
            <w:r>
              <w:rPr>
                <w:b/>
                <w:color w:val="000000"/>
              </w:rPr>
              <w:t>EVIDENCA PO IZVEDBI</w:t>
            </w:r>
          </w:p>
          <w:p w14:paraId="164D300A"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2A38A8F4"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4108D55" w14:textId="77777777">
              <w:trPr>
                <w:jc w:val="center"/>
              </w:trPr>
              <w:tc>
                <w:tcPr>
                  <w:tcW w:w="7087" w:type="dxa"/>
                  <w:shd w:val="clear" w:color="auto" w:fill="EDC9EA"/>
                  <w:tcMar>
                    <w:top w:w="45" w:type="dxa"/>
                    <w:left w:w="70" w:type="dxa"/>
                    <w:bottom w:w="45" w:type="dxa"/>
                    <w:right w:w="70" w:type="dxa"/>
                  </w:tcMar>
                </w:tcPr>
                <w:p w14:paraId="5AB670C1" w14:textId="77777777" w:rsidR="00302D64" w:rsidRDefault="00000000">
                  <w:pPr>
                    <w:keepNext/>
                  </w:pPr>
                  <w:r>
                    <w:rPr>
                      <w:b/>
                      <w:color w:val="000000"/>
                    </w:rPr>
                    <w:t>VPRAŠANJA V PODPORO UČENJU</w:t>
                  </w:r>
                </w:p>
              </w:tc>
            </w:tr>
          </w:tbl>
          <w:p w14:paraId="2A0ABAF7" w14:textId="77777777" w:rsidR="00302D64" w:rsidRDefault="00302D64">
            <w:pPr>
              <w:spacing w:line="20" w:lineRule="exact"/>
            </w:pPr>
          </w:p>
          <w:p w14:paraId="78B35B56" w14:textId="77777777" w:rsidR="00302D64" w:rsidRDefault="00000000">
            <w:pPr>
              <w:pStyle w:val="Oznaenseznam"/>
              <w:spacing w:after="16"/>
            </w:pPr>
            <w:r>
              <w:rPr>
                <w:color w:val="000000"/>
                <w:sz w:val="16"/>
              </w:rPr>
              <w:t>Kaj si opazil/-a in kateri dokaz to pokaže?</w:t>
            </w:r>
          </w:p>
          <w:p w14:paraId="13C3E8A2" w14:textId="77777777" w:rsidR="00302D64" w:rsidRDefault="00000000">
            <w:pPr>
              <w:pStyle w:val="Oznaenseznam"/>
              <w:spacing w:after="16"/>
            </w:pPr>
            <w:r>
              <w:rPr>
                <w:color w:val="000000"/>
                <w:sz w:val="16"/>
              </w:rPr>
              <w:t>Kako si prišel/-la do svoje odločitve?</w:t>
            </w:r>
          </w:p>
          <w:p w14:paraId="5DC04207" w14:textId="77777777" w:rsidR="00302D64" w:rsidRDefault="00000000">
            <w:pPr>
              <w:pStyle w:val="Oznaenseznam"/>
              <w:spacing w:after="16"/>
            </w:pPr>
            <w:r>
              <w:rPr>
                <w:color w:val="000000"/>
                <w:sz w:val="16"/>
              </w:rPr>
              <w:t>Kaj si pri ponovnem poskusu ohranil/-a enako in kaj spremenil/-a?</w:t>
            </w:r>
          </w:p>
          <w:p w14:paraId="33B1E2B5" w14:textId="77777777" w:rsidR="00302D64" w:rsidRDefault="00000000">
            <w:pPr>
              <w:pStyle w:val="Oznaenseznam"/>
              <w:spacing w:after="16"/>
            </w:pPr>
            <w:r>
              <w:rPr>
                <w:color w:val="000000"/>
                <w:sz w:val="16"/>
              </w:rPr>
              <w:t>Kateri kriterij že dosegaš? Kaj bo tvoj naslednji korak?</w:t>
            </w:r>
          </w:p>
          <w:p w14:paraId="4A52FD44"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3EF6E3CD" w14:textId="77777777">
              <w:trPr>
                <w:jc w:val="center"/>
              </w:trPr>
              <w:tc>
                <w:tcPr>
                  <w:tcW w:w="7087" w:type="dxa"/>
                  <w:shd w:val="clear" w:color="auto" w:fill="C6E7F3"/>
                  <w:tcMar>
                    <w:top w:w="45" w:type="dxa"/>
                    <w:left w:w="70" w:type="dxa"/>
                    <w:bottom w:w="45" w:type="dxa"/>
                    <w:right w:w="70" w:type="dxa"/>
                  </w:tcMar>
                </w:tcPr>
                <w:p w14:paraId="6CCAE66D" w14:textId="77777777" w:rsidR="00302D64" w:rsidRDefault="00000000">
                  <w:pPr>
                    <w:keepNext/>
                  </w:pPr>
                  <w:r>
                    <w:rPr>
                      <w:b/>
                      <w:color w:val="000000"/>
                    </w:rPr>
                    <w:t>ZAKLJUČNI DEL – UTRJEVANJE IN REFLEKSIJA (10–15 min)</w:t>
                  </w:r>
                </w:p>
              </w:tc>
            </w:tr>
          </w:tbl>
          <w:p w14:paraId="208E0139" w14:textId="77777777" w:rsidR="00302D64" w:rsidRDefault="00302D64">
            <w:pPr>
              <w:spacing w:line="20" w:lineRule="exact"/>
            </w:pPr>
          </w:p>
          <w:p w14:paraId="02D1A1B5"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78F81443" w14:textId="77777777">
              <w:trPr>
                <w:jc w:val="center"/>
              </w:trPr>
              <w:tc>
                <w:tcPr>
                  <w:tcW w:w="7087" w:type="dxa"/>
                  <w:shd w:val="clear" w:color="auto" w:fill="EDC9EA"/>
                  <w:tcMar>
                    <w:top w:w="45" w:type="dxa"/>
                    <w:left w:w="70" w:type="dxa"/>
                    <w:bottom w:w="45" w:type="dxa"/>
                    <w:right w:w="70" w:type="dxa"/>
                  </w:tcMar>
                </w:tcPr>
                <w:p w14:paraId="3F35407F" w14:textId="77777777" w:rsidR="00302D64" w:rsidRDefault="00000000">
                  <w:pPr>
                    <w:keepNext/>
                  </w:pPr>
                  <w:r>
                    <w:rPr>
                      <w:b/>
                      <w:color w:val="000000"/>
                    </w:rPr>
                    <w:t>SAMOVREDNOTENJE</w:t>
                  </w:r>
                </w:p>
              </w:tc>
            </w:tr>
          </w:tbl>
          <w:p w14:paraId="602E5429" w14:textId="77777777" w:rsidR="00302D64" w:rsidRDefault="00302D64">
            <w:pPr>
              <w:spacing w:line="20" w:lineRule="exact"/>
            </w:pPr>
          </w:p>
          <w:p w14:paraId="6C5F929E"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78EAAF73" w14:textId="77777777">
              <w:trPr>
                <w:jc w:val="center"/>
              </w:trPr>
              <w:tc>
                <w:tcPr>
                  <w:tcW w:w="7087" w:type="dxa"/>
                  <w:shd w:val="clear" w:color="auto" w:fill="EDC9EA"/>
                  <w:tcMar>
                    <w:top w:w="45" w:type="dxa"/>
                    <w:left w:w="70" w:type="dxa"/>
                    <w:bottom w:w="45" w:type="dxa"/>
                    <w:right w:w="70" w:type="dxa"/>
                  </w:tcMar>
                </w:tcPr>
                <w:p w14:paraId="29889C8E" w14:textId="77777777" w:rsidR="00302D64" w:rsidRDefault="00000000">
                  <w:pPr>
                    <w:keepNext/>
                  </w:pPr>
                  <w:r>
                    <w:rPr>
                      <w:b/>
                      <w:color w:val="000000"/>
                    </w:rPr>
                    <w:t>VRSTNIŠKO VREDNOTENJE</w:t>
                  </w:r>
                </w:p>
              </w:tc>
            </w:tr>
          </w:tbl>
          <w:p w14:paraId="5E59D400" w14:textId="77777777" w:rsidR="00302D64" w:rsidRDefault="00302D64">
            <w:pPr>
              <w:spacing w:line="20" w:lineRule="exact"/>
            </w:pPr>
          </w:p>
          <w:p w14:paraId="3726DC57"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6E092FDE" w14:textId="77777777">
              <w:trPr>
                <w:jc w:val="center"/>
              </w:trPr>
              <w:tc>
                <w:tcPr>
                  <w:tcW w:w="7087" w:type="dxa"/>
                  <w:shd w:val="clear" w:color="auto" w:fill="EDC9EA"/>
                  <w:tcMar>
                    <w:top w:w="45" w:type="dxa"/>
                    <w:left w:w="70" w:type="dxa"/>
                    <w:bottom w:w="45" w:type="dxa"/>
                    <w:right w:w="70" w:type="dxa"/>
                  </w:tcMar>
                </w:tcPr>
                <w:p w14:paraId="68DFD55D" w14:textId="77777777" w:rsidR="00302D64" w:rsidRDefault="00000000">
                  <w:pPr>
                    <w:keepNext/>
                  </w:pPr>
                  <w:r>
                    <w:rPr>
                      <w:b/>
                      <w:color w:val="000000"/>
                    </w:rPr>
                    <w:t>SKUPNI POVZETEK</w:t>
                  </w:r>
                </w:p>
              </w:tc>
            </w:tr>
          </w:tbl>
          <w:p w14:paraId="717E44BE" w14:textId="77777777" w:rsidR="00302D64" w:rsidRDefault="00302D64"/>
          <w:p w14:paraId="142018D9" w14:textId="77777777" w:rsidR="00302D64" w:rsidRDefault="00000000">
            <w:pPr>
              <w:spacing w:before="20" w:after="40" w:line="245" w:lineRule="auto"/>
            </w:pPr>
            <w:r>
              <w:rPr>
                <w:b/>
                <w:color w:val="000000"/>
                <w:sz w:val="17"/>
              </w:rPr>
              <w:t>V šoli se orientiram, poznam delo zaposlenih in skrbim za svoje šolske potrebščine.</w:t>
            </w:r>
          </w:p>
        </w:tc>
        <w:tc>
          <w:tcPr>
            <w:tcW w:w="2551" w:type="dxa"/>
            <w:tcMar>
              <w:top w:w="70" w:type="dxa"/>
              <w:left w:w="90" w:type="dxa"/>
              <w:bottom w:w="70" w:type="dxa"/>
              <w:right w:w="90" w:type="dxa"/>
            </w:tcMar>
          </w:tcPr>
          <w:p w14:paraId="2E65FEFF" w14:textId="77777777" w:rsidR="00302D64" w:rsidRDefault="00302D64"/>
          <w:p w14:paraId="19F43F07" w14:textId="77777777" w:rsidR="00302D64" w:rsidRDefault="00000000">
            <w:pPr>
              <w:spacing w:after="100" w:line="245" w:lineRule="auto"/>
            </w:pPr>
            <w:r>
              <w:rPr>
                <w:color w:val="000000"/>
                <w:sz w:val="16"/>
              </w:rPr>
              <w:t>Odgovarja na podporna vprašanja in se sklicuje na svoj dokaz.</w:t>
            </w:r>
          </w:p>
          <w:p w14:paraId="4A22A079" w14:textId="77777777" w:rsidR="00302D64" w:rsidRDefault="00000000">
            <w:pPr>
              <w:spacing w:after="100" w:line="245" w:lineRule="auto"/>
            </w:pPr>
            <w:r>
              <w:rPr>
                <w:color w:val="000000"/>
                <w:sz w:val="16"/>
              </w:rPr>
              <w:t>Primerja začetno zamisel z ugotovitvijo ter pove ali pokaže, kaj se je naučil/-a.</w:t>
            </w:r>
          </w:p>
          <w:p w14:paraId="2D730CE3" w14:textId="77777777" w:rsidR="00302D64" w:rsidRDefault="00000000">
            <w:pPr>
              <w:spacing w:after="100" w:line="245" w:lineRule="auto"/>
            </w:pPr>
            <w:r>
              <w:rPr>
                <w:color w:val="000000"/>
                <w:sz w:val="16"/>
              </w:rPr>
              <w:t>Izbere raven doseganja in določi naslednji korak.</w:t>
            </w:r>
          </w:p>
          <w:p w14:paraId="31C22C85" w14:textId="77777777" w:rsidR="00302D64" w:rsidRDefault="00000000">
            <w:pPr>
              <w:spacing w:after="100" w:line="245" w:lineRule="auto"/>
            </w:pPr>
            <w:r>
              <w:rPr>
                <w:color w:val="000000"/>
                <w:sz w:val="16"/>
              </w:rPr>
              <w:t>Sošolcu poda prijazen, konkreten odziv.</w:t>
            </w:r>
          </w:p>
          <w:p w14:paraId="0132ABCF" w14:textId="77777777" w:rsidR="00302D64" w:rsidRDefault="00000000">
            <w:pPr>
              <w:spacing w:after="20" w:line="245" w:lineRule="auto"/>
            </w:pPr>
            <w:r>
              <w:rPr>
                <w:b/>
                <w:color w:val="D95BC6"/>
                <w:sz w:val="17"/>
              </w:rPr>
              <w:t>DOKAZ O UČENJU</w:t>
            </w:r>
          </w:p>
          <w:p w14:paraId="0FF5CE3D" w14:textId="77777777" w:rsidR="00302D64" w:rsidRDefault="00000000">
            <w:pPr>
              <w:spacing w:after="30" w:line="245" w:lineRule="auto"/>
            </w:pPr>
            <w:r>
              <w:rPr>
                <w:color w:val="D95BC6"/>
                <w:sz w:val="16"/>
              </w:rPr>
              <w:t>izvedba ali izdelek, razlaga, samovrednotenje in odziv na povratno informacijo</w:t>
            </w:r>
          </w:p>
        </w:tc>
      </w:tr>
    </w:tbl>
    <w:p w14:paraId="628089F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1FFEB98" w14:textId="77777777">
        <w:trPr>
          <w:cantSplit/>
          <w:jc w:val="center"/>
        </w:trPr>
        <w:tc>
          <w:tcPr>
            <w:tcW w:w="14060" w:type="dxa"/>
            <w:gridSpan w:val="6"/>
            <w:tcMar>
              <w:top w:w="70" w:type="dxa"/>
              <w:left w:w="90" w:type="dxa"/>
              <w:bottom w:w="70" w:type="dxa"/>
              <w:right w:w="90" w:type="dxa"/>
            </w:tcMar>
            <w:vAlign w:val="center"/>
          </w:tcPr>
          <w:p w14:paraId="783A5C9D" w14:textId="77777777" w:rsidR="00302D64" w:rsidRDefault="00000000">
            <w:pPr>
              <w:jc w:val="center"/>
            </w:pPr>
            <w:r>
              <w:rPr>
                <w:b/>
                <w:color w:val="000000"/>
                <w:sz w:val="24"/>
              </w:rPr>
              <w:lastRenderedPageBreak/>
              <w:t>UČNA PRIPRAVA 3/39</w:t>
            </w:r>
          </w:p>
        </w:tc>
      </w:tr>
      <w:tr w:rsidR="00302D64" w14:paraId="4608219C" w14:textId="77777777">
        <w:trPr>
          <w:jc w:val="center"/>
        </w:trPr>
        <w:tc>
          <w:tcPr>
            <w:tcW w:w="2665" w:type="dxa"/>
            <w:tcMar>
              <w:top w:w="70" w:type="dxa"/>
              <w:left w:w="90" w:type="dxa"/>
              <w:bottom w:w="70" w:type="dxa"/>
              <w:right w:w="90" w:type="dxa"/>
            </w:tcMar>
            <w:vAlign w:val="center"/>
          </w:tcPr>
          <w:p w14:paraId="01FE0A1A"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9D63FDF"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B5CF8DF"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8C46FF3" w14:textId="77777777" w:rsidR="00302D64" w:rsidRDefault="00000000">
            <w:r>
              <w:rPr>
                <w:b/>
                <w:color w:val="000000"/>
                <w:sz w:val="16"/>
              </w:rPr>
              <w:t xml:space="preserve">NAČRTOVANI TERMIN: </w:t>
            </w:r>
            <w:r>
              <w:rPr>
                <w:color w:val="000000"/>
                <w:sz w:val="16"/>
              </w:rPr>
              <w:t>3. teden • 14.–18. 9. 2026</w:t>
            </w:r>
          </w:p>
        </w:tc>
        <w:tc>
          <w:tcPr>
            <w:tcW w:w="2268" w:type="dxa"/>
            <w:tcMar>
              <w:top w:w="70" w:type="dxa"/>
              <w:left w:w="90" w:type="dxa"/>
              <w:bottom w:w="70" w:type="dxa"/>
              <w:right w:w="90" w:type="dxa"/>
            </w:tcMar>
            <w:vAlign w:val="center"/>
          </w:tcPr>
          <w:p w14:paraId="63078C0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393BEB6" w14:textId="77777777" w:rsidR="00302D64" w:rsidRDefault="00000000">
            <w:r>
              <w:rPr>
                <w:b/>
                <w:color w:val="000000"/>
                <w:sz w:val="16"/>
              </w:rPr>
              <w:t xml:space="preserve">ŠTEVILO UR: </w:t>
            </w:r>
            <w:r>
              <w:rPr>
                <w:color w:val="000000"/>
                <w:sz w:val="16"/>
              </w:rPr>
              <w:t>3</w:t>
            </w:r>
          </w:p>
        </w:tc>
      </w:tr>
      <w:tr w:rsidR="00302D64" w14:paraId="75173D93" w14:textId="77777777">
        <w:trPr>
          <w:jc w:val="center"/>
        </w:trPr>
        <w:tc>
          <w:tcPr>
            <w:tcW w:w="14061" w:type="dxa"/>
            <w:gridSpan w:val="6"/>
            <w:tcMar>
              <w:top w:w="70" w:type="dxa"/>
              <w:left w:w="90" w:type="dxa"/>
              <w:bottom w:w="70" w:type="dxa"/>
              <w:right w:w="90" w:type="dxa"/>
            </w:tcMar>
            <w:vAlign w:val="center"/>
          </w:tcPr>
          <w:p w14:paraId="40FE412D" w14:textId="77777777" w:rsidR="00302D64" w:rsidRDefault="00000000">
            <w:r>
              <w:t>TIP UČNE URE: obravnava, izkušenjsko raziskovanje, učenje po postajah, utrjevanje in formativno spremljanje</w:t>
            </w:r>
          </w:p>
        </w:tc>
      </w:tr>
      <w:tr w:rsidR="00302D64" w14:paraId="49279BFD" w14:textId="77777777">
        <w:trPr>
          <w:cantSplit/>
          <w:jc w:val="center"/>
        </w:trPr>
        <w:tc>
          <w:tcPr>
            <w:tcW w:w="14060" w:type="dxa"/>
            <w:gridSpan w:val="6"/>
            <w:tcMar>
              <w:top w:w="70" w:type="dxa"/>
              <w:left w:w="90" w:type="dxa"/>
              <w:bottom w:w="70" w:type="dxa"/>
              <w:right w:w="90" w:type="dxa"/>
            </w:tcMar>
            <w:vAlign w:val="center"/>
          </w:tcPr>
          <w:p w14:paraId="17A235A1" w14:textId="77777777" w:rsidR="00302D64" w:rsidRDefault="00302D64"/>
          <w:p w14:paraId="44F01377" w14:textId="77777777" w:rsidR="00302D64" w:rsidRDefault="00000000">
            <w:pPr>
              <w:spacing w:line="245" w:lineRule="auto"/>
            </w:pPr>
            <w:r>
              <w:rPr>
                <w:b/>
                <w:color w:val="000000"/>
                <w:sz w:val="17"/>
              </w:rPr>
              <w:t xml:space="preserve">UČNI SKLOP: </w:t>
            </w:r>
            <w:r>
              <w:rPr>
                <w:color w:val="000000"/>
                <w:sz w:val="17"/>
              </w:rPr>
              <w:t>V ŠOLO – JAZ, ODNOSI IN UČENJE</w:t>
            </w:r>
          </w:p>
        </w:tc>
      </w:tr>
      <w:tr w:rsidR="00302D64" w14:paraId="3E93F9F8" w14:textId="77777777">
        <w:trPr>
          <w:cantSplit/>
          <w:jc w:val="center"/>
        </w:trPr>
        <w:tc>
          <w:tcPr>
            <w:tcW w:w="14060" w:type="dxa"/>
            <w:gridSpan w:val="6"/>
            <w:tcMar>
              <w:top w:w="70" w:type="dxa"/>
              <w:left w:w="90" w:type="dxa"/>
              <w:bottom w:w="70" w:type="dxa"/>
              <w:right w:w="90" w:type="dxa"/>
            </w:tcMar>
            <w:vAlign w:val="center"/>
          </w:tcPr>
          <w:p w14:paraId="0F9817FF" w14:textId="77777777" w:rsidR="00302D64" w:rsidRDefault="00302D64"/>
          <w:p w14:paraId="58DD585E" w14:textId="77777777" w:rsidR="00302D64" w:rsidRDefault="00000000">
            <w:pPr>
              <w:spacing w:line="245" w:lineRule="auto"/>
            </w:pPr>
            <w:r>
              <w:rPr>
                <w:b/>
                <w:color w:val="000000"/>
                <w:sz w:val="17"/>
              </w:rPr>
              <w:t xml:space="preserve">UČNA TEMA: </w:t>
            </w:r>
            <w:r>
              <w:rPr>
                <w:color w:val="000000"/>
                <w:sz w:val="17"/>
              </w:rPr>
              <w:t>PRIJATELJSTVO</w:t>
            </w:r>
          </w:p>
        </w:tc>
      </w:tr>
      <w:tr w:rsidR="00302D64" w14:paraId="45609C35" w14:textId="77777777">
        <w:trPr>
          <w:cantSplit/>
          <w:jc w:val="center"/>
        </w:trPr>
        <w:tc>
          <w:tcPr>
            <w:tcW w:w="14060" w:type="dxa"/>
            <w:gridSpan w:val="6"/>
            <w:tcMar>
              <w:top w:w="70" w:type="dxa"/>
              <w:left w:w="90" w:type="dxa"/>
              <w:bottom w:w="70" w:type="dxa"/>
              <w:right w:w="90" w:type="dxa"/>
            </w:tcMar>
            <w:vAlign w:val="center"/>
          </w:tcPr>
          <w:p w14:paraId="4DE9878B" w14:textId="77777777" w:rsidR="00302D64" w:rsidRDefault="00302D64"/>
          <w:p w14:paraId="1301C148" w14:textId="77777777" w:rsidR="00302D64" w:rsidRDefault="00000000">
            <w:pPr>
              <w:spacing w:line="245" w:lineRule="auto"/>
            </w:pPr>
            <w:r>
              <w:rPr>
                <w:b/>
                <w:color w:val="000000"/>
                <w:sz w:val="17"/>
              </w:rPr>
              <w:t xml:space="preserve">KNJIŽEVNO IZHODIŠČE IN MOTIV: </w:t>
            </w:r>
            <w:r>
              <w:rPr>
                <w:color w:val="000000"/>
                <w:sz w:val="17"/>
              </w:rPr>
              <w:t>»Moj prijatelj Piki Jakob« – Kajetan Kovič • prijateljstvo, empatija in sodelovanje</w:t>
            </w:r>
          </w:p>
        </w:tc>
      </w:tr>
      <w:tr w:rsidR="00302D64" w14:paraId="7AA76505" w14:textId="77777777">
        <w:trPr>
          <w:cantSplit/>
          <w:jc w:val="center"/>
        </w:trPr>
        <w:tc>
          <w:tcPr>
            <w:tcW w:w="14060" w:type="dxa"/>
            <w:gridSpan w:val="6"/>
            <w:tcMar>
              <w:top w:w="70" w:type="dxa"/>
              <w:left w:w="90" w:type="dxa"/>
              <w:bottom w:w="70" w:type="dxa"/>
              <w:right w:w="90" w:type="dxa"/>
            </w:tcMar>
            <w:vAlign w:val="center"/>
          </w:tcPr>
          <w:p w14:paraId="265567CF" w14:textId="77777777" w:rsidR="00302D64" w:rsidRDefault="00302D64"/>
          <w:p w14:paraId="357C3FC6" w14:textId="77777777" w:rsidR="00302D64" w:rsidRDefault="00000000">
            <w:pPr>
              <w:spacing w:line="245" w:lineRule="auto"/>
            </w:pPr>
            <w:r>
              <w:rPr>
                <w:b/>
                <w:color w:val="000000"/>
                <w:sz w:val="17"/>
              </w:rPr>
              <w:t xml:space="preserve">UČNE ENOTE: </w:t>
            </w:r>
            <w:r>
              <w:rPr>
                <w:color w:val="000000"/>
                <w:sz w:val="17"/>
              </w:rPr>
              <w:t>1. ura – Kipi čustev • 2. ura – Most mirnega reševanja • 3. ura – Sodelovalni izziv</w:t>
            </w:r>
          </w:p>
        </w:tc>
      </w:tr>
      <w:tr w:rsidR="00302D64" w14:paraId="76C3854F" w14:textId="77777777">
        <w:trPr>
          <w:cantSplit/>
          <w:jc w:val="center"/>
        </w:trPr>
        <w:tc>
          <w:tcPr>
            <w:tcW w:w="14060" w:type="dxa"/>
            <w:gridSpan w:val="6"/>
            <w:tcMar>
              <w:top w:w="70" w:type="dxa"/>
              <w:left w:w="90" w:type="dxa"/>
              <w:bottom w:w="70" w:type="dxa"/>
              <w:right w:w="90" w:type="dxa"/>
            </w:tcMar>
            <w:vAlign w:val="center"/>
          </w:tcPr>
          <w:p w14:paraId="02DB65B5" w14:textId="77777777" w:rsidR="00302D64" w:rsidRDefault="00302D64"/>
          <w:p w14:paraId="35D99204"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4A08C832" w14:textId="77777777">
        <w:trPr>
          <w:cantSplit/>
          <w:jc w:val="center"/>
        </w:trPr>
        <w:tc>
          <w:tcPr>
            <w:tcW w:w="14060" w:type="dxa"/>
            <w:gridSpan w:val="6"/>
            <w:tcMar>
              <w:top w:w="70" w:type="dxa"/>
              <w:left w:w="90" w:type="dxa"/>
              <w:bottom w:w="70" w:type="dxa"/>
              <w:right w:w="90" w:type="dxa"/>
            </w:tcMar>
            <w:vAlign w:val="center"/>
          </w:tcPr>
          <w:p w14:paraId="45DE2115" w14:textId="77777777" w:rsidR="00302D64" w:rsidRDefault="00302D64"/>
          <w:p w14:paraId="75A8065B"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17899528" w14:textId="77777777">
        <w:trPr>
          <w:cantSplit/>
          <w:jc w:val="center"/>
        </w:trPr>
        <w:tc>
          <w:tcPr>
            <w:tcW w:w="14060" w:type="dxa"/>
            <w:gridSpan w:val="6"/>
            <w:tcMar>
              <w:top w:w="70" w:type="dxa"/>
              <w:left w:w="90" w:type="dxa"/>
              <w:bottom w:w="70" w:type="dxa"/>
              <w:right w:w="90" w:type="dxa"/>
            </w:tcMar>
            <w:vAlign w:val="center"/>
          </w:tcPr>
          <w:p w14:paraId="4DF4F8CF" w14:textId="77777777" w:rsidR="00302D64" w:rsidRDefault="00302D64"/>
          <w:p w14:paraId="49FA0473"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10829AEA" w14:textId="77777777">
        <w:trPr>
          <w:cantSplit/>
          <w:jc w:val="center"/>
        </w:trPr>
        <w:tc>
          <w:tcPr>
            <w:tcW w:w="14060" w:type="dxa"/>
            <w:gridSpan w:val="6"/>
            <w:tcMar>
              <w:top w:w="70" w:type="dxa"/>
              <w:left w:w="90" w:type="dxa"/>
              <w:bottom w:w="70" w:type="dxa"/>
              <w:right w:w="90" w:type="dxa"/>
            </w:tcMar>
            <w:vAlign w:val="center"/>
          </w:tcPr>
          <w:p w14:paraId="142BF028" w14:textId="77777777" w:rsidR="00302D64" w:rsidRDefault="00302D64"/>
          <w:p w14:paraId="74A8F316" w14:textId="77777777" w:rsidR="00302D64" w:rsidRDefault="00000000">
            <w:pPr>
              <w:spacing w:line="245" w:lineRule="auto"/>
            </w:pPr>
            <w:r>
              <w:rPr>
                <w:b/>
                <w:color w:val="000000"/>
                <w:sz w:val="17"/>
              </w:rPr>
              <w:t xml:space="preserve">MEDPREDMETNE POVEZAVE: </w:t>
            </w:r>
            <w:r>
              <w:rPr>
                <w:color w:val="000000"/>
                <w:sz w:val="17"/>
              </w:rPr>
              <w:t>SLJ – pripovedovanje in jaz-sporočila; ŠPO – gibalno izražanje čustev; LUM – obrazna mimika; GUM – barva glasu</w:t>
            </w:r>
          </w:p>
        </w:tc>
      </w:tr>
      <w:tr w:rsidR="00302D64" w14:paraId="06304466" w14:textId="77777777">
        <w:trPr>
          <w:cantSplit/>
          <w:jc w:val="center"/>
        </w:trPr>
        <w:tc>
          <w:tcPr>
            <w:tcW w:w="14060" w:type="dxa"/>
            <w:gridSpan w:val="6"/>
            <w:tcMar>
              <w:top w:w="70" w:type="dxa"/>
              <w:left w:w="90" w:type="dxa"/>
              <w:bottom w:w="70" w:type="dxa"/>
              <w:right w:w="90" w:type="dxa"/>
            </w:tcMar>
            <w:vAlign w:val="center"/>
          </w:tcPr>
          <w:p w14:paraId="7D7DC9A9" w14:textId="77777777" w:rsidR="00302D64" w:rsidRDefault="00302D64"/>
          <w:p w14:paraId="5DAE639C" w14:textId="77777777" w:rsidR="00302D64" w:rsidRDefault="00000000">
            <w:pPr>
              <w:spacing w:line="245" w:lineRule="auto"/>
            </w:pPr>
            <w:r>
              <w:rPr>
                <w:b/>
                <w:color w:val="000000"/>
                <w:sz w:val="17"/>
              </w:rPr>
              <w:t xml:space="preserve">UČNA SREDSTVA IN PRIPOMOČKI: </w:t>
            </w:r>
            <w:r>
              <w:rPr>
                <w:color w:val="000000"/>
                <w:sz w:val="17"/>
              </w:rPr>
              <w:t>Moj prijatelj Piki Jakob, kartice čustev, ogledalca, lutki, kartice korakov mirnega reševanja, kocke ali papirnati tulci</w:t>
            </w:r>
          </w:p>
        </w:tc>
      </w:tr>
      <w:tr w:rsidR="00302D64" w14:paraId="4DE47E41" w14:textId="77777777">
        <w:trPr>
          <w:cantSplit/>
          <w:jc w:val="center"/>
        </w:trPr>
        <w:tc>
          <w:tcPr>
            <w:tcW w:w="14060" w:type="dxa"/>
            <w:gridSpan w:val="6"/>
            <w:tcMar>
              <w:top w:w="70" w:type="dxa"/>
              <w:left w:w="90" w:type="dxa"/>
              <w:bottom w:w="70" w:type="dxa"/>
              <w:right w:w="90" w:type="dxa"/>
            </w:tcMar>
            <w:vAlign w:val="center"/>
          </w:tcPr>
          <w:p w14:paraId="04BC9FAD" w14:textId="77777777" w:rsidR="00302D64" w:rsidRDefault="00302D64"/>
          <w:p w14:paraId="5346602D"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343E74F6" w14:textId="77777777">
        <w:trPr>
          <w:cantSplit/>
          <w:jc w:val="center"/>
        </w:trPr>
        <w:tc>
          <w:tcPr>
            <w:tcW w:w="14060" w:type="dxa"/>
            <w:gridSpan w:val="6"/>
            <w:tcMar>
              <w:top w:w="70" w:type="dxa"/>
              <w:left w:w="90" w:type="dxa"/>
              <w:bottom w:w="70" w:type="dxa"/>
              <w:right w:w="90" w:type="dxa"/>
            </w:tcMar>
            <w:vAlign w:val="center"/>
          </w:tcPr>
          <w:p w14:paraId="51CC70A2" w14:textId="77777777" w:rsidR="00302D64" w:rsidRDefault="00302D64"/>
          <w:p w14:paraId="2B09DBB5"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0B4A9173" w14:textId="77777777">
        <w:trPr>
          <w:cantSplit/>
          <w:jc w:val="center"/>
        </w:trPr>
        <w:tc>
          <w:tcPr>
            <w:tcW w:w="14060" w:type="dxa"/>
            <w:gridSpan w:val="6"/>
            <w:tcMar>
              <w:top w:w="70" w:type="dxa"/>
              <w:left w:w="90" w:type="dxa"/>
              <w:bottom w:w="70" w:type="dxa"/>
              <w:right w:w="90" w:type="dxa"/>
            </w:tcMar>
            <w:vAlign w:val="center"/>
          </w:tcPr>
          <w:p w14:paraId="5B19E2C6" w14:textId="77777777" w:rsidR="00302D64" w:rsidRDefault="00302D64"/>
          <w:p w14:paraId="0B1DA4DE"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46BA901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12D501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37903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4A5369F" w14:textId="77777777" w:rsidR="00302D64" w:rsidRDefault="00000000">
            <w:pPr>
              <w:jc w:val="center"/>
            </w:pPr>
            <w:r>
              <w:rPr>
                <w:b/>
                <w:color w:val="000000"/>
                <w:sz w:val="20"/>
              </w:rPr>
              <w:t>UČNE DEJAVNOSTI, METODE IN FORMATIVNO SPREMLJANJE</w:t>
            </w:r>
          </w:p>
        </w:tc>
      </w:tr>
      <w:tr w:rsidR="00302D64" w14:paraId="4DAC8E91" w14:textId="77777777">
        <w:trPr>
          <w:tblHeader/>
          <w:jc w:val="center"/>
        </w:trPr>
        <w:tc>
          <w:tcPr>
            <w:tcW w:w="4422" w:type="dxa"/>
            <w:vMerge/>
            <w:tcMar>
              <w:top w:w="70" w:type="dxa"/>
              <w:left w:w="90" w:type="dxa"/>
              <w:bottom w:w="70" w:type="dxa"/>
              <w:right w:w="90" w:type="dxa"/>
            </w:tcMar>
            <w:vAlign w:val="center"/>
          </w:tcPr>
          <w:p w14:paraId="02669CDD" w14:textId="77777777" w:rsidR="00302D64" w:rsidRDefault="00302D64"/>
        </w:tc>
        <w:tc>
          <w:tcPr>
            <w:tcW w:w="7087" w:type="dxa"/>
            <w:shd w:val="clear" w:color="auto" w:fill="FFFFFF"/>
            <w:tcMar>
              <w:top w:w="70" w:type="dxa"/>
              <w:left w:w="90" w:type="dxa"/>
              <w:bottom w:w="70" w:type="dxa"/>
              <w:right w:w="90" w:type="dxa"/>
            </w:tcMar>
            <w:vAlign w:val="center"/>
          </w:tcPr>
          <w:p w14:paraId="359C6C3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CF0D1C7" w14:textId="77777777" w:rsidR="00302D64" w:rsidRDefault="00000000">
            <w:pPr>
              <w:jc w:val="center"/>
            </w:pPr>
            <w:r>
              <w:rPr>
                <w:b/>
                <w:color w:val="000000"/>
              </w:rPr>
              <w:t>UČENEC</w:t>
            </w:r>
          </w:p>
        </w:tc>
      </w:tr>
      <w:tr w:rsidR="00302D64" w14:paraId="4119AD43" w14:textId="77777777">
        <w:trPr>
          <w:jc w:val="center"/>
        </w:trPr>
        <w:tc>
          <w:tcPr>
            <w:tcW w:w="4422" w:type="dxa"/>
            <w:tcMar>
              <w:top w:w="70" w:type="dxa"/>
              <w:left w:w="90" w:type="dxa"/>
              <w:bottom w:w="70" w:type="dxa"/>
              <w:right w:w="90" w:type="dxa"/>
            </w:tcMar>
          </w:tcPr>
          <w:p w14:paraId="6FE63141" w14:textId="77777777" w:rsidR="00302D64" w:rsidRDefault="00302D64"/>
          <w:p w14:paraId="6CFC8FFC" w14:textId="77777777" w:rsidR="00302D64" w:rsidRDefault="00000000">
            <w:pPr>
              <w:spacing w:after="60" w:line="245" w:lineRule="auto"/>
            </w:pPr>
            <w:r>
              <w:rPr>
                <w:b/>
                <w:color w:val="000000"/>
              </w:rPr>
              <w:t>UČNI CILJI</w:t>
            </w:r>
          </w:p>
          <w:p w14:paraId="302C9CAD" w14:textId="77777777" w:rsidR="00302D64" w:rsidRDefault="00000000">
            <w:pPr>
              <w:spacing w:after="20" w:line="245" w:lineRule="auto"/>
            </w:pPr>
            <w:r>
              <w:rPr>
                <w:b/>
                <w:color w:val="000000"/>
                <w:sz w:val="17"/>
              </w:rPr>
              <w:t>SPLOŠNI</w:t>
            </w:r>
          </w:p>
          <w:p w14:paraId="3A836281" w14:textId="77777777" w:rsidR="00302D64" w:rsidRDefault="00000000">
            <w:pPr>
              <w:pStyle w:val="Oznaenseznam"/>
              <w:spacing w:after="16"/>
            </w:pPr>
            <w:r>
              <w:rPr>
                <w:color w:val="000000"/>
                <w:sz w:val="16"/>
              </w:rPr>
              <w:t>razvija radovednost ter sistematično opazuje, primerja, razvršča in sporoča ugotovitve</w:t>
            </w:r>
          </w:p>
          <w:p w14:paraId="5D66B78B" w14:textId="77777777" w:rsidR="00302D64" w:rsidRDefault="00000000">
            <w:pPr>
              <w:pStyle w:val="Oznaenseznam"/>
              <w:spacing w:after="16"/>
            </w:pPr>
            <w:r>
              <w:rPr>
                <w:color w:val="000000"/>
                <w:sz w:val="16"/>
              </w:rPr>
              <w:t>sodeluje, posluša druge in svoja opažanja izraža na razvojno primeren način</w:t>
            </w:r>
          </w:p>
          <w:p w14:paraId="489C30AE" w14:textId="77777777" w:rsidR="00302D64" w:rsidRDefault="00000000">
            <w:pPr>
              <w:pStyle w:val="Oznaenseznam"/>
              <w:spacing w:after="16"/>
            </w:pPr>
            <w:r>
              <w:rPr>
                <w:color w:val="000000"/>
                <w:sz w:val="16"/>
              </w:rPr>
              <w:t>ravna varno, odgovorno in skrbno do sebe, drugih ter okolja</w:t>
            </w:r>
          </w:p>
          <w:p w14:paraId="2B044D3E" w14:textId="77777777" w:rsidR="00302D64" w:rsidRDefault="00000000">
            <w:pPr>
              <w:pStyle w:val="Oznaenseznam"/>
              <w:spacing w:after="16"/>
            </w:pPr>
            <w:r>
              <w:rPr>
                <w:color w:val="000000"/>
                <w:sz w:val="16"/>
              </w:rPr>
              <w:t>ob kriterijih spremlja svoje učenje in sprejema opisno povratno informacijo</w:t>
            </w:r>
          </w:p>
          <w:p w14:paraId="5F1408AE" w14:textId="77777777" w:rsidR="00302D64" w:rsidRDefault="00000000">
            <w:pPr>
              <w:spacing w:before="40" w:after="20" w:line="245" w:lineRule="auto"/>
            </w:pPr>
            <w:r>
              <w:rPr>
                <w:b/>
                <w:color w:val="000000"/>
                <w:sz w:val="17"/>
              </w:rPr>
              <w:t>OPERATIVNI</w:t>
            </w:r>
          </w:p>
          <w:p w14:paraId="1E9DEE27" w14:textId="77777777" w:rsidR="00302D64" w:rsidRDefault="00000000">
            <w:pPr>
              <w:pStyle w:val="Oznaenseznam"/>
              <w:spacing w:after="16"/>
            </w:pPr>
            <w:r>
              <w:rPr>
                <w:color w:val="000000"/>
                <w:sz w:val="16"/>
              </w:rPr>
              <w:t>prepozna čustva pri sebi in drugih</w:t>
            </w:r>
          </w:p>
          <w:p w14:paraId="2BC61A12" w14:textId="77777777" w:rsidR="00302D64" w:rsidRDefault="00000000">
            <w:pPr>
              <w:pStyle w:val="Oznaenseznam"/>
              <w:spacing w:after="16"/>
            </w:pPr>
            <w:r>
              <w:rPr>
                <w:color w:val="000000"/>
                <w:sz w:val="16"/>
              </w:rPr>
              <w:t>mirno rešuje preprost spor</w:t>
            </w:r>
          </w:p>
          <w:p w14:paraId="69E2FE73" w14:textId="77777777" w:rsidR="00302D64" w:rsidRDefault="00000000">
            <w:pPr>
              <w:pStyle w:val="Oznaenseznam"/>
              <w:spacing w:after="16"/>
            </w:pPr>
            <w:r>
              <w:rPr>
                <w:color w:val="000000"/>
                <w:sz w:val="16"/>
              </w:rPr>
              <w:t>pomaga sošolcu</w:t>
            </w:r>
          </w:p>
          <w:p w14:paraId="444880C8" w14:textId="77777777" w:rsidR="00302D64" w:rsidRDefault="00000000">
            <w:pPr>
              <w:spacing w:before="40" w:after="20" w:line="245" w:lineRule="auto"/>
            </w:pPr>
            <w:r>
              <w:rPr>
                <w:b/>
                <w:color w:val="000000"/>
                <w:sz w:val="17"/>
              </w:rPr>
              <w:t>PRIČAKOVANI DOSEŽKI / STANDARDI</w:t>
            </w:r>
          </w:p>
          <w:p w14:paraId="2C814DED" w14:textId="77777777" w:rsidR="00302D64" w:rsidRDefault="00000000">
            <w:pPr>
              <w:pStyle w:val="Oznaenseznam"/>
              <w:spacing w:after="16"/>
            </w:pPr>
            <w:r>
              <w:rPr>
                <w:color w:val="000000"/>
                <w:sz w:val="16"/>
              </w:rPr>
              <w:t>ob konkretni ali slikovni opori prepozna čustva pri sebi in drugih</w:t>
            </w:r>
          </w:p>
          <w:p w14:paraId="77974BB2" w14:textId="77777777" w:rsidR="00302D64" w:rsidRDefault="00000000">
            <w:pPr>
              <w:pStyle w:val="Oznaenseznam"/>
              <w:spacing w:after="16"/>
            </w:pPr>
            <w:r>
              <w:rPr>
                <w:color w:val="000000"/>
                <w:sz w:val="16"/>
              </w:rPr>
              <w:t>ob konkretni ali slikovni opori mirno rešuje preprost spor</w:t>
            </w:r>
          </w:p>
          <w:p w14:paraId="023FDA43" w14:textId="77777777" w:rsidR="00302D64" w:rsidRDefault="00000000">
            <w:pPr>
              <w:pStyle w:val="Oznaenseznam"/>
              <w:spacing w:after="16"/>
            </w:pPr>
            <w:r>
              <w:rPr>
                <w:color w:val="000000"/>
                <w:sz w:val="16"/>
              </w:rPr>
              <w:t>ob konkretni ali slikovni opori pomaga sošolcu</w:t>
            </w:r>
          </w:p>
        </w:tc>
        <w:tc>
          <w:tcPr>
            <w:tcW w:w="7087" w:type="dxa"/>
            <w:tcMar>
              <w:top w:w="70" w:type="dxa"/>
              <w:left w:w="90" w:type="dxa"/>
              <w:bottom w:w="70" w:type="dxa"/>
              <w:right w:w="90" w:type="dxa"/>
            </w:tcMar>
          </w:tcPr>
          <w:p w14:paraId="66A4F3B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A9EBE4B" w14:textId="77777777">
              <w:trPr>
                <w:jc w:val="center"/>
              </w:trPr>
              <w:tc>
                <w:tcPr>
                  <w:tcW w:w="7087" w:type="dxa"/>
                  <w:shd w:val="clear" w:color="auto" w:fill="C6E7F3"/>
                  <w:tcMar>
                    <w:top w:w="45" w:type="dxa"/>
                    <w:left w:w="70" w:type="dxa"/>
                    <w:bottom w:w="45" w:type="dxa"/>
                    <w:right w:w="70" w:type="dxa"/>
                  </w:tcMar>
                </w:tcPr>
                <w:p w14:paraId="61266FE0" w14:textId="77777777" w:rsidR="00302D64" w:rsidRDefault="00000000">
                  <w:pPr>
                    <w:keepNext/>
                  </w:pPr>
                  <w:r>
                    <w:rPr>
                      <w:b/>
                      <w:color w:val="000000"/>
                    </w:rPr>
                    <w:t>UVODNI DEL – motivacija, aktivacija predznanja in namen učenja (15–20 min)</w:t>
                  </w:r>
                </w:p>
              </w:tc>
            </w:tr>
          </w:tbl>
          <w:p w14:paraId="56F6F586" w14:textId="77777777" w:rsidR="00302D64" w:rsidRDefault="00302D64">
            <w:pPr>
              <w:spacing w:line="20" w:lineRule="exact"/>
            </w:pPr>
          </w:p>
          <w:p w14:paraId="5B35EAF2" w14:textId="77777777" w:rsidR="00302D64" w:rsidRDefault="00000000">
            <w:pPr>
              <w:spacing w:before="40" w:after="60" w:line="245" w:lineRule="auto"/>
            </w:pPr>
            <w:r>
              <w:rPr>
                <w:color w:val="000000"/>
                <w:sz w:val="17"/>
              </w:rPr>
              <w:t>Po poslušanju odlomka o Pikiju Jakobu učenci z obrazom in telesom pokažejo, kako se je oseba v zgodbi počutila. Razred ugiba čustvo in poišče možne razloge.</w:t>
            </w:r>
          </w:p>
          <w:tbl>
            <w:tblPr>
              <w:tblStyle w:val="Tabelamrea"/>
              <w:tblW w:w="0" w:type="auto"/>
              <w:jc w:val="center"/>
              <w:tblLayout w:type="fixed"/>
              <w:tblLook w:val="04A0" w:firstRow="1" w:lastRow="0" w:firstColumn="1" w:lastColumn="0" w:noHBand="0" w:noVBand="1"/>
            </w:tblPr>
            <w:tblGrid>
              <w:gridCol w:w="7087"/>
            </w:tblGrid>
            <w:tr w:rsidR="00302D64" w14:paraId="4B7691F8" w14:textId="77777777">
              <w:trPr>
                <w:jc w:val="center"/>
              </w:trPr>
              <w:tc>
                <w:tcPr>
                  <w:tcW w:w="7087" w:type="dxa"/>
                  <w:shd w:val="clear" w:color="auto" w:fill="EDC9EA"/>
                  <w:tcMar>
                    <w:top w:w="45" w:type="dxa"/>
                    <w:left w:w="70" w:type="dxa"/>
                    <w:bottom w:w="45" w:type="dxa"/>
                    <w:right w:w="70" w:type="dxa"/>
                  </w:tcMar>
                </w:tcPr>
                <w:p w14:paraId="3E833AE1" w14:textId="77777777" w:rsidR="00302D64" w:rsidRDefault="00000000">
                  <w:pPr>
                    <w:keepNext/>
                  </w:pPr>
                  <w:r>
                    <w:rPr>
                      <w:b/>
                      <w:color w:val="000000"/>
                    </w:rPr>
                    <w:t>NAMENI UČENJA</w:t>
                  </w:r>
                </w:p>
              </w:tc>
            </w:tr>
          </w:tbl>
          <w:p w14:paraId="1ECAB4D5" w14:textId="77777777" w:rsidR="00302D64" w:rsidRDefault="00302D64">
            <w:pPr>
              <w:spacing w:line="20" w:lineRule="exact"/>
            </w:pPr>
          </w:p>
          <w:p w14:paraId="61880BC5" w14:textId="77777777" w:rsidR="00302D64" w:rsidRDefault="00000000">
            <w:pPr>
              <w:spacing w:before="20" w:after="20" w:line="245" w:lineRule="auto"/>
            </w:pPr>
            <w:r>
              <w:rPr>
                <w:color w:val="000000"/>
                <w:sz w:val="16"/>
              </w:rPr>
              <w:t>Učimo se zato, da bomo lažje razumeli in odgovorno uporabili znanje v vsakdanjih situacijah.</w:t>
            </w:r>
          </w:p>
          <w:p w14:paraId="3B386DD7" w14:textId="77777777" w:rsidR="00302D64" w:rsidRDefault="00000000">
            <w:pPr>
              <w:pStyle w:val="Oznaenseznam"/>
              <w:spacing w:after="16"/>
            </w:pPr>
            <w:r>
              <w:rPr>
                <w:color w:val="000000"/>
                <w:sz w:val="16"/>
              </w:rPr>
              <w:t>prepoznam čustva pri sebi in drugih</w:t>
            </w:r>
          </w:p>
          <w:p w14:paraId="7EDAB2CF" w14:textId="77777777" w:rsidR="00302D64" w:rsidRDefault="00000000">
            <w:pPr>
              <w:pStyle w:val="Oznaenseznam"/>
              <w:spacing w:after="16"/>
            </w:pPr>
            <w:r>
              <w:rPr>
                <w:color w:val="000000"/>
                <w:sz w:val="16"/>
              </w:rPr>
              <w:t>mirno rešujem preprost spor</w:t>
            </w:r>
          </w:p>
          <w:p w14:paraId="270AAA02" w14:textId="77777777" w:rsidR="00302D64" w:rsidRDefault="00000000">
            <w:pPr>
              <w:pStyle w:val="Oznaenseznam"/>
              <w:spacing w:after="16"/>
            </w:pPr>
            <w:r>
              <w:rPr>
                <w:color w:val="000000"/>
                <w:sz w:val="16"/>
              </w:rPr>
              <w:t>pomagam sošolcu</w:t>
            </w:r>
          </w:p>
          <w:tbl>
            <w:tblPr>
              <w:tblStyle w:val="Tabelamrea"/>
              <w:tblW w:w="0" w:type="auto"/>
              <w:jc w:val="center"/>
              <w:tblLayout w:type="fixed"/>
              <w:tblLook w:val="04A0" w:firstRow="1" w:lastRow="0" w:firstColumn="1" w:lastColumn="0" w:noHBand="0" w:noVBand="1"/>
            </w:tblPr>
            <w:tblGrid>
              <w:gridCol w:w="7087"/>
            </w:tblGrid>
            <w:tr w:rsidR="00302D64" w14:paraId="3DC5677D" w14:textId="77777777">
              <w:trPr>
                <w:jc w:val="center"/>
              </w:trPr>
              <w:tc>
                <w:tcPr>
                  <w:tcW w:w="7087" w:type="dxa"/>
                  <w:shd w:val="clear" w:color="auto" w:fill="EDC9EA"/>
                  <w:tcMar>
                    <w:top w:w="45" w:type="dxa"/>
                    <w:left w:w="70" w:type="dxa"/>
                    <w:bottom w:w="45" w:type="dxa"/>
                    <w:right w:w="70" w:type="dxa"/>
                  </w:tcMar>
                </w:tcPr>
                <w:p w14:paraId="5F28DD7A" w14:textId="77777777" w:rsidR="00302D64" w:rsidRDefault="00000000">
                  <w:pPr>
                    <w:keepNext/>
                  </w:pPr>
                  <w:r>
                    <w:rPr>
                      <w:b/>
                      <w:color w:val="000000"/>
                    </w:rPr>
                    <w:t>PREVERJANJE PREDZNANJA</w:t>
                  </w:r>
                </w:p>
              </w:tc>
            </w:tr>
          </w:tbl>
          <w:p w14:paraId="591FFBE7" w14:textId="77777777" w:rsidR="00302D64" w:rsidRDefault="00302D64">
            <w:pPr>
              <w:spacing w:line="20" w:lineRule="exact"/>
            </w:pPr>
          </w:p>
          <w:p w14:paraId="3B0FB06C" w14:textId="77777777" w:rsidR="00302D64" w:rsidRDefault="00000000">
            <w:pPr>
              <w:pStyle w:val="Oznaenseznam"/>
              <w:spacing w:after="16"/>
            </w:pPr>
            <w:r>
              <w:rPr>
                <w:color w:val="000000"/>
                <w:sz w:val="16"/>
              </w:rPr>
              <w:t>Kako opazim, da je nekdo vesel, žalosten, jezen ali prestrašen?</w:t>
            </w:r>
          </w:p>
          <w:p w14:paraId="63F00177" w14:textId="77777777" w:rsidR="00302D64" w:rsidRDefault="00000000">
            <w:pPr>
              <w:pStyle w:val="Oznaenseznam"/>
              <w:spacing w:after="16"/>
            </w:pPr>
            <w:r>
              <w:rPr>
                <w:color w:val="000000"/>
                <w:sz w:val="16"/>
              </w:rPr>
              <w:t>Kaj lahko storim, ko se s prijateljem ne strinjava?</w:t>
            </w:r>
          </w:p>
          <w:p w14:paraId="09751118"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48007AE" w14:textId="77777777">
              <w:trPr>
                <w:jc w:val="center"/>
              </w:trPr>
              <w:tc>
                <w:tcPr>
                  <w:tcW w:w="7087" w:type="dxa"/>
                  <w:shd w:val="clear" w:color="auto" w:fill="EDC9EA"/>
                  <w:tcMar>
                    <w:top w:w="45" w:type="dxa"/>
                    <w:left w:w="70" w:type="dxa"/>
                    <w:bottom w:w="45" w:type="dxa"/>
                    <w:right w:w="70" w:type="dxa"/>
                  </w:tcMar>
                </w:tcPr>
                <w:p w14:paraId="6B1D778B" w14:textId="77777777" w:rsidR="00302D64" w:rsidRDefault="00000000">
                  <w:pPr>
                    <w:keepNext/>
                  </w:pPr>
                  <w:r>
                    <w:rPr>
                      <w:b/>
                      <w:color w:val="000000"/>
                    </w:rPr>
                    <w:t>KRITERIJI USPEŠNOSTI</w:t>
                  </w:r>
                </w:p>
              </w:tc>
            </w:tr>
          </w:tbl>
          <w:p w14:paraId="1EB3858A" w14:textId="77777777" w:rsidR="00302D64" w:rsidRDefault="00302D64"/>
          <w:p w14:paraId="6816C51D" w14:textId="77777777" w:rsidR="00302D64" w:rsidRDefault="00000000">
            <w:pPr>
              <w:spacing w:before="20" w:after="20" w:line="245" w:lineRule="auto"/>
            </w:pPr>
            <w:r>
              <w:rPr>
                <w:b/>
                <w:color w:val="000000"/>
                <w:sz w:val="16"/>
              </w:rPr>
              <w:t>Uspešen/-na bom, ko:</w:t>
            </w:r>
          </w:p>
          <w:p w14:paraId="4C94DC66" w14:textId="77777777" w:rsidR="00302D64" w:rsidRDefault="00000000">
            <w:pPr>
              <w:pStyle w:val="Oznaenseznam"/>
              <w:spacing w:after="16"/>
            </w:pPr>
            <w:r>
              <w:rPr>
                <w:color w:val="000000"/>
                <w:sz w:val="16"/>
              </w:rPr>
              <w:t>prepoznam čustva pri sebi in drugih</w:t>
            </w:r>
          </w:p>
          <w:p w14:paraId="05D8205B" w14:textId="77777777" w:rsidR="00302D64" w:rsidRDefault="00000000">
            <w:pPr>
              <w:pStyle w:val="Oznaenseznam"/>
              <w:spacing w:after="16"/>
            </w:pPr>
            <w:r>
              <w:rPr>
                <w:color w:val="000000"/>
                <w:sz w:val="16"/>
              </w:rPr>
              <w:t>mirno rešujem preprost spor</w:t>
            </w:r>
          </w:p>
          <w:p w14:paraId="4F5DFABB" w14:textId="77777777" w:rsidR="00302D64" w:rsidRDefault="00000000">
            <w:pPr>
              <w:pStyle w:val="Oznaenseznam"/>
              <w:spacing w:after="16"/>
            </w:pPr>
            <w:r>
              <w:rPr>
                <w:color w:val="000000"/>
                <w:sz w:val="16"/>
              </w:rPr>
              <w:t>pomagam sošolcu</w:t>
            </w:r>
          </w:p>
          <w:p w14:paraId="6368B033"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423C6D51" w14:textId="77777777" w:rsidR="00302D64" w:rsidRDefault="00302D64"/>
          <w:p w14:paraId="233A9FA2" w14:textId="77777777" w:rsidR="00302D64" w:rsidRDefault="00000000">
            <w:pPr>
              <w:spacing w:after="80" w:line="245" w:lineRule="auto"/>
            </w:pPr>
            <w:r>
              <w:rPr>
                <w:color w:val="000000"/>
                <w:sz w:val="16"/>
              </w:rPr>
              <w:t>Posluša ali opazuje književno oziroma predmetno izhodišče ter se vključi z gibom, sliko ali besedo.</w:t>
            </w:r>
          </w:p>
          <w:p w14:paraId="1B0AD036" w14:textId="77777777" w:rsidR="00302D64" w:rsidRDefault="00000000">
            <w:pPr>
              <w:spacing w:after="80" w:line="245" w:lineRule="auto"/>
            </w:pPr>
            <w:r>
              <w:rPr>
                <w:color w:val="000000"/>
                <w:sz w:val="16"/>
              </w:rPr>
              <w:t>Pove, pokaže ali nariše, kaj že ve. Posluša zamisli drugih.</w:t>
            </w:r>
          </w:p>
          <w:p w14:paraId="08E2709A" w14:textId="77777777" w:rsidR="00302D64" w:rsidRDefault="00000000">
            <w:pPr>
              <w:spacing w:after="100" w:line="245" w:lineRule="auto"/>
            </w:pPr>
            <w:r>
              <w:rPr>
                <w:color w:val="000000"/>
                <w:sz w:val="16"/>
              </w:rPr>
              <w:t>Sodeluje pri razumevanju namenov in kriterijev uspešnosti.</w:t>
            </w:r>
          </w:p>
          <w:p w14:paraId="72067445" w14:textId="77777777" w:rsidR="00302D64" w:rsidRDefault="00000000">
            <w:pPr>
              <w:spacing w:after="20" w:line="245" w:lineRule="auto"/>
            </w:pPr>
            <w:r>
              <w:rPr>
                <w:b/>
                <w:color w:val="D95BC6"/>
                <w:sz w:val="17"/>
              </w:rPr>
              <w:t>DOKAZ O UČENJU</w:t>
            </w:r>
          </w:p>
          <w:p w14:paraId="7CA78156" w14:textId="77777777" w:rsidR="00302D64" w:rsidRDefault="00000000">
            <w:pPr>
              <w:spacing w:after="30" w:line="245" w:lineRule="auto"/>
            </w:pPr>
            <w:r>
              <w:rPr>
                <w:color w:val="D95BC6"/>
                <w:sz w:val="16"/>
              </w:rPr>
              <w:t>začetna zamisel, razvrstitev, risba ali ustni odgovor</w:t>
            </w:r>
          </w:p>
        </w:tc>
      </w:tr>
    </w:tbl>
    <w:p w14:paraId="1118C84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C7D3B9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C7CC3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1F343CF" w14:textId="77777777" w:rsidR="00302D64" w:rsidRDefault="00000000">
            <w:pPr>
              <w:jc w:val="center"/>
            </w:pPr>
            <w:r>
              <w:rPr>
                <w:b/>
                <w:color w:val="000000"/>
                <w:sz w:val="20"/>
              </w:rPr>
              <w:t>UČNE DEJAVNOSTI, METODE IN FORMATIVNO SPREMLJANJE</w:t>
            </w:r>
          </w:p>
        </w:tc>
      </w:tr>
      <w:tr w:rsidR="00302D64" w14:paraId="440C940A" w14:textId="77777777">
        <w:trPr>
          <w:tblHeader/>
          <w:jc w:val="center"/>
        </w:trPr>
        <w:tc>
          <w:tcPr>
            <w:tcW w:w="4422" w:type="dxa"/>
            <w:vMerge/>
            <w:tcMar>
              <w:top w:w="70" w:type="dxa"/>
              <w:left w:w="90" w:type="dxa"/>
              <w:bottom w:w="70" w:type="dxa"/>
              <w:right w:w="90" w:type="dxa"/>
            </w:tcMar>
            <w:vAlign w:val="center"/>
          </w:tcPr>
          <w:p w14:paraId="6B63A5BB" w14:textId="77777777" w:rsidR="00302D64" w:rsidRDefault="00302D64"/>
        </w:tc>
        <w:tc>
          <w:tcPr>
            <w:tcW w:w="7087" w:type="dxa"/>
            <w:shd w:val="clear" w:color="auto" w:fill="FFFFFF"/>
            <w:tcMar>
              <w:top w:w="70" w:type="dxa"/>
              <w:left w:w="90" w:type="dxa"/>
              <w:bottom w:w="70" w:type="dxa"/>
              <w:right w:w="90" w:type="dxa"/>
            </w:tcMar>
            <w:vAlign w:val="center"/>
          </w:tcPr>
          <w:p w14:paraId="68D9F8A2"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D2448E1" w14:textId="77777777" w:rsidR="00302D64" w:rsidRDefault="00000000">
            <w:pPr>
              <w:jc w:val="center"/>
            </w:pPr>
            <w:r>
              <w:rPr>
                <w:b/>
                <w:color w:val="000000"/>
              </w:rPr>
              <w:t>UČENEC</w:t>
            </w:r>
          </w:p>
        </w:tc>
      </w:tr>
      <w:tr w:rsidR="00302D64" w14:paraId="5D7CFDDE" w14:textId="77777777">
        <w:trPr>
          <w:jc w:val="center"/>
        </w:trPr>
        <w:tc>
          <w:tcPr>
            <w:tcW w:w="4422" w:type="dxa"/>
            <w:tcMar>
              <w:top w:w="70" w:type="dxa"/>
              <w:left w:w="90" w:type="dxa"/>
              <w:bottom w:w="70" w:type="dxa"/>
              <w:right w:w="90" w:type="dxa"/>
            </w:tcMar>
          </w:tcPr>
          <w:p w14:paraId="3198153B" w14:textId="77777777" w:rsidR="00302D64" w:rsidRDefault="00302D64"/>
          <w:p w14:paraId="32734ADB" w14:textId="77777777" w:rsidR="00302D64" w:rsidRDefault="00000000">
            <w:pPr>
              <w:spacing w:after="40" w:line="245" w:lineRule="auto"/>
            </w:pPr>
            <w:r>
              <w:rPr>
                <w:b/>
                <w:color w:val="000000"/>
              </w:rPr>
              <w:t>KLJUČNI POJMI</w:t>
            </w:r>
          </w:p>
          <w:p w14:paraId="0C0B85E9" w14:textId="77777777" w:rsidR="00302D64" w:rsidRDefault="00000000">
            <w:pPr>
              <w:spacing w:after="80" w:line="245" w:lineRule="auto"/>
            </w:pPr>
            <w:r>
              <w:rPr>
                <w:color w:val="000000"/>
                <w:sz w:val="16"/>
              </w:rPr>
              <w:t>čustvo, počutje, prijateljstvo, spor, jaz-sporočilo, poslušanje, pomoč, rešitev, sodelovanje</w:t>
            </w:r>
          </w:p>
          <w:p w14:paraId="311CE0A9" w14:textId="77777777" w:rsidR="00302D64" w:rsidRDefault="00000000">
            <w:pPr>
              <w:spacing w:after="20" w:line="245" w:lineRule="auto"/>
            </w:pPr>
            <w:r>
              <w:rPr>
                <w:b/>
                <w:color w:val="000000"/>
              </w:rPr>
              <w:t>DOKAZI O UČENJU</w:t>
            </w:r>
          </w:p>
          <w:p w14:paraId="3BE382E5" w14:textId="77777777" w:rsidR="00302D64" w:rsidRDefault="00000000">
            <w:pPr>
              <w:pStyle w:val="Oznaenseznam"/>
              <w:spacing w:after="16"/>
            </w:pPr>
            <w:r>
              <w:rPr>
                <w:color w:val="000000"/>
                <w:sz w:val="16"/>
              </w:rPr>
              <w:t>prepoznano čustvo in spoštljivo vprašanje</w:t>
            </w:r>
          </w:p>
          <w:p w14:paraId="22215A51" w14:textId="77777777" w:rsidR="00302D64" w:rsidRDefault="00000000">
            <w:pPr>
              <w:pStyle w:val="Oznaenseznam"/>
              <w:spacing w:after="16"/>
            </w:pPr>
            <w:r>
              <w:rPr>
                <w:color w:val="000000"/>
                <w:sz w:val="16"/>
              </w:rPr>
              <w:t>izvedena socialna situacija</w:t>
            </w:r>
          </w:p>
          <w:p w14:paraId="7492A812" w14:textId="77777777" w:rsidR="00302D64" w:rsidRDefault="00000000">
            <w:pPr>
              <w:pStyle w:val="Oznaenseznam"/>
              <w:spacing w:after="16"/>
            </w:pPr>
            <w:r>
              <w:rPr>
                <w:color w:val="000000"/>
                <w:sz w:val="16"/>
              </w:rPr>
              <w:t>skupinski izdelek in vrstniška povratna informacija</w:t>
            </w:r>
          </w:p>
          <w:p w14:paraId="3946A1CA" w14:textId="77777777" w:rsidR="00302D64" w:rsidRDefault="00000000">
            <w:pPr>
              <w:spacing w:before="40" w:after="20" w:line="245" w:lineRule="auto"/>
            </w:pPr>
            <w:r>
              <w:rPr>
                <w:b/>
                <w:color w:val="000000"/>
              </w:rPr>
              <w:t>MEDPREDMETNA POVEZAVA</w:t>
            </w:r>
          </w:p>
          <w:p w14:paraId="65B9A7E9" w14:textId="77777777" w:rsidR="00302D64" w:rsidRDefault="00000000">
            <w:pPr>
              <w:spacing w:after="60" w:line="245" w:lineRule="auto"/>
            </w:pPr>
            <w:r>
              <w:rPr>
                <w:color w:val="000000"/>
                <w:sz w:val="16"/>
              </w:rPr>
              <w:t>SLJ – pripovedovanje in jaz-sporočila; ŠPO – gibalno izražanje čustev; LUM – obrazna mimika; GUM – barva glasu</w:t>
            </w:r>
          </w:p>
          <w:p w14:paraId="1E6B7435" w14:textId="77777777" w:rsidR="00302D64" w:rsidRDefault="00000000">
            <w:pPr>
              <w:spacing w:after="20" w:line="245" w:lineRule="auto"/>
            </w:pPr>
            <w:r>
              <w:rPr>
                <w:b/>
                <w:color w:val="000000"/>
              </w:rPr>
              <w:t>POUČEVANJE V GIBANJU</w:t>
            </w:r>
          </w:p>
          <w:p w14:paraId="1B55D193"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4655B058" w14:textId="77777777" w:rsidR="00302D64" w:rsidRDefault="00000000">
            <w:pPr>
              <w:spacing w:after="20" w:line="245" w:lineRule="auto"/>
            </w:pPr>
            <w:r>
              <w:rPr>
                <w:b/>
                <w:color w:val="000000"/>
              </w:rPr>
              <w:t>UČENJE PO ŠTIRIH POSTAJAH</w:t>
            </w:r>
          </w:p>
          <w:p w14:paraId="605B05CB"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1EFA372E" w14:textId="77777777" w:rsidR="00302D64" w:rsidRDefault="00000000">
            <w:pPr>
              <w:spacing w:after="20" w:line="245" w:lineRule="auto"/>
            </w:pPr>
            <w:r>
              <w:rPr>
                <w:b/>
                <w:color w:val="000000"/>
              </w:rPr>
              <w:t>DIFERENCIACIJA IN VKLJUČEVANJE</w:t>
            </w:r>
          </w:p>
          <w:p w14:paraId="0023B1E9" w14:textId="77777777" w:rsidR="00302D64" w:rsidRDefault="00000000">
            <w:pPr>
              <w:spacing w:after="60" w:line="245" w:lineRule="auto"/>
            </w:pPr>
            <w:r>
              <w:rPr>
                <w:color w:val="000000"/>
                <w:sz w:val="16"/>
              </w:rPr>
              <w:t>Na voljo so slikovne kartice in začetki povedi; učenec lahko situacijo pokaže z lutko; naprednejši oblikuje več možnih rešitev in presodi njihove posledice.</w:t>
            </w:r>
          </w:p>
          <w:p w14:paraId="746CF515" w14:textId="77777777" w:rsidR="00302D64" w:rsidRDefault="00000000">
            <w:pPr>
              <w:spacing w:after="20" w:line="245" w:lineRule="auto"/>
            </w:pPr>
            <w:r>
              <w:rPr>
                <w:b/>
                <w:color w:val="000000"/>
              </w:rPr>
              <w:t>SPREMLJANJE</w:t>
            </w:r>
          </w:p>
          <w:p w14:paraId="130324BD"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7AA51D21"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FDF7521" w14:textId="77777777">
              <w:trPr>
                <w:jc w:val="center"/>
              </w:trPr>
              <w:tc>
                <w:tcPr>
                  <w:tcW w:w="7087" w:type="dxa"/>
                  <w:shd w:val="clear" w:color="auto" w:fill="C6E7F3"/>
                  <w:tcMar>
                    <w:top w:w="45" w:type="dxa"/>
                    <w:left w:w="70" w:type="dxa"/>
                    <w:bottom w:w="45" w:type="dxa"/>
                    <w:right w:w="70" w:type="dxa"/>
                  </w:tcMar>
                </w:tcPr>
                <w:p w14:paraId="2B5B7D37" w14:textId="77777777" w:rsidR="00302D64" w:rsidRDefault="00000000">
                  <w:pPr>
                    <w:keepNext/>
                  </w:pPr>
                  <w:r>
                    <w:t>GLAVNI DEL – IZKUŠENJSKO IN POSTAJNO UČENJE (3 šolske ure)</w:t>
                  </w:r>
                </w:p>
              </w:tc>
            </w:tr>
          </w:tbl>
          <w:p w14:paraId="6A9D5E22" w14:textId="77777777" w:rsidR="00302D64" w:rsidRDefault="00302D64">
            <w:pPr>
              <w:spacing w:line="20" w:lineRule="exact"/>
            </w:pPr>
          </w:p>
          <w:p w14:paraId="323134F7" w14:textId="77777777" w:rsidR="00302D64" w:rsidRDefault="00000000">
            <w:pPr>
              <w:keepNext/>
              <w:spacing w:before="60" w:after="20" w:line="245" w:lineRule="auto"/>
            </w:pPr>
            <w:r>
              <w:rPr>
                <w:b/>
                <w:color w:val="000000"/>
              </w:rPr>
              <w:t>1. URA – Kipi čustev</w:t>
            </w:r>
          </w:p>
          <w:p w14:paraId="24C9AFD0" w14:textId="77777777" w:rsidR="00302D64" w:rsidRDefault="00000000">
            <w:pPr>
              <w:spacing w:after="20" w:line="245" w:lineRule="auto"/>
            </w:pPr>
            <w:r>
              <w:rPr>
                <w:b/>
                <w:color w:val="000000"/>
                <w:sz w:val="16"/>
              </w:rPr>
              <w:t xml:space="preserve">Dejavnost učiteljice: </w:t>
            </w:r>
            <w:r>
              <w:rPr>
                <w:color w:val="000000"/>
                <w:sz w:val="16"/>
              </w:rPr>
              <w:t>Poimenuje čustva, modelira opazovanje obraza, drže in glasu ter poudari, da o počutju ne sklepamo brez vprašanja.</w:t>
            </w:r>
          </w:p>
          <w:p w14:paraId="686A8E5C" w14:textId="77777777" w:rsidR="00302D64" w:rsidRDefault="00000000">
            <w:pPr>
              <w:spacing w:after="20" w:line="245" w:lineRule="auto"/>
            </w:pPr>
            <w:r>
              <w:rPr>
                <w:b/>
                <w:color w:val="000000"/>
                <w:sz w:val="16"/>
              </w:rPr>
              <w:t xml:space="preserve">Dejavnost učencev: </w:t>
            </w:r>
            <w:r>
              <w:rPr>
                <w:color w:val="000000"/>
                <w:sz w:val="16"/>
              </w:rPr>
              <w:t>V paru ustvarijo kip čustva, ga prepoznajo in povedo prijazno vprašanje za preverjanje.</w:t>
            </w:r>
          </w:p>
          <w:p w14:paraId="5AE44A6B" w14:textId="77777777" w:rsidR="00302D64" w:rsidRDefault="00000000">
            <w:pPr>
              <w:spacing w:after="40" w:line="245" w:lineRule="auto"/>
            </w:pPr>
            <w:r>
              <w:rPr>
                <w:i/>
                <w:color w:val="D95BC6"/>
                <w:sz w:val="16"/>
              </w:rPr>
              <w:t>Predvideni dokaz: prepoznano čustvo in spoštljivo vprašanje.</w:t>
            </w:r>
          </w:p>
          <w:p w14:paraId="0307D366" w14:textId="77777777" w:rsidR="00302D64" w:rsidRDefault="00000000">
            <w:pPr>
              <w:keepNext/>
              <w:spacing w:before="60" w:after="20" w:line="245" w:lineRule="auto"/>
            </w:pPr>
            <w:r>
              <w:rPr>
                <w:b/>
                <w:color w:val="000000"/>
              </w:rPr>
              <w:t>2. URA – Most mirnega reševanja</w:t>
            </w:r>
          </w:p>
          <w:p w14:paraId="5E45B271" w14:textId="77777777" w:rsidR="00302D64" w:rsidRDefault="00000000">
            <w:pPr>
              <w:spacing w:after="20" w:line="245" w:lineRule="auto"/>
            </w:pPr>
            <w:r>
              <w:rPr>
                <w:b/>
                <w:color w:val="000000"/>
                <w:sz w:val="16"/>
              </w:rPr>
              <w:t xml:space="preserve">Dejavnost učiteljice: </w:t>
            </w:r>
            <w:r>
              <w:rPr>
                <w:color w:val="000000"/>
                <w:sz w:val="16"/>
              </w:rPr>
              <w:t>Z lutkama predstavi spor in uvede korake: ustavim se – zadiham – povem – poslušam – poiščem rešitev.</w:t>
            </w:r>
          </w:p>
          <w:p w14:paraId="32DB7059" w14:textId="77777777" w:rsidR="00302D64" w:rsidRDefault="00000000">
            <w:pPr>
              <w:spacing w:after="20" w:line="245" w:lineRule="auto"/>
            </w:pPr>
            <w:r>
              <w:rPr>
                <w:b/>
                <w:color w:val="000000"/>
                <w:sz w:val="16"/>
              </w:rPr>
              <w:t xml:space="preserve">Dejavnost učencev: </w:t>
            </w:r>
            <w:r>
              <w:rPr>
                <w:color w:val="000000"/>
                <w:sz w:val="16"/>
              </w:rPr>
              <w:t>Odigrajo preproste spore, uporabijo jaz-sporočilo in izberejo rešitev, sprejemljivo za oba.</w:t>
            </w:r>
          </w:p>
          <w:p w14:paraId="2771C1E7" w14:textId="77777777" w:rsidR="00302D64" w:rsidRDefault="00000000">
            <w:pPr>
              <w:spacing w:after="40" w:line="245" w:lineRule="auto"/>
            </w:pPr>
            <w:r>
              <w:rPr>
                <w:i/>
                <w:color w:val="D95BC6"/>
                <w:sz w:val="16"/>
              </w:rPr>
              <w:t>Predvideni dokaz: izvedena socialna situacija.</w:t>
            </w:r>
          </w:p>
          <w:p w14:paraId="52287DE7" w14:textId="77777777" w:rsidR="00302D64" w:rsidRDefault="00000000">
            <w:pPr>
              <w:keepNext/>
              <w:spacing w:before="60" w:after="20" w:line="245" w:lineRule="auto"/>
            </w:pPr>
            <w:r>
              <w:rPr>
                <w:b/>
                <w:color w:val="000000"/>
              </w:rPr>
              <w:t>3. URA – Sodelovalni izziv</w:t>
            </w:r>
          </w:p>
          <w:p w14:paraId="7672EF97" w14:textId="77777777" w:rsidR="00302D64" w:rsidRDefault="00000000">
            <w:pPr>
              <w:spacing w:after="20" w:line="245" w:lineRule="auto"/>
            </w:pPr>
            <w:r>
              <w:rPr>
                <w:b/>
                <w:color w:val="000000"/>
                <w:sz w:val="16"/>
              </w:rPr>
              <w:t xml:space="preserve">Dejavnost učiteljice: </w:t>
            </w:r>
            <w:r>
              <w:rPr>
                <w:color w:val="000000"/>
                <w:sz w:val="16"/>
              </w:rPr>
              <w:t>Skupinam ponudi material za gradnjo mostu in opazuje vključevanje, poslušanje ter delitev nalog.</w:t>
            </w:r>
          </w:p>
          <w:p w14:paraId="325E6A8B" w14:textId="77777777" w:rsidR="00302D64" w:rsidRDefault="00000000">
            <w:pPr>
              <w:spacing w:after="20" w:line="245" w:lineRule="auto"/>
            </w:pPr>
            <w:r>
              <w:rPr>
                <w:b/>
                <w:color w:val="000000"/>
                <w:sz w:val="16"/>
              </w:rPr>
              <w:t xml:space="preserve">Dejavnost učencev: </w:t>
            </w:r>
            <w:r>
              <w:rPr>
                <w:color w:val="000000"/>
                <w:sz w:val="16"/>
              </w:rPr>
              <w:t>Razdelijo vloge, zgradijo skupni izdelek in drug drugemu povedo konkretno pohvalo.</w:t>
            </w:r>
          </w:p>
          <w:p w14:paraId="6B2A258B" w14:textId="77777777" w:rsidR="00302D64" w:rsidRDefault="00000000">
            <w:pPr>
              <w:spacing w:after="40" w:line="245" w:lineRule="auto"/>
            </w:pPr>
            <w:r>
              <w:rPr>
                <w:i/>
                <w:color w:val="D95BC6"/>
                <w:sz w:val="16"/>
              </w:rPr>
              <w:t>Predvideni dokaz: skupinski izdelek in vrstniška povratna informacija.</w:t>
            </w:r>
          </w:p>
          <w:tbl>
            <w:tblPr>
              <w:tblStyle w:val="Tabelamrea"/>
              <w:tblW w:w="0" w:type="auto"/>
              <w:jc w:val="center"/>
              <w:tblLayout w:type="fixed"/>
              <w:tblLook w:val="04A0" w:firstRow="1" w:lastRow="0" w:firstColumn="1" w:lastColumn="0" w:noHBand="0" w:noVBand="1"/>
            </w:tblPr>
            <w:tblGrid>
              <w:gridCol w:w="7087"/>
            </w:tblGrid>
            <w:tr w:rsidR="00302D64" w14:paraId="56326E4A" w14:textId="77777777">
              <w:trPr>
                <w:jc w:val="center"/>
              </w:trPr>
              <w:tc>
                <w:tcPr>
                  <w:tcW w:w="7087" w:type="dxa"/>
                  <w:shd w:val="clear" w:color="auto" w:fill="EDC9EA"/>
                  <w:tcMar>
                    <w:top w:w="45" w:type="dxa"/>
                    <w:left w:w="70" w:type="dxa"/>
                    <w:bottom w:w="45" w:type="dxa"/>
                    <w:right w:w="70" w:type="dxa"/>
                  </w:tcMar>
                </w:tcPr>
                <w:p w14:paraId="4AEF3789" w14:textId="77777777" w:rsidR="00302D64" w:rsidRDefault="00000000">
                  <w:pPr>
                    <w:keepNext/>
                  </w:pPr>
                  <w:r>
                    <w:rPr>
                      <w:b/>
                      <w:color w:val="000000"/>
                    </w:rPr>
                    <w:t>UČENJE PO ŠTIRIH POSTAJAH (6–8 min na postajo)</w:t>
                  </w:r>
                </w:p>
              </w:tc>
            </w:tr>
          </w:tbl>
          <w:p w14:paraId="67BDFFD2"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F0C0D8D" w14:textId="77777777" w:rsidR="00302D64" w:rsidRDefault="00000000">
            <w:pPr>
              <w:spacing w:after="20" w:line="245" w:lineRule="auto"/>
            </w:pPr>
            <w:r>
              <w:rPr>
                <w:b/>
                <w:color w:val="000000"/>
                <w:sz w:val="16"/>
              </w:rPr>
              <w:t xml:space="preserve">RAZISKOVALNA POSTAJA – Kipi čustev: </w:t>
            </w:r>
            <w:r>
              <w:rPr>
                <w:color w:val="000000"/>
                <w:sz w:val="16"/>
              </w:rPr>
              <w:t>V paru ustvarijo kip čustva, ga prepoznajo in povedo prijazno vprašanje za preverjanje.</w:t>
            </w:r>
          </w:p>
          <w:p w14:paraId="0C70DA81" w14:textId="77777777" w:rsidR="00302D64" w:rsidRDefault="00000000">
            <w:pPr>
              <w:spacing w:after="20" w:line="245" w:lineRule="auto"/>
            </w:pPr>
            <w:r>
              <w:rPr>
                <w:b/>
                <w:color w:val="000000"/>
                <w:sz w:val="16"/>
              </w:rPr>
              <w:t xml:space="preserve">PRAKTIČNA POSTAJA – Most mirnega reševanja: </w:t>
            </w:r>
            <w:r>
              <w:rPr>
                <w:color w:val="000000"/>
                <w:sz w:val="16"/>
              </w:rPr>
              <w:t>Odigrajo preproste spore, uporabijo jaz-sporočilo in izberejo rešitev, sprejemljivo za oba.</w:t>
            </w:r>
          </w:p>
          <w:p w14:paraId="607B3923" w14:textId="77777777" w:rsidR="00302D64" w:rsidRDefault="00000000">
            <w:pPr>
              <w:spacing w:after="20" w:line="245" w:lineRule="auto"/>
            </w:pPr>
            <w:r>
              <w:rPr>
                <w:b/>
                <w:color w:val="000000"/>
                <w:sz w:val="16"/>
              </w:rPr>
              <w:t xml:space="preserve">GIBALNO-SODELOVALNA POSTAJA – Sodelovalni izziv: </w:t>
            </w:r>
            <w:r>
              <w:rPr>
                <w:color w:val="000000"/>
                <w:sz w:val="16"/>
              </w:rPr>
              <w:t>Razdelijo vloge, zgradijo skupni izdelek in drug drugemu povedo konkretno pohvalo.</w:t>
            </w:r>
          </w:p>
          <w:p w14:paraId="724BEF58" w14:textId="77777777" w:rsidR="00302D64" w:rsidRDefault="00000000">
            <w:pPr>
              <w:spacing w:after="20" w:line="245" w:lineRule="auto"/>
            </w:pPr>
            <w:r>
              <w:rPr>
                <w:b/>
                <w:color w:val="000000"/>
                <w:sz w:val="16"/>
              </w:rPr>
              <w:t xml:space="preserve">POSTAJA DOKAZA IN REFLEKSIJE: </w:t>
            </w:r>
            <w:r>
              <w:rPr>
                <w:color w:val="000000"/>
                <w:sz w:val="16"/>
              </w:rPr>
              <w:t>Izberejo en dokaz (prepoznano čustvo in spoštljivo vprašanje, izvedena socialna situacija),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73195421" w14:textId="77777777">
              <w:trPr>
                <w:jc w:val="center"/>
              </w:trPr>
              <w:tc>
                <w:tcPr>
                  <w:tcW w:w="7087" w:type="dxa"/>
                  <w:shd w:val="clear" w:color="auto" w:fill="EDC9EA"/>
                  <w:tcMar>
                    <w:top w:w="45" w:type="dxa"/>
                    <w:left w:w="70" w:type="dxa"/>
                    <w:bottom w:w="45" w:type="dxa"/>
                    <w:right w:w="70" w:type="dxa"/>
                  </w:tcMar>
                </w:tcPr>
                <w:p w14:paraId="6629F7EE" w14:textId="77777777" w:rsidR="00302D64" w:rsidRDefault="00000000">
                  <w:pPr>
                    <w:keepNext/>
                  </w:pPr>
                  <w:r>
                    <w:rPr>
                      <w:b/>
                      <w:color w:val="000000"/>
                    </w:rPr>
                    <w:t>POVRATNA INFORMACIJA UČITELJICE MED DELOM</w:t>
                  </w:r>
                </w:p>
              </w:tc>
            </w:tr>
          </w:tbl>
          <w:p w14:paraId="2DBD5AB1" w14:textId="77777777" w:rsidR="00302D64" w:rsidRDefault="00302D64"/>
          <w:p w14:paraId="544D16EF"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C75B87A" w14:textId="77777777" w:rsidR="00302D64" w:rsidRDefault="00302D64"/>
          <w:p w14:paraId="3B32D824" w14:textId="77777777" w:rsidR="00302D64" w:rsidRDefault="00000000">
            <w:pPr>
              <w:spacing w:after="20" w:line="245" w:lineRule="auto"/>
            </w:pPr>
            <w:r>
              <w:rPr>
                <w:b/>
                <w:color w:val="000000"/>
                <w:sz w:val="17"/>
              </w:rPr>
              <w:t>1. URA</w:t>
            </w:r>
          </w:p>
          <w:p w14:paraId="289AC348" w14:textId="77777777" w:rsidR="00302D64" w:rsidRDefault="00000000">
            <w:pPr>
              <w:spacing w:after="40" w:line="245" w:lineRule="auto"/>
            </w:pPr>
            <w:r>
              <w:rPr>
                <w:color w:val="000000"/>
                <w:sz w:val="16"/>
              </w:rPr>
              <w:t>V paru ustvarijo kip čustva, ga prepoznajo in povedo prijazno vprašanje za preverjanje.</w:t>
            </w:r>
          </w:p>
          <w:p w14:paraId="544271B4" w14:textId="77777777" w:rsidR="00302D64" w:rsidRDefault="00000000">
            <w:pPr>
              <w:spacing w:line="245" w:lineRule="auto"/>
            </w:pPr>
            <w:r>
              <w:rPr>
                <w:b/>
                <w:color w:val="D95BC6"/>
                <w:sz w:val="16"/>
              </w:rPr>
              <w:t>DOKAZ</w:t>
            </w:r>
          </w:p>
          <w:p w14:paraId="1410EA59" w14:textId="77777777" w:rsidR="00302D64" w:rsidRDefault="00000000">
            <w:pPr>
              <w:spacing w:after="60" w:line="245" w:lineRule="auto"/>
            </w:pPr>
            <w:r>
              <w:rPr>
                <w:color w:val="D95BC6"/>
                <w:sz w:val="16"/>
              </w:rPr>
              <w:t>prepoznano čustvo in spoštljivo vprašanje</w:t>
            </w:r>
          </w:p>
          <w:p w14:paraId="67FB17A5" w14:textId="77777777" w:rsidR="00302D64" w:rsidRDefault="00000000">
            <w:pPr>
              <w:spacing w:after="20" w:line="245" w:lineRule="auto"/>
            </w:pPr>
            <w:r>
              <w:rPr>
                <w:b/>
                <w:color w:val="000000"/>
                <w:sz w:val="17"/>
              </w:rPr>
              <w:t>2. URA</w:t>
            </w:r>
          </w:p>
          <w:p w14:paraId="26C70170" w14:textId="77777777" w:rsidR="00302D64" w:rsidRDefault="00000000">
            <w:pPr>
              <w:spacing w:after="40" w:line="245" w:lineRule="auto"/>
            </w:pPr>
            <w:r>
              <w:rPr>
                <w:color w:val="000000"/>
                <w:sz w:val="16"/>
              </w:rPr>
              <w:t>Odigrajo preproste spore, uporabijo jaz-sporočilo in izberejo rešitev, sprejemljivo za oba.</w:t>
            </w:r>
          </w:p>
          <w:p w14:paraId="3B8F0020" w14:textId="77777777" w:rsidR="00302D64" w:rsidRDefault="00000000">
            <w:pPr>
              <w:spacing w:line="245" w:lineRule="auto"/>
            </w:pPr>
            <w:r>
              <w:rPr>
                <w:b/>
                <w:color w:val="D95BC6"/>
                <w:sz w:val="16"/>
              </w:rPr>
              <w:t>DOKAZ</w:t>
            </w:r>
          </w:p>
          <w:p w14:paraId="7804AEAD" w14:textId="77777777" w:rsidR="00302D64" w:rsidRDefault="00000000">
            <w:pPr>
              <w:spacing w:after="60" w:line="245" w:lineRule="auto"/>
            </w:pPr>
            <w:r>
              <w:rPr>
                <w:color w:val="D95BC6"/>
                <w:sz w:val="16"/>
              </w:rPr>
              <w:t>izvedena socialna situacija</w:t>
            </w:r>
          </w:p>
          <w:p w14:paraId="66AE27FE" w14:textId="77777777" w:rsidR="00302D64" w:rsidRDefault="00000000">
            <w:pPr>
              <w:spacing w:after="20" w:line="245" w:lineRule="auto"/>
            </w:pPr>
            <w:r>
              <w:rPr>
                <w:b/>
                <w:color w:val="000000"/>
                <w:sz w:val="17"/>
              </w:rPr>
              <w:t>3. URA</w:t>
            </w:r>
          </w:p>
          <w:p w14:paraId="424132EF" w14:textId="77777777" w:rsidR="00302D64" w:rsidRDefault="00000000">
            <w:pPr>
              <w:spacing w:after="40" w:line="245" w:lineRule="auto"/>
            </w:pPr>
            <w:r>
              <w:rPr>
                <w:color w:val="000000"/>
                <w:sz w:val="16"/>
              </w:rPr>
              <w:t>Razdelijo vloge, zgradijo skupni izdelek in drug drugemu povedo konkretno pohvalo.</w:t>
            </w:r>
          </w:p>
          <w:p w14:paraId="5A4BD7BC" w14:textId="77777777" w:rsidR="00302D64" w:rsidRDefault="00000000">
            <w:pPr>
              <w:spacing w:line="245" w:lineRule="auto"/>
            </w:pPr>
            <w:r>
              <w:rPr>
                <w:b/>
                <w:color w:val="D95BC6"/>
                <w:sz w:val="16"/>
              </w:rPr>
              <w:t>DOKAZ</w:t>
            </w:r>
          </w:p>
          <w:p w14:paraId="2AA02A21" w14:textId="77777777" w:rsidR="00302D64" w:rsidRDefault="00000000">
            <w:pPr>
              <w:spacing w:after="60" w:line="245" w:lineRule="auto"/>
            </w:pPr>
            <w:r>
              <w:rPr>
                <w:color w:val="D95BC6"/>
                <w:sz w:val="16"/>
              </w:rPr>
              <w:t>skupinski izdelek in vrstniška povratna informacija</w:t>
            </w:r>
          </w:p>
        </w:tc>
      </w:tr>
    </w:tbl>
    <w:p w14:paraId="1F240B3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4A9B32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CFD19E"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A9658C" w14:textId="77777777" w:rsidR="00302D64" w:rsidRDefault="00000000">
            <w:pPr>
              <w:jc w:val="center"/>
            </w:pPr>
            <w:r>
              <w:rPr>
                <w:b/>
                <w:color w:val="000000"/>
                <w:sz w:val="20"/>
              </w:rPr>
              <w:t>UČNE DEJAVNOSTI, METODE IN FORMATIVNO SPREMLJANJE</w:t>
            </w:r>
          </w:p>
        </w:tc>
      </w:tr>
      <w:tr w:rsidR="00302D64" w14:paraId="795CC438" w14:textId="77777777">
        <w:trPr>
          <w:tblHeader/>
          <w:jc w:val="center"/>
        </w:trPr>
        <w:tc>
          <w:tcPr>
            <w:tcW w:w="4422" w:type="dxa"/>
            <w:vMerge/>
            <w:tcMar>
              <w:top w:w="70" w:type="dxa"/>
              <w:left w:w="90" w:type="dxa"/>
              <w:bottom w:w="70" w:type="dxa"/>
              <w:right w:w="90" w:type="dxa"/>
            </w:tcMar>
            <w:vAlign w:val="center"/>
          </w:tcPr>
          <w:p w14:paraId="3D4BC759" w14:textId="77777777" w:rsidR="00302D64" w:rsidRDefault="00302D64"/>
        </w:tc>
        <w:tc>
          <w:tcPr>
            <w:tcW w:w="7087" w:type="dxa"/>
            <w:shd w:val="clear" w:color="auto" w:fill="FFFFFF"/>
            <w:tcMar>
              <w:top w:w="70" w:type="dxa"/>
              <w:left w:w="90" w:type="dxa"/>
              <w:bottom w:w="70" w:type="dxa"/>
              <w:right w:w="90" w:type="dxa"/>
            </w:tcMar>
            <w:vAlign w:val="center"/>
          </w:tcPr>
          <w:p w14:paraId="1F2B80C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F8AEF4" w14:textId="77777777" w:rsidR="00302D64" w:rsidRDefault="00000000">
            <w:pPr>
              <w:jc w:val="center"/>
            </w:pPr>
            <w:r>
              <w:rPr>
                <w:b/>
                <w:color w:val="000000"/>
              </w:rPr>
              <w:t>UČENEC</w:t>
            </w:r>
          </w:p>
        </w:tc>
      </w:tr>
      <w:tr w:rsidR="00302D64" w14:paraId="1E21D992" w14:textId="77777777">
        <w:trPr>
          <w:jc w:val="center"/>
        </w:trPr>
        <w:tc>
          <w:tcPr>
            <w:tcW w:w="4422" w:type="dxa"/>
            <w:tcMar>
              <w:top w:w="70" w:type="dxa"/>
              <w:left w:w="90" w:type="dxa"/>
              <w:bottom w:w="70" w:type="dxa"/>
              <w:right w:w="90" w:type="dxa"/>
            </w:tcMar>
          </w:tcPr>
          <w:p w14:paraId="76E082AA" w14:textId="77777777" w:rsidR="00302D64" w:rsidRDefault="00302D64"/>
          <w:p w14:paraId="1E01AA5F" w14:textId="77777777" w:rsidR="00302D64" w:rsidRDefault="00000000">
            <w:pPr>
              <w:spacing w:after="40" w:line="245" w:lineRule="auto"/>
            </w:pPr>
            <w:r>
              <w:rPr>
                <w:b/>
                <w:color w:val="000000"/>
              </w:rPr>
              <w:t>FORMATIVNO SPREMLJANJE</w:t>
            </w:r>
          </w:p>
          <w:p w14:paraId="40F1C6AB" w14:textId="77777777" w:rsidR="00302D64" w:rsidRDefault="00000000">
            <w:pPr>
              <w:pStyle w:val="Oznaenseznam"/>
              <w:spacing w:after="16"/>
            </w:pPr>
            <w:r>
              <w:rPr>
                <w:color w:val="000000"/>
                <w:sz w:val="16"/>
              </w:rPr>
              <w:t>predznanje: začetni odgovor, razvrstitev ali prikaz</w:t>
            </w:r>
          </w:p>
          <w:p w14:paraId="165F64E4" w14:textId="77777777" w:rsidR="00302D64" w:rsidRDefault="00000000">
            <w:pPr>
              <w:pStyle w:val="Oznaenseznam"/>
              <w:spacing w:after="16"/>
            </w:pPr>
            <w:r>
              <w:rPr>
                <w:color w:val="000000"/>
                <w:sz w:val="16"/>
              </w:rPr>
              <w:t>dokazi med učenjem: izvedba, skica, model, opazovalni zapis ali razlaga</w:t>
            </w:r>
          </w:p>
          <w:p w14:paraId="64AE3F57" w14:textId="77777777" w:rsidR="00302D64" w:rsidRDefault="00000000">
            <w:pPr>
              <w:pStyle w:val="Oznaenseznam"/>
              <w:spacing w:after="16"/>
            </w:pPr>
            <w:r>
              <w:rPr>
                <w:color w:val="000000"/>
                <w:sz w:val="16"/>
              </w:rPr>
              <w:t>povratna informacija: konkretna, vezana na kriterij in usmerjena v naslednji korak</w:t>
            </w:r>
          </w:p>
          <w:p w14:paraId="0BC0D582" w14:textId="77777777" w:rsidR="00302D64" w:rsidRDefault="00000000">
            <w:pPr>
              <w:pStyle w:val="Oznaenseznam"/>
              <w:spacing w:after="16"/>
            </w:pPr>
            <w:r>
              <w:rPr>
                <w:color w:val="000000"/>
                <w:sz w:val="16"/>
              </w:rPr>
              <w:t>samovrednotenje: semafor, prsti, izbrani simbol ali kratka poved</w:t>
            </w:r>
          </w:p>
          <w:p w14:paraId="7FCB9B16" w14:textId="77777777" w:rsidR="00302D64" w:rsidRDefault="00000000">
            <w:pPr>
              <w:spacing w:before="40" w:after="20" w:line="245" w:lineRule="auto"/>
            </w:pPr>
            <w:r>
              <w:rPr>
                <w:b/>
                <w:color w:val="000000"/>
              </w:rPr>
              <w:t>VARNOST IN ODGOVORNOST</w:t>
            </w:r>
          </w:p>
          <w:p w14:paraId="4109AA68" w14:textId="77777777" w:rsidR="00302D64" w:rsidRDefault="00000000">
            <w:pPr>
              <w:spacing w:after="60" w:line="245" w:lineRule="auto"/>
            </w:pPr>
            <w:r>
              <w:rPr>
                <w:color w:val="000000"/>
                <w:sz w:val="16"/>
              </w:rPr>
              <w:t>Upošteva dogovorjena pravila varnega, spoštljivega in odgovornega dela.</w:t>
            </w:r>
          </w:p>
          <w:p w14:paraId="2ADB24BC" w14:textId="77777777" w:rsidR="00302D64" w:rsidRDefault="00000000">
            <w:pPr>
              <w:spacing w:after="20" w:line="245" w:lineRule="auto"/>
            </w:pPr>
            <w:r>
              <w:rPr>
                <w:b/>
                <w:color w:val="000000"/>
              </w:rPr>
              <w:t>EVIDENCA PO IZVEDBI</w:t>
            </w:r>
          </w:p>
          <w:p w14:paraId="341D08AE"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58E2C08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58E170A" w14:textId="77777777">
              <w:trPr>
                <w:jc w:val="center"/>
              </w:trPr>
              <w:tc>
                <w:tcPr>
                  <w:tcW w:w="7087" w:type="dxa"/>
                  <w:shd w:val="clear" w:color="auto" w:fill="EDC9EA"/>
                  <w:tcMar>
                    <w:top w:w="45" w:type="dxa"/>
                    <w:left w:w="70" w:type="dxa"/>
                    <w:bottom w:w="45" w:type="dxa"/>
                    <w:right w:w="70" w:type="dxa"/>
                  </w:tcMar>
                </w:tcPr>
                <w:p w14:paraId="0E0088D5" w14:textId="77777777" w:rsidR="00302D64" w:rsidRDefault="00000000">
                  <w:pPr>
                    <w:keepNext/>
                  </w:pPr>
                  <w:r>
                    <w:rPr>
                      <w:b/>
                      <w:color w:val="000000"/>
                    </w:rPr>
                    <w:t>VPRAŠANJA V PODPORO UČENJU</w:t>
                  </w:r>
                </w:p>
              </w:tc>
            </w:tr>
          </w:tbl>
          <w:p w14:paraId="7716B54B" w14:textId="77777777" w:rsidR="00302D64" w:rsidRDefault="00302D64">
            <w:pPr>
              <w:spacing w:line="20" w:lineRule="exact"/>
            </w:pPr>
          </w:p>
          <w:p w14:paraId="3D35F635" w14:textId="77777777" w:rsidR="00302D64" w:rsidRDefault="00000000">
            <w:pPr>
              <w:pStyle w:val="Oznaenseznam"/>
              <w:spacing w:after="16"/>
            </w:pPr>
            <w:r>
              <w:rPr>
                <w:color w:val="000000"/>
                <w:sz w:val="16"/>
              </w:rPr>
              <w:t>Kaj si opazil/-a in kateri dokaz to pokaže?</w:t>
            </w:r>
          </w:p>
          <w:p w14:paraId="5A3321C0" w14:textId="77777777" w:rsidR="00302D64" w:rsidRDefault="00000000">
            <w:pPr>
              <w:pStyle w:val="Oznaenseznam"/>
              <w:spacing w:after="16"/>
            </w:pPr>
            <w:r>
              <w:rPr>
                <w:color w:val="000000"/>
                <w:sz w:val="16"/>
              </w:rPr>
              <w:t>Kako si prišel/-la do svoje odločitve?</w:t>
            </w:r>
          </w:p>
          <w:p w14:paraId="76A29C10" w14:textId="77777777" w:rsidR="00302D64" w:rsidRDefault="00000000">
            <w:pPr>
              <w:pStyle w:val="Oznaenseznam"/>
              <w:spacing w:after="16"/>
            </w:pPr>
            <w:r>
              <w:rPr>
                <w:color w:val="000000"/>
                <w:sz w:val="16"/>
              </w:rPr>
              <w:t>Kaj si pri ponovnem poskusu ohranil/-a enako in kaj spremenil/-a?</w:t>
            </w:r>
          </w:p>
          <w:p w14:paraId="5749FF6E" w14:textId="77777777" w:rsidR="00302D64" w:rsidRDefault="00000000">
            <w:pPr>
              <w:pStyle w:val="Oznaenseznam"/>
              <w:spacing w:after="16"/>
            </w:pPr>
            <w:r>
              <w:rPr>
                <w:color w:val="000000"/>
                <w:sz w:val="16"/>
              </w:rPr>
              <w:t>Kateri kriterij že dosegaš? Kaj bo tvoj naslednji korak?</w:t>
            </w:r>
          </w:p>
          <w:p w14:paraId="4CD91546"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E576D49" w14:textId="77777777">
              <w:trPr>
                <w:jc w:val="center"/>
              </w:trPr>
              <w:tc>
                <w:tcPr>
                  <w:tcW w:w="7087" w:type="dxa"/>
                  <w:shd w:val="clear" w:color="auto" w:fill="C6E7F3"/>
                  <w:tcMar>
                    <w:top w:w="45" w:type="dxa"/>
                    <w:left w:w="70" w:type="dxa"/>
                    <w:bottom w:w="45" w:type="dxa"/>
                    <w:right w:w="70" w:type="dxa"/>
                  </w:tcMar>
                </w:tcPr>
                <w:p w14:paraId="3F11F100" w14:textId="77777777" w:rsidR="00302D64" w:rsidRDefault="00000000">
                  <w:pPr>
                    <w:keepNext/>
                  </w:pPr>
                  <w:r>
                    <w:rPr>
                      <w:b/>
                      <w:color w:val="000000"/>
                    </w:rPr>
                    <w:t>ZAKLJUČNI DEL – UTRJEVANJE IN REFLEKSIJA (10–15 min)</w:t>
                  </w:r>
                </w:p>
              </w:tc>
            </w:tr>
          </w:tbl>
          <w:p w14:paraId="6B084CA7" w14:textId="77777777" w:rsidR="00302D64" w:rsidRDefault="00302D64">
            <w:pPr>
              <w:spacing w:line="20" w:lineRule="exact"/>
            </w:pPr>
          </w:p>
          <w:p w14:paraId="38719948"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87AFED4" w14:textId="77777777">
              <w:trPr>
                <w:jc w:val="center"/>
              </w:trPr>
              <w:tc>
                <w:tcPr>
                  <w:tcW w:w="7087" w:type="dxa"/>
                  <w:shd w:val="clear" w:color="auto" w:fill="EDC9EA"/>
                  <w:tcMar>
                    <w:top w:w="45" w:type="dxa"/>
                    <w:left w:w="70" w:type="dxa"/>
                    <w:bottom w:w="45" w:type="dxa"/>
                    <w:right w:w="70" w:type="dxa"/>
                  </w:tcMar>
                </w:tcPr>
                <w:p w14:paraId="7912274F" w14:textId="77777777" w:rsidR="00302D64" w:rsidRDefault="00000000">
                  <w:pPr>
                    <w:keepNext/>
                  </w:pPr>
                  <w:r>
                    <w:rPr>
                      <w:b/>
                      <w:color w:val="000000"/>
                    </w:rPr>
                    <w:t>SAMOVREDNOTENJE</w:t>
                  </w:r>
                </w:p>
              </w:tc>
            </w:tr>
          </w:tbl>
          <w:p w14:paraId="318EF20B" w14:textId="77777777" w:rsidR="00302D64" w:rsidRDefault="00302D64">
            <w:pPr>
              <w:spacing w:line="20" w:lineRule="exact"/>
            </w:pPr>
          </w:p>
          <w:p w14:paraId="53E86078"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9BAEF91" w14:textId="77777777">
              <w:trPr>
                <w:jc w:val="center"/>
              </w:trPr>
              <w:tc>
                <w:tcPr>
                  <w:tcW w:w="7087" w:type="dxa"/>
                  <w:shd w:val="clear" w:color="auto" w:fill="EDC9EA"/>
                  <w:tcMar>
                    <w:top w:w="45" w:type="dxa"/>
                    <w:left w:w="70" w:type="dxa"/>
                    <w:bottom w:w="45" w:type="dxa"/>
                    <w:right w:w="70" w:type="dxa"/>
                  </w:tcMar>
                </w:tcPr>
                <w:p w14:paraId="14C9B895" w14:textId="77777777" w:rsidR="00302D64" w:rsidRDefault="00000000">
                  <w:pPr>
                    <w:keepNext/>
                  </w:pPr>
                  <w:r>
                    <w:rPr>
                      <w:b/>
                      <w:color w:val="000000"/>
                    </w:rPr>
                    <w:t>VRSTNIŠKO VREDNOTENJE</w:t>
                  </w:r>
                </w:p>
              </w:tc>
            </w:tr>
          </w:tbl>
          <w:p w14:paraId="3385536F" w14:textId="77777777" w:rsidR="00302D64" w:rsidRDefault="00302D64">
            <w:pPr>
              <w:spacing w:line="20" w:lineRule="exact"/>
            </w:pPr>
          </w:p>
          <w:p w14:paraId="1CDEA749"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1E8F6AD7" w14:textId="77777777">
              <w:trPr>
                <w:jc w:val="center"/>
              </w:trPr>
              <w:tc>
                <w:tcPr>
                  <w:tcW w:w="7087" w:type="dxa"/>
                  <w:shd w:val="clear" w:color="auto" w:fill="EDC9EA"/>
                  <w:tcMar>
                    <w:top w:w="45" w:type="dxa"/>
                    <w:left w:w="70" w:type="dxa"/>
                    <w:bottom w:w="45" w:type="dxa"/>
                    <w:right w:w="70" w:type="dxa"/>
                  </w:tcMar>
                </w:tcPr>
                <w:p w14:paraId="24C46CD2" w14:textId="77777777" w:rsidR="00302D64" w:rsidRDefault="00000000">
                  <w:pPr>
                    <w:keepNext/>
                  </w:pPr>
                  <w:r>
                    <w:rPr>
                      <w:b/>
                      <w:color w:val="000000"/>
                    </w:rPr>
                    <w:t>SKUPNI POVZETEK</w:t>
                  </w:r>
                </w:p>
              </w:tc>
            </w:tr>
          </w:tbl>
          <w:p w14:paraId="7F027692" w14:textId="77777777" w:rsidR="00302D64" w:rsidRDefault="00302D64"/>
          <w:p w14:paraId="1C8BAF49" w14:textId="77777777" w:rsidR="00302D64" w:rsidRDefault="00000000">
            <w:pPr>
              <w:spacing w:before="20" w:after="40" w:line="245" w:lineRule="auto"/>
            </w:pPr>
            <w:r>
              <w:rPr>
                <w:b/>
                <w:color w:val="000000"/>
                <w:sz w:val="17"/>
              </w:rPr>
              <w:t>Čustva prepoznavam po različnih znakih, o počutju vprašam in spor rešujem mirno ter spoštljivo.</w:t>
            </w:r>
          </w:p>
        </w:tc>
        <w:tc>
          <w:tcPr>
            <w:tcW w:w="2551" w:type="dxa"/>
            <w:tcMar>
              <w:top w:w="70" w:type="dxa"/>
              <w:left w:w="90" w:type="dxa"/>
              <w:bottom w:w="70" w:type="dxa"/>
              <w:right w:w="90" w:type="dxa"/>
            </w:tcMar>
          </w:tcPr>
          <w:p w14:paraId="35D03AE4" w14:textId="77777777" w:rsidR="00302D64" w:rsidRDefault="00302D64"/>
          <w:p w14:paraId="10701F96" w14:textId="77777777" w:rsidR="00302D64" w:rsidRDefault="00000000">
            <w:pPr>
              <w:spacing w:after="100" w:line="245" w:lineRule="auto"/>
            </w:pPr>
            <w:r>
              <w:rPr>
                <w:color w:val="000000"/>
                <w:sz w:val="16"/>
              </w:rPr>
              <w:t>Odgovarja na podporna vprašanja in se sklicuje na svoj dokaz.</w:t>
            </w:r>
          </w:p>
          <w:p w14:paraId="38788067" w14:textId="77777777" w:rsidR="00302D64" w:rsidRDefault="00000000">
            <w:pPr>
              <w:spacing w:after="100" w:line="245" w:lineRule="auto"/>
            </w:pPr>
            <w:r>
              <w:rPr>
                <w:color w:val="000000"/>
                <w:sz w:val="16"/>
              </w:rPr>
              <w:t>Primerja začetno zamisel z ugotovitvijo ter pove ali pokaže, kaj se je naučil/-a.</w:t>
            </w:r>
          </w:p>
          <w:p w14:paraId="01E2D121" w14:textId="77777777" w:rsidR="00302D64" w:rsidRDefault="00000000">
            <w:pPr>
              <w:spacing w:after="100" w:line="245" w:lineRule="auto"/>
            </w:pPr>
            <w:r>
              <w:rPr>
                <w:color w:val="000000"/>
                <w:sz w:val="16"/>
              </w:rPr>
              <w:t>Izbere raven doseganja in določi naslednji korak.</w:t>
            </w:r>
          </w:p>
          <w:p w14:paraId="757D8D11" w14:textId="77777777" w:rsidR="00302D64" w:rsidRDefault="00000000">
            <w:pPr>
              <w:spacing w:after="100" w:line="245" w:lineRule="auto"/>
            </w:pPr>
            <w:r>
              <w:rPr>
                <w:color w:val="000000"/>
                <w:sz w:val="16"/>
              </w:rPr>
              <w:t>Sošolcu poda prijazen, konkreten odziv.</w:t>
            </w:r>
          </w:p>
          <w:p w14:paraId="6C99BA37" w14:textId="77777777" w:rsidR="00302D64" w:rsidRDefault="00000000">
            <w:pPr>
              <w:spacing w:after="20" w:line="245" w:lineRule="auto"/>
            </w:pPr>
            <w:r>
              <w:rPr>
                <w:b/>
                <w:color w:val="D95BC6"/>
                <w:sz w:val="17"/>
              </w:rPr>
              <w:t>DOKAZ O UČENJU</w:t>
            </w:r>
          </w:p>
          <w:p w14:paraId="6089B642" w14:textId="77777777" w:rsidR="00302D64" w:rsidRDefault="00000000">
            <w:pPr>
              <w:spacing w:after="30" w:line="245" w:lineRule="auto"/>
            </w:pPr>
            <w:r>
              <w:rPr>
                <w:color w:val="D95BC6"/>
                <w:sz w:val="16"/>
              </w:rPr>
              <w:t>izvedba ali izdelek, razlaga, samovrednotenje in odziv na povratno informacijo</w:t>
            </w:r>
          </w:p>
        </w:tc>
      </w:tr>
    </w:tbl>
    <w:p w14:paraId="13A4767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6E36899" w14:textId="77777777">
        <w:trPr>
          <w:cantSplit/>
          <w:jc w:val="center"/>
        </w:trPr>
        <w:tc>
          <w:tcPr>
            <w:tcW w:w="14060" w:type="dxa"/>
            <w:gridSpan w:val="6"/>
            <w:tcMar>
              <w:top w:w="70" w:type="dxa"/>
              <w:left w:w="90" w:type="dxa"/>
              <w:bottom w:w="70" w:type="dxa"/>
              <w:right w:w="90" w:type="dxa"/>
            </w:tcMar>
            <w:vAlign w:val="center"/>
          </w:tcPr>
          <w:p w14:paraId="27620841" w14:textId="77777777" w:rsidR="00302D64" w:rsidRDefault="00000000">
            <w:pPr>
              <w:jc w:val="center"/>
            </w:pPr>
            <w:r>
              <w:rPr>
                <w:b/>
                <w:color w:val="000000"/>
                <w:sz w:val="24"/>
              </w:rPr>
              <w:lastRenderedPageBreak/>
              <w:t>UČNA PRIPRAVA 4/39</w:t>
            </w:r>
          </w:p>
        </w:tc>
      </w:tr>
      <w:tr w:rsidR="00302D64" w14:paraId="65EE152C" w14:textId="77777777">
        <w:trPr>
          <w:jc w:val="center"/>
        </w:trPr>
        <w:tc>
          <w:tcPr>
            <w:tcW w:w="2665" w:type="dxa"/>
            <w:tcMar>
              <w:top w:w="70" w:type="dxa"/>
              <w:left w:w="90" w:type="dxa"/>
              <w:bottom w:w="70" w:type="dxa"/>
              <w:right w:w="90" w:type="dxa"/>
            </w:tcMar>
            <w:vAlign w:val="center"/>
          </w:tcPr>
          <w:p w14:paraId="0D309E43"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D341A61"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2E4AAE4"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97CDABF" w14:textId="77777777" w:rsidR="00302D64" w:rsidRDefault="00000000">
            <w:r>
              <w:rPr>
                <w:b/>
                <w:color w:val="000000"/>
                <w:sz w:val="16"/>
              </w:rPr>
              <w:t xml:space="preserve">NAČRTOVANI TERMIN: </w:t>
            </w:r>
            <w:r>
              <w:rPr>
                <w:color w:val="000000"/>
                <w:sz w:val="16"/>
              </w:rPr>
              <w:t>4. teden • 21.–25. 9. 2026</w:t>
            </w:r>
          </w:p>
        </w:tc>
        <w:tc>
          <w:tcPr>
            <w:tcW w:w="2268" w:type="dxa"/>
            <w:tcMar>
              <w:top w:w="70" w:type="dxa"/>
              <w:left w:w="90" w:type="dxa"/>
              <w:bottom w:w="70" w:type="dxa"/>
              <w:right w:w="90" w:type="dxa"/>
            </w:tcMar>
            <w:vAlign w:val="center"/>
          </w:tcPr>
          <w:p w14:paraId="55E0BD35"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9C782B5" w14:textId="77777777" w:rsidR="00302D64" w:rsidRDefault="00000000">
            <w:r>
              <w:rPr>
                <w:b/>
                <w:color w:val="000000"/>
                <w:sz w:val="16"/>
              </w:rPr>
              <w:t xml:space="preserve">ŠTEVILO UR: </w:t>
            </w:r>
            <w:r>
              <w:rPr>
                <w:color w:val="000000"/>
                <w:sz w:val="16"/>
              </w:rPr>
              <w:t>2</w:t>
            </w:r>
          </w:p>
        </w:tc>
      </w:tr>
      <w:tr w:rsidR="00302D64" w14:paraId="4CAE579C" w14:textId="77777777">
        <w:trPr>
          <w:jc w:val="center"/>
        </w:trPr>
        <w:tc>
          <w:tcPr>
            <w:tcW w:w="14061" w:type="dxa"/>
            <w:gridSpan w:val="6"/>
            <w:tcMar>
              <w:top w:w="70" w:type="dxa"/>
              <w:left w:w="90" w:type="dxa"/>
              <w:bottom w:w="70" w:type="dxa"/>
              <w:right w:w="90" w:type="dxa"/>
            </w:tcMar>
            <w:vAlign w:val="center"/>
          </w:tcPr>
          <w:p w14:paraId="79AF1465" w14:textId="77777777" w:rsidR="00302D64" w:rsidRDefault="00000000">
            <w:r>
              <w:t>TIP UČNE URE: obravnava, izkušenjsko raziskovanje, učenje po postajah, utrjevanje in formativno spremljanje</w:t>
            </w:r>
          </w:p>
        </w:tc>
      </w:tr>
      <w:tr w:rsidR="00302D64" w14:paraId="6E2DA699" w14:textId="77777777">
        <w:trPr>
          <w:cantSplit/>
          <w:jc w:val="center"/>
        </w:trPr>
        <w:tc>
          <w:tcPr>
            <w:tcW w:w="14060" w:type="dxa"/>
            <w:gridSpan w:val="6"/>
            <w:tcMar>
              <w:top w:w="70" w:type="dxa"/>
              <w:left w:w="90" w:type="dxa"/>
              <w:bottom w:w="70" w:type="dxa"/>
              <w:right w:w="90" w:type="dxa"/>
            </w:tcMar>
            <w:vAlign w:val="center"/>
          </w:tcPr>
          <w:p w14:paraId="5763CB52" w14:textId="77777777" w:rsidR="00302D64" w:rsidRDefault="00302D64"/>
          <w:p w14:paraId="2A7BE5DA" w14:textId="77777777" w:rsidR="00302D64" w:rsidRDefault="00000000">
            <w:pPr>
              <w:spacing w:line="245" w:lineRule="auto"/>
            </w:pPr>
            <w:r>
              <w:rPr>
                <w:b/>
                <w:color w:val="000000"/>
                <w:sz w:val="17"/>
              </w:rPr>
              <w:t xml:space="preserve">UČNI SKLOP: </w:t>
            </w:r>
            <w:r>
              <w:rPr>
                <w:color w:val="000000"/>
                <w:sz w:val="17"/>
              </w:rPr>
              <w:t>V ŠOLO – JAZ, ODNOSI IN UČENJE</w:t>
            </w:r>
          </w:p>
        </w:tc>
      </w:tr>
      <w:tr w:rsidR="00302D64" w14:paraId="014B4803" w14:textId="77777777">
        <w:trPr>
          <w:cantSplit/>
          <w:jc w:val="center"/>
        </w:trPr>
        <w:tc>
          <w:tcPr>
            <w:tcW w:w="14060" w:type="dxa"/>
            <w:gridSpan w:val="6"/>
            <w:tcMar>
              <w:top w:w="70" w:type="dxa"/>
              <w:left w:w="90" w:type="dxa"/>
              <w:bottom w:w="70" w:type="dxa"/>
              <w:right w:w="90" w:type="dxa"/>
            </w:tcMar>
            <w:vAlign w:val="center"/>
          </w:tcPr>
          <w:p w14:paraId="685D2395" w14:textId="77777777" w:rsidR="00302D64" w:rsidRDefault="00302D64"/>
          <w:p w14:paraId="582AE976" w14:textId="77777777" w:rsidR="00302D64" w:rsidRDefault="00000000">
            <w:pPr>
              <w:spacing w:line="245" w:lineRule="auto"/>
            </w:pPr>
            <w:r>
              <w:rPr>
                <w:b/>
                <w:color w:val="000000"/>
                <w:sz w:val="17"/>
              </w:rPr>
              <w:t xml:space="preserve">UČNA TEMA: </w:t>
            </w:r>
            <w:r>
              <w:rPr>
                <w:color w:val="000000"/>
                <w:sz w:val="17"/>
              </w:rPr>
              <w:t>UČIM SE UČITI</w:t>
            </w:r>
          </w:p>
        </w:tc>
      </w:tr>
      <w:tr w:rsidR="00302D64" w14:paraId="462B8AC5" w14:textId="77777777">
        <w:trPr>
          <w:cantSplit/>
          <w:jc w:val="center"/>
        </w:trPr>
        <w:tc>
          <w:tcPr>
            <w:tcW w:w="14060" w:type="dxa"/>
            <w:gridSpan w:val="6"/>
            <w:tcMar>
              <w:top w:w="70" w:type="dxa"/>
              <w:left w:w="90" w:type="dxa"/>
              <w:bottom w:w="70" w:type="dxa"/>
              <w:right w:w="90" w:type="dxa"/>
            </w:tcMar>
            <w:vAlign w:val="center"/>
          </w:tcPr>
          <w:p w14:paraId="40163D08" w14:textId="77777777" w:rsidR="00302D64" w:rsidRDefault="00302D64"/>
          <w:p w14:paraId="3030409D" w14:textId="77777777" w:rsidR="00302D64" w:rsidRDefault="00000000">
            <w:pPr>
              <w:spacing w:line="245" w:lineRule="auto"/>
            </w:pPr>
            <w:r>
              <w:rPr>
                <w:b/>
                <w:color w:val="000000"/>
                <w:sz w:val="17"/>
              </w:rPr>
              <w:t xml:space="preserve">KNJIŽEVNO IZHODIŠČE IN MOTIV: </w:t>
            </w:r>
            <w:r>
              <w:rPr>
                <w:color w:val="000000"/>
                <w:sz w:val="17"/>
              </w:rPr>
              <w:t>»Maček Muri« – Kajetan Kovič • dnevna rutina, skupnost in pot po znanem okolju</w:t>
            </w:r>
          </w:p>
        </w:tc>
      </w:tr>
      <w:tr w:rsidR="00302D64" w14:paraId="1665F429" w14:textId="77777777">
        <w:trPr>
          <w:cantSplit/>
          <w:jc w:val="center"/>
        </w:trPr>
        <w:tc>
          <w:tcPr>
            <w:tcW w:w="14060" w:type="dxa"/>
            <w:gridSpan w:val="6"/>
            <w:tcMar>
              <w:top w:w="70" w:type="dxa"/>
              <w:left w:w="90" w:type="dxa"/>
              <w:bottom w:w="70" w:type="dxa"/>
              <w:right w:w="90" w:type="dxa"/>
            </w:tcMar>
            <w:vAlign w:val="center"/>
          </w:tcPr>
          <w:p w14:paraId="0F778934" w14:textId="77777777" w:rsidR="00302D64" w:rsidRDefault="00302D64"/>
          <w:p w14:paraId="77D73700" w14:textId="77777777" w:rsidR="00302D64" w:rsidRDefault="00000000">
            <w:pPr>
              <w:spacing w:line="245" w:lineRule="auto"/>
            </w:pPr>
            <w:r>
              <w:rPr>
                <w:b/>
                <w:color w:val="000000"/>
                <w:sz w:val="17"/>
              </w:rPr>
              <w:t xml:space="preserve">UČNE ENOTE: </w:t>
            </w:r>
            <w:r>
              <w:rPr>
                <w:color w:val="000000"/>
                <w:sz w:val="17"/>
              </w:rPr>
              <w:t>1. ura – Postaje učnih strategij • 2. ura – Od začetka do naslednjega koraka</w:t>
            </w:r>
          </w:p>
        </w:tc>
      </w:tr>
      <w:tr w:rsidR="00302D64" w14:paraId="2688BA73" w14:textId="77777777">
        <w:trPr>
          <w:cantSplit/>
          <w:jc w:val="center"/>
        </w:trPr>
        <w:tc>
          <w:tcPr>
            <w:tcW w:w="14060" w:type="dxa"/>
            <w:gridSpan w:val="6"/>
            <w:tcMar>
              <w:top w:w="70" w:type="dxa"/>
              <w:left w:w="90" w:type="dxa"/>
              <w:bottom w:w="70" w:type="dxa"/>
              <w:right w:w="90" w:type="dxa"/>
            </w:tcMar>
            <w:vAlign w:val="center"/>
          </w:tcPr>
          <w:p w14:paraId="605497CB" w14:textId="77777777" w:rsidR="00302D64" w:rsidRDefault="00302D64"/>
          <w:p w14:paraId="28502ADA"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40AE84B6" w14:textId="77777777">
        <w:trPr>
          <w:cantSplit/>
          <w:jc w:val="center"/>
        </w:trPr>
        <w:tc>
          <w:tcPr>
            <w:tcW w:w="14060" w:type="dxa"/>
            <w:gridSpan w:val="6"/>
            <w:tcMar>
              <w:top w:w="70" w:type="dxa"/>
              <w:left w:w="90" w:type="dxa"/>
              <w:bottom w:w="70" w:type="dxa"/>
              <w:right w:w="90" w:type="dxa"/>
            </w:tcMar>
            <w:vAlign w:val="center"/>
          </w:tcPr>
          <w:p w14:paraId="66658BAB" w14:textId="77777777" w:rsidR="00302D64" w:rsidRDefault="00302D64"/>
          <w:p w14:paraId="60ABFA4F"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5EF4AE2D" w14:textId="77777777">
        <w:trPr>
          <w:cantSplit/>
          <w:jc w:val="center"/>
        </w:trPr>
        <w:tc>
          <w:tcPr>
            <w:tcW w:w="14060" w:type="dxa"/>
            <w:gridSpan w:val="6"/>
            <w:tcMar>
              <w:top w:w="70" w:type="dxa"/>
              <w:left w:w="90" w:type="dxa"/>
              <w:bottom w:w="70" w:type="dxa"/>
              <w:right w:w="90" w:type="dxa"/>
            </w:tcMar>
            <w:vAlign w:val="center"/>
          </w:tcPr>
          <w:p w14:paraId="0226160F" w14:textId="77777777" w:rsidR="00302D64" w:rsidRDefault="00302D64"/>
          <w:p w14:paraId="0A28EC0F"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32A0C799" w14:textId="77777777">
        <w:trPr>
          <w:cantSplit/>
          <w:jc w:val="center"/>
        </w:trPr>
        <w:tc>
          <w:tcPr>
            <w:tcW w:w="14060" w:type="dxa"/>
            <w:gridSpan w:val="6"/>
            <w:tcMar>
              <w:top w:w="70" w:type="dxa"/>
              <w:left w:w="90" w:type="dxa"/>
              <w:bottom w:w="70" w:type="dxa"/>
              <w:right w:w="90" w:type="dxa"/>
            </w:tcMar>
            <w:vAlign w:val="center"/>
          </w:tcPr>
          <w:p w14:paraId="6BCAE40E" w14:textId="77777777" w:rsidR="00302D64" w:rsidRDefault="00302D64"/>
          <w:p w14:paraId="619BD755" w14:textId="77777777" w:rsidR="00302D64" w:rsidRDefault="00000000">
            <w:pPr>
              <w:spacing w:line="245" w:lineRule="auto"/>
            </w:pPr>
            <w:r>
              <w:rPr>
                <w:b/>
                <w:color w:val="000000"/>
                <w:sz w:val="17"/>
              </w:rPr>
              <w:t xml:space="preserve">MEDPREDMETNE POVEZAVE: </w:t>
            </w:r>
            <w:r>
              <w:rPr>
                <w:color w:val="000000"/>
                <w:sz w:val="17"/>
              </w:rPr>
              <w:t>SLJ – razlaga postopka; MAT – izbira strategije; LUM – simbol napredka; ŠPO – gibalne postaje</w:t>
            </w:r>
          </w:p>
        </w:tc>
      </w:tr>
      <w:tr w:rsidR="00302D64" w14:paraId="3BDBEF67" w14:textId="77777777">
        <w:trPr>
          <w:cantSplit/>
          <w:jc w:val="center"/>
        </w:trPr>
        <w:tc>
          <w:tcPr>
            <w:tcW w:w="14060" w:type="dxa"/>
            <w:gridSpan w:val="6"/>
            <w:tcMar>
              <w:top w:w="70" w:type="dxa"/>
              <w:left w:w="90" w:type="dxa"/>
              <w:bottom w:w="70" w:type="dxa"/>
              <w:right w:w="90" w:type="dxa"/>
            </w:tcMar>
            <w:vAlign w:val="center"/>
          </w:tcPr>
          <w:p w14:paraId="5D160BC0" w14:textId="77777777" w:rsidR="00302D64" w:rsidRDefault="00302D64"/>
          <w:p w14:paraId="31CDB66B" w14:textId="77777777" w:rsidR="00302D64" w:rsidRDefault="00000000">
            <w:pPr>
              <w:spacing w:line="245" w:lineRule="auto"/>
            </w:pPr>
            <w:r>
              <w:rPr>
                <w:b/>
                <w:color w:val="000000"/>
                <w:sz w:val="17"/>
              </w:rPr>
              <w:t xml:space="preserve">UČNA SREDSTVA IN PRIPOMOČKI: </w:t>
            </w:r>
            <w:r>
              <w:rPr>
                <w:color w:val="000000"/>
                <w:sz w:val="17"/>
              </w:rPr>
              <w:t>Maček Muri, kovček strategij, slikovne kartice, konkretni predmeti, kratke postajne naloge, mapa dosežkov, semafor in kartice naslednjih korakov</w:t>
            </w:r>
          </w:p>
        </w:tc>
      </w:tr>
      <w:tr w:rsidR="00302D64" w14:paraId="062D1078" w14:textId="77777777">
        <w:trPr>
          <w:cantSplit/>
          <w:jc w:val="center"/>
        </w:trPr>
        <w:tc>
          <w:tcPr>
            <w:tcW w:w="14060" w:type="dxa"/>
            <w:gridSpan w:val="6"/>
            <w:tcMar>
              <w:top w:w="70" w:type="dxa"/>
              <w:left w:w="90" w:type="dxa"/>
              <w:bottom w:w="70" w:type="dxa"/>
              <w:right w:w="90" w:type="dxa"/>
            </w:tcMar>
            <w:vAlign w:val="center"/>
          </w:tcPr>
          <w:p w14:paraId="7F7C15A9" w14:textId="77777777" w:rsidR="00302D64" w:rsidRDefault="00302D64"/>
          <w:p w14:paraId="5657ED07"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225036BF" w14:textId="77777777">
        <w:trPr>
          <w:cantSplit/>
          <w:jc w:val="center"/>
        </w:trPr>
        <w:tc>
          <w:tcPr>
            <w:tcW w:w="14060" w:type="dxa"/>
            <w:gridSpan w:val="6"/>
            <w:tcMar>
              <w:top w:w="70" w:type="dxa"/>
              <w:left w:w="90" w:type="dxa"/>
              <w:bottom w:w="70" w:type="dxa"/>
              <w:right w:w="90" w:type="dxa"/>
            </w:tcMar>
            <w:vAlign w:val="center"/>
          </w:tcPr>
          <w:p w14:paraId="09DD86CA" w14:textId="77777777" w:rsidR="00302D64" w:rsidRDefault="00302D64"/>
          <w:p w14:paraId="1288B9E5" w14:textId="77777777" w:rsidR="00302D64" w:rsidRDefault="00000000">
            <w:pPr>
              <w:spacing w:line="245" w:lineRule="auto"/>
            </w:pPr>
            <w:r>
              <w:rPr>
                <w:b/>
                <w:color w:val="000000"/>
                <w:sz w:val="16"/>
              </w:rPr>
              <w:t xml:space="preserve">OCENJEVANJE / DAN DEJAVNOSTI: </w:t>
            </w:r>
            <w:r>
              <w:rPr>
                <w:color w:val="000000"/>
                <w:sz w:val="16"/>
              </w:rPr>
              <w:t>ŠPORTNI DAN • ŠPORTNI DAN</w:t>
            </w:r>
          </w:p>
        </w:tc>
      </w:tr>
      <w:tr w:rsidR="00302D64" w14:paraId="3A1CBC2F" w14:textId="77777777">
        <w:trPr>
          <w:cantSplit/>
          <w:jc w:val="center"/>
        </w:trPr>
        <w:tc>
          <w:tcPr>
            <w:tcW w:w="14060" w:type="dxa"/>
            <w:gridSpan w:val="6"/>
            <w:tcMar>
              <w:top w:w="70" w:type="dxa"/>
              <w:left w:w="90" w:type="dxa"/>
              <w:bottom w:w="70" w:type="dxa"/>
              <w:right w:w="90" w:type="dxa"/>
            </w:tcMar>
            <w:vAlign w:val="center"/>
          </w:tcPr>
          <w:p w14:paraId="7A510BD5" w14:textId="77777777" w:rsidR="00302D64" w:rsidRDefault="00302D64"/>
          <w:p w14:paraId="123FF167"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7B6C20A7"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2B1E41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2D8EB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4C9F467" w14:textId="77777777" w:rsidR="00302D64" w:rsidRDefault="00000000">
            <w:pPr>
              <w:jc w:val="center"/>
            </w:pPr>
            <w:r>
              <w:rPr>
                <w:b/>
                <w:color w:val="000000"/>
                <w:sz w:val="20"/>
              </w:rPr>
              <w:t>UČNE DEJAVNOSTI, METODE IN FORMATIVNO SPREMLJANJE</w:t>
            </w:r>
          </w:p>
        </w:tc>
      </w:tr>
      <w:tr w:rsidR="00302D64" w14:paraId="7AA5EC8F" w14:textId="77777777">
        <w:trPr>
          <w:tblHeader/>
          <w:jc w:val="center"/>
        </w:trPr>
        <w:tc>
          <w:tcPr>
            <w:tcW w:w="4422" w:type="dxa"/>
            <w:vMerge/>
            <w:tcMar>
              <w:top w:w="70" w:type="dxa"/>
              <w:left w:w="90" w:type="dxa"/>
              <w:bottom w:w="70" w:type="dxa"/>
              <w:right w:w="90" w:type="dxa"/>
            </w:tcMar>
            <w:vAlign w:val="center"/>
          </w:tcPr>
          <w:p w14:paraId="3D891E6D" w14:textId="77777777" w:rsidR="00302D64" w:rsidRDefault="00302D64"/>
        </w:tc>
        <w:tc>
          <w:tcPr>
            <w:tcW w:w="7087" w:type="dxa"/>
            <w:shd w:val="clear" w:color="auto" w:fill="FFFFFF"/>
            <w:tcMar>
              <w:top w:w="70" w:type="dxa"/>
              <w:left w:w="90" w:type="dxa"/>
              <w:bottom w:w="70" w:type="dxa"/>
              <w:right w:w="90" w:type="dxa"/>
            </w:tcMar>
            <w:vAlign w:val="center"/>
          </w:tcPr>
          <w:p w14:paraId="5061190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80A3527" w14:textId="77777777" w:rsidR="00302D64" w:rsidRDefault="00000000">
            <w:pPr>
              <w:jc w:val="center"/>
            </w:pPr>
            <w:r>
              <w:rPr>
                <w:b/>
                <w:color w:val="000000"/>
              </w:rPr>
              <w:t>UČENEC</w:t>
            </w:r>
          </w:p>
        </w:tc>
      </w:tr>
      <w:tr w:rsidR="00302D64" w14:paraId="7F1E2396" w14:textId="77777777">
        <w:trPr>
          <w:jc w:val="center"/>
        </w:trPr>
        <w:tc>
          <w:tcPr>
            <w:tcW w:w="4422" w:type="dxa"/>
            <w:tcMar>
              <w:top w:w="70" w:type="dxa"/>
              <w:left w:w="90" w:type="dxa"/>
              <w:bottom w:w="70" w:type="dxa"/>
              <w:right w:w="90" w:type="dxa"/>
            </w:tcMar>
          </w:tcPr>
          <w:p w14:paraId="4A713085" w14:textId="77777777" w:rsidR="00302D64" w:rsidRDefault="00302D64"/>
          <w:p w14:paraId="735F40D8" w14:textId="77777777" w:rsidR="00302D64" w:rsidRDefault="00000000">
            <w:pPr>
              <w:spacing w:after="60" w:line="245" w:lineRule="auto"/>
            </w:pPr>
            <w:r>
              <w:rPr>
                <w:b/>
                <w:color w:val="000000"/>
              </w:rPr>
              <w:t>UČNI CILJI</w:t>
            </w:r>
          </w:p>
          <w:p w14:paraId="28479934" w14:textId="77777777" w:rsidR="00302D64" w:rsidRDefault="00000000">
            <w:pPr>
              <w:spacing w:after="20" w:line="245" w:lineRule="auto"/>
            </w:pPr>
            <w:r>
              <w:rPr>
                <w:b/>
                <w:color w:val="000000"/>
                <w:sz w:val="17"/>
              </w:rPr>
              <w:t>SPLOŠNI</w:t>
            </w:r>
          </w:p>
          <w:p w14:paraId="5DCD27BF" w14:textId="77777777" w:rsidR="00302D64" w:rsidRDefault="00000000">
            <w:pPr>
              <w:pStyle w:val="Oznaenseznam"/>
              <w:spacing w:after="16"/>
            </w:pPr>
            <w:r>
              <w:rPr>
                <w:color w:val="000000"/>
                <w:sz w:val="16"/>
              </w:rPr>
              <w:t>razvija radovednost ter sistematično opazuje, primerja, razvršča in sporoča ugotovitve</w:t>
            </w:r>
          </w:p>
          <w:p w14:paraId="227AABA5" w14:textId="77777777" w:rsidR="00302D64" w:rsidRDefault="00000000">
            <w:pPr>
              <w:pStyle w:val="Oznaenseznam"/>
              <w:spacing w:after="16"/>
            </w:pPr>
            <w:r>
              <w:rPr>
                <w:color w:val="000000"/>
                <w:sz w:val="16"/>
              </w:rPr>
              <w:t>sodeluje, posluša druge in svoja opažanja izraža na razvojno primeren način</w:t>
            </w:r>
          </w:p>
          <w:p w14:paraId="5717A9F0" w14:textId="77777777" w:rsidR="00302D64" w:rsidRDefault="00000000">
            <w:pPr>
              <w:pStyle w:val="Oznaenseznam"/>
              <w:spacing w:after="16"/>
            </w:pPr>
            <w:r>
              <w:rPr>
                <w:color w:val="000000"/>
                <w:sz w:val="16"/>
              </w:rPr>
              <w:t>ravna varno, odgovorno in skrbno do sebe, drugih ter okolja</w:t>
            </w:r>
          </w:p>
          <w:p w14:paraId="41DF4397" w14:textId="77777777" w:rsidR="00302D64" w:rsidRDefault="00000000">
            <w:pPr>
              <w:pStyle w:val="Oznaenseznam"/>
              <w:spacing w:after="16"/>
            </w:pPr>
            <w:r>
              <w:rPr>
                <w:color w:val="000000"/>
                <w:sz w:val="16"/>
              </w:rPr>
              <w:t>ob kriterijih spremlja svoje učenje in sprejema opisno povratno informacijo</w:t>
            </w:r>
          </w:p>
          <w:p w14:paraId="2D30C4CF" w14:textId="77777777" w:rsidR="00302D64" w:rsidRDefault="00000000">
            <w:pPr>
              <w:spacing w:before="40" w:after="20" w:line="245" w:lineRule="auto"/>
            </w:pPr>
            <w:r>
              <w:rPr>
                <w:b/>
                <w:color w:val="000000"/>
                <w:sz w:val="17"/>
              </w:rPr>
              <w:t>OPERATIVNI</w:t>
            </w:r>
          </w:p>
          <w:p w14:paraId="42FB0195" w14:textId="77777777" w:rsidR="00302D64" w:rsidRDefault="00000000">
            <w:pPr>
              <w:pStyle w:val="Oznaenseznam"/>
              <w:spacing w:after="16"/>
            </w:pPr>
            <w:r>
              <w:rPr>
                <w:color w:val="000000"/>
                <w:sz w:val="16"/>
              </w:rPr>
              <w:t>pove, kaj že zna</w:t>
            </w:r>
          </w:p>
          <w:p w14:paraId="32787670" w14:textId="77777777" w:rsidR="00302D64" w:rsidRDefault="00000000">
            <w:pPr>
              <w:pStyle w:val="Oznaenseznam"/>
              <w:spacing w:after="16"/>
            </w:pPr>
            <w:r>
              <w:rPr>
                <w:color w:val="000000"/>
                <w:sz w:val="16"/>
              </w:rPr>
              <w:t>izbere pripomoček ali strategijo</w:t>
            </w:r>
          </w:p>
          <w:p w14:paraId="52648133" w14:textId="77777777" w:rsidR="00302D64" w:rsidRDefault="00000000">
            <w:pPr>
              <w:pStyle w:val="Oznaenseznam"/>
              <w:spacing w:after="16"/>
            </w:pPr>
            <w:r>
              <w:rPr>
                <w:color w:val="000000"/>
                <w:sz w:val="16"/>
              </w:rPr>
              <w:t>prepozna svoj napredek</w:t>
            </w:r>
          </w:p>
          <w:p w14:paraId="74BD6B8C" w14:textId="77777777" w:rsidR="00302D64" w:rsidRDefault="00000000">
            <w:pPr>
              <w:spacing w:before="40" w:after="20" w:line="245" w:lineRule="auto"/>
            </w:pPr>
            <w:r>
              <w:rPr>
                <w:b/>
                <w:color w:val="000000"/>
                <w:sz w:val="17"/>
              </w:rPr>
              <w:t>PRIČAKOVANI DOSEŽKI / STANDARDI</w:t>
            </w:r>
          </w:p>
          <w:p w14:paraId="21D3DAE3" w14:textId="77777777" w:rsidR="00302D64" w:rsidRDefault="00000000">
            <w:pPr>
              <w:pStyle w:val="Oznaenseznam"/>
              <w:spacing w:after="16"/>
            </w:pPr>
            <w:r>
              <w:rPr>
                <w:color w:val="000000"/>
                <w:sz w:val="16"/>
              </w:rPr>
              <w:t>ob konkretni ali slikovni opori pove, kaj že zna</w:t>
            </w:r>
          </w:p>
          <w:p w14:paraId="57810836" w14:textId="77777777" w:rsidR="00302D64" w:rsidRDefault="00000000">
            <w:pPr>
              <w:pStyle w:val="Oznaenseznam"/>
              <w:spacing w:after="16"/>
            </w:pPr>
            <w:r>
              <w:rPr>
                <w:color w:val="000000"/>
                <w:sz w:val="16"/>
              </w:rPr>
              <w:t>ob konkretni ali slikovni opori izbere pripomoček ali strategijo</w:t>
            </w:r>
          </w:p>
          <w:p w14:paraId="0C24DFFA" w14:textId="77777777" w:rsidR="00302D64" w:rsidRDefault="00000000">
            <w:pPr>
              <w:pStyle w:val="Oznaenseznam"/>
              <w:spacing w:after="16"/>
            </w:pPr>
            <w:r>
              <w:rPr>
                <w:color w:val="000000"/>
                <w:sz w:val="16"/>
              </w:rPr>
              <w:t>ob konkretni ali slikovni opori prepozna svoj napredek</w:t>
            </w:r>
          </w:p>
        </w:tc>
        <w:tc>
          <w:tcPr>
            <w:tcW w:w="7087" w:type="dxa"/>
            <w:tcMar>
              <w:top w:w="70" w:type="dxa"/>
              <w:left w:w="90" w:type="dxa"/>
              <w:bottom w:w="70" w:type="dxa"/>
              <w:right w:w="90" w:type="dxa"/>
            </w:tcMar>
          </w:tcPr>
          <w:p w14:paraId="7DB143E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3272487" w14:textId="77777777">
              <w:trPr>
                <w:jc w:val="center"/>
              </w:trPr>
              <w:tc>
                <w:tcPr>
                  <w:tcW w:w="7087" w:type="dxa"/>
                  <w:shd w:val="clear" w:color="auto" w:fill="C6E7F3"/>
                  <w:tcMar>
                    <w:top w:w="45" w:type="dxa"/>
                    <w:left w:w="70" w:type="dxa"/>
                    <w:bottom w:w="45" w:type="dxa"/>
                    <w:right w:w="70" w:type="dxa"/>
                  </w:tcMar>
                </w:tcPr>
                <w:p w14:paraId="1487A73A" w14:textId="77777777" w:rsidR="00302D64" w:rsidRDefault="00000000">
                  <w:pPr>
                    <w:keepNext/>
                  </w:pPr>
                  <w:r>
                    <w:rPr>
                      <w:b/>
                      <w:color w:val="000000"/>
                    </w:rPr>
                    <w:t>UVODNI DEL – motivacija, aktivacija predznanja in namen učenja (15–20 min)</w:t>
                  </w:r>
                </w:p>
              </w:tc>
            </w:tr>
          </w:tbl>
          <w:p w14:paraId="7FB11B51" w14:textId="77777777" w:rsidR="00302D64" w:rsidRDefault="00302D64">
            <w:pPr>
              <w:spacing w:line="20" w:lineRule="exact"/>
            </w:pPr>
          </w:p>
          <w:p w14:paraId="4871EF2E" w14:textId="77777777" w:rsidR="00302D64" w:rsidRDefault="00000000">
            <w:pPr>
              <w:spacing w:before="40" w:after="60" w:line="245" w:lineRule="auto"/>
            </w:pPr>
            <w:r>
              <w:rPr>
                <w:color w:val="000000"/>
                <w:sz w:val="17"/>
              </w:rPr>
              <w:t>Maček Muri je pozabil, kako se lotiti nove naloge. Učenci mu iz kovčka strategij izberejo pripomoček, ki bi mu lahko pomagal.</w:t>
            </w:r>
          </w:p>
          <w:tbl>
            <w:tblPr>
              <w:tblStyle w:val="Tabelamrea"/>
              <w:tblW w:w="0" w:type="auto"/>
              <w:jc w:val="center"/>
              <w:tblLayout w:type="fixed"/>
              <w:tblLook w:val="04A0" w:firstRow="1" w:lastRow="0" w:firstColumn="1" w:lastColumn="0" w:noHBand="0" w:noVBand="1"/>
            </w:tblPr>
            <w:tblGrid>
              <w:gridCol w:w="7087"/>
            </w:tblGrid>
            <w:tr w:rsidR="00302D64" w14:paraId="31E7C32F" w14:textId="77777777">
              <w:trPr>
                <w:jc w:val="center"/>
              </w:trPr>
              <w:tc>
                <w:tcPr>
                  <w:tcW w:w="7087" w:type="dxa"/>
                  <w:shd w:val="clear" w:color="auto" w:fill="EDC9EA"/>
                  <w:tcMar>
                    <w:top w:w="45" w:type="dxa"/>
                    <w:left w:w="70" w:type="dxa"/>
                    <w:bottom w:w="45" w:type="dxa"/>
                    <w:right w:w="70" w:type="dxa"/>
                  </w:tcMar>
                </w:tcPr>
                <w:p w14:paraId="55F1A22F" w14:textId="77777777" w:rsidR="00302D64" w:rsidRDefault="00000000">
                  <w:pPr>
                    <w:keepNext/>
                  </w:pPr>
                  <w:r>
                    <w:rPr>
                      <w:b/>
                      <w:color w:val="000000"/>
                    </w:rPr>
                    <w:t>NAMENI UČENJA</w:t>
                  </w:r>
                </w:p>
              </w:tc>
            </w:tr>
          </w:tbl>
          <w:p w14:paraId="2337C14F" w14:textId="77777777" w:rsidR="00302D64" w:rsidRDefault="00302D64">
            <w:pPr>
              <w:spacing w:line="20" w:lineRule="exact"/>
            </w:pPr>
          </w:p>
          <w:p w14:paraId="2CFFC85F" w14:textId="77777777" w:rsidR="00302D64" w:rsidRDefault="00000000">
            <w:pPr>
              <w:spacing w:before="20" w:after="20" w:line="245" w:lineRule="auto"/>
            </w:pPr>
            <w:r>
              <w:rPr>
                <w:color w:val="000000"/>
                <w:sz w:val="16"/>
              </w:rPr>
              <w:t>Učimo se zato, da bomo lažje razumeli in odgovorno uporabili znanje v vsakdanjih situacijah.</w:t>
            </w:r>
          </w:p>
          <w:p w14:paraId="6BB6A1BA" w14:textId="77777777" w:rsidR="00302D64" w:rsidRDefault="00000000">
            <w:pPr>
              <w:pStyle w:val="Oznaenseznam"/>
              <w:spacing w:after="16"/>
            </w:pPr>
            <w:r>
              <w:rPr>
                <w:color w:val="000000"/>
                <w:sz w:val="16"/>
              </w:rPr>
              <w:t>povem, kaj že zna</w:t>
            </w:r>
          </w:p>
          <w:p w14:paraId="586745C5" w14:textId="77777777" w:rsidR="00302D64" w:rsidRDefault="00000000">
            <w:pPr>
              <w:pStyle w:val="Oznaenseznam"/>
              <w:spacing w:after="16"/>
            </w:pPr>
            <w:r>
              <w:rPr>
                <w:color w:val="000000"/>
                <w:sz w:val="16"/>
              </w:rPr>
              <w:t>izberem pripomoček ali strategijo</w:t>
            </w:r>
          </w:p>
          <w:p w14:paraId="0CEC714F" w14:textId="77777777" w:rsidR="00302D64" w:rsidRDefault="00000000">
            <w:pPr>
              <w:pStyle w:val="Oznaenseznam"/>
              <w:spacing w:after="16"/>
            </w:pPr>
            <w:r>
              <w:rPr>
                <w:color w:val="000000"/>
                <w:sz w:val="16"/>
              </w:rPr>
              <w:t>prepoznam svoj napredek</w:t>
            </w:r>
          </w:p>
          <w:tbl>
            <w:tblPr>
              <w:tblStyle w:val="Tabelamrea"/>
              <w:tblW w:w="0" w:type="auto"/>
              <w:jc w:val="center"/>
              <w:tblLayout w:type="fixed"/>
              <w:tblLook w:val="04A0" w:firstRow="1" w:lastRow="0" w:firstColumn="1" w:lastColumn="0" w:noHBand="0" w:noVBand="1"/>
            </w:tblPr>
            <w:tblGrid>
              <w:gridCol w:w="7087"/>
            </w:tblGrid>
            <w:tr w:rsidR="00302D64" w14:paraId="1B5A8D38" w14:textId="77777777">
              <w:trPr>
                <w:jc w:val="center"/>
              </w:trPr>
              <w:tc>
                <w:tcPr>
                  <w:tcW w:w="7087" w:type="dxa"/>
                  <w:shd w:val="clear" w:color="auto" w:fill="EDC9EA"/>
                  <w:tcMar>
                    <w:top w:w="45" w:type="dxa"/>
                    <w:left w:w="70" w:type="dxa"/>
                    <w:bottom w:w="45" w:type="dxa"/>
                    <w:right w:w="70" w:type="dxa"/>
                  </w:tcMar>
                </w:tcPr>
                <w:p w14:paraId="65C395E6" w14:textId="77777777" w:rsidR="00302D64" w:rsidRDefault="00000000">
                  <w:pPr>
                    <w:keepNext/>
                  </w:pPr>
                  <w:r>
                    <w:rPr>
                      <w:b/>
                      <w:color w:val="000000"/>
                    </w:rPr>
                    <w:t>PREVERJANJE PREDZNANJA</w:t>
                  </w:r>
                </w:p>
              </w:tc>
            </w:tr>
          </w:tbl>
          <w:p w14:paraId="7BE87010" w14:textId="77777777" w:rsidR="00302D64" w:rsidRDefault="00302D64">
            <w:pPr>
              <w:spacing w:line="20" w:lineRule="exact"/>
            </w:pPr>
          </w:p>
          <w:p w14:paraId="1F200409" w14:textId="77777777" w:rsidR="00302D64" w:rsidRDefault="00000000">
            <w:pPr>
              <w:pStyle w:val="Oznaenseznam"/>
              <w:spacing w:after="16"/>
            </w:pPr>
            <w:r>
              <w:rPr>
                <w:color w:val="000000"/>
                <w:sz w:val="16"/>
              </w:rPr>
              <w:t>Kaj že znam narediti samostojno?</w:t>
            </w:r>
          </w:p>
          <w:p w14:paraId="2A47883D" w14:textId="77777777" w:rsidR="00302D64" w:rsidRDefault="00000000">
            <w:pPr>
              <w:pStyle w:val="Oznaenseznam"/>
              <w:spacing w:after="16"/>
            </w:pPr>
            <w:r>
              <w:rPr>
                <w:color w:val="000000"/>
                <w:sz w:val="16"/>
              </w:rPr>
              <w:t>Kaj naredim, kadar naloge še ne znam?</w:t>
            </w:r>
          </w:p>
          <w:p w14:paraId="15426421"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1644B9B" w14:textId="77777777">
              <w:trPr>
                <w:jc w:val="center"/>
              </w:trPr>
              <w:tc>
                <w:tcPr>
                  <w:tcW w:w="7087" w:type="dxa"/>
                  <w:shd w:val="clear" w:color="auto" w:fill="EDC9EA"/>
                  <w:tcMar>
                    <w:top w:w="45" w:type="dxa"/>
                    <w:left w:w="70" w:type="dxa"/>
                    <w:bottom w:w="45" w:type="dxa"/>
                    <w:right w:w="70" w:type="dxa"/>
                  </w:tcMar>
                </w:tcPr>
                <w:p w14:paraId="2F0802E8" w14:textId="77777777" w:rsidR="00302D64" w:rsidRDefault="00000000">
                  <w:pPr>
                    <w:keepNext/>
                  </w:pPr>
                  <w:r>
                    <w:rPr>
                      <w:b/>
                      <w:color w:val="000000"/>
                    </w:rPr>
                    <w:t>KRITERIJI USPEŠNOSTI</w:t>
                  </w:r>
                </w:p>
              </w:tc>
            </w:tr>
          </w:tbl>
          <w:p w14:paraId="5FB56488" w14:textId="77777777" w:rsidR="00302D64" w:rsidRDefault="00302D64"/>
          <w:p w14:paraId="4CDE8C79" w14:textId="77777777" w:rsidR="00302D64" w:rsidRDefault="00000000">
            <w:pPr>
              <w:spacing w:before="20" w:after="20" w:line="245" w:lineRule="auto"/>
            </w:pPr>
            <w:r>
              <w:rPr>
                <w:b/>
                <w:color w:val="000000"/>
                <w:sz w:val="16"/>
              </w:rPr>
              <w:t>Uspešen/-na bom, ko:</w:t>
            </w:r>
          </w:p>
          <w:p w14:paraId="10BFDA59" w14:textId="77777777" w:rsidR="00302D64" w:rsidRDefault="00000000">
            <w:pPr>
              <w:pStyle w:val="Oznaenseznam"/>
              <w:spacing w:after="16"/>
            </w:pPr>
            <w:r>
              <w:rPr>
                <w:color w:val="000000"/>
                <w:sz w:val="16"/>
              </w:rPr>
              <w:t>povem, kaj že zna</w:t>
            </w:r>
          </w:p>
          <w:p w14:paraId="2B283A63" w14:textId="77777777" w:rsidR="00302D64" w:rsidRDefault="00000000">
            <w:pPr>
              <w:pStyle w:val="Oznaenseznam"/>
              <w:spacing w:after="16"/>
            </w:pPr>
            <w:r>
              <w:rPr>
                <w:color w:val="000000"/>
                <w:sz w:val="16"/>
              </w:rPr>
              <w:t>izberem pripomoček ali strategijo</w:t>
            </w:r>
          </w:p>
          <w:p w14:paraId="4154A854" w14:textId="77777777" w:rsidR="00302D64" w:rsidRDefault="00000000">
            <w:pPr>
              <w:pStyle w:val="Oznaenseznam"/>
              <w:spacing w:after="16"/>
            </w:pPr>
            <w:r>
              <w:rPr>
                <w:color w:val="000000"/>
                <w:sz w:val="16"/>
              </w:rPr>
              <w:t>prepoznam svoj napredek</w:t>
            </w:r>
          </w:p>
          <w:p w14:paraId="67CA797A"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5DA32ACA" w14:textId="77777777" w:rsidR="00302D64" w:rsidRDefault="00302D64"/>
          <w:p w14:paraId="57AD6FAF" w14:textId="77777777" w:rsidR="00302D64" w:rsidRDefault="00000000">
            <w:pPr>
              <w:spacing w:after="80" w:line="245" w:lineRule="auto"/>
            </w:pPr>
            <w:r>
              <w:rPr>
                <w:color w:val="000000"/>
                <w:sz w:val="16"/>
              </w:rPr>
              <w:t>Posluša ali opazuje književno oziroma predmetno izhodišče ter se vključi z gibom, sliko ali besedo.</w:t>
            </w:r>
          </w:p>
          <w:p w14:paraId="33A2606C" w14:textId="77777777" w:rsidR="00302D64" w:rsidRDefault="00000000">
            <w:pPr>
              <w:spacing w:after="80" w:line="245" w:lineRule="auto"/>
            </w:pPr>
            <w:r>
              <w:rPr>
                <w:color w:val="000000"/>
                <w:sz w:val="16"/>
              </w:rPr>
              <w:t>Pove, pokaže ali nariše, kaj že ve. Posluša zamisli drugih.</w:t>
            </w:r>
          </w:p>
          <w:p w14:paraId="7759CC86" w14:textId="77777777" w:rsidR="00302D64" w:rsidRDefault="00000000">
            <w:pPr>
              <w:spacing w:after="100" w:line="245" w:lineRule="auto"/>
            </w:pPr>
            <w:r>
              <w:rPr>
                <w:color w:val="000000"/>
                <w:sz w:val="16"/>
              </w:rPr>
              <w:t>Sodeluje pri razumevanju namenov in kriterijev uspešnosti.</w:t>
            </w:r>
          </w:p>
          <w:p w14:paraId="4B0820D9" w14:textId="77777777" w:rsidR="00302D64" w:rsidRDefault="00000000">
            <w:pPr>
              <w:spacing w:after="20" w:line="245" w:lineRule="auto"/>
            </w:pPr>
            <w:r>
              <w:rPr>
                <w:b/>
                <w:color w:val="D95BC6"/>
                <w:sz w:val="17"/>
              </w:rPr>
              <w:t>DOKAZ O UČENJU</w:t>
            </w:r>
          </w:p>
          <w:p w14:paraId="11E0FB87" w14:textId="77777777" w:rsidR="00302D64" w:rsidRDefault="00000000">
            <w:pPr>
              <w:spacing w:after="30" w:line="245" w:lineRule="auto"/>
            </w:pPr>
            <w:r>
              <w:rPr>
                <w:color w:val="D95BC6"/>
                <w:sz w:val="16"/>
              </w:rPr>
              <w:t>začetna zamisel, razvrstitev, risba ali ustni odgovor</w:t>
            </w:r>
          </w:p>
        </w:tc>
      </w:tr>
    </w:tbl>
    <w:p w14:paraId="42481E8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8157A0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C76C8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9AF77D" w14:textId="77777777" w:rsidR="00302D64" w:rsidRDefault="00000000">
            <w:pPr>
              <w:jc w:val="center"/>
            </w:pPr>
            <w:r>
              <w:rPr>
                <w:b/>
                <w:color w:val="000000"/>
                <w:sz w:val="20"/>
              </w:rPr>
              <w:t>UČNE DEJAVNOSTI, METODE IN FORMATIVNO SPREMLJANJE</w:t>
            </w:r>
          </w:p>
        </w:tc>
      </w:tr>
      <w:tr w:rsidR="00302D64" w14:paraId="492F9CD0" w14:textId="77777777">
        <w:trPr>
          <w:tblHeader/>
          <w:jc w:val="center"/>
        </w:trPr>
        <w:tc>
          <w:tcPr>
            <w:tcW w:w="4422" w:type="dxa"/>
            <w:vMerge/>
            <w:tcMar>
              <w:top w:w="70" w:type="dxa"/>
              <w:left w:w="90" w:type="dxa"/>
              <w:bottom w:w="70" w:type="dxa"/>
              <w:right w:w="90" w:type="dxa"/>
            </w:tcMar>
            <w:vAlign w:val="center"/>
          </w:tcPr>
          <w:p w14:paraId="6AF870D5" w14:textId="77777777" w:rsidR="00302D64" w:rsidRDefault="00302D64"/>
        </w:tc>
        <w:tc>
          <w:tcPr>
            <w:tcW w:w="7087" w:type="dxa"/>
            <w:shd w:val="clear" w:color="auto" w:fill="FFFFFF"/>
            <w:tcMar>
              <w:top w:w="70" w:type="dxa"/>
              <w:left w:w="90" w:type="dxa"/>
              <w:bottom w:w="70" w:type="dxa"/>
              <w:right w:w="90" w:type="dxa"/>
            </w:tcMar>
            <w:vAlign w:val="center"/>
          </w:tcPr>
          <w:p w14:paraId="580D7E0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8A9E7D5" w14:textId="77777777" w:rsidR="00302D64" w:rsidRDefault="00000000">
            <w:pPr>
              <w:jc w:val="center"/>
            </w:pPr>
            <w:r>
              <w:rPr>
                <w:b/>
                <w:color w:val="000000"/>
              </w:rPr>
              <w:t>UČENEC</w:t>
            </w:r>
          </w:p>
        </w:tc>
      </w:tr>
      <w:tr w:rsidR="00302D64" w14:paraId="7BFFD7B0" w14:textId="77777777">
        <w:trPr>
          <w:jc w:val="center"/>
        </w:trPr>
        <w:tc>
          <w:tcPr>
            <w:tcW w:w="4422" w:type="dxa"/>
            <w:tcMar>
              <w:top w:w="70" w:type="dxa"/>
              <w:left w:w="90" w:type="dxa"/>
              <w:bottom w:w="70" w:type="dxa"/>
              <w:right w:w="90" w:type="dxa"/>
            </w:tcMar>
          </w:tcPr>
          <w:p w14:paraId="429FA783" w14:textId="77777777" w:rsidR="00302D64" w:rsidRDefault="00302D64"/>
          <w:p w14:paraId="01EA1F2A" w14:textId="77777777" w:rsidR="00302D64" w:rsidRDefault="00000000">
            <w:pPr>
              <w:spacing w:after="40" w:line="245" w:lineRule="auto"/>
            </w:pPr>
            <w:r>
              <w:rPr>
                <w:b/>
                <w:color w:val="000000"/>
              </w:rPr>
              <w:t>KLJUČNI POJMI</w:t>
            </w:r>
          </w:p>
          <w:p w14:paraId="0DBA482E" w14:textId="77777777" w:rsidR="00302D64" w:rsidRDefault="00000000">
            <w:pPr>
              <w:spacing w:after="80" w:line="245" w:lineRule="auto"/>
            </w:pPr>
            <w:r>
              <w:rPr>
                <w:color w:val="000000"/>
                <w:sz w:val="16"/>
              </w:rPr>
              <w:t>učenje, predznanje, strategija, pripomoček, dokaz, napredek, povratna informacija, naslednji korak</w:t>
            </w:r>
          </w:p>
          <w:p w14:paraId="3E6FCFD9" w14:textId="77777777" w:rsidR="00302D64" w:rsidRDefault="00000000">
            <w:pPr>
              <w:spacing w:after="20" w:line="245" w:lineRule="auto"/>
            </w:pPr>
            <w:r>
              <w:rPr>
                <w:b/>
                <w:color w:val="000000"/>
              </w:rPr>
              <w:t>DOKAZI O UČENJU</w:t>
            </w:r>
          </w:p>
          <w:p w14:paraId="62859F15" w14:textId="77777777" w:rsidR="00302D64" w:rsidRDefault="00000000">
            <w:pPr>
              <w:pStyle w:val="Oznaenseznam"/>
              <w:spacing w:after="16"/>
            </w:pPr>
            <w:r>
              <w:rPr>
                <w:color w:val="000000"/>
                <w:sz w:val="16"/>
              </w:rPr>
              <w:t>kartica izbranih strategij</w:t>
            </w:r>
          </w:p>
          <w:p w14:paraId="3B34CE02" w14:textId="77777777" w:rsidR="00302D64" w:rsidRDefault="00000000">
            <w:pPr>
              <w:pStyle w:val="Oznaenseznam"/>
              <w:spacing w:after="16"/>
            </w:pPr>
            <w:r>
              <w:rPr>
                <w:color w:val="000000"/>
                <w:sz w:val="16"/>
              </w:rPr>
              <w:t>izbran dokaz in osebni naslednji korak</w:t>
            </w:r>
          </w:p>
          <w:p w14:paraId="73CFF359" w14:textId="77777777" w:rsidR="00302D64" w:rsidRDefault="00000000">
            <w:pPr>
              <w:spacing w:before="40" w:after="20" w:line="245" w:lineRule="auto"/>
            </w:pPr>
            <w:r>
              <w:rPr>
                <w:b/>
                <w:color w:val="000000"/>
              </w:rPr>
              <w:t>MEDPREDMETNA POVEZAVA</w:t>
            </w:r>
          </w:p>
          <w:p w14:paraId="0BB78842" w14:textId="77777777" w:rsidR="00302D64" w:rsidRDefault="00000000">
            <w:pPr>
              <w:spacing w:after="60" w:line="245" w:lineRule="auto"/>
            </w:pPr>
            <w:r>
              <w:rPr>
                <w:color w:val="000000"/>
                <w:sz w:val="16"/>
              </w:rPr>
              <w:t>SLJ – razlaga postopka; MAT – izbira strategije; LUM – simbol napredka; ŠPO – gibalne postaje</w:t>
            </w:r>
          </w:p>
          <w:p w14:paraId="1AF3073F" w14:textId="77777777" w:rsidR="00302D64" w:rsidRDefault="00000000">
            <w:pPr>
              <w:spacing w:after="20" w:line="245" w:lineRule="auto"/>
            </w:pPr>
            <w:r>
              <w:rPr>
                <w:b/>
                <w:color w:val="000000"/>
              </w:rPr>
              <w:t>POUČEVANJE V GIBANJU</w:t>
            </w:r>
          </w:p>
          <w:p w14:paraId="7869C95C"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D5EC796" w14:textId="77777777" w:rsidR="00302D64" w:rsidRDefault="00000000">
            <w:pPr>
              <w:spacing w:after="20" w:line="245" w:lineRule="auto"/>
            </w:pPr>
            <w:r>
              <w:rPr>
                <w:b/>
                <w:color w:val="000000"/>
              </w:rPr>
              <w:t>UČENJE PO ŠTIRIH POSTAJAH</w:t>
            </w:r>
          </w:p>
          <w:p w14:paraId="081B6E08"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1F58E6A6" w14:textId="77777777" w:rsidR="00302D64" w:rsidRDefault="00000000">
            <w:pPr>
              <w:spacing w:after="20" w:line="245" w:lineRule="auto"/>
            </w:pPr>
            <w:r>
              <w:rPr>
                <w:b/>
                <w:color w:val="000000"/>
              </w:rPr>
              <w:t>DIFERENCIACIJA IN VKLJUČEVANJE</w:t>
            </w:r>
          </w:p>
          <w:p w14:paraId="30953B8F" w14:textId="77777777" w:rsidR="00302D64" w:rsidRDefault="00000000">
            <w:pPr>
              <w:spacing w:after="60" w:line="245" w:lineRule="auto"/>
            </w:pPr>
            <w:r>
              <w:rPr>
                <w:color w:val="000000"/>
                <w:sz w:val="16"/>
              </w:rPr>
              <w:t>Naloga je ponujena konkretno, slikovno in gibalno; učenec lahko izbiro pokaže; naprednejši primerja dve strategiji in pojasni učinkovitejšo.</w:t>
            </w:r>
          </w:p>
          <w:p w14:paraId="681A9AD6" w14:textId="77777777" w:rsidR="00302D64" w:rsidRDefault="00000000">
            <w:pPr>
              <w:spacing w:after="20" w:line="245" w:lineRule="auto"/>
            </w:pPr>
            <w:r>
              <w:rPr>
                <w:b/>
                <w:color w:val="000000"/>
              </w:rPr>
              <w:t>SPREMLJANJE</w:t>
            </w:r>
          </w:p>
          <w:p w14:paraId="5FB3054B"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71DEEA41"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395030D" w14:textId="77777777">
              <w:trPr>
                <w:jc w:val="center"/>
              </w:trPr>
              <w:tc>
                <w:tcPr>
                  <w:tcW w:w="7087" w:type="dxa"/>
                  <w:shd w:val="clear" w:color="auto" w:fill="C6E7F3"/>
                  <w:tcMar>
                    <w:top w:w="45" w:type="dxa"/>
                    <w:left w:w="70" w:type="dxa"/>
                    <w:bottom w:w="45" w:type="dxa"/>
                    <w:right w:w="70" w:type="dxa"/>
                  </w:tcMar>
                </w:tcPr>
                <w:p w14:paraId="0FCDC1EB" w14:textId="77777777" w:rsidR="00302D64" w:rsidRDefault="00000000">
                  <w:pPr>
                    <w:keepNext/>
                  </w:pPr>
                  <w:r>
                    <w:t>GLAVNI DEL – IZKUŠENJSKO IN POSTAJNO UČENJE (2 šolski uri)</w:t>
                  </w:r>
                </w:p>
              </w:tc>
            </w:tr>
          </w:tbl>
          <w:p w14:paraId="66A2E9C7" w14:textId="77777777" w:rsidR="00302D64" w:rsidRDefault="00302D64">
            <w:pPr>
              <w:spacing w:line="20" w:lineRule="exact"/>
            </w:pPr>
          </w:p>
          <w:p w14:paraId="12EF7241" w14:textId="77777777" w:rsidR="00302D64" w:rsidRDefault="00000000">
            <w:pPr>
              <w:keepNext/>
              <w:spacing w:before="60" w:after="20" w:line="245" w:lineRule="auto"/>
            </w:pPr>
            <w:r>
              <w:rPr>
                <w:b/>
                <w:color w:val="000000"/>
              </w:rPr>
              <w:t>1. URA – Postaje učnih strategij</w:t>
            </w:r>
          </w:p>
          <w:p w14:paraId="06FEDDDD" w14:textId="77777777" w:rsidR="00302D64" w:rsidRDefault="00000000">
            <w:pPr>
              <w:spacing w:after="20" w:line="245" w:lineRule="auto"/>
            </w:pPr>
            <w:r>
              <w:rPr>
                <w:b/>
                <w:color w:val="000000"/>
                <w:sz w:val="16"/>
              </w:rPr>
              <w:t xml:space="preserve">Dejavnost učiteljice: </w:t>
            </w:r>
            <w:r>
              <w:rPr>
                <w:color w:val="000000"/>
                <w:sz w:val="16"/>
              </w:rPr>
              <w:t>Pripravi kratke naloge, pri katerih pomagajo opazovanje zgleda, vprašanje, konkretni predmet, sodelovanje in ponovni poskus.</w:t>
            </w:r>
          </w:p>
          <w:p w14:paraId="7A922E3D" w14:textId="77777777" w:rsidR="00302D64" w:rsidRDefault="00000000">
            <w:pPr>
              <w:spacing w:after="20" w:line="245" w:lineRule="auto"/>
            </w:pPr>
            <w:r>
              <w:rPr>
                <w:b/>
                <w:color w:val="000000"/>
                <w:sz w:val="16"/>
              </w:rPr>
              <w:t xml:space="preserve">Dejavnost učencev: </w:t>
            </w:r>
            <w:r>
              <w:rPr>
                <w:color w:val="000000"/>
                <w:sz w:val="16"/>
              </w:rPr>
              <w:t>Preizkusijo postaje, ob vsaki izberejo strategijo in povedo, ali jim je pomagala.</w:t>
            </w:r>
          </w:p>
          <w:p w14:paraId="5504DAE3" w14:textId="77777777" w:rsidR="00302D64" w:rsidRDefault="00000000">
            <w:pPr>
              <w:spacing w:after="40" w:line="245" w:lineRule="auto"/>
            </w:pPr>
            <w:r>
              <w:rPr>
                <w:i/>
                <w:color w:val="D95BC6"/>
                <w:sz w:val="16"/>
              </w:rPr>
              <w:t>Predvideni dokaz: kartica izbranih strategij.</w:t>
            </w:r>
          </w:p>
          <w:p w14:paraId="364E12B4" w14:textId="77777777" w:rsidR="00302D64" w:rsidRDefault="00000000">
            <w:pPr>
              <w:keepNext/>
              <w:spacing w:before="60" w:after="20" w:line="245" w:lineRule="auto"/>
            </w:pPr>
            <w:r>
              <w:rPr>
                <w:b/>
                <w:color w:val="000000"/>
              </w:rPr>
              <w:t>2. URA – Od začetka do naslednjega koraka</w:t>
            </w:r>
          </w:p>
          <w:p w14:paraId="6C304DDE" w14:textId="77777777" w:rsidR="00302D64" w:rsidRDefault="00000000">
            <w:pPr>
              <w:spacing w:after="20" w:line="245" w:lineRule="auto"/>
            </w:pPr>
            <w:r>
              <w:rPr>
                <w:b/>
                <w:color w:val="000000"/>
                <w:sz w:val="16"/>
              </w:rPr>
              <w:t xml:space="preserve">Dejavnost učiteljice: </w:t>
            </w:r>
            <w:r>
              <w:rPr>
                <w:color w:val="000000"/>
                <w:sz w:val="16"/>
              </w:rPr>
              <w:t>Pokaže primer dveh dokazov iste spretnosti in vodi pogovor o napredku brez primerjanja med učenci.</w:t>
            </w:r>
          </w:p>
          <w:p w14:paraId="14282C9F" w14:textId="77777777" w:rsidR="00302D64" w:rsidRDefault="00000000">
            <w:pPr>
              <w:spacing w:after="20" w:line="245" w:lineRule="auto"/>
            </w:pPr>
            <w:r>
              <w:rPr>
                <w:b/>
                <w:color w:val="000000"/>
                <w:sz w:val="16"/>
              </w:rPr>
              <w:t xml:space="preserve">Dejavnost učencev: </w:t>
            </w:r>
            <w:r>
              <w:rPr>
                <w:color w:val="000000"/>
                <w:sz w:val="16"/>
              </w:rPr>
              <w:t>Iz mape izberejo svoj dokaz, povedo kaj že zmorejo in s slikovnim korakom načrtujejo nadaljevanje.</w:t>
            </w:r>
          </w:p>
          <w:p w14:paraId="644483AF" w14:textId="77777777" w:rsidR="00302D64" w:rsidRDefault="00000000">
            <w:pPr>
              <w:spacing w:after="40" w:line="245" w:lineRule="auto"/>
            </w:pPr>
            <w:r>
              <w:rPr>
                <w:i/>
                <w:color w:val="D95BC6"/>
                <w:sz w:val="16"/>
              </w:rPr>
              <w:t>Predvideni dokaz: izbran dokaz in osebni naslednji korak.</w:t>
            </w:r>
          </w:p>
          <w:tbl>
            <w:tblPr>
              <w:tblStyle w:val="Tabelamrea"/>
              <w:tblW w:w="0" w:type="auto"/>
              <w:jc w:val="center"/>
              <w:tblLayout w:type="fixed"/>
              <w:tblLook w:val="04A0" w:firstRow="1" w:lastRow="0" w:firstColumn="1" w:lastColumn="0" w:noHBand="0" w:noVBand="1"/>
            </w:tblPr>
            <w:tblGrid>
              <w:gridCol w:w="7087"/>
            </w:tblGrid>
            <w:tr w:rsidR="00302D64" w14:paraId="55AD1C1D" w14:textId="77777777">
              <w:trPr>
                <w:jc w:val="center"/>
              </w:trPr>
              <w:tc>
                <w:tcPr>
                  <w:tcW w:w="7087" w:type="dxa"/>
                  <w:shd w:val="clear" w:color="auto" w:fill="EDC9EA"/>
                  <w:tcMar>
                    <w:top w:w="45" w:type="dxa"/>
                    <w:left w:w="70" w:type="dxa"/>
                    <w:bottom w:w="45" w:type="dxa"/>
                    <w:right w:w="70" w:type="dxa"/>
                  </w:tcMar>
                </w:tcPr>
                <w:p w14:paraId="337CCC0F" w14:textId="77777777" w:rsidR="00302D64" w:rsidRDefault="00000000">
                  <w:pPr>
                    <w:keepNext/>
                  </w:pPr>
                  <w:r>
                    <w:rPr>
                      <w:b/>
                      <w:color w:val="000000"/>
                    </w:rPr>
                    <w:t>UČENJE PO ŠTIRIH POSTAJAH (6–8 min na postajo)</w:t>
                  </w:r>
                </w:p>
              </w:tc>
            </w:tr>
          </w:tbl>
          <w:p w14:paraId="6D1C5501"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2F60AB6" w14:textId="77777777" w:rsidR="00302D64" w:rsidRDefault="00000000">
            <w:pPr>
              <w:spacing w:after="20" w:line="245" w:lineRule="auto"/>
            </w:pPr>
            <w:r>
              <w:rPr>
                <w:b/>
                <w:color w:val="000000"/>
                <w:sz w:val="16"/>
              </w:rPr>
              <w:t xml:space="preserve">RAZISKOVALNA POSTAJA – Postaje učnih strategij: </w:t>
            </w:r>
            <w:r>
              <w:rPr>
                <w:color w:val="000000"/>
                <w:sz w:val="16"/>
              </w:rPr>
              <w:t>Preizkusijo postaje, ob vsaki izberejo strategijo in povedo, ali jim je pomagala.</w:t>
            </w:r>
          </w:p>
          <w:p w14:paraId="6405D1FD" w14:textId="77777777" w:rsidR="00302D64" w:rsidRDefault="00000000">
            <w:pPr>
              <w:spacing w:after="20" w:line="245" w:lineRule="auto"/>
            </w:pPr>
            <w:r>
              <w:rPr>
                <w:b/>
                <w:color w:val="000000"/>
                <w:sz w:val="16"/>
              </w:rPr>
              <w:t xml:space="preserve">PRAKTIČNA POSTAJA – Od začetka do naslednjega koraka: </w:t>
            </w:r>
            <w:r>
              <w:rPr>
                <w:color w:val="000000"/>
                <w:sz w:val="16"/>
              </w:rPr>
              <w:t>Iz mape izberejo svoj dokaz, povedo kaj že zmorejo in s slikovnim korakom načrtujejo nadaljevanje.</w:t>
            </w:r>
          </w:p>
          <w:p w14:paraId="4E55CA13"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4C361BB6" w14:textId="77777777" w:rsidR="00302D64" w:rsidRDefault="00000000">
            <w:pPr>
              <w:spacing w:after="20" w:line="245" w:lineRule="auto"/>
            </w:pPr>
            <w:r>
              <w:rPr>
                <w:b/>
                <w:color w:val="000000"/>
                <w:sz w:val="16"/>
              </w:rPr>
              <w:t xml:space="preserve">POSTAJA DOKAZA IN REFLEKSIJE: </w:t>
            </w:r>
            <w:r>
              <w:rPr>
                <w:color w:val="000000"/>
                <w:sz w:val="16"/>
              </w:rPr>
              <w:t>Izberejo en dokaz (kartica izbranih strategij, izbran dokaz in osebni naslednji korak),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58F193E2" w14:textId="77777777">
              <w:trPr>
                <w:jc w:val="center"/>
              </w:trPr>
              <w:tc>
                <w:tcPr>
                  <w:tcW w:w="7087" w:type="dxa"/>
                  <w:shd w:val="clear" w:color="auto" w:fill="EDC9EA"/>
                  <w:tcMar>
                    <w:top w:w="45" w:type="dxa"/>
                    <w:left w:w="70" w:type="dxa"/>
                    <w:bottom w:w="45" w:type="dxa"/>
                    <w:right w:w="70" w:type="dxa"/>
                  </w:tcMar>
                </w:tcPr>
                <w:p w14:paraId="52D1E2AB" w14:textId="77777777" w:rsidR="00302D64" w:rsidRDefault="00000000">
                  <w:pPr>
                    <w:keepNext/>
                  </w:pPr>
                  <w:r>
                    <w:rPr>
                      <w:b/>
                      <w:color w:val="000000"/>
                    </w:rPr>
                    <w:t>POVRATNA INFORMACIJA UČITELJICE MED DELOM</w:t>
                  </w:r>
                </w:p>
              </w:tc>
            </w:tr>
          </w:tbl>
          <w:p w14:paraId="46C3362B" w14:textId="77777777" w:rsidR="00302D64" w:rsidRDefault="00302D64"/>
          <w:p w14:paraId="4A01ED22"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46F2FF34" w14:textId="77777777" w:rsidR="00302D64" w:rsidRDefault="00302D64"/>
          <w:p w14:paraId="73353D29" w14:textId="77777777" w:rsidR="00302D64" w:rsidRDefault="00000000">
            <w:pPr>
              <w:spacing w:after="20" w:line="245" w:lineRule="auto"/>
            </w:pPr>
            <w:r>
              <w:rPr>
                <w:b/>
                <w:color w:val="000000"/>
                <w:sz w:val="17"/>
              </w:rPr>
              <w:t>1. URA</w:t>
            </w:r>
          </w:p>
          <w:p w14:paraId="5C7854D7" w14:textId="77777777" w:rsidR="00302D64" w:rsidRDefault="00000000">
            <w:pPr>
              <w:spacing w:after="40" w:line="245" w:lineRule="auto"/>
            </w:pPr>
            <w:r>
              <w:rPr>
                <w:color w:val="000000"/>
                <w:sz w:val="16"/>
              </w:rPr>
              <w:t>Preizkusijo postaje, ob vsaki izberejo strategijo in povedo, ali jim je pomagala.</w:t>
            </w:r>
          </w:p>
          <w:p w14:paraId="0F5B9B31" w14:textId="77777777" w:rsidR="00302D64" w:rsidRDefault="00000000">
            <w:pPr>
              <w:spacing w:line="245" w:lineRule="auto"/>
            </w:pPr>
            <w:r>
              <w:rPr>
                <w:b/>
                <w:color w:val="D95BC6"/>
                <w:sz w:val="16"/>
              </w:rPr>
              <w:t>DOKAZ</w:t>
            </w:r>
          </w:p>
          <w:p w14:paraId="485D6D88" w14:textId="77777777" w:rsidR="00302D64" w:rsidRDefault="00000000">
            <w:pPr>
              <w:spacing w:after="60" w:line="245" w:lineRule="auto"/>
            </w:pPr>
            <w:r>
              <w:rPr>
                <w:color w:val="D95BC6"/>
                <w:sz w:val="16"/>
              </w:rPr>
              <w:t>kartica izbranih strategij</w:t>
            </w:r>
          </w:p>
          <w:p w14:paraId="433FE63A" w14:textId="77777777" w:rsidR="00302D64" w:rsidRDefault="00000000">
            <w:pPr>
              <w:spacing w:after="20" w:line="245" w:lineRule="auto"/>
            </w:pPr>
            <w:r>
              <w:rPr>
                <w:b/>
                <w:color w:val="000000"/>
                <w:sz w:val="17"/>
              </w:rPr>
              <w:t>2. URA</w:t>
            </w:r>
          </w:p>
          <w:p w14:paraId="05702786" w14:textId="77777777" w:rsidR="00302D64" w:rsidRDefault="00000000">
            <w:pPr>
              <w:spacing w:after="40" w:line="245" w:lineRule="auto"/>
            </w:pPr>
            <w:r>
              <w:rPr>
                <w:color w:val="000000"/>
                <w:sz w:val="16"/>
              </w:rPr>
              <w:t>Iz mape izberejo svoj dokaz, povedo kaj že zmorejo in s slikovnim korakom načrtujejo nadaljevanje.</w:t>
            </w:r>
          </w:p>
          <w:p w14:paraId="3AA8FB19" w14:textId="77777777" w:rsidR="00302D64" w:rsidRDefault="00000000">
            <w:pPr>
              <w:spacing w:line="245" w:lineRule="auto"/>
            </w:pPr>
            <w:r>
              <w:rPr>
                <w:b/>
                <w:color w:val="D95BC6"/>
                <w:sz w:val="16"/>
              </w:rPr>
              <w:t>DOKAZ</w:t>
            </w:r>
          </w:p>
          <w:p w14:paraId="7FB5C97E" w14:textId="77777777" w:rsidR="00302D64" w:rsidRDefault="00000000">
            <w:pPr>
              <w:spacing w:after="60" w:line="245" w:lineRule="auto"/>
            </w:pPr>
            <w:r>
              <w:rPr>
                <w:color w:val="D95BC6"/>
                <w:sz w:val="16"/>
              </w:rPr>
              <w:t>izbran dokaz in osebni naslednji korak</w:t>
            </w:r>
          </w:p>
        </w:tc>
      </w:tr>
    </w:tbl>
    <w:p w14:paraId="210270F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7D591C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5B3F76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276EE2" w14:textId="77777777" w:rsidR="00302D64" w:rsidRDefault="00000000">
            <w:pPr>
              <w:jc w:val="center"/>
            </w:pPr>
            <w:r>
              <w:rPr>
                <w:b/>
                <w:color w:val="000000"/>
                <w:sz w:val="20"/>
              </w:rPr>
              <w:t>UČNE DEJAVNOSTI, METODE IN FORMATIVNO SPREMLJANJE</w:t>
            </w:r>
          </w:p>
        </w:tc>
      </w:tr>
      <w:tr w:rsidR="00302D64" w14:paraId="5126F4B6" w14:textId="77777777">
        <w:trPr>
          <w:tblHeader/>
          <w:jc w:val="center"/>
        </w:trPr>
        <w:tc>
          <w:tcPr>
            <w:tcW w:w="4422" w:type="dxa"/>
            <w:vMerge/>
            <w:tcMar>
              <w:top w:w="70" w:type="dxa"/>
              <w:left w:w="90" w:type="dxa"/>
              <w:bottom w:w="70" w:type="dxa"/>
              <w:right w:w="90" w:type="dxa"/>
            </w:tcMar>
            <w:vAlign w:val="center"/>
          </w:tcPr>
          <w:p w14:paraId="6745F8D9" w14:textId="77777777" w:rsidR="00302D64" w:rsidRDefault="00302D64"/>
        </w:tc>
        <w:tc>
          <w:tcPr>
            <w:tcW w:w="7087" w:type="dxa"/>
            <w:shd w:val="clear" w:color="auto" w:fill="FFFFFF"/>
            <w:tcMar>
              <w:top w:w="70" w:type="dxa"/>
              <w:left w:w="90" w:type="dxa"/>
              <w:bottom w:w="70" w:type="dxa"/>
              <w:right w:w="90" w:type="dxa"/>
            </w:tcMar>
            <w:vAlign w:val="center"/>
          </w:tcPr>
          <w:p w14:paraId="02688536"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CB1D10" w14:textId="77777777" w:rsidR="00302D64" w:rsidRDefault="00000000">
            <w:pPr>
              <w:jc w:val="center"/>
            </w:pPr>
            <w:r>
              <w:rPr>
                <w:b/>
                <w:color w:val="000000"/>
              </w:rPr>
              <w:t>UČENEC</w:t>
            </w:r>
          </w:p>
        </w:tc>
      </w:tr>
      <w:tr w:rsidR="00302D64" w14:paraId="6ED3169F" w14:textId="77777777">
        <w:trPr>
          <w:jc w:val="center"/>
        </w:trPr>
        <w:tc>
          <w:tcPr>
            <w:tcW w:w="4422" w:type="dxa"/>
            <w:tcMar>
              <w:top w:w="70" w:type="dxa"/>
              <w:left w:w="90" w:type="dxa"/>
              <w:bottom w:w="70" w:type="dxa"/>
              <w:right w:w="90" w:type="dxa"/>
            </w:tcMar>
          </w:tcPr>
          <w:p w14:paraId="5E86CB4C" w14:textId="77777777" w:rsidR="00302D64" w:rsidRDefault="00302D64"/>
          <w:p w14:paraId="74321300" w14:textId="77777777" w:rsidR="00302D64" w:rsidRDefault="00000000">
            <w:pPr>
              <w:spacing w:after="40" w:line="245" w:lineRule="auto"/>
            </w:pPr>
            <w:r>
              <w:rPr>
                <w:b/>
                <w:color w:val="000000"/>
              </w:rPr>
              <w:t>FORMATIVNO SPREMLJANJE</w:t>
            </w:r>
          </w:p>
          <w:p w14:paraId="400FD286" w14:textId="77777777" w:rsidR="00302D64" w:rsidRDefault="00000000">
            <w:pPr>
              <w:pStyle w:val="Oznaenseznam"/>
              <w:spacing w:after="16"/>
            </w:pPr>
            <w:r>
              <w:rPr>
                <w:color w:val="000000"/>
                <w:sz w:val="16"/>
              </w:rPr>
              <w:t>predznanje: začetni odgovor, razvrstitev ali prikaz</w:t>
            </w:r>
          </w:p>
          <w:p w14:paraId="3A0C2B55" w14:textId="77777777" w:rsidR="00302D64" w:rsidRDefault="00000000">
            <w:pPr>
              <w:pStyle w:val="Oznaenseznam"/>
              <w:spacing w:after="16"/>
            </w:pPr>
            <w:r>
              <w:rPr>
                <w:color w:val="000000"/>
                <w:sz w:val="16"/>
              </w:rPr>
              <w:t>dokazi med učenjem: izvedba, skica, model, opazovalni zapis ali razlaga</w:t>
            </w:r>
          </w:p>
          <w:p w14:paraId="7FE72EBF" w14:textId="77777777" w:rsidR="00302D64" w:rsidRDefault="00000000">
            <w:pPr>
              <w:pStyle w:val="Oznaenseznam"/>
              <w:spacing w:after="16"/>
            </w:pPr>
            <w:r>
              <w:rPr>
                <w:color w:val="000000"/>
                <w:sz w:val="16"/>
              </w:rPr>
              <w:t>povratna informacija: konkretna, vezana na kriterij in usmerjena v naslednji korak</w:t>
            </w:r>
          </w:p>
          <w:p w14:paraId="62F9518B" w14:textId="77777777" w:rsidR="00302D64" w:rsidRDefault="00000000">
            <w:pPr>
              <w:pStyle w:val="Oznaenseznam"/>
              <w:spacing w:after="16"/>
            </w:pPr>
            <w:r>
              <w:rPr>
                <w:color w:val="000000"/>
                <w:sz w:val="16"/>
              </w:rPr>
              <w:t>samovrednotenje: semafor, prsti, izbrani simbol ali kratka poved</w:t>
            </w:r>
          </w:p>
          <w:p w14:paraId="11BA1A97" w14:textId="77777777" w:rsidR="00302D64" w:rsidRDefault="00000000">
            <w:pPr>
              <w:spacing w:before="40" w:after="20" w:line="245" w:lineRule="auto"/>
            </w:pPr>
            <w:r>
              <w:rPr>
                <w:b/>
                <w:color w:val="000000"/>
              </w:rPr>
              <w:t>VARNOST IN ODGOVORNOST</w:t>
            </w:r>
          </w:p>
          <w:p w14:paraId="2B9AC535" w14:textId="77777777" w:rsidR="00302D64" w:rsidRDefault="00000000">
            <w:pPr>
              <w:spacing w:after="60" w:line="245" w:lineRule="auto"/>
            </w:pPr>
            <w:r>
              <w:rPr>
                <w:color w:val="000000"/>
                <w:sz w:val="16"/>
              </w:rPr>
              <w:t>Upošteva dogovorjena pravila varnega, spoštljivega in odgovornega dela.</w:t>
            </w:r>
          </w:p>
          <w:p w14:paraId="6B8C5E7D" w14:textId="77777777" w:rsidR="00302D64" w:rsidRDefault="00000000">
            <w:pPr>
              <w:spacing w:after="20" w:line="245" w:lineRule="auto"/>
            </w:pPr>
            <w:r>
              <w:rPr>
                <w:b/>
                <w:color w:val="000000"/>
              </w:rPr>
              <w:t>EVIDENCA PO IZVEDBI</w:t>
            </w:r>
          </w:p>
          <w:p w14:paraId="0311D242"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5DBBD05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6A0FCE2" w14:textId="77777777">
              <w:trPr>
                <w:jc w:val="center"/>
              </w:trPr>
              <w:tc>
                <w:tcPr>
                  <w:tcW w:w="7087" w:type="dxa"/>
                  <w:shd w:val="clear" w:color="auto" w:fill="EDC9EA"/>
                  <w:tcMar>
                    <w:top w:w="45" w:type="dxa"/>
                    <w:left w:w="70" w:type="dxa"/>
                    <w:bottom w:w="45" w:type="dxa"/>
                    <w:right w:w="70" w:type="dxa"/>
                  </w:tcMar>
                </w:tcPr>
                <w:p w14:paraId="09358E4E" w14:textId="77777777" w:rsidR="00302D64" w:rsidRDefault="00000000">
                  <w:pPr>
                    <w:keepNext/>
                  </w:pPr>
                  <w:r>
                    <w:rPr>
                      <w:b/>
                      <w:color w:val="000000"/>
                    </w:rPr>
                    <w:t>VPRAŠANJA V PODPORO UČENJU</w:t>
                  </w:r>
                </w:p>
              </w:tc>
            </w:tr>
          </w:tbl>
          <w:p w14:paraId="49124CEF" w14:textId="77777777" w:rsidR="00302D64" w:rsidRDefault="00302D64">
            <w:pPr>
              <w:spacing w:line="20" w:lineRule="exact"/>
            </w:pPr>
          </w:p>
          <w:p w14:paraId="5E1E36B4" w14:textId="77777777" w:rsidR="00302D64" w:rsidRDefault="00000000">
            <w:pPr>
              <w:pStyle w:val="Oznaenseznam"/>
              <w:spacing w:after="16"/>
            </w:pPr>
            <w:r>
              <w:rPr>
                <w:color w:val="000000"/>
                <w:sz w:val="16"/>
              </w:rPr>
              <w:t>Kaj si opazil/-a in kateri dokaz to pokaže?</w:t>
            </w:r>
          </w:p>
          <w:p w14:paraId="482574FA" w14:textId="77777777" w:rsidR="00302D64" w:rsidRDefault="00000000">
            <w:pPr>
              <w:pStyle w:val="Oznaenseznam"/>
              <w:spacing w:after="16"/>
            </w:pPr>
            <w:r>
              <w:rPr>
                <w:color w:val="000000"/>
                <w:sz w:val="16"/>
              </w:rPr>
              <w:t>Kako si prišel/-la do svoje odločitve?</w:t>
            </w:r>
          </w:p>
          <w:p w14:paraId="60056FA3" w14:textId="77777777" w:rsidR="00302D64" w:rsidRDefault="00000000">
            <w:pPr>
              <w:pStyle w:val="Oznaenseznam"/>
              <w:spacing w:after="16"/>
            </w:pPr>
            <w:r>
              <w:rPr>
                <w:color w:val="000000"/>
                <w:sz w:val="16"/>
              </w:rPr>
              <w:t>Kaj si pri ponovnem poskusu ohranil/-a enako in kaj spremenil/-a?</w:t>
            </w:r>
          </w:p>
          <w:p w14:paraId="4B98B1BB" w14:textId="77777777" w:rsidR="00302D64" w:rsidRDefault="00000000">
            <w:pPr>
              <w:pStyle w:val="Oznaenseznam"/>
              <w:spacing w:after="16"/>
            </w:pPr>
            <w:r>
              <w:rPr>
                <w:color w:val="000000"/>
                <w:sz w:val="16"/>
              </w:rPr>
              <w:t>Kateri kriterij že dosegaš? Kaj bo tvoj naslednji korak?</w:t>
            </w:r>
          </w:p>
          <w:p w14:paraId="3BE733E4"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3C402DF3" w14:textId="77777777">
              <w:trPr>
                <w:jc w:val="center"/>
              </w:trPr>
              <w:tc>
                <w:tcPr>
                  <w:tcW w:w="7087" w:type="dxa"/>
                  <w:shd w:val="clear" w:color="auto" w:fill="C6E7F3"/>
                  <w:tcMar>
                    <w:top w:w="45" w:type="dxa"/>
                    <w:left w:w="70" w:type="dxa"/>
                    <w:bottom w:w="45" w:type="dxa"/>
                    <w:right w:w="70" w:type="dxa"/>
                  </w:tcMar>
                </w:tcPr>
                <w:p w14:paraId="2FBE8D51" w14:textId="77777777" w:rsidR="00302D64" w:rsidRDefault="00000000">
                  <w:pPr>
                    <w:keepNext/>
                  </w:pPr>
                  <w:r>
                    <w:rPr>
                      <w:b/>
                      <w:color w:val="000000"/>
                    </w:rPr>
                    <w:t>ZAKLJUČNI DEL – UTRJEVANJE IN REFLEKSIJA (10–15 min)</w:t>
                  </w:r>
                </w:p>
              </w:tc>
            </w:tr>
          </w:tbl>
          <w:p w14:paraId="052F8EBC" w14:textId="77777777" w:rsidR="00302D64" w:rsidRDefault="00302D64">
            <w:pPr>
              <w:spacing w:line="20" w:lineRule="exact"/>
            </w:pPr>
          </w:p>
          <w:p w14:paraId="0C837268"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11589642" w14:textId="77777777">
              <w:trPr>
                <w:jc w:val="center"/>
              </w:trPr>
              <w:tc>
                <w:tcPr>
                  <w:tcW w:w="7087" w:type="dxa"/>
                  <w:shd w:val="clear" w:color="auto" w:fill="EDC9EA"/>
                  <w:tcMar>
                    <w:top w:w="45" w:type="dxa"/>
                    <w:left w:w="70" w:type="dxa"/>
                    <w:bottom w:w="45" w:type="dxa"/>
                    <w:right w:w="70" w:type="dxa"/>
                  </w:tcMar>
                </w:tcPr>
                <w:p w14:paraId="29C8A46C" w14:textId="77777777" w:rsidR="00302D64" w:rsidRDefault="00000000">
                  <w:pPr>
                    <w:keepNext/>
                  </w:pPr>
                  <w:r>
                    <w:rPr>
                      <w:b/>
                      <w:color w:val="000000"/>
                    </w:rPr>
                    <w:t>SAMOVREDNOTENJE</w:t>
                  </w:r>
                </w:p>
              </w:tc>
            </w:tr>
          </w:tbl>
          <w:p w14:paraId="0E891F59" w14:textId="77777777" w:rsidR="00302D64" w:rsidRDefault="00302D64">
            <w:pPr>
              <w:spacing w:line="20" w:lineRule="exact"/>
            </w:pPr>
          </w:p>
          <w:p w14:paraId="3D8443BE"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0992A1A2" w14:textId="77777777">
              <w:trPr>
                <w:jc w:val="center"/>
              </w:trPr>
              <w:tc>
                <w:tcPr>
                  <w:tcW w:w="7087" w:type="dxa"/>
                  <w:shd w:val="clear" w:color="auto" w:fill="EDC9EA"/>
                  <w:tcMar>
                    <w:top w:w="45" w:type="dxa"/>
                    <w:left w:w="70" w:type="dxa"/>
                    <w:bottom w:w="45" w:type="dxa"/>
                    <w:right w:w="70" w:type="dxa"/>
                  </w:tcMar>
                </w:tcPr>
                <w:p w14:paraId="1627A286" w14:textId="77777777" w:rsidR="00302D64" w:rsidRDefault="00000000">
                  <w:pPr>
                    <w:keepNext/>
                  </w:pPr>
                  <w:r>
                    <w:rPr>
                      <w:b/>
                      <w:color w:val="000000"/>
                    </w:rPr>
                    <w:t>VRSTNIŠKO VREDNOTENJE</w:t>
                  </w:r>
                </w:p>
              </w:tc>
            </w:tr>
          </w:tbl>
          <w:p w14:paraId="594F8B1B" w14:textId="77777777" w:rsidR="00302D64" w:rsidRDefault="00302D64">
            <w:pPr>
              <w:spacing w:line="20" w:lineRule="exact"/>
            </w:pPr>
          </w:p>
          <w:p w14:paraId="5B98810B"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5AE2E5C5" w14:textId="77777777">
              <w:trPr>
                <w:jc w:val="center"/>
              </w:trPr>
              <w:tc>
                <w:tcPr>
                  <w:tcW w:w="7087" w:type="dxa"/>
                  <w:shd w:val="clear" w:color="auto" w:fill="EDC9EA"/>
                  <w:tcMar>
                    <w:top w:w="45" w:type="dxa"/>
                    <w:left w:w="70" w:type="dxa"/>
                    <w:bottom w:w="45" w:type="dxa"/>
                    <w:right w:w="70" w:type="dxa"/>
                  </w:tcMar>
                </w:tcPr>
                <w:p w14:paraId="049B74F7" w14:textId="77777777" w:rsidR="00302D64" w:rsidRDefault="00000000">
                  <w:pPr>
                    <w:keepNext/>
                  </w:pPr>
                  <w:r>
                    <w:rPr>
                      <w:b/>
                      <w:color w:val="000000"/>
                    </w:rPr>
                    <w:t>SKUPNI POVZETEK</w:t>
                  </w:r>
                </w:p>
              </w:tc>
            </w:tr>
          </w:tbl>
          <w:p w14:paraId="4D959FB1" w14:textId="77777777" w:rsidR="00302D64" w:rsidRDefault="00302D64"/>
          <w:p w14:paraId="001C1D13" w14:textId="77777777" w:rsidR="00302D64" w:rsidRDefault="00000000">
            <w:pPr>
              <w:spacing w:before="20" w:after="40" w:line="245" w:lineRule="auto"/>
            </w:pPr>
            <w:r>
              <w:rPr>
                <w:b/>
                <w:color w:val="000000"/>
                <w:sz w:val="17"/>
              </w:rPr>
              <w:t>Pri učenju uporabim različne strategije, opazujem svoj napredek in določim majhen naslednji korak.</w:t>
            </w:r>
          </w:p>
        </w:tc>
        <w:tc>
          <w:tcPr>
            <w:tcW w:w="2551" w:type="dxa"/>
            <w:tcMar>
              <w:top w:w="70" w:type="dxa"/>
              <w:left w:w="90" w:type="dxa"/>
              <w:bottom w:w="70" w:type="dxa"/>
              <w:right w:w="90" w:type="dxa"/>
            </w:tcMar>
          </w:tcPr>
          <w:p w14:paraId="5194183A" w14:textId="77777777" w:rsidR="00302D64" w:rsidRDefault="00302D64"/>
          <w:p w14:paraId="397236FF" w14:textId="77777777" w:rsidR="00302D64" w:rsidRDefault="00000000">
            <w:pPr>
              <w:spacing w:after="100" w:line="245" w:lineRule="auto"/>
            </w:pPr>
            <w:r>
              <w:rPr>
                <w:color w:val="000000"/>
                <w:sz w:val="16"/>
              </w:rPr>
              <w:t>Odgovarja na podporna vprašanja in se sklicuje na svoj dokaz.</w:t>
            </w:r>
          </w:p>
          <w:p w14:paraId="6DB4B943" w14:textId="77777777" w:rsidR="00302D64" w:rsidRDefault="00000000">
            <w:pPr>
              <w:spacing w:after="100" w:line="245" w:lineRule="auto"/>
            </w:pPr>
            <w:r>
              <w:rPr>
                <w:color w:val="000000"/>
                <w:sz w:val="16"/>
              </w:rPr>
              <w:t>Primerja začetno zamisel z ugotovitvijo ter pove ali pokaže, kaj se je naučil/-a.</w:t>
            </w:r>
          </w:p>
          <w:p w14:paraId="49343D5E" w14:textId="77777777" w:rsidR="00302D64" w:rsidRDefault="00000000">
            <w:pPr>
              <w:spacing w:after="100" w:line="245" w:lineRule="auto"/>
            </w:pPr>
            <w:r>
              <w:rPr>
                <w:color w:val="000000"/>
                <w:sz w:val="16"/>
              </w:rPr>
              <w:t>Izbere raven doseganja in določi naslednji korak.</w:t>
            </w:r>
          </w:p>
          <w:p w14:paraId="74232D11" w14:textId="77777777" w:rsidR="00302D64" w:rsidRDefault="00000000">
            <w:pPr>
              <w:spacing w:after="100" w:line="245" w:lineRule="auto"/>
            </w:pPr>
            <w:r>
              <w:rPr>
                <w:color w:val="000000"/>
                <w:sz w:val="16"/>
              </w:rPr>
              <w:t>Sošolcu poda prijazen, konkreten odziv.</w:t>
            </w:r>
          </w:p>
          <w:p w14:paraId="0484D0ED" w14:textId="77777777" w:rsidR="00302D64" w:rsidRDefault="00000000">
            <w:pPr>
              <w:spacing w:after="20" w:line="245" w:lineRule="auto"/>
            </w:pPr>
            <w:r>
              <w:rPr>
                <w:b/>
                <w:color w:val="D95BC6"/>
                <w:sz w:val="17"/>
              </w:rPr>
              <w:t>DOKAZ O UČENJU</w:t>
            </w:r>
          </w:p>
          <w:p w14:paraId="764FCF5D" w14:textId="77777777" w:rsidR="00302D64" w:rsidRDefault="00000000">
            <w:pPr>
              <w:spacing w:after="30" w:line="245" w:lineRule="auto"/>
            </w:pPr>
            <w:r>
              <w:rPr>
                <w:color w:val="D95BC6"/>
                <w:sz w:val="16"/>
              </w:rPr>
              <w:t>izvedba ali izdelek, razlaga, samovrednotenje in odziv na povratno informacijo</w:t>
            </w:r>
          </w:p>
        </w:tc>
      </w:tr>
    </w:tbl>
    <w:p w14:paraId="3317CB1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628994BC" w14:textId="77777777">
        <w:trPr>
          <w:cantSplit/>
          <w:jc w:val="center"/>
        </w:trPr>
        <w:tc>
          <w:tcPr>
            <w:tcW w:w="14060" w:type="dxa"/>
            <w:gridSpan w:val="6"/>
            <w:tcMar>
              <w:top w:w="70" w:type="dxa"/>
              <w:left w:w="90" w:type="dxa"/>
              <w:bottom w:w="70" w:type="dxa"/>
              <w:right w:w="90" w:type="dxa"/>
            </w:tcMar>
            <w:vAlign w:val="center"/>
          </w:tcPr>
          <w:p w14:paraId="32D64E60" w14:textId="77777777" w:rsidR="00302D64" w:rsidRDefault="00000000">
            <w:pPr>
              <w:jc w:val="center"/>
            </w:pPr>
            <w:r>
              <w:rPr>
                <w:b/>
                <w:color w:val="000000"/>
                <w:sz w:val="24"/>
              </w:rPr>
              <w:lastRenderedPageBreak/>
              <w:t>UČNA PRIPRAVA 5/39</w:t>
            </w:r>
          </w:p>
        </w:tc>
      </w:tr>
      <w:tr w:rsidR="00302D64" w14:paraId="7BF8FC5B" w14:textId="77777777">
        <w:trPr>
          <w:jc w:val="center"/>
        </w:trPr>
        <w:tc>
          <w:tcPr>
            <w:tcW w:w="2665" w:type="dxa"/>
            <w:tcMar>
              <w:top w:w="70" w:type="dxa"/>
              <w:left w:w="90" w:type="dxa"/>
              <w:bottom w:w="70" w:type="dxa"/>
              <w:right w:w="90" w:type="dxa"/>
            </w:tcMar>
            <w:vAlign w:val="center"/>
          </w:tcPr>
          <w:p w14:paraId="531BE4A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020049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75D86A7"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A036E22" w14:textId="77777777" w:rsidR="00302D64" w:rsidRDefault="00000000">
            <w:r>
              <w:rPr>
                <w:b/>
                <w:color w:val="000000"/>
                <w:sz w:val="16"/>
              </w:rPr>
              <w:t xml:space="preserve">NAČRTOVANI TERMIN: </w:t>
            </w:r>
            <w:r>
              <w:rPr>
                <w:color w:val="000000"/>
                <w:sz w:val="16"/>
              </w:rPr>
              <w:t>5. teden • 28. 9.–2. 10. 2026</w:t>
            </w:r>
          </w:p>
        </w:tc>
        <w:tc>
          <w:tcPr>
            <w:tcW w:w="2268" w:type="dxa"/>
            <w:tcMar>
              <w:top w:w="70" w:type="dxa"/>
              <w:left w:w="90" w:type="dxa"/>
              <w:bottom w:w="70" w:type="dxa"/>
              <w:right w:w="90" w:type="dxa"/>
            </w:tcMar>
            <w:vAlign w:val="center"/>
          </w:tcPr>
          <w:p w14:paraId="70A51AC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900BA55" w14:textId="77777777" w:rsidR="00302D64" w:rsidRDefault="00000000">
            <w:r>
              <w:rPr>
                <w:b/>
                <w:color w:val="000000"/>
                <w:sz w:val="16"/>
              </w:rPr>
              <w:t xml:space="preserve">ŠTEVILO UR: </w:t>
            </w:r>
            <w:r>
              <w:rPr>
                <w:color w:val="000000"/>
                <w:sz w:val="16"/>
              </w:rPr>
              <w:t>3</w:t>
            </w:r>
          </w:p>
        </w:tc>
      </w:tr>
      <w:tr w:rsidR="00302D64" w14:paraId="15F87E39" w14:textId="77777777">
        <w:trPr>
          <w:jc w:val="center"/>
        </w:trPr>
        <w:tc>
          <w:tcPr>
            <w:tcW w:w="14061" w:type="dxa"/>
            <w:gridSpan w:val="6"/>
            <w:tcMar>
              <w:top w:w="70" w:type="dxa"/>
              <w:left w:w="90" w:type="dxa"/>
              <w:bottom w:w="70" w:type="dxa"/>
              <w:right w:w="90" w:type="dxa"/>
            </w:tcMar>
            <w:vAlign w:val="center"/>
          </w:tcPr>
          <w:p w14:paraId="19F63914" w14:textId="77777777" w:rsidR="00302D64" w:rsidRDefault="00000000">
            <w:r>
              <w:t>TIP UČNE URE: obravnava, izkušenjsko raziskovanje, učenje po postajah, utrjevanje in formativno spremljanje</w:t>
            </w:r>
          </w:p>
        </w:tc>
      </w:tr>
      <w:tr w:rsidR="00302D64" w14:paraId="1C1BAF38" w14:textId="77777777">
        <w:trPr>
          <w:cantSplit/>
          <w:jc w:val="center"/>
        </w:trPr>
        <w:tc>
          <w:tcPr>
            <w:tcW w:w="14060" w:type="dxa"/>
            <w:gridSpan w:val="6"/>
            <w:tcMar>
              <w:top w:w="70" w:type="dxa"/>
              <w:left w:w="90" w:type="dxa"/>
              <w:bottom w:w="70" w:type="dxa"/>
              <w:right w:w="90" w:type="dxa"/>
            </w:tcMar>
            <w:vAlign w:val="center"/>
          </w:tcPr>
          <w:p w14:paraId="790F0EE5" w14:textId="77777777" w:rsidR="00302D64" w:rsidRDefault="00302D64"/>
          <w:p w14:paraId="51BB5E40" w14:textId="77777777" w:rsidR="00302D64" w:rsidRDefault="00000000">
            <w:pPr>
              <w:spacing w:line="245" w:lineRule="auto"/>
            </w:pPr>
            <w:r>
              <w:rPr>
                <w:b/>
                <w:color w:val="000000"/>
                <w:sz w:val="17"/>
              </w:rPr>
              <w:t xml:space="preserve">UČNI SKLOP: </w:t>
            </w:r>
            <w:r>
              <w:rPr>
                <w:color w:val="000000"/>
                <w:sz w:val="17"/>
              </w:rPr>
              <w:t>VARNA POT IN MOBILNOST</w:t>
            </w:r>
          </w:p>
        </w:tc>
      </w:tr>
      <w:tr w:rsidR="00302D64" w14:paraId="32B3086B" w14:textId="77777777">
        <w:trPr>
          <w:cantSplit/>
          <w:jc w:val="center"/>
        </w:trPr>
        <w:tc>
          <w:tcPr>
            <w:tcW w:w="14060" w:type="dxa"/>
            <w:gridSpan w:val="6"/>
            <w:tcMar>
              <w:top w:w="70" w:type="dxa"/>
              <w:left w:w="90" w:type="dxa"/>
              <w:bottom w:w="70" w:type="dxa"/>
              <w:right w:w="90" w:type="dxa"/>
            </w:tcMar>
            <w:vAlign w:val="center"/>
          </w:tcPr>
          <w:p w14:paraId="6D1DB562" w14:textId="77777777" w:rsidR="00302D64" w:rsidRDefault="00302D64"/>
          <w:p w14:paraId="27C459BA" w14:textId="77777777" w:rsidR="00302D64" w:rsidRDefault="00000000">
            <w:pPr>
              <w:spacing w:line="245" w:lineRule="auto"/>
            </w:pPr>
            <w:r>
              <w:rPr>
                <w:b/>
                <w:color w:val="000000"/>
                <w:sz w:val="17"/>
              </w:rPr>
              <w:t xml:space="preserve">UČNA TEMA: </w:t>
            </w:r>
            <w:r>
              <w:rPr>
                <w:color w:val="000000"/>
                <w:sz w:val="17"/>
              </w:rPr>
              <w:t>VARNA POT</w:t>
            </w:r>
          </w:p>
        </w:tc>
      </w:tr>
      <w:tr w:rsidR="00302D64" w14:paraId="7BA07B6D" w14:textId="77777777">
        <w:trPr>
          <w:cantSplit/>
          <w:jc w:val="center"/>
        </w:trPr>
        <w:tc>
          <w:tcPr>
            <w:tcW w:w="14060" w:type="dxa"/>
            <w:gridSpan w:val="6"/>
            <w:tcMar>
              <w:top w:w="70" w:type="dxa"/>
              <w:left w:w="90" w:type="dxa"/>
              <w:bottom w:w="70" w:type="dxa"/>
              <w:right w:w="90" w:type="dxa"/>
            </w:tcMar>
            <w:vAlign w:val="center"/>
          </w:tcPr>
          <w:p w14:paraId="1956AE2A" w14:textId="77777777" w:rsidR="00302D64" w:rsidRDefault="00302D64"/>
          <w:p w14:paraId="2D644B10" w14:textId="77777777" w:rsidR="00302D64" w:rsidRDefault="00000000">
            <w:pPr>
              <w:spacing w:line="245" w:lineRule="auto"/>
            </w:pPr>
            <w:r>
              <w:rPr>
                <w:b/>
                <w:color w:val="000000"/>
                <w:sz w:val="17"/>
              </w:rPr>
              <w:t xml:space="preserve">KNJIŽEVNO IZHODIŠČE IN MOTIV: </w:t>
            </w:r>
            <w:r>
              <w:rPr>
                <w:color w:val="000000"/>
                <w:sz w:val="17"/>
              </w:rPr>
              <w:t>»Rdeča kapica« – brata Grimm • varna pot, vidnost in premišljeno ravnanje</w:t>
            </w:r>
          </w:p>
        </w:tc>
      </w:tr>
      <w:tr w:rsidR="00302D64" w14:paraId="4D189403" w14:textId="77777777">
        <w:trPr>
          <w:cantSplit/>
          <w:jc w:val="center"/>
        </w:trPr>
        <w:tc>
          <w:tcPr>
            <w:tcW w:w="14060" w:type="dxa"/>
            <w:gridSpan w:val="6"/>
            <w:tcMar>
              <w:top w:w="70" w:type="dxa"/>
              <w:left w:w="90" w:type="dxa"/>
              <w:bottom w:w="70" w:type="dxa"/>
              <w:right w:w="90" w:type="dxa"/>
            </w:tcMar>
            <w:vAlign w:val="center"/>
          </w:tcPr>
          <w:p w14:paraId="56AC03E6" w14:textId="77777777" w:rsidR="00302D64" w:rsidRDefault="00302D64"/>
          <w:p w14:paraId="201E7FC6" w14:textId="77777777" w:rsidR="00302D64" w:rsidRDefault="00000000">
            <w:pPr>
              <w:spacing w:line="245" w:lineRule="auto"/>
            </w:pPr>
            <w:r>
              <w:rPr>
                <w:b/>
                <w:color w:val="000000"/>
                <w:sz w:val="17"/>
              </w:rPr>
              <w:t xml:space="preserve">UČNE ENOTE: </w:t>
            </w:r>
            <w:r>
              <w:rPr>
                <w:color w:val="000000"/>
                <w:sz w:val="17"/>
              </w:rPr>
              <w:t>1. ura – Prometni poligon • 2. ura – Vidim in sem viden • 3. ura – Moja varna pot</w:t>
            </w:r>
          </w:p>
        </w:tc>
      </w:tr>
      <w:tr w:rsidR="00302D64" w14:paraId="604EA748" w14:textId="77777777">
        <w:trPr>
          <w:cantSplit/>
          <w:jc w:val="center"/>
        </w:trPr>
        <w:tc>
          <w:tcPr>
            <w:tcW w:w="14060" w:type="dxa"/>
            <w:gridSpan w:val="6"/>
            <w:tcMar>
              <w:top w:w="70" w:type="dxa"/>
              <w:left w:w="90" w:type="dxa"/>
              <w:bottom w:w="70" w:type="dxa"/>
              <w:right w:w="90" w:type="dxa"/>
            </w:tcMar>
            <w:vAlign w:val="center"/>
          </w:tcPr>
          <w:p w14:paraId="42F32310" w14:textId="77777777" w:rsidR="00302D64" w:rsidRDefault="00302D64"/>
          <w:p w14:paraId="0494ECD7"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3940A8B3" w14:textId="77777777">
        <w:trPr>
          <w:cantSplit/>
          <w:jc w:val="center"/>
        </w:trPr>
        <w:tc>
          <w:tcPr>
            <w:tcW w:w="14060" w:type="dxa"/>
            <w:gridSpan w:val="6"/>
            <w:tcMar>
              <w:top w:w="70" w:type="dxa"/>
              <w:left w:w="90" w:type="dxa"/>
              <w:bottom w:w="70" w:type="dxa"/>
              <w:right w:w="90" w:type="dxa"/>
            </w:tcMar>
            <w:vAlign w:val="center"/>
          </w:tcPr>
          <w:p w14:paraId="44745151" w14:textId="77777777" w:rsidR="00302D64" w:rsidRDefault="00302D64"/>
          <w:p w14:paraId="3D607A4D"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5BC0752E" w14:textId="77777777">
        <w:trPr>
          <w:cantSplit/>
          <w:jc w:val="center"/>
        </w:trPr>
        <w:tc>
          <w:tcPr>
            <w:tcW w:w="14060" w:type="dxa"/>
            <w:gridSpan w:val="6"/>
            <w:tcMar>
              <w:top w:w="70" w:type="dxa"/>
              <w:left w:w="90" w:type="dxa"/>
              <w:bottom w:w="70" w:type="dxa"/>
              <w:right w:w="90" w:type="dxa"/>
            </w:tcMar>
            <w:vAlign w:val="center"/>
          </w:tcPr>
          <w:p w14:paraId="0094B4DF" w14:textId="77777777" w:rsidR="00302D64" w:rsidRDefault="00302D64"/>
          <w:p w14:paraId="63EB7A52"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50D3B7CD" w14:textId="77777777">
        <w:trPr>
          <w:cantSplit/>
          <w:jc w:val="center"/>
        </w:trPr>
        <w:tc>
          <w:tcPr>
            <w:tcW w:w="14060" w:type="dxa"/>
            <w:gridSpan w:val="6"/>
            <w:tcMar>
              <w:top w:w="70" w:type="dxa"/>
              <w:left w:w="90" w:type="dxa"/>
              <w:bottom w:w="70" w:type="dxa"/>
              <w:right w:w="90" w:type="dxa"/>
            </w:tcMar>
            <w:vAlign w:val="center"/>
          </w:tcPr>
          <w:p w14:paraId="015C3F67" w14:textId="77777777" w:rsidR="00302D64" w:rsidRDefault="00302D64"/>
          <w:p w14:paraId="4AF91627" w14:textId="77777777" w:rsidR="00302D64" w:rsidRDefault="00000000">
            <w:pPr>
              <w:spacing w:line="245" w:lineRule="auto"/>
            </w:pPr>
            <w:r>
              <w:rPr>
                <w:b/>
                <w:color w:val="000000"/>
                <w:sz w:val="17"/>
              </w:rPr>
              <w:t xml:space="preserve">MEDPREDMETNE POVEZAVE: </w:t>
            </w:r>
            <w:r>
              <w:rPr>
                <w:color w:val="000000"/>
                <w:sz w:val="17"/>
              </w:rPr>
              <w:t>ŠPO – prometni poligon; MAT – prostorska orientacija; SLJ – navodilo in utemeljitev; LUM – načrt poti</w:t>
            </w:r>
          </w:p>
        </w:tc>
      </w:tr>
      <w:tr w:rsidR="00302D64" w14:paraId="348D1A00" w14:textId="77777777">
        <w:trPr>
          <w:cantSplit/>
          <w:jc w:val="center"/>
        </w:trPr>
        <w:tc>
          <w:tcPr>
            <w:tcW w:w="14060" w:type="dxa"/>
            <w:gridSpan w:val="6"/>
            <w:tcMar>
              <w:top w:w="70" w:type="dxa"/>
              <w:left w:w="90" w:type="dxa"/>
              <w:bottom w:w="70" w:type="dxa"/>
              <w:right w:w="90" w:type="dxa"/>
            </w:tcMar>
            <w:vAlign w:val="center"/>
          </w:tcPr>
          <w:p w14:paraId="653F0C69" w14:textId="77777777" w:rsidR="00302D64" w:rsidRDefault="00302D64"/>
          <w:p w14:paraId="3ECC0949" w14:textId="77777777" w:rsidR="00302D64" w:rsidRDefault="00000000">
            <w:pPr>
              <w:spacing w:line="245" w:lineRule="auto"/>
            </w:pPr>
            <w:r>
              <w:rPr>
                <w:b/>
                <w:color w:val="000000"/>
                <w:sz w:val="17"/>
              </w:rPr>
              <w:t xml:space="preserve">UČNA SREDSTVA IN PRIPOMOČKI: </w:t>
            </w:r>
            <w:r>
              <w:rPr>
                <w:color w:val="000000"/>
                <w:sz w:val="17"/>
              </w:rPr>
              <w:t>fotografije poti, prometni stožci, trakovi, znaki, semafor, svetilka, odsevnik, različne tkanine, podloga za načrt, slikovni simboli</w:t>
            </w:r>
          </w:p>
        </w:tc>
      </w:tr>
      <w:tr w:rsidR="00302D64" w14:paraId="5E16E530" w14:textId="77777777">
        <w:trPr>
          <w:cantSplit/>
          <w:jc w:val="center"/>
        </w:trPr>
        <w:tc>
          <w:tcPr>
            <w:tcW w:w="14060" w:type="dxa"/>
            <w:gridSpan w:val="6"/>
            <w:tcMar>
              <w:top w:w="70" w:type="dxa"/>
              <w:left w:w="90" w:type="dxa"/>
              <w:bottom w:w="70" w:type="dxa"/>
              <w:right w:w="90" w:type="dxa"/>
            </w:tcMar>
            <w:vAlign w:val="center"/>
          </w:tcPr>
          <w:p w14:paraId="242B3BBB" w14:textId="77777777" w:rsidR="00302D64" w:rsidRDefault="00302D64"/>
          <w:p w14:paraId="299F4496"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7A62DE29" w14:textId="77777777">
        <w:trPr>
          <w:cantSplit/>
          <w:jc w:val="center"/>
        </w:trPr>
        <w:tc>
          <w:tcPr>
            <w:tcW w:w="14060" w:type="dxa"/>
            <w:gridSpan w:val="6"/>
            <w:tcMar>
              <w:top w:w="70" w:type="dxa"/>
              <w:left w:w="90" w:type="dxa"/>
              <w:bottom w:w="70" w:type="dxa"/>
              <w:right w:w="90" w:type="dxa"/>
            </w:tcMar>
            <w:vAlign w:val="center"/>
          </w:tcPr>
          <w:p w14:paraId="2F635335" w14:textId="77777777" w:rsidR="00302D64" w:rsidRDefault="00302D64"/>
          <w:p w14:paraId="107BD9E5" w14:textId="77777777" w:rsidR="00302D64" w:rsidRDefault="00000000">
            <w:pPr>
              <w:spacing w:line="245" w:lineRule="auto"/>
            </w:pPr>
            <w:r>
              <w:rPr>
                <w:b/>
                <w:color w:val="000000"/>
                <w:sz w:val="16"/>
              </w:rPr>
              <w:t xml:space="preserve">OCENJEVANJE / DAN DEJAVNOSTI: </w:t>
            </w:r>
            <w:r>
              <w:rPr>
                <w:color w:val="000000"/>
                <w:sz w:val="16"/>
              </w:rPr>
              <w:t>TEHNIŠKI DAN</w:t>
            </w:r>
          </w:p>
        </w:tc>
      </w:tr>
      <w:tr w:rsidR="00302D64" w14:paraId="26029FD9" w14:textId="77777777">
        <w:trPr>
          <w:cantSplit/>
          <w:jc w:val="center"/>
        </w:trPr>
        <w:tc>
          <w:tcPr>
            <w:tcW w:w="14060" w:type="dxa"/>
            <w:gridSpan w:val="6"/>
            <w:tcMar>
              <w:top w:w="70" w:type="dxa"/>
              <w:left w:w="90" w:type="dxa"/>
              <w:bottom w:w="70" w:type="dxa"/>
              <w:right w:w="90" w:type="dxa"/>
            </w:tcMar>
            <w:vAlign w:val="center"/>
          </w:tcPr>
          <w:p w14:paraId="3DF1BF09" w14:textId="77777777" w:rsidR="00302D64" w:rsidRDefault="00302D64"/>
          <w:p w14:paraId="7E3A84B9" w14:textId="77777777" w:rsidR="00302D64" w:rsidRDefault="00000000">
            <w:pPr>
              <w:spacing w:line="245" w:lineRule="auto"/>
            </w:pPr>
            <w:r>
              <w:rPr>
                <w:b/>
                <w:color w:val="000000"/>
                <w:sz w:val="16"/>
              </w:rPr>
              <w:t xml:space="preserve">VARNOST: </w:t>
            </w:r>
            <w:r>
              <w:rPr>
                <w:color w:val="000000"/>
                <w:sz w:val="16"/>
              </w:rPr>
              <w:t>Dejavnosti ob cesti se izvajajo le z ustreznim številom spremljevalcev in ob doslednem upoštevanju prometnovarnostnih pravil.</w:t>
            </w:r>
          </w:p>
        </w:tc>
      </w:tr>
    </w:tbl>
    <w:p w14:paraId="4DBB1E6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CC97B0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891AD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D7C5BC" w14:textId="77777777" w:rsidR="00302D64" w:rsidRDefault="00000000">
            <w:pPr>
              <w:jc w:val="center"/>
            </w:pPr>
            <w:r>
              <w:rPr>
                <w:b/>
                <w:color w:val="000000"/>
                <w:sz w:val="20"/>
              </w:rPr>
              <w:t>UČNE DEJAVNOSTI, METODE IN FORMATIVNO SPREMLJANJE</w:t>
            </w:r>
          </w:p>
        </w:tc>
      </w:tr>
      <w:tr w:rsidR="00302D64" w14:paraId="74FC4BE5" w14:textId="77777777">
        <w:trPr>
          <w:tblHeader/>
          <w:jc w:val="center"/>
        </w:trPr>
        <w:tc>
          <w:tcPr>
            <w:tcW w:w="4422" w:type="dxa"/>
            <w:vMerge/>
            <w:tcMar>
              <w:top w:w="70" w:type="dxa"/>
              <w:left w:w="90" w:type="dxa"/>
              <w:bottom w:w="70" w:type="dxa"/>
              <w:right w:w="90" w:type="dxa"/>
            </w:tcMar>
            <w:vAlign w:val="center"/>
          </w:tcPr>
          <w:p w14:paraId="6881FBE2" w14:textId="77777777" w:rsidR="00302D64" w:rsidRDefault="00302D64"/>
        </w:tc>
        <w:tc>
          <w:tcPr>
            <w:tcW w:w="7087" w:type="dxa"/>
            <w:shd w:val="clear" w:color="auto" w:fill="FFFFFF"/>
            <w:tcMar>
              <w:top w:w="70" w:type="dxa"/>
              <w:left w:w="90" w:type="dxa"/>
              <w:bottom w:w="70" w:type="dxa"/>
              <w:right w:w="90" w:type="dxa"/>
            </w:tcMar>
            <w:vAlign w:val="center"/>
          </w:tcPr>
          <w:p w14:paraId="5DA8F15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400B3F" w14:textId="77777777" w:rsidR="00302D64" w:rsidRDefault="00000000">
            <w:pPr>
              <w:jc w:val="center"/>
            </w:pPr>
            <w:r>
              <w:rPr>
                <w:b/>
                <w:color w:val="000000"/>
              </w:rPr>
              <w:t>UČENEC</w:t>
            </w:r>
          </w:p>
        </w:tc>
      </w:tr>
      <w:tr w:rsidR="00302D64" w14:paraId="0263C5E9" w14:textId="77777777">
        <w:trPr>
          <w:jc w:val="center"/>
        </w:trPr>
        <w:tc>
          <w:tcPr>
            <w:tcW w:w="4422" w:type="dxa"/>
            <w:tcMar>
              <w:top w:w="70" w:type="dxa"/>
              <w:left w:w="90" w:type="dxa"/>
              <w:bottom w:w="70" w:type="dxa"/>
              <w:right w:w="90" w:type="dxa"/>
            </w:tcMar>
          </w:tcPr>
          <w:p w14:paraId="0DF8927F" w14:textId="77777777" w:rsidR="00302D64" w:rsidRDefault="00302D64"/>
          <w:p w14:paraId="1418C0D2" w14:textId="77777777" w:rsidR="00302D64" w:rsidRDefault="00000000">
            <w:pPr>
              <w:spacing w:after="60" w:line="245" w:lineRule="auto"/>
            </w:pPr>
            <w:r>
              <w:rPr>
                <w:b/>
                <w:color w:val="000000"/>
              </w:rPr>
              <w:t>UČNI CILJI</w:t>
            </w:r>
          </w:p>
          <w:p w14:paraId="14A9F1FD" w14:textId="77777777" w:rsidR="00302D64" w:rsidRDefault="00000000">
            <w:pPr>
              <w:spacing w:after="20" w:line="245" w:lineRule="auto"/>
            </w:pPr>
            <w:r>
              <w:rPr>
                <w:b/>
                <w:color w:val="000000"/>
                <w:sz w:val="17"/>
              </w:rPr>
              <w:t>SPLOŠNI</w:t>
            </w:r>
          </w:p>
          <w:p w14:paraId="56B52524" w14:textId="77777777" w:rsidR="00302D64" w:rsidRDefault="00000000">
            <w:pPr>
              <w:pStyle w:val="Oznaenseznam"/>
              <w:spacing w:after="16"/>
            </w:pPr>
            <w:r>
              <w:rPr>
                <w:color w:val="000000"/>
                <w:sz w:val="16"/>
              </w:rPr>
              <w:t>razvija radovednost ter sistematično opazuje, primerja, razvršča in sporoča ugotovitve</w:t>
            </w:r>
          </w:p>
          <w:p w14:paraId="7E5EB2B0" w14:textId="77777777" w:rsidR="00302D64" w:rsidRDefault="00000000">
            <w:pPr>
              <w:pStyle w:val="Oznaenseznam"/>
              <w:spacing w:after="16"/>
            </w:pPr>
            <w:r>
              <w:rPr>
                <w:color w:val="000000"/>
                <w:sz w:val="16"/>
              </w:rPr>
              <w:t>sodeluje, posluša druge in svoja opažanja izraža na razvojno primeren način</w:t>
            </w:r>
          </w:p>
          <w:p w14:paraId="11F9F743" w14:textId="77777777" w:rsidR="00302D64" w:rsidRDefault="00000000">
            <w:pPr>
              <w:pStyle w:val="Oznaenseznam"/>
              <w:spacing w:after="16"/>
            </w:pPr>
            <w:r>
              <w:rPr>
                <w:color w:val="000000"/>
                <w:sz w:val="16"/>
              </w:rPr>
              <w:t>ravna varno, odgovorno in skrbno do sebe, drugih ter okolja</w:t>
            </w:r>
          </w:p>
          <w:p w14:paraId="3D8F796A" w14:textId="77777777" w:rsidR="00302D64" w:rsidRDefault="00000000">
            <w:pPr>
              <w:pStyle w:val="Oznaenseznam"/>
              <w:spacing w:after="16"/>
            </w:pPr>
            <w:r>
              <w:rPr>
                <w:color w:val="000000"/>
                <w:sz w:val="16"/>
              </w:rPr>
              <w:t>ob kriterijih spremlja svoje učenje in sprejema opisno povratno informacijo</w:t>
            </w:r>
          </w:p>
          <w:p w14:paraId="4431BA90" w14:textId="77777777" w:rsidR="00302D64" w:rsidRDefault="00000000">
            <w:pPr>
              <w:spacing w:before="40" w:after="20" w:line="245" w:lineRule="auto"/>
            </w:pPr>
            <w:r>
              <w:rPr>
                <w:b/>
                <w:color w:val="000000"/>
                <w:sz w:val="17"/>
              </w:rPr>
              <w:t>OPERATIVNI</w:t>
            </w:r>
          </w:p>
          <w:p w14:paraId="42CF0519" w14:textId="77777777" w:rsidR="00302D64" w:rsidRDefault="00000000">
            <w:pPr>
              <w:pStyle w:val="Oznaenseznam"/>
              <w:spacing w:after="16"/>
            </w:pPr>
            <w:r>
              <w:rPr>
                <w:color w:val="000000"/>
                <w:sz w:val="16"/>
              </w:rPr>
              <w:t>prepozna vlogo pešca</w:t>
            </w:r>
          </w:p>
          <w:p w14:paraId="1B03614F" w14:textId="77777777" w:rsidR="00302D64" w:rsidRDefault="00000000">
            <w:pPr>
              <w:pStyle w:val="Oznaenseznam"/>
              <w:spacing w:after="16"/>
            </w:pPr>
            <w:r>
              <w:rPr>
                <w:color w:val="000000"/>
                <w:sz w:val="16"/>
              </w:rPr>
              <w:t>varno hodi ob cesti in prečka vozišče</w:t>
            </w:r>
          </w:p>
          <w:p w14:paraId="6BB8C347" w14:textId="77777777" w:rsidR="00302D64" w:rsidRDefault="00000000">
            <w:pPr>
              <w:pStyle w:val="Oznaenseznam"/>
              <w:spacing w:after="16"/>
            </w:pPr>
            <w:r>
              <w:rPr>
                <w:color w:val="000000"/>
                <w:sz w:val="16"/>
              </w:rPr>
              <w:t>uporablja odsevna telesa</w:t>
            </w:r>
          </w:p>
          <w:p w14:paraId="2A2861BF" w14:textId="77777777" w:rsidR="00302D64" w:rsidRDefault="00000000">
            <w:pPr>
              <w:spacing w:before="40" w:after="20" w:line="245" w:lineRule="auto"/>
            </w:pPr>
            <w:r>
              <w:rPr>
                <w:b/>
                <w:color w:val="000000"/>
                <w:sz w:val="17"/>
              </w:rPr>
              <w:t>PRIČAKOVANI DOSEŽKI / STANDARDI</w:t>
            </w:r>
          </w:p>
          <w:p w14:paraId="6A3AA60A" w14:textId="77777777" w:rsidR="00302D64" w:rsidRDefault="00000000">
            <w:pPr>
              <w:pStyle w:val="Oznaenseznam"/>
              <w:spacing w:after="16"/>
            </w:pPr>
            <w:r>
              <w:rPr>
                <w:color w:val="000000"/>
                <w:sz w:val="16"/>
              </w:rPr>
              <w:t>ob konkretni ali slikovni opori prepozna vlogo pešca</w:t>
            </w:r>
          </w:p>
          <w:p w14:paraId="6700BCAD" w14:textId="77777777" w:rsidR="00302D64" w:rsidRDefault="00000000">
            <w:pPr>
              <w:pStyle w:val="Oznaenseznam"/>
              <w:spacing w:after="16"/>
            </w:pPr>
            <w:r>
              <w:rPr>
                <w:color w:val="000000"/>
                <w:sz w:val="16"/>
              </w:rPr>
              <w:t>ob konkretni ali slikovni opori varno hodi ob cesti in prečka vozišče</w:t>
            </w:r>
          </w:p>
          <w:p w14:paraId="22531A08" w14:textId="77777777" w:rsidR="00302D64" w:rsidRDefault="00000000">
            <w:pPr>
              <w:pStyle w:val="Oznaenseznam"/>
              <w:spacing w:after="16"/>
            </w:pPr>
            <w:r>
              <w:rPr>
                <w:color w:val="000000"/>
                <w:sz w:val="16"/>
              </w:rPr>
              <w:t>ob konkretni ali slikovni opori uporablja odsevna telesa</w:t>
            </w:r>
          </w:p>
        </w:tc>
        <w:tc>
          <w:tcPr>
            <w:tcW w:w="7087" w:type="dxa"/>
            <w:tcMar>
              <w:top w:w="70" w:type="dxa"/>
              <w:left w:w="90" w:type="dxa"/>
              <w:bottom w:w="70" w:type="dxa"/>
              <w:right w:w="90" w:type="dxa"/>
            </w:tcMar>
          </w:tcPr>
          <w:p w14:paraId="691A6EE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2ACCCE8" w14:textId="77777777">
              <w:trPr>
                <w:jc w:val="center"/>
              </w:trPr>
              <w:tc>
                <w:tcPr>
                  <w:tcW w:w="7087" w:type="dxa"/>
                  <w:shd w:val="clear" w:color="auto" w:fill="C6E7F3"/>
                  <w:tcMar>
                    <w:top w:w="45" w:type="dxa"/>
                    <w:left w:w="70" w:type="dxa"/>
                    <w:bottom w:w="45" w:type="dxa"/>
                    <w:right w:w="70" w:type="dxa"/>
                  </w:tcMar>
                </w:tcPr>
                <w:p w14:paraId="361EB259" w14:textId="77777777" w:rsidR="00302D64" w:rsidRDefault="00000000">
                  <w:pPr>
                    <w:keepNext/>
                  </w:pPr>
                  <w:r>
                    <w:rPr>
                      <w:b/>
                      <w:color w:val="000000"/>
                    </w:rPr>
                    <w:t>UVODNI DEL – motivacija, aktivacija predznanja in namen učenja (15–20 min)</w:t>
                  </w:r>
                </w:p>
              </w:tc>
            </w:tr>
          </w:tbl>
          <w:p w14:paraId="4A3DD28C" w14:textId="77777777" w:rsidR="00302D64" w:rsidRDefault="00302D64">
            <w:pPr>
              <w:spacing w:line="20" w:lineRule="exact"/>
            </w:pPr>
          </w:p>
          <w:p w14:paraId="40C31EC6" w14:textId="77777777" w:rsidR="00302D64" w:rsidRDefault="00000000">
            <w:pPr>
              <w:spacing w:before="40" w:after="60" w:line="245" w:lineRule="auto"/>
            </w:pPr>
            <w:r>
              <w:rPr>
                <w:color w:val="000000"/>
                <w:sz w:val="17"/>
              </w:rPr>
              <w:t>Rdeča kapica izbira med več potmi. Učenci s pomočjo fotografij presodijo, katera pot je varnejša, in ugotavljajo, zakaj najkrajša ni vedno najvarnejša.</w:t>
            </w:r>
          </w:p>
          <w:tbl>
            <w:tblPr>
              <w:tblStyle w:val="Tabelamrea"/>
              <w:tblW w:w="0" w:type="auto"/>
              <w:jc w:val="center"/>
              <w:tblLayout w:type="fixed"/>
              <w:tblLook w:val="04A0" w:firstRow="1" w:lastRow="0" w:firstColumn="1" w:lastColumn="0" w:noHBand="0" w:noVBand="1"/>
            </w:tblPr>
            <w:tblGrid>
              <w:gridCol w:w="7087"/>
            </w:tblGrid>
            <w:tr w:rsidR="00302D64" w14:paraId="11853850" w14:textId="77777777">
              <w:trPr>
                <w:jc w:val="center"/>
              </w:trPr>
              <w:tc>
                <w:tcPr>
                  <w:tcW w:w="7087" w:type="dxa"/>
                  <w:shd w:val="clear" w:color="auto" w:fill="EDC9EA"/>
                  <w:tcMar>
                    <w:top w:w="45" w:type="dxa"/>
                    <w:left w:w="70" w:type="dxa"/>
                    <w:bottom w:w="45" w:type="dxa"/>
                    <w:right w:w="70" w:type="dxa"/>
                  </w:tcMar>
                </w:tcPr>
                <w:p w14:paraId="18806A93" w14:textId="77777777" w:rsidR="00302D64" w:rsidRDefault="00000000">
                  <w:pPr>
                    <w:keepNext/>
                  </w:pPr>
                  <w:r>
                    <w:rPr>
                      <w:b/>
                      <w:color w:val="000000"/>
                    </w:rPr>
                    <w:t>NAMENI UČENJA</w:t>
                  </w:r>
                </w:p>
              </w:tc>
            </w:tr>
          </w:tbl>
          <w:p w14:paraId="3ECDFD4D" w14:textId="77777777" w:rsidR="00302D64" w:rsidRDefault="00302D64">
            <w:pPr>
              <w:spacing w:line="20" w:lineRule="exact"/>
            </w:pPr>
          </w:p>
          <w:p w14:paraId="7F7B3B33" w14:textId="77777777" w:rsidR="00302D64" w:rsidRDefault="00000000">
            <w:pPr>
              <w:spacing w:before="20" w:after="20" w:line="245" w:lineRule="auto"/>
            </w:pPr>
            <w:r>
              <w:rPr>
                <w:color w:val="000000"/>
                <w:sz w:val="16"/>
              </w:rPr>
              <w:t>Učimo se zato, da bomo lažje razumeli in odgovorno uporabili znanje v vsakdanjih situacijah.</w:t>
            </w:r>
          </w:p>
          <w:p w14:paraId="359B17A0" w14:textId="77777777" w:rsidR="00302D64" w:rsidRDefault="00000000">
            <w:pPr>
              <w:pStyle w:val="Oznaenseznam"/>
              <w:spacing w:after="16"/>
            </w:pPr>
            <w:r>
              <w:rPr>
                <w:color w:val="000000"/>
                <w:sz w:val="16"/>
              </w:rPr>
              <w:t>prepoznam vlogo pešca</w:t>
            </w:r>
          </w:p>
          <w:p w14:paraId="19E637F5" w14:textId="77777777" w:rsidR="00302D64" w:rsidRDefault="00000000">
            <w:pPr>
              <w:pStyle w:val="Oznaenseznam"/>
              <w:spacing w:after="16"/>
            </w:pPr>
            <w:r>
              <w:rPr>
                <w:color w:val="000000"/>
                <w:sz w:val="16"/>
              </w:rPr>
              <w:t>varno hodi ob cesti in prečka vozišče</w:t>
            </w:r>
          </w:p>
          <w:p w14:paraId="2FFD7BE2" w14:textId="77777777" w:rsidR="00302D64" w:rsidRDefault="00000000">
            <w:pPr>
              <w:pStyle w:val="Oznaenseznam"/>
              <w:spacing w:after="16"/>
            </w:pPr>
            <w:r>
              <w:rPr>
                <w:color w:val="000000"/>
                <w:sz w:val="16"/>
              </w:rPr>
              <w:t>uporabljam odsevna telesa</w:t>
            </w:r>
          </w:p>
          <w:tbl>
            <w:tblPr>
              <w:tblStyle w:val="Tabelamrea"/>
              <w:tblW w:w="0" w:type="auto"/>
              <w:jc w:val="center"/>
              <w:tblLayout w:type="fixed"/>
              <w:tblLook w:val="04A0" w:firstRow="1" w:lastRow="0" w:firstColumn="1" w:lastColumn="0" w:noHBand="0" w:noVBand="1"/>
            </w:tblPr>
            <w:tblGrid>
              <w:gridCol w:w="7087"/>
            </w:tblGrid>
            <w:tr w:rsidR="00302D64" w14:paraId="01B7B6C3" w14:textId="77777777">
              <w:trPr>
                <w:jc w:val="center"/>
              </w:trPr>
              <w:tc>
                <w:tcPr>
                  <w:tcW w:w="7087" w:type="dxa"/>
                  <w:shd w:val="clear" w:color="auto" w:fill="EDC9EA"/>
                  <w:tcMar>
                    <w:top w:w="45" w:type="dxa"/>
                    <w:left w:w="70" w:type="dxa"/>
                    <w:bottom w:w="45" w:type="dxa"/>
                    <w:right w:w="70" w:type="dxa"/>
                  </w:tcMar>
                </w:tcPr>
                <w:p w14:paraId="2A866AB0" w14:textId="77777777" w:rsidR="00302D64" w:rsidRDefault="00000000">
                  <w:pPr>
                    <w:keepNext/>
                  </w:pPr>
                  <w:r>
                    <w:rPr>
                      <w:b/>
                      <w:color w:val="000000"/>
                    </w:rPr>
                    <w:t>PREVERJANJE PREDZNANJA</w:t>
                  </w:r>
                </w:p>
              </w:tc>
            </w:tr>
          </w:tbl>
          <w:p w14:paraId="7FEAFBA0" w14:textId="77777777" w:rsidR="00302D64" w:rsidRDefault="00302D64">
            <w:pPr>
              <w:spacing w:line="20" w:lineRule="exact"/>
            </w:pPr>
          </w:p>
          <w:p w14:paraId="74C43072" w14:textId="77777777" w:rsidR="00302D64" w:rsidRDefault="00000000">
            <w:pPr>
              <w:pStyle w:val="Oznaenseznam"/>
              <w:spacing w:after="16"/>
            </w:pPr>
            <w:r>
              <w:rPr>
                <w:color w:val="000000"/>
                <w:sz w:val="16"/>
              </w:rPr>
              <w:t>Kje je varen prostor za hojo pešca?</w:t>
            </w:r>
          </w:p>
          <w:p w14:paraId="258377FB" w14:textId="77777777" w:rsidR="00302D64" w:rsidRDefault="00000000">
            <w:pPr>
              <w:pStyle w:val="Oznaenseznam"/>
              <w:spacing w:after="16"/>
            </w:pPr>
            <w:r>
              <w:rPr>
                <w:color w:val="000000"/>
                <w:sz w:val="16"/>
              </w:rPr>
              <w:t>Kako poskrbim, da me voznik pravočasno opazi?</w:t>
            </w:r>
          </w:p>
          <w:p w14:paraId="3F9EA7AF"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7161ACAC" w14:textId="77777777">
              <w:trPr>
                <w:jc w:val="center"/>
              </w:trPr>
              <w:tc>
                <w:tcPr>
                  <w:tcW w:w="7087" w:type="dxa"/>
                  <w:shd w:val="clear" w:color="auto" w:fill="EDC9EA"/>
                  <w:tcMar>
                    <w:top w:w="45" w:type="dxa"/>
                    <w:left w:w="70" w:type="dxa"/>
                    <w:bottom w:w="45" w:type="dxa"/>
                    <w:right w:w="70" w:type="dxa"/>
                  </w:tcMar>
                </w:tcPr>
                <w:p w14:paraId="4493B3B3" w14:textId="77777777" w:rsidR="00302D64" w:rsidRDefault="00000000">
                  <w:pPr>
                    <w:keepNext/>
                  </w:pPr>
                  <w:r>
                    <w:rPr>
                      <w:b/>
                      <w:color w:val="000000"/>
                    </w:rPr>
                    <w:t>KRITERIJI USPEŠNOSTI</w:t>
                  </w:r>
                </w:p>
              </w:tc>
            </w:tr>
          </w:tbl>
          <w:p w14:paraId="4B2A29BC" w14:textId="77777777" w:rsidR="00302D64" w:rsidRDefault="00302D64"/>
          <w:p w14:paraId="2B8FF6D4" w14:textId="77777777" w:rsidR="00302D64" w:rsidRDefault="00000000">
            <w:pPr>
              <w:spacing w:before="20" w:after="20" w:line="245" w:lineRule="auto"/>
            </w:pPr>
            <w:r>
              <w:rPr>
                <w:b/>
                <w:color w:val="000000"/>
                <w:sz w:val="16"/>
              </w:rPr>
              <w:t>Uspešen/-na bom, ko:</w:t>
            </w:r>
          </w:p>
          <w:p w14:paraId="4CFCDB36" w14:textId="77777777" w:rsidR="00302D64" w:rsidRDefault="00000000">
            <w:pPr>
              <w:pStyle w:val="Oznaenseznam"/>
              <w:spacing w:after="16"/>
            </w:pPr>
            <w:r>
              <w:rPr>
                <w:color w:val="000000"/>
                <w:sz w:val="16"/>
              </w:rPr>
              <w:t>prepoznam vlogo pešca</w:t>
            </w:r>
          </w:p>
          <w:p w14:paraId="1B72894D" w14:textId="77777777" w:rsidR="00302D64" w:rsidRDefault="00000000">
            <w:pPr>
              <w:pStyle w:val="Oznaenseznam"/>
              <w:spacing w:after="16"/>
            </w:pPr>
            <w:r>
              <w:rPr>
                <w:color w:val="000000"/>
                <w:sz w:val="16"/>
              </w:rPr>
              <w:t>varno hodi ob cesti in prečka vozišče</w:t>
            </w:r>
          </w:p>
          <w:p w14:paraId="140A0AEB" w14:textId="77777777" w:rsidR="00302D64" w:rsidRDefault="00000000">
            <w:pPr>
              <w:pStyle w:val="Oznaenseznam"/>
              <w:spacing w:after="16"/>
            </w:pPr>
            <w:r>
              <w:rPr>
                <w:color w:val="000000"/>
                <w:sz w:val="16"/>
              </w:rPr>
              <w:t>uporabljam odsevna telesa</w:t>
            </w:r>
          </w:p>
          <w:p w14:paraId="605198D5"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35611DD0" w14:textId="77777777" w:rsidR="00302D64" w:rsidRDefault="00302D64"/>
          <w:p w14:paraId="69C186C2" w14:textId="77777777" w:rsidR="00302D64" w:rsidRDefault="00000000">
            <w:pPr>
              <w:spacing w:after="80" w:line="245" w:lineRule="auto"/>
            </w:pPr>
            <w:r>
              <w:rPr>
                <w:color w:val="000000"/>
                <w:sz w:val="16"/>
              </w:rPr>
              <w:t>Posluša ali opazuje književno oziroma predmetno izhodišče ter se vključi z gibom, sliko ali besedo.</w:t>
            </w:r>
          </w:p>
          <w:p w14:paraId="405BA448" w14:textId="77777777" w:rsidR="00302D64" w:rsidRDefault="00000000">
            <w:pPr>
              <w:spacing w:after="80" w:line="245" w:lineRule="auto"/>
            </w:pPr>
            <w:r>
              <w:rPr>
                <w:color w:val="000000"/>
                <w:sz w:val="16"/>
              </w:rPr>
              <w:t>Pove, pokaže ali nariše, kaj že ve. Posluša zamisli drugih.</w:t>
            </w:r>
          </w:p>
          <w:p w14:paraId="16BA35E6" w14:textId="77777777" w:rsidR="00302D64" w:rsidRDefault="00000000">
            <w:pPr>
              <w:spacing w:after="100" w:line="245" w:lineRule="auto"/>
            </w:pPr>
            <w:r>
              <w:rPr>
                <w:color w:val="000000"/>
                <w:sz w:val="16"/>
              </w:rPr>
              <w:t>Sodeluje pri razumevanju namenov in kriterijev uspešnosti.</w:t>
            </w:r>
          </w:p>
          <w:p w14:paraId="00B286EF" w14:textId="77777777" w:rsidR="00302D64" w:rsidRDefault="00000000">
            <w:pPr>
              <w:spacing w:after="20" w:line="245" w:lineRule="auto"/>
            </w:pPr>
            <w:r>
              <w:rPr>
                <w:b/>
                <w:color w:val="D95BC6"/>
                <w:sz w:val="17"/>
              </w:rPr>
              <w:t>DOKAZ O UČENJU</w:t>
            </w:r>
          </w:p>
          <w:p w14:paraId="5BEF3226" w14:textId="77777777" w:rsidR="00302D64" w:rsidRDefault="00000000">
            <w:pPr>
              <w:spacing w:after="30" w:line="245" w:lineRule="auto"/>
            </w:pPr>
            <w:r>
              <w:rPr>
                <w:color w:val="D95BC6"/>
                <w:sz w:val="16"/>
              </w:rPr>
              <w:t>začetna zamisel, razvrstitev, risba ali ustni odgovor</w:t>
            </w:r>
          </w:p>
        </w:tc>
      </w:tr>
    </w:tbl>
    <w:p w14:paraId="48AC1C0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B55F3C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BB8AE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ECD0C18" w14:textId="77777777" w:rsidR="00302D64" w:rsidRDefault="00000000">
            <w:pPr>
              <w:jc w:val="center"/>
            </w:pPr>
            <w:r>
              <w:rPr>
                <w:b/>
                <w:color w:val="000000"/>
                <w:sz w:val="20"/>
              </w:rPr>
              <w:t>UČNE DEJAVNOSTI, METODE IN FORMATIVNO SPREMLJANJE</w:t>
            </w:r>
          </w:p>
        </w:tc>
      </w:tr>
      <w:tr w:rsidR="00302D64" w14:paraId="071F98D7" w14:textId="77777777">
        <w:trPr>
          <w:tblHeader/>
          <w:jc w:val="center"/>
        </w:trPr>
        <w:tc>
          <w:tcPr>
            <w:tcW w:w="4422" w:type="dxa"/>
            <w:vMerge/>
            <w:tcMar>
              <w:top w:w="70" w:type="dxa"/>
              <w:left w:w="90" w:type="dxa"/>
              <w:bottom w:w="70" w:type="dxa"/>
              <w:right w:w="90" w:type="dxa"/>
            </w:tcMar>
            <w:vAlign w:val="center"/>
          </w:tcPr>
          <w:p w14:paraId="3B76B559" w14:textId="77777777" w:rsidR="00302D64" w:rsidRDefault="00302D64"/>
        </w:tc>
        <w:tc>
          <w:tcPr>
            <w:tcW w:w="7087" w:type="dxa"/>
            <w:shd w:val="clear" w:color="auto" w:fill="FFFFFF"/>
            <w:tcMar>
              <w:top w:w="70" w:type="dxa"/>
              <w:left w:w="90" w:type="dxa"/>
              <w:bottom w:w="70" w:type="dxa"/>
              <w:right w:w="90" w:type="dxa"/>
            </w:tcMar>
            <w:vAlign w:val="center"/>
          </w:tcPr>
          <w:p w14:paraId="5417E1C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33EB12B" w14:textId="77777777" w:rsidR="00302D64" w:rsidRDefault="00000000">
            <w:pPr>
              <w:jc w:val="center"/>
            </w:pPr>
            <w:r>
              <w:rPr>
                <w:b/>
                <w:color w:val="000000"/>
              </w:rPr>
              <w:t>UČENEC</w:t>
            </w:r>
          </w:p>
        </w:tc>
      </w:tr>
      <w:tr w:rsidR="00302D64" w14:paraId="2F24B733" w14:textId="77777777">
        <w:trPr>
          <w:jc w:val="center"/>
        </w:trPr>
        <w:tc>
          <w:tcPr>
            <w:tcW w:w="4422" w:type="dxa"/>
            <w:tcMar>
              <w:top w:w="70" w:type="dxa"/>
              <w:left w:w="90" w:type="dxa"/>
              <w:bottom w:w="70" w:type="dxa"/>
              <w:right w:w="90" w:type="dxa"/>
            </w:tcMar>
          </w:tcPr>
          <w:p w14:paraId="623717E4" w14:textId="77777777" w:rsidR="00302D64" w:rsidRDefault="00302D64"/>
          <w:p w14:paraId="769C70F9" w14:textId="77777777" w:rsidR="00302D64" w:rsidRDefault="00000000">
            <w:pPr>
              <w:spacing w:after="40" w:line="245" w:lineRule="auto"/>
            </w:pPr>
            <w:r>
              <w:rPr>
                <w:b/>
                <w:color w:val="000000"/>
              </w:rPr>
              <w:t>KLJUČNI POJMI</w:t>
            </w:r>
          </w:p>
          <w:p w14:paraId="6AA6F6EB" w14:textId="77777777" w:rsidR="00302D64" w:rsidRDefault="00000000">
            <w:pPr>
              <w:spacing w:after="80" w:line="245" w:lineRule="auto"/>
            </w:pPr>
            <w:r>
              <w:rPr>
                <w:color w:val="000000"/>
                <w:sz w:val="16"/>
              </w:rPr>
              <w:t>pešec, pločnik, rob vozišča, prehod za pešce, vozilo, vidnost, odsevnik, varna pot, tveganje</w:t>
            </w:r>
          </w:p>
          <w:p w14:paraId="225B75F5" w14:textId="77777777" w:rsidR="00302D64" w:rsidRDefault="00000000">
            <w:pPr>
              <w:spacing w:after="20" w:line="245" w:lineRule="auto"/>
            </w:pPr>
            <w:r>
              <w:rPr>
                <w:b/>
                <w:color w:val="000000"/>
              </w:rPr>
              <w:t>DOKAZI O UČENJU</w:t>
            </w:r>
          </w:p>
          <w:p w14:paraId="29C8F0A7" w14:textId="77777777" w:rsidR="00302D64" w:rsidRDefault="00000000">
            <w:pPr>
              <w:pStyle w:val="Oznaenseznam"/>
              <w:spacing w:after="16"/>
            </w:pPr>
            <w:r>
              <w:rPr>
                <w:color w:val="000000"/>
                <w:sz w:val="16"/>
              </w:rPr>
              <w:t>praktična izvedba varnega prečkanja</w:t>
            </w:r>
          </w:p>
          <w:p w14:paraId="1CC4F66F" w14:textId="77777777" w:rsidR="00302D64" w:rsidRDefault="00000000">
            <w:pPr>
              <w:pStyle w:val="Oznaenseznam"/>
              <w:spacing w:after="16"/>
            </w:pPr>
            <w:r>
              <w:rPr>
                <w:color w:val="000000"/>
                <w:sz w:val="16"/>
              </w:rPr>
              <w:t>razvrstitev in ustna ugotovitev</w:t>
            </w:r>
          </w:p>
          <w:p w14:paraId="4B2EC9E7" w14:textId="77777777" w:rsidR="00302D64" w:rsidRDefault="00000000">
            <w:pPr>
              <w:pStyle w:val="Oznaenseznam"/>
              <w:spacing w:after="16"/>
            </w:pPr>
            <w:r>
              <w:rPr>
                <w:color w:val="000000"/>
                <w:sz w:val="16"/>
              </w:rPr>
              <w:t>skica varne poti in razlaga</w:t>
            </w:r>
          </w:p>
          <w:p w14:paraId="5D048AFE" w14:textId="77777777" w:rsidR="00302D64" w:rsidRDefault="00000000">
            <w:pPr>
              <w:spacing w:before="40" w:after="20" w:line="245" w:lineRule="auto"/>
            </w:pPr>
            <w:r>
              <w:rPr>
                <w:b/>
                <w:color w:val="000000"/>
              </w:rPr>
              <w:t>MEDPREDMETNA POVEZAVA</w:t>
            </w:r>
          </w:p>
          <w:p w14:paraId="12551794" w14:textId="77777777" w:rsidR="00302D64" w:rsidRDefault="00000000">
            <w:pPr>
              <w:spacing w:after="60" w:line="245" w:lineRule="auto"/>
            </w:pPr>
            <w:r>
              <w:rPr>
                <w:color w:val="000000"/>
                <w:sz w:val="16"/>
              </w:rPr>
              <w:t>ŠPO – prometni poligon; MAT – prostorska orientacija; SLJ – navodilo in utemeljitev; LUM – načrt poti</w:t>
            </w:r>
          </w:p>
          <w:p w14:paraId="6576526B" w14:textId="77777777" w:rsidR="00302D64" w:rsidRDefault="00000000">
            <w:pPr>
              <w:spacing w:after="20" w:line="245" w:lineRule="auto"/>
            </w:pPr>
            <w:r>
              <w:rPr>
                <w:b/>
                <w:color w:val="000000"/>
              </w:rPr>
              <w:t>POUČEVANJE V GIBANJU</w:t>
            </w:r>
          </w:p>
          <w:p w14:paraId="0744C1EB"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73D00F30" w14:textId="77777777" w:rsidR="00302D64" w:rsidRDefault="00000000">
            <w:pPr>
              <w:spacing w:after="20" w:line="245" w:lineRule="auto"/>
            </w:pPr>
            <w:r>
              <w:rPr>
                <w:b/>
                <w:color w:val="000000"/>
              </w:rPr>
              <w:t>UČENJE PO ŠTIRIH POSTAJAH</w:t>
            </w:r>
          </w:p>
          <w:p w14:paraId="0FE394D5"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28D1748A" w14:textId="77777777" w:rsidR="00302D64" w:rsidRDefault="00000000">
            <w:pPr>
              <w:spacing w:after="20" w:line="245" w:lineRule="auto"/>
            </w:pPr>
            <w:r>
              <w:rPr>
                <w:b/>
                <w:color w:val="000000"/>
              </w:rPr>
              <w:t>DIFERENCIACIJA IN VKLJUČEVANJE</w:t>
            </w:r>
          </w:p>
          <w:p w14:paraId="06709EB7" w14:textId="77777777" w:rsidR="00302D64" w:rsidRDefault="00000000">
            <w:pPr>
              <w:spacing w:after="60" w:line="245" w:lineRule="auto"/>
            </w:pPr>
            <w:r>
              <w:rPr>
                <w:color w:val="000000"/>
                <w:sz w:val="16"/>
              </w:rPr>
              <w:t>Koraki prečkanja so podprti s slikami in modelom; učenec vadi z odraslim ali vrstnikom; za poglabljanje primerja dve poti po več kriterijih.</w:t>
            </w:r>
          </w:p>
          <w:p w14:paraId="29857805" w14:textId="77777777" w:rsidR="00302D64" w:rsidRDefault="00000000">
            <w:pPr>
              <w:spacing w:after="20" w:line="245" w:lineRule="auto"/>
            </w:pPr>
            <w:r>
              <w:rPr>
                <w:b/>
                <w:color w:val="000000"/>
              </w:rPr>
              <w:t>SPREMLJANJE</w:t>
            </w:r>
          </w:p>
          <w:p w14:paraId="005A31BC"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F32AB9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F7FD279" w14:textId="77777777">
              <w:trPr>
                <w:jc w:val="center"/>
              </w:trPr>
              <w:tc>
                <w:tcPr>
                  <w:tcW w:w="7087" w:type="dxa"/>
                  <w:shd w:val="clear" w:color="auto" w:fill="C6E7F3"/>
                  <w:tcMar>
                    <w:top w:w="45" w:type="dxa"/>
                    <w:left w:w="70" w:type="dxa"/>
                    <w:bottom w:w="45" w:type="dxa"/>
                    <w:right w:w="70" w:type="dxa"/>
                  </w:tcMar>
                </w:tcPr>
                <w:p w14:paraId="75ECFBAB" w14:textId="77777777" w:rsidR="00302D64" w:rsidRDefault="00000000">
                  <w:pPr>
                    <w:keepNext/>
                  </w:pPr>
                  <w:r>
                    <w:t>GLAVNI DEL – IZKUŠENJSKO IN POSTAJNO UČENJE (3 šolske ure)</w:t>
                  </w:r>
                </w:p>
              </w:tc>
            </w:tr>
          </w:tbl>
          <w:p w14:paraId="05BA2F79" w14:textId="77777777" w:rsidR="00302D64" w:rsidRDefault="00302D64">
            <w:pPr>
              <w:spacing w:line="20" w:lineRule="exact"/>
            </w:pPr>
          </w:p>
          <w:p w14:paraId="52BBDB52" w14:textId="77777777" w:rsidR="00302D64" w:rsidRDefault="00000000">
            <w:pPr>
              <w:keepNext/>
              <w:spacing w:before="60" w:after="20" w:line="245" w:lineRule="auto"/>
            </w:pPr>
            <w:r>
              <w:rPr>
                <w:b/>
                <w:color w:val="000000"/>
              </w:rPr>
              <w:t>1. URA – Prometni poligon</w:t>
            </w:r>
          </w:p>
          <w:p w14:paraId="0BD9B2A2" w14:textId="77777777" w:rsidR="00302D64" w:rsidRDefault="00000000">
            <w:pPr>
              <w:spacing w:after="20" w:line="245" w:lineRule="auto"/>
            </w:pPr>
            <w:r>
              <w:rPr>
                <w:b/>
                <w:color w:val="000000"/>
                <w:sz w:val="16"/>
              </w:rPr>
              <w:t xml:space="preserve">Dejavnost učiteljice: </w:t>
            </w:r>
            <w:r>
              <w:rPr>
                <w:color w:val="000000"/>
                <w:sz w:val="16"/>
              </w:rPr>
              <w:t>Na dvorišču uredi pločnik, rob vozišča in prehod. Modelira ustavi se – poglej – poslušaj – prečkaj.</w:t>
            </w:r>
          </w:p>
          <w:p w14:paraId="39A69C29" w14:textId="77777777" w:rsidR="00302D64" w:rsidRDefault="00000000">
            <w:pPr>
              <w:spacing w:after="20" w:line="245" w:lineRule="auto"/>
            </w:pPr>
            <w:r>
              <w:rPr>
                <w:b/>
                <w:color w:val="000000"/>
                <w:sz w:val="16"/>
              </w:rPr>
              <w:t xml:space="preserve">Dejavnost učencev: </w:t>
            </w:r>
            <w:r>
              <w:rPr>
                <w:color w:val="000000"/>
                <w:sz w:val="16"/>
              </w:rPr>
              <w:t>V vlogi pešcev večkrat pravilno prečkajo, opazujejo sošolca in podajo povratno informacijo po kriteriju.</w:t>
            </w:r>
          </w:p>
          <w:p w14:paraId="47C1AA49" w14:textId="77777777" w:rsidR="00302D64" w:rsidRDefault="00000000">
            <w:pPr>
              <w:spacing w:after="40" w:line="245" w:lineRule="auto"/>
            </w:pPr>
            <w:r>
              <w:rPr>
                <w:i/>
                <w:color w:val="D95BC6"/>
                <w:sz w:val="16"/>
              </w:rPr>
              <w:t>Predvideni dokaz: praktična izvedba varnega prečkanja.</w:t>
            </w:r>
          </w:p>
          <w:p w14:paraId="6BAE80BE" w14:textId="77777777" w:rsidR="00302D64" w:rsidRDefault="00000000">
            <w:pPr>
              <w:keepNext/>
              <w:spacing w:before="60" w:after="20" w:line="245" w:lineRule="auto"/>
            </w:pPr>
            <w:r>
              <w:rPr>
                <w:b/>
                <w:color w:val="000000"/>
              </w:rPr>
              <w:t>2. URA – Vidim in sem viden</w:t>
            </w:r>
          </w:p>
          <w:p w14:paraId="208DEB24" w14:textId="77777777" w:rsidR="00302D64" w:rsidRDefault="00000000">
            <w:pPr>
              <w:spacing w:after="20" w:line="245" w:lineRule="auto"/>
            </w:pPr>
            <w:r>
              <w:rPr>
                <w:b/>
                <w:color w:val="000000"/>
                <w:sz w:val="16"/>
              </w:rPr>
              <w:t xml:space="preserve">Dejavnost učiteljice: </w:t>
            </w:r>
            <w:r>
              <w:rPr>
                <w:color w:val="000000"/>
                <w:sz w:val="16"/>
              </w:rPr>
              <w:t>Zatemni prostor in s svetilko primerja temna, svetla in odsevna oblačila oziroma predmete.</w:t>
            </w:r>
          </w:p>
          <w:p w14:paraId="7F829020" w14:textId="77777777" w:rsidR="00302D64" w:rsidRDefault="00000000">
            <w:pPr>
              <w:spacing w:after="20" w:line="245" w:lineRule="auto"/>
            </w:pPr>
            <w:r>
              <w:rPr>
                <w:b/>
                <w:color w:val="000000"/>
                <w:sz w:val="16"/>
              </w:rPr>
              <w:t xml:space="preserve">Dejavnost učencev: </w:t>
            </w:r>
            <w:r>
              <w:rPr>
                <w:color w:val="000000"/>
                <w:sz w:val="16"/>
              </w:rPr>
              <w:t>Napovejo, izvedejo preizkus in razvrstijo predmete glede na vidnost.</w:t>
            </w:r>
          </w:p>
          <w:p w14:paraId="4EE029D7" w14:textId="77777777" w:rsidR="00302D64" w:rsidRDefault="00000000">
            <w:pPr>
              <w:spacing w:after="40" w:line="245" w:lineRule="auto"/>
            </w:pPr>
            <w:r>
              <w:rPr>
                <w:i/>
                <w:color w:val="D95BC6"/>
                <w:sz w:val="16"/>
              </w:rPr>
              <w:t>Predvideni dokaz: razvrstitev in ustna ugotovitev.</w:t>
            </w:r>
          </w:p>
          <w:p w14:paraId="08B1EDA8" w14:textId="77777777" w:rsidR="00302D64" w:rsidRDefault="00000000">
            <w:pPr>
              <w:keepNext/>
              <w:spacing w:before="60" w:after="20" w:line="245" w:lineRule="auto"/>
            </w:pPr>
            <w:r>
              <w:rPr>
                <w:b/>
                <w:color w:val="000000"/>
              </w:rPr>
              <w:t>3. URA – Moja varna pot</w:t>
            </w:r>
          </w:p>
          <w:p w14:paraId="2CF703A0" w14:textId="77777777" w:rsidR="00302D64" w:rsidRDefault="00000000">
            <w:pPr>
              <w:spacing w:after="20" w:line="245" w:lineRule="auto"/>
            </w:pPr>
            <w:r>
              <w:rPr>
                <w:b/>
                <w:color w:val="000000"/>
                <w:sz w:val="16"/>
              </w:rPr>
              <w:t xml:space="preserve">Dejavnost učiteljice: </w:t>
            </w:r>
            <w:r>
              <w:rPr>
                <w:color w:val="000000"/>
                <w:sz w:val="16"/>
              </w:rPr>
              <w:t>Vodi opazovalni sprehod po okolici šole in fotografije ali skico uporabi za skupni načrt.</w:t>
            </w:r>
          </w:p>
          <w:p w14:paraId="1B52D071" w14:textId="77777777" w:rsidR="00302D64" w:rsidRDefault="00000000">
            <w:pPr>
              <w:spacing w:after="20" w:line="245" w:lineRule="auto"/>
            </w:pPr>
            <w:r>
              <w:rPr>
                <w:b/>
                <w:color w:val="000000"/>
                <w:sz w:val="16"/>
              </w:rPr>
              <w:t xml:space="preserve">Dejavnost učencev: </w:t>
            </w:r>
            <w:r>
              <w:rPr>
                <w:color w:val="000000"/>
                <w:sz w:val="16"/>
              </w:rPr>
              <w:t>Opazijo varne točke in tveganja, z znaki označijo pot ter pojasnijo eno odločitev.</w:t>
            </w:r>
          </w:p>
          <w:p w14:paraId="5313452F" w14:textId="77777777" w:rsidR="00302D64" w:rsidRDefault="00000000">
            <w:pPr>
              <w:spacing w:after="40" w:line="245" w:lineRule="auto"/>
            </w:pPr>
            <w:r>
              <w:rPr>
                <w:i/>
                <w:color w:val="D95BC6"/>
                <w:sz w:val="16"/>
              </w:rPr>
              <w:t>Predvideni dokaz: skica varne poti in razlaga.</w:t>
            </w:r>
          </w:p>
          <w:tbl>
            <w:tblPr>
              <w:tblStyle w:val="Tabelamrea"/>
              <w:tblW w:w="0" w:type="auto"/>
              <w:jc w:val="center"/>
              <w:tblLayout w:type="fixed"/>
              <w:tblLook w:val="04A0" w:firstRow="1" w:lastRow="0" w:firstColumn="1" w:lastColumn="0" w:noHBand="0" w:noVBand="1"/>
            </w:tblPr>
            <w:tblGrid>
              <w:gridCol w:w="7087"/>
            </w:tblGrid>
            <w:tr w:rsidR="00302D64" w14:paraId="546AE2A5" w14:textId="77777777">
              <w:trPr>
                <w:jc w:val="center"/>
              </w:trPr>
              <w:tc>
                <w:tcPr>
                  <w:tcW w:w="7087" w:type="dxa"/>
                  <w:shd w:val="clear" w:color="auto" w:fill="EDC9EA"/>
                  <w:tcMar>
                    <w:top w:w="45" w:type="dxa"/>
                    <w:left w:w="70" w:type="dxa"/>
                    <w:bottom w:w="45" w:type="dxa"/>
                    <w:right w:w="70" w:type="dxa"/>
                  </w:tcMar>
                </w:tcPr>
                <w:p w14:paraId="2551F684" w14:textId="77777777" w:rsidR="00302D64" w:rsidRDefault="00000000">
                  <w:pPr>
                    <w:keepNext/>
                  </w:pPr>
                  <w:r>
                    <w:rPr>
                      <w:b/>
                      <w:color w:val="000000"/>
                    </w:rPr>
                    <w:t>UČENJE PO ŠTIRIH POSTAJAH (6–8 min na postajo)</w:t>
                  </w:r>
                </w:p>
              </w:tc>
            </w:tr>
          </w:tbl>
          <w:p w14:paraId="2385B2BA"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5B265ACB" w14:textId="77777777" w:rsidR="00302D64" w:rsidRDefault="00000000">
            <w:pPr>
              <w:spacing w:after="20" w:line="245" w:lineRule="auto"/>
            </w:pPr>
            <w:r>
              <w:rPr>
                <w:b/>
                <w:color w:val="000000"/>
                <w:sz w:val="16"/>
              </w:rPr>
              <w:t xml:space="preserve">RAZISKOVALNA POSTAJA – Prometni poligon: </w:t>
            </w:r>
            <w:r>
              <w:rPr>
                <w:color w:val="000000"/>
                <w:sz w:val="16"/>
              </w:rPr>
              <w:t>V vlogi pešcev večkrat pravilno prečkajo, opazujejo sošolca in podajo povratno informacijo po kriteriju.</w:t>
            </w:r>
          </w:p>
          <w:p w14:paraId="6975F3B0" w14:textId="77777777" w:rsidR="00302D64" w:rsidRDefault="00000000">
            <w:pPr>
              <w:spacing w:after="20" w:line="245" w:lineRule="auto"/>
            </w:pPr>
            <w:r>
              <w:rPr>
                <w:b/>
                <w:color w:val="000000"/>
                <w:sz w:val="16"/>
              </w:rPr>
              <w:t xml:space="preserve">PRAKTIČNA POSTAJA – Vidim in sem viden: </w:t>
            </w:r>
            <w:r>
              <w:rPr>
                <w:color w:val="000000"/>
                <w:sz w:val="16"/>
              </w:rPr>
              <w:t>Napovejo, izvedejo preizkus in razvrstijo predmete glede na vidnost.</w:t>
            </w:r>
          </w:p>
          <w:p w14:paraId="6D128DE3" w14:textId="77777777" w:rsidR="00302D64" w:rsidRDefault="00000000">
            <w:pPr>
              <w:spacing w:after="20" w:line="245" w:lineRule="auto"/>
            </w:pPr>
            <w:r>
              <w:rPr>
                <w:b/>
                <w:color w:val="000000"/>
                <w:sz w:val="16"/>
              </w:rPr>
              <w:t xml:space="preserve">GIBALNO-SODELOVALNA POSTAJA – Moja varna pot: </w:t>
            </w:r>
            <w:r>
              <w:rPr>
                <w:color w:val="000000"/>
                <w:sz w:val="16"/>
              </w:rPr>
              <w:t>Opazijo varne točke in tveganja, z znaki označijo pot ter pojasnijo eno odločitev.</w:t>
            </w:r>
          </w:p>
          <w:p w14:paraId="7BDA2D54" w14:textId="77777777" w:rsidR="00302D64" w:rsidRDefault="00000000">
            <w:pPr>
              <w:spacing w:after="20" w:line="245" w:lineRule="auto"/>
            </w:pPr>
            <w:r>
              <w:rPr>
                <w:b/>
                <w:color w:val="000000"/>
                <w:sz w:val="16"/>
              </w:rPr>
              <w:t xml:space="preserve">POSTAJA DOKAZA IN REFLEKSIJE: </w:t>
            </w:r>
            <w:r>
              <w:rPr>
                <w:color w:val="000000"/>
                <w:sz w:val="16"/>
              </w:rPr>
              <w:t>Izberejo en dokaz (praktična izvedba varnega prečkanja, razvrstitev in ustna ugotovitev),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2557EAEB" w14:textId="77777777">
              <w:trPr>
                <w:jc w:val="center"/>
              </w:trPr>
              <w:tc>
                <w:tcPr>
                  <w:tcW w:w="7087" w:type="dxa"/>
                  <w:shd w:val="clear" w:color="auto" w:fill="EDC9EA"/>
                  <w:tcMar>
                    <w:top w:w="45" w:type="dxa"/>
                    <w:left w:w="70" w:type="dxa"/>
                    <w:bottom w:w="45" w:type="dxa"/>
                    <w:right w:w="70" w:type="dxa"/>
                  </w:tcMar>
                </w:tcPr>
                <w:p w14:paraId="7C09F70F" w14:textId="77777777" w:rsidR="00302D64" w:rsidRDefault="00000000">
                  <w:pPr>
                    <w:keepNext/>
                  </w:pPr>
                  <w:r>
                    <w:rPr>
                      <w:b/>
                      <w:color w:val="000000"/>
                    </w:rPr>
                    <w:t>POVRATNA INFORMACIJA UČITELJICE MED DELOM</w:t>
                  </w:r>
                </w:p>
              </w:tc>
            </w:tr>
          </w:tbl>
          <w:p w14:paraId="38DC0593" w14:textId="77777777" w:rsidR="00302D64" w:rsidRDefault="00302D64"/>
          <w:p w14:paraId="6BCEA7D3"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209382B" w14:textId="77777777" w:rsidR="00302D64" w:rsidRDefault="00302D64"/>
          <w:p w14:paraId="66BCC6D3" w14:textId="77777777" w:rsidR="00302D64" w:rsidRDefault="00000000">
            <w:pPr>
              <w:spacing w:after="20" w:line="245" w:lineRule="auto"/>
            </w:pPr>
            <w:r>
              <w:rPr>
                <w:b/>
                <w:color w:val="000000"/>
                <w:sz w:val="17"/>
              </w:rPr>
              <w:t>1. URA</w:t>
            </w:r>
          </w:p>
          <w:p w14:paraId="73247A92" w14:textId="77777777" w:rsidR="00302D64" w:rsidRDefault="00000000">
            <w:pPr>
              <w:spacing w:after="40" w:line="245" w:lineRule="auto"/>
            </w:pPr>
            <w:r>
              <w:rPr>
                <w:color w:val="000000"/>
                <w:sz w:val="16"/>
              </w:rPr>
              <w:t>V vlogi pešcev večkrat pravilno prečkajo, opazujejo sošolca in podajo povratno informacijo po kriteriju.</w:t>
            </w:r>
          </w:p>
          <w:p w14:paraId="597F1EC9" w14:textId="77777777" w:rsidR="00302D64" w:rsidRDefault="00000000">
            <w:pPr>
              <w:spacing w:line="245" w:lineRule="auto"/>
            </w:pPr>
            <w:r>
              <w:rPr>
                <w:b/>
                <w:color w:val="D95BC6"/>
                <w:sz w:val="16"/>
              </w:rPr>
              <w:t>DOKAZ</w:t>
            </w:r>
          </w:p>
          <w:p w14:paraId="7CCCE6A6" w14:textId="77777777" w:rsidR="00302D64" w:rsidRDefault="00000000">
            <w:pPr>
              <w:spacing w:after="60" w:line="245" w:lineRule="auto"/>
            </w:pPr>
            <w:r>
              <w:rPr>
                <w:color w:val="D95BC6"/>
                <w:sz w:val="16"/>
              </w:rPr>
              <w:t>praktična izvedba varnega prečkanja</w:t>
            </w:r>
          </w:p>
          <w:p w14:paraId="5BB96224" w14:textId="77777777" w:rsidR="00302D64" w:rsidRDefault="00000000">
            <w:pPr>
              <w:spacing w:after="20" w:line="245" w:lineRule="auto"/>
            </w:pPr>
            <w:r>
              <w:rPr>
                <w:b/>
                <w:color w:val="000000"/>
                <w:sz w:val="17"/>
              </w:rPr>
              <w:t>2. URA</w:t>
            </w:r>
          </w:p>
          <w:p w14:paraId="71F6F862" w14:textId="77777777" w:rsidR="00302D64" w:rsidRDefault="00000000">
            <w:pPr>
              <w:spacing w:after="40" w:line="245" w:lineRule="auto"/>
            </w:pPr>
            <w:r>
              <w:rPr>
                <w:color w:val="000000"/>
                <w:sz w:val="16"/>
              </w:rPr>
              <w:t>Napovejo, izvedejo preizkus in razvrstijo predmete glede na vidnost.</w:t>
            </w:r>
          </w:p>
          <w:p w14:paraId="2AA3CABA" w14:textId="77777777" w:rsidR="00302D64" w:rsidRDefault="00000000">
            <w:pPr>
              <w:spacing w:line="245" w:lineRule="auto"/>
            </w:pPr>
            <w:r>
              <w:rPr>
                <w:b/>
                <w:color w:val="D95BC6"/>
                <w:sz w:val="16"/>
              </w:rPr>
              <w:t>DOKAZ</w:t>
            </w:r>
          </w:p>
          <w:p w14:paraId="68A5169D" w14:textId="77777777" w:rsidR="00302D64" w:rsidRDefault="00000000">
            <w:pPr>
              <w:spacing w:after="60" w:line="245" w:lineRule="auto"/>
            </w:pPr>
            <w:r>
              <w:rPr>
                <w:color w:val="D95BC6"/>
                <w:sz w:val="16"/>
              </w:rPr>
              <w:t>razvrstitev in ustna ugotovitev</w:t>
            </w:r>
          </w:p>
          <w:p w14:paraId="20616518" w14:textId="77777777" w:rsidR="00302D64" w:rsidRDefault="00000000">
            <w:pPr>
              <w:spacing w:after="20" w:line="245" w:lineRule="auto"/>
            </w:pPr>
            <w:r>
              <w:rPr>
                <w:b/>
                <w:color w:val="000000"/>
                <w:sz w:val="17"/>
              </w:rPr>
              <w:t>3. URA</w:t>
            </w:r>
          </w:p>
          <w:p w14:paraId="53701E50" w14:textId="77777777" w:rsidR="00302D64" w:rsidRDefault="00000000">
            <w:pPr>
              <w:spacing w:after="40" w:line="245" w:lineRule="auto"/>
            </w:pPr>
            <w:r>
              <w:rPr>
                <w:color w:val="000000"/>
                <w:sz w:val="16"/>
              </w:rPr>
              <w:t>Opazijo varne točke in tveganja, z znaki označijo pot ter pojasnijo eno odločitev.</w:t>
            </w:r>
          </w:p>
          <w:p w14:paraId="0F47BFAD" w14:textId="77777777" w:rsidR="00302D64" w:rsidRDefault="00000000">
            <w:pPr>
              <w:spacing w:line="245" w:lineRule="auto"/>
            </w:pPr>
            <w:r>
              <w:rPr>
                <w:b/>
                <w:color w:val="D95BC6"/>
                <w:sz w:val="16"/>
              </w:rPr>
              <w:t>DOKAZ</w:t>
            </w:r>
          </w:p>
          <w:p w14:paraId="4E9116CE" w14:textId="77777777" w:rsidR="00302D64" w:rsidRDefault="00000000">
            <w:pPr>
              <w:spacing w:after="60" w:line="245" w:lineRule="auto"/>
            </w:pPr>
            <w:r>
              <w:rPr>
                <w:color w:val="D95BC6"/>
                <w:sz w:val="16"/>
              </w:rPr>
              <w:t>skica varne poti in razlaga</w:t>
            </w:r>
          </w:p>
        </w:tc>
      </w:tr>
    </w:tbl>
    <w:p w14:paraId="2E94FB9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552F08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8598F1"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4492666" w14:textId="77777777" w:rsidR="00302D64" w:rsidRDefault="00000000">
            <w:pPr>
              <w:jc w:val="center"/>
            </w:pPr>
            <w:r>
              <w:rPr>
                <w:b/>
                <w:color w:val="000000"/>
                <w:sz w:val="20"/>
              </w:rPr>
              <w:t>UČNE DEJAVNOSTI, METODE IN FORMATIVNO SPREMLJANJE</w:t>
            </w:r>
          </w:p>
        </w:tc>
      </w:tr>
      <w:tr w:rsidR="00302D64" w14:paraId="1C3951B4" w14:textId="77777777">
        <w:trPr>
          <w:tblHeader/>
          <w:jc w:val="center"/>
        </w:trPr>
        <w:tc>
          <w:tcPr>
            <w:tcW w:w="4422" w:type="dxa"/>
            <w:vMerge/>
            <w:tcMar>
              <w:top w:w="70" w:type="dxa"/>
              <w:left w:w="90" w:type="dxa"/>
              <w:bottom w:w="70" w:type="dxa"/>
              <w:right w:w="90" w:type="dxa"/>
            </w:tcMar>
            <w:vAlign w:val="center"/>
          </w:tcPr>
          <w:p w14:paraId="09E1F383" w14:textId="77777777" w:rsidR="00302D64" w:rsidRDefault="00302D64"/>
        </w:tc>
        <w:tc>
          <w:tcPr>
            <w:tcW w:w="7087" w:type="dxa"/>
            <w:shd w:val="clear" w:color="auto" w:fill="FFFFFF"/>
            <w:tcMar>
              <w:top w:w="70" w:type="dxa"/>
              <w:left w:w="90" w:type="dxa"/>
              <w:bottom w:w="70" w:type="dxa"/>
              <w:right w:w="90" w:type="dxa"/>
            </w:tcMar>
            <w:vAlign w:val="center"/>
          </w:tcPr>
          <w:p w14:paraId="3C47B04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4326EE" w14:textId="77777777" w:rsidR="00302D64" w:rsidRDefault="00000000">
            <w:pPr>
              <w:jc w:val="center"/>
            </w:pPr>
            <w:r>
              <w:rPr>
                <w:b/>
                <w:color w:val="000000"/>
              </w:rPr>
              <w:t>UČENEC</w:t>
            </w:r>
          </w:p>
        </w:tc>
      </w:tr>
      <w:tr w:rsidR="00302D64" w14:paraId="175DAFB1" w14:textId="77777777">
        <w:trPr>
          <w:jc w:val="center"/>
        </w:trPr>
        <w:tc>
          <w:tcPr>
            <w:tcW w:w="4422" w:type="dxa"/>
            <w:tcMar>
              <w:top w:w="70" w:type="dxa"/>
              <w:left w:w="90" w:type="dxa"/>
              <w:bottom w:w="70" w:type="dxa"/>
              <w:right w:w="90" w:type="dxa"/>
            </w:tcMar>
          </w:tcPr>
          <w:p w14:paraId="5E0026AD" w14:textId="77777777" w:rsidR="00302D64" w:rsidRDefault="00302D64"/>
          <w:p w14:paraId="46D8B535" w14:textId="77777777" w:rsidR="00302D64" w:rsidRDefault="00000000">
            <w:pPr>
              <w:spacing w:after="40" w:line="245" w:lineRule="auto"/>
            </w:pPr>
            <w:r>
              <w:rPr>
                <w:b/>
                <w:color w:val="000000"/>
              </w:rPr>
              <w:t>FORMATIVNO SPREMLJANJE</w:t>
            </w:r>
          </w:p>
          <w:p w14:paraId="02AC7D7C" w14:textId="77777777" w:rsidR="00302D64" w:rsidRDefault="00000000">
            <w:pPr>
              <w:pStyle w:val="Oznaenseznam"/>
              <w:spacing w:after="16"/>
            </w:pPr>
            <w:r>
              <w:rPr>
                <w:color w:val="000000"/>
                <w:sz w:val="16"/>
              </w:rPr>
              <w:t>predznanje: začetni odgovor, razvrstitev ali prikaz</w:t>
            </w:r>
          </w:p>
          <w:p w14:paraId="2E56BF9C" w14:textId="77777777" w:rsidR="00302D64" w:rsidRDefault="00000000">
            <w:pPr>
              <w:pStyle w:val="Oznaenseznam"/>
              <w:spacing w:after="16"/>
            </w:pPr>
            <w:r>
              <w:rPr>
                <w:color w:val="000000"/>
                <w:sz w:val="16"/>
              </w:rPr>
              <w:t>dokazi med učenjem: izvedba, skica, model, opazovalni zapis ali razlaga</w:t>
            </w:r>
          </w:p>
          <w:p w14:paraId="51019B0A" w14:textId="77777777" w:rsidR="00302D64" w:rsidRDefault="00000000">
            <w:pPr>
              <w:pStyle w:val="Oznaenseznam"/>
              <w:spacing w:after="16"/>
            </w:pPr>
            <w:r>
              <w:rPr>
                <w:color w:val="000000"/>
                <w:sz w:val="16"/>
              </w:rPr>
              <w:t>povratna informacija: konkretna, vezana na kriterij in usmerjena v naslednji korak</w:t>
            </w:r>
          </w:p>
          <w:p w14:paraId="45A5B788" w14:textId="77777777" w:rsidR="00302D64" w:rsidRDefault="00000000">
            <w:pPr>
              <w:pStyle w:val="Oznaenseznam"/>
              <w:spacing w:after="16"/>
            </w:pPr>
            <w:r>
              <w:rPr>
                <w:color w:val="000000"/>
                <w:sz w:val="16"/>
              </w:rPr>
              <w:t>samovrednotenje: semafor, prsti, izbrani simbol ali kratka poved</w:t>
            </w:r>
          </w:p>
          <w:p w14:paraId="017EC1A3" w14:textId="77777777" w:rsidR="00302D64" w:rsidRDefault="00000000">
            <w:pPr>
              <w:spacing w:before="40" w:after="20" w:line="245" w:lineRule="auto"/>
            </w:pPr>
            <w:r>
              <w:rPr>
                <w:b/>
                <w:color w:val="000000"/>
              </w:rPr>
              <w:t>VARNOST IN ODGOVORNOST</w:t>
            </w:r>
          </w:p>
          <w:p w14:paraId="76D74CE6" w14:textId="77777777" w:rsidR="00302D64" w:rsidRDefault="00000000">
            <w:pPr>
              <w:spacing w:after="60" w:line="245" w:lineRule="auto"/>
            </w:pPr>
            <w:r>
              <w:rPr>
                <w:color w:val="000000"/>
                <w:sz w:val="16"/>
              </w:rPr>
              <w:t>Dejavnosti ob cesti se izvajajo le z ustreznim številom spremljevalcev in ob doslednem upoštevanju prometnovarnostnih pravil.</w:t>
            </w:r>
          </w:p>
          <w:p w14:paraId="3CAE06B9" w14:textId="77777777" w:rsidR="00302D64" w:rsidRDefault="00000000">
            <w:pPr>
              <w:spacing w:after="20" w:line="245" w:lineRule="auto"/>
            </w:pPr>
            <w:r>
              <w:rPr>
                <w:b/>
                <w:color w:val="000000"/>
              </w:rPr>
              <w:t>EVIDENCA PO IZVEDBI</w:t>
            </w:r>
          </w:p>
          <w:p w14:paraId="7B44AD43"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14B7DD2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B8D6B0C" w14:textId="77777777">
              <w:trPr>
                <w:jc w:val="center"/>
              </w:trPr>
              <w:tc>
                <w:tcPr>
                  <w:tcW w:w="7087" w:type="dxa"/>
                  <w:shd w:val="clear" w:color="auto" w:fill="EDC9EA"/>
                  <w:tcMar>
                    <w:top w:w="45" w:type="dxa"/>
                    <w:left w:w="70" w:type="dxa"/>
                    <w:bottom w:w="45" w:type="dxa"/>
                    <w:right w:w="70" w:type="dxa"/>
                  </w:tcMar>
                </w:tcPr>
                <w:p w14:paraId="6CACC84F" w14:textId="77777777" w:rsidR="00302D64" w:rsidRDefault="00000000">
                  <w:pPr>
                    <w:keepNext/>
                  </w:pPr>
                  <w:r>
                    <w:rPr>
                      <w:b/>
                      <w:color w:val="000000"/>
                    </w:rPr>
                    <w:t>VPRAŠANJA V PODPORO UČENJU</w:t>
                  </w:r>
                </w:p>
              </w:tc>
            </w:tr>
          </w:tbl>
          <w:p w14:paraId="3B507803" w14:textId="77777777" w:rsidR="00302D64" w:rsidRDefault="00302D64">
            <w:pPr>
              <w:spacing w:line="20" w:lineRule="exact"/>
            </w:pPr>
          </w:p>
          <w:p w14:paraId="1918DDF7" w14:textId="77777777" w:rsidR="00302D64" w:rsidRDefault="00000000">
            <w:pPr>
              <w:pStyle w:val="Oznaenseznam"/>
              <w:spacing w:after="16"/>
            </w:pPr>
            <w:r>
              <w:rPr>
                <w:color w:val="000000"/>
                <w:sz w:val="16"/>
              </w:rPr>
              <w:t>Kaj si opazil/-a in kateri dokaz to pokaže?</w:t>
            </w:r>
          </w:p>
          <w:p w14:paraId="6A07FC28" w14:textId="77777777" w:rsidR="00302D64" w:rsidRDefault="00000000">
            <w:pPr>
              <w:pStyle w:val="Oznaenseznam"/>
              <w:spacing w:after="16"/>
            </w:pPr>
            <w:r>
              <w:rPr>
                <w:color w:val="000000"/>
                <w:sz w:val="16"/>
              </w:rPr>
              <w:t>Kako si prišel/-la do svoje odločitve?</w:t>
            </w:r>
          </w:p>
          <w:p w14:paraId="4F6189E9" w14:textId="77777777" w:rsidR="00302D64" w:rsidRDefault="00000000">
            <w:pPr>
              <w:pStyle w:val="Oznaenseznam"/>
              <w:spacing w:after="16"/>
            </w:pPr>
            <w:r>
              <w:rPr>
                <w:color w:val="000000"/>
                <w:sz w:val="16"/>
              </w:rPr>
              <w:t>Kaj si pri ponovnem poskusu ohranil/-a enako in kaj spremenil/-a?</w:t>
            </w:r>
          </w:p>
          <w:p w14:paraId="6BF48164" w14:textId="77777777" w:rsidR="00302D64" w:rsidRDefault="00000000">
            <w:pPr>
              <w:pStyle w:val="Oznaenseznam"/>
              <w:spacing w:after="16"/>
            </w:pPr>
            <w:r>
              <w:rPr>
                <w:color w:val="000000"/>
                <w:sz w:val="16"/>
              </w:rPr>
              <w:t>Kateri kriterij že dosegaš? Kaj bo tvoj naslednji korak?</w:t>
            </w:r>
          </w:p>
          <w:p w14:paraId="1E14B9B0"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3A64B4DE" w14:textId="77777777">
              <w:trPr>
                <w:jc w:val="center"/>
              </w:trPr>
              <w:tc>
                <w:tcPr>
                  <w:tcW w:w="7087" w:type="dxa"/>
                  <w:shd w:val="clear" w:color="auto" w:fill="C6E7F3"/>
                  <w:tcMar>
                    <w:top w:w="45" w:type="dxa"/>
                    <w:left w:w="70" w:type="dxa"/>
                    <w:bottom w:w="45" w:type="dxa"/>
                    <w:right w:w="70" w:type="dxa"/>
                  </w:tcMar>
                </w:tcPr>
                <w:p w14:paraId="1C245F32" w14:textId="77777777" w:rsidR="00302D64" w:rsidRDefault="00000000">
                  <w:pPr>
                    <w:keepNext/>
                  </w:pPr>
                  <w:r>
                    <w:rPr>
                      <w:b/>
                      <w:color w:val="000000"/>
                    </w:rPr>
                    <w:t>ZAKLJUČNI DEL – UTRJEVANJE IN REFLEKSIJA (10–15 min)</w:t>
                  </w:r>
                </w:p>
              </w:tc>
            </w:tr>
          </w:tbl>
          <w:p w14:paraId="447B68DD" w14:textId="77777777" w:rsidR="00302D64" w:rsidRDefault="00302D64">
            <w:pPr>
              <w:spacing w:line="20" w:lineRule="exact"/>
            </w:pPr>
          </w:p>
          <w:p w14:paraId="4D72B350"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2B9C4AB2" w14:textId="77777777">
              <w:trPr>
                <w:jc w:val="center"/>
              </w:trPr>
              <w:tc>
                <w:tcPr>
                  <w:tcW w:w="7087" w:type="dxa"/>
                  <w:shd w:val="clear" w:color="auto" w:fill="EDC9EA"/>
                  <w:tcMar>
                    <w:top w:w="45" w:type="dxa"/>
                    <w:left w:w="70" w:type="dxa"/>
                    <w:bottom w:w="45" w:type="dxa"/>
                    <w:right w:w="70" w:type="dxa"/>
                  </w:tcMar>
                </w:tcPr>
                <w:p w14:paraId="4455D369" w14:textId="77777777" w:rsidR="00302D64" w:rsidRDefault="00000000">
                  <w:pPr>
                    <w:keepNext/>
                  </w:pPr>
                  <w:r>
                    <w:rPr>
                      <w:b/>
                      <w:color w:val="000000"/>
                    </w:rPr>
                    <w:t>SAMOVREDNOTENJE</w:t>
                  </w:r>
                </w:p>
              </w:tc>
            </w:tr>
          </w:tbl>
          <w:p w14:paraId="25EA698E" w14:textId="77777777" w:rsidR="00302D64" w:rsidRDefault="00302D64">
            <w:pPr>
              <w:spacing w:line="20" w:lineRule="exact"/>
            </w:pPr>
          </w:p>
          <w:p w14:paraId="2CE02CBA"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1E570F6" w14:textId="77777777">
              <w:trPr>
                <w:jc w:val="center"/>
              </w:trPr>
              <w:tc>
                <w:tcPr>
                  <w:tcW w:w="7087" w:type="dxa"/>
                  <w:shd w:val="clear" w:color="auto" w:fill="EDC9EA"/>
                  <w:tcMar>
                    <w:top w:w="45" w:type="dxa"/>
                    <w:left w:w="70" w:type="dxa"/>
                    <w:bottom w:w="45" w:type="dxa"/>
                    <w:right w:w="70" w:type="dxa"/>
                  </w:tcMar>
                </w:tcPr>
                <w:p w14:paraId="2F20A1A1" w14:textId="77777777" w:rsidR="00302D64" w:rsidRDefault="00000000">
                  <w:pPr>
                    <w:keepNext/>
                  </w:pPr>
                  <w:r>
                    <w:rPr>
                      <w:b/>
                      <w:color w:val="000000"/>
                    </w:rPr>
                    <w:t>VRSTNIŠKO VREDNOTENJE</w:t>
                  </w:r>
                </w:p>
              </w:tc>
            </w:tr>
          </w:tbl>
          <w:p w14:paraId="2A2B4E2F" w14:textId="77777777" w:rsidR="00302D64" w:rsidRDefault="00302D64">
            <w:pPr>
              <w:spacing w:line="20" w:lineRule="exact"/>
            </w:pPr>
          </w:p>
          <w:p w14:paraId="5A63191F"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50C603E9" w14:textId="77777777">
              <w:trPr>
                <w:jc w:val="center"/>
              </w:trPr>
              <w:tc>
                <w:tcPr>
                  <w:tcW w:w="7087" w:type="dxa"/>
                  <w:shd w:val="clear" w:color="auto" w:fill="EDC9EA"/>
                  <w:tcMar>
                    <w:top w:w="45" w:type="dxa"/>
                    <w:left w:w="70" w:type="dxa"/>
                    <w:bottom w:w="45" w:type="dxa"/>
                    <w:right w:w="70" w:type="dxa"/>
                  </w:tcMar>
                </w:tcPr>
                <w:p w14:paraId="26C78F02" w14:textId="77777777" w:rsidR="00302D64" w:rsidRDefault="00000000">
                  <w:pPr>
                    <w:keepNext/>
                  </w:pPr>
                  <w:r>
                    <w:rPr>
                      <w:b/>
                      <w:color w:val="000000"/>
                    </w:rPr>
                    <w:t>SKUPNI POVZETEK</w:t>
                  </w:r>
                </w:p>
              </w:tc>
            </w:tr>
          </w:tbl>
          <w:p w14:paraId="5790E6B9" w14:textId="77777777" w:rsidR="00302D64" w:rsidRDefault="00302D64"/>
          <w:p w14:paraId="6CF02251" w14:textId="77777777" w:rsidR="00302D64" w:rsidRDefault="00000000">
            <w:pPr>
              <w:spacing w:before="20" w:after="40" w:line="245" w:lineRule="auto"/>
            </w:pPr>
            <w:r>
              <w:rPr>
                <w:b/>
                <w:color w:val="000000"/>
                <w:sz w:val="17"/>
              </w:rPr>
              <w:t>Kot pešec hodim po varnem delu poti, pravilno prečkam cesto in skrbim, da sem dobro viden.</w:t>
            </w:r>
          </w:p>
        </w:tc>
        <w:tc>
          <w:tcPr>
            <w:tcW w:w="2551" w:type="dxa"/>
            <w:tcMar>
              <w:top w:w="70" w:type="dxa"/>
              <w:left w:w="90" w:type="dxa"/>
              <w:bottom w:w="70" w:type="dxa"/>
              <w:right w:w="90" w:type="dxa"/>
            </w:tcMar>
          </w:tcPr>
          <w:p w14:paraId="536178D5" w14:textId="77777777" w:rsidR="00302D64" w:rsidRDefault="00302D64"/>
          <w:p w14:paraId="5D656383" w14:textId="77777777" w:rsidR="00302D64" w:rsidRDefault="00000000">
            <w:pPr>
              <w:spacing w:after="100" w:line="245" w:lineRule="auto"/>
            </w:pPr>
            <w:r>
              <w:rPr>
                <w:color w:val="000000"/>
                <w:sz w:val="16"/>
              </w:rPr>
              <w:t>Odgovarja na podporna vprašanja in se sklicuje na svoj dokaz.</w:t>
            </w:r>
          </w:p>
          <w:p w14:paraId="15A77428" w14:textId="77777777" w:rsidR="00302D64" w:rsidRDefault="00000000">
            <w:pPr>
              <w:spacing w:after="100" w:line="245" w:lineRule="auto"/>
            </w:pPr>
            <w:r>
              <w:rPr>
                <w:color w:val="000000"/>
                <w:sz w:val="16"/>
              </w:rPr>
              <w:t>Primerja začetno zamisel z ugotovitvijo ter pove ali pokaže, kaj se je naučil/-a.</w:t>
            </w:r>
          </w:p>
          <w:p w14:paraId="541FD4A8" w14:textId="77777777" w:rsidR="00302D64" w:rsidRDefault="00000000">
            <w:pPr>
              <w:spacing w:after="100" w:line="245" w:lineRule="auto"/>
            </w:pPr>
            <w:r>
              <w:rPr>
                <w:color w:val="000000"/>
                <w:sz w:val="16"/>
              </w:rPr>
              <w:t>Izbere raven doseganja in določi naslednji korak.</w:t>
            </w:r>
          </w:p>
          <w:p w14:paraId="642E1EB9" w14:textId="77777777" w:rsidR="00302D64" w:rsidRDefault="00000000">
            <w:pPr>
              <w:spacing w:after="100" w:line="245" w:lineRule="auto"/>
            </w:pPr>
            <w:r>
              <w:rPr>
                <w:color w:val="000000"/>
                <w:sz w:val="16"/>
              </w:rPr>
              <w:t>Sošolcu poda prijazen, konkreten odziv.</w:t>
            </w:r>
          </w:p>
          <w:p w14:paraId="585D9C69" w14:textId="77777777" w:rsidR="00302D64" w:rsidRDefault="00000000">
            <w:pPr>
              <w:spacing w:after="20" w:line="245" w:lineRule="auto"/>
            </w:pPr>
            <w:r>
              <w:rPr>
                <w:b/>
                <w:color w:val="D95BC6"/>
                <w:sz w:val="17"/>
              </w:rPr>
              <w:t>DOKAZ O UČENJU</w:t>
            </w:r>
          </w:p>
          <w:p w14:paraId="1A4655FE" w14:textId="77777777" w:rsidR="00302D64" w:rsidRDefault="00000000">
            <w:pPr>
              <w:spacing w:after="30" w:line="245" w:lineRule="auto"/>
            </w:pPr>
            <w:r>
              <w:rPr>
                <w:color w:val="D95BC6"/>
                <w:sz w:val="16"/>
              </w:rPr>
              <w:t>izvedba ali izdelek, razlaga, samovrednotenje in odziv na povratno informacijo</w:t>
            </w:r>
          </w:p>
        </w:tc>
      </w:tr>
    </w:tbl>
    <w:p w14:paraId="0029D88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1F7D30F5" w14:textId="77777777">
        <w:trPr>
          <w:cantSplit/>
          <w:jc w:val="center"/>
        </w:trPr>
        <w:tc>
          <w:tcPr>
            <w:tcW w:w="14060" w:type="dxa"/>
            <w:gridSpan w:val="6"/>
            <w:tcMar>
              <w:top w:w="70" w:type="dxa"/>
              <w:left w:w="90" w:type="dxa"/>
              <w:bottom w:w="70" w:type="dxa"/>
              <w:right w:w="90" w:type="dxa"/>
            </w:tcMar>
            <w:vAlign w:val="center"/>
          </w:tcPr>
          <w:p w14:paraId="60650BA9" w14:textId="77777777" w:rsidR="00302D64" w:rsidRDefault="00000000">
            <w:pPr>
              <w:jc w:val="center"/>
            </w:pPr>
            <w:r>
              <w:rPr>
                <w:b/>
                <w:color w:val="000000"/>
                <w:sz w:val="24"/>
              </w:rPr>
              <w:lastRenderedPageBreak/>
              <w:t>UČNA PRIPRAVA 6/39</w:t>
            </w:r>
          </w:p>
        </w:tc>
      </w:tr>
      <w:tr w:rsidR="00302D64" w14:paraId="1246FE24" w14:textId="77777777">
        <w:trPr>
          <w:jc w:val="center"/>
        </w:trPr>
        <w:tc>
          <w:tcPr>
            <w:tcW w:w="2665" w:type="dxa"/>
            <w:tcMar>
              <w:top w:w="70" w:type="dxa"/>
              <w:left w:w="90" w:type="dxa"/>
              <w:bottom w:w="70" w:type="dxa"/>
              <w:right w:w="90" w:type="dxa"/>
            </w:tcMar>
            <w:vAlign w:val="center"/>
          </w:tcPr>
          <w:p w14:paraId="20CBF1B6"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B048A44"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0839208F"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2A2B6DD" w14:textId="77777777" w:rsidR="00302D64" w:rsidRDefault="00000000">
            <w:r>
              <w:rPr>
                <w:b/>
                <w:color w:val="000000"/>
                <w:sz w:val="16"/>
              </w:rPr>
              <w:t xml:space="preserve">NAČRTOVANI TERMIN: </w:t>
            </w:r>
            <w:r>
              <w:rPr>
                <w:color w:val="000000"/>
                <w:sz w:val="16"/>
              </w:rPr>
              <w:t>6. teden • 5.–9. 10. 2026</w:t>
            </w:r>
          </w:p>
        </w:tc>
        <w:tc>
          <w:tcPr>
            <w:tcW w:w="2268" w:type="dxa"/>
            <w:tcMar>
              <w:top w:w="70" w:type="dxa"/>
              <w:left w:w="90" w:type="dxa"/>
              <w:bottom w:w="70" w:type="dxa"/>
              <w:right w:w="90" w:type="dxa"/>
            </w:tcMar>
            <w:vAlign w:val="center"/>
          </w:tcPr>
          <w:p w14:paraId="074DF682"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4F691DF" w14:textId="77777777" w:rsidR="00302D64" w:rsidRDefault="00000000">
            <w:r>
              <w:rPr>
                <w:b/>
                <w:color w:val="000000"/>
                <w:sz w:val="16"/>
              </w:rPr>
              <w:t xml:space="preserve">ŠTEVILO UR: </w:t>
            </w:r>
            <w:r>
              <w:rPr>
                <w:color w:val="000000"/>
                <w:sz w:val="16"/>
              </w:rPr>
              <w:t>3</w:t>
            </w:r>
          </w:p>
        </w:tc>
      </w:tr>
      <w:tr w:rsidR="00302D64" w14:paraId="68D8391B" w14:textId="77777777">
        <w:trPr>
          <w:jc w:val="center"/>
        </w:trPr>
        <w:tc>
          <w:tcPr>
            <w:tcW w:w="14061" w:type="dxa"/>
            <w:gridSpan w:val="6"/>
            <w:tcMar>
              <w:top w:w="70" w:type="dxa"/>
              <w:left w:w="90" w:type="dxa"/>
              <w:bottom w:w="70" w:type="dxa"/>
              <w:right w:w="90" w:type="dxa"/>
            </w:tcMar>
            <w:vAlign w:val="center"/>
          </w:tcPr>
          <w:p w14:paraId="489074A8" w14:textId="77777777" w:rsidR="00302D64" w:rsidRDefault="00000000">
            <w:r>
              <w:t>TIP UČNE URE: obravnava, izkušenjsko raziskovanje, učenje po postajah, utrjevanje in formativno spremljanje</w:t>
            </w:r>
          </w:p>
        </w:tc>
      </w:tr>
      <w:tr w:rsidR="00302D64" w14:paraId="0054D07C" w14:textId="77777777">
        <w:trPr>
          <w:cantSplit/>
          <w:jc w:val="center"/>
        </w:trPr>
        <w:tc>
          <w:tcPr>
            <w:tcW w:w="14060" w:type="dxa"/>
            <w:gridSpan w:val="6"/>
            <w:tcMar>
              <w:top w:w="70" w:type="dxa"/>
              <w:left w:w="90" w:type="dxa"/>
              <w:bottom w:w="70" w:type="dxa"/>
              <w:right w:w="90" w:type="dxa"/>
            </w:tcMar>
            <w:vAlign w:val="center"/>
          </w:tcPr>
          <w:p w14:paraId="4A13A61D" w14:textId="77777777" w:rsidR="00302D64" w:rsidRDefault="00302D64"/>
          <w:p w14:paraId="6ED87030" w14:textId="77777777" w:rsidR="00302D64" w:rsidRDefault="00000000">
            <w:pPr>
              <w:spacing w:line="245" w:lineRule="auto"/>
            </w:pPr>
            <w:r>
              <w:rPr>
                <w:b/>
                <w:color w:val="000000"/>
                <w:sz w:val="17"/>
              </w:rPr>
              <w:t xml:space="preserve">UČNI SKLOP: </w:t>
            </w:r>
            <w:r>
              <w:rPr>
                <w:color w:val="000000"/>
                <w:sz w:val="17"/>
              </w:rPr>
              <w:t>VARNA POT IN MOBILNOST</w:t>
            </w:r>
          </w:p>
        </w:tc>
      </w:tr>
      <w:tr w:rsidR="00302D64" w14:paraId="3B92E78A" w14:textId="77777777">
        <w:trPr>
          <w:cantSplit/>
          <w:jc w:val="center"/>
        </w:trPr>
        <w:tc>
          <w:tcPr>
            <w:tcW w:w="14060" w:type="dxa"/>
            <w:gridSpan w:val="6"/>
            <w:tcMar>
              <w:top w:w="70" w:type="dxa"/>
              <w:left w:w="90" w:type="dxa"/>
              <w:bottom w:w="70" w:type="dxa"/>
              <w:right w:w="90" w:type="dxa"/>
            </w:tcMar>
            <w:vAlign w:val="center"/>
          </w:tcPr>
          <w:p w14:paraId="50CEE004" w14:textId="77777777" w:rsidR="00302D64" w:rsidRDefault="00302D64"/>
          <w:p w14:paraId="2B74D16C" w14:textId="77777777" w:rsidR="00302D64" w:rsidRDefault="00000000">
            <w:pPr>
              <w:spacing w:line="245" w:lineRule="auto"/>
            </w:pPr>
            <w:r>
              <w:rPr>
                <w:b/>
                <w:color w:val="000000"/>
                <w:sz w:val="17"/>
              </w:rPr>
              <w:t xml:space="preserve">UČNA TEMA: </w:t>
            </w:r>
            <w:r>
              <w:rPr>
                <w:color w:val="000000"/>
                <w:sz w:val="17"/>
              </w:rPr>
              <w:t>PROMETNI ZNAKI</w:t>
            </w:r>
          </w:p>
        </w:tc>
      </w:tr>
      <w:tr w:rsidR="00302D64" w14:paraId="061F1AA3" w14:textId="77777777">
        <w:trPr>
          <w:cantSplit/>
          <w:jc w:val="center"/>
        </w:trPr>
        <w:tc>
          <w:tcPr>
            <w:tcW w:w="14060" w:type="dxa"/>
            <w:gridSpan w:val="6"/>
            <w:tcMar>
              <w:top w:w="70" w:type="dxa"/>
              <w:left w:w="90" w:type="dxa"/>
              <w:bottom w:w="70" w:type="dxa"/>
              <w:right w:w="90" w:type="dxa"/>
            </w:tcMar>
            <w:vAlign w:val="center"/>
          </w:tcPr>
          <w:p w14:paraId="0DC961AB" w14:textId="77777777" w:rsidR="00302D64" w:rsidRDefault="00302D64"/>
          <w:p w14:paraId="01B48A02" w14:textId="77777777" w:rsidR="00302D64" w:rsidRDefault="00000000">
            <w:pPr>
              <w:spacing w:line="245" w:lineRule="auto"/>
            </w:pPr>
            <w:r>
              <w:rPr>
                <w:b/>
                <w:color w:val="000000"/>
                <w:sz w:val="17"/>
              </w:rPr>
              <w:t xml:space="preserve">KNJIŽEVNO IZHODIŠČE IN MOTIV: </w:t>
            </w:r>
            <w:r>
              <w:rPr>
                <w:color w:val="000000"/>
                <w:sz w:val="17"/>
              </w:rPr>
              <w:t>»Volk in sedem kozličkov« – brata Grimm • prepoznavanje znakov, varnost doma in kritično poslušanje</w:t>
            </w:r>
          </w:p>
        </w:tc>
      </w:tr>
      <w:tr w:rsidR="00302D64" w14:paraId="1EB3FE80" w14:textId="77777777">
        <w:trPr>
          <w:cantSplit/>
          <w:jc w:val="center"/>
        </w:trPr>
        <w:tc>
          <w:tcPr>
            <w:tcW w:w="14060" w:type="dxa"/>
            <w:gridSpan w:val="6"/>
            <w:tcMar>
              <w:top w:w="70" w:type="dxa"/>
              <w:left w:w="90" w:type="dxa"/>
              <w:bottom w:w="70" w:type="dxa"/>
              <w:right w:w="90" w:type="dxa"/>
            </w:tcMar>
            <w:vAlign w:val="center"/>
          </w:tcPr>
          <w:p w14:paraId="724DA3A0" w14:textId="77777777" w:rsidR="00302D64" w:rsidRDefault="00302D64"/>
          <w:p w14:paraId="278B1BBE" w14:textId="77777777" w:rsidR="00302D64" w:rsidRDefault="00000000">
            <w:pPr>
              <w:spacing w:line="245" w:lineRule="auto"/>
            </w:pPr>
            <w:r>
              <w:rPr>
                <w:b/>
                <w:color w:val="000000"/>
                <w:sz w:val="17"/>
              </w:rPr>
              <w:t xml:space="preserve">UČNE ENOTE: </w:t>
            </w:r>
            <w:r>
              <w:rPr>
                <w:color w:val="000000"/>
                <w:sz w:val="17"/>
              </w:rPr>
              <w:t>1. ura – Lov na znake • 2. ura – Promet pod lupo • 3. ura – Prepoznaj in varno ravnaj</w:t>
            </w:r>
          </w:p>
        </w:tc>
      </w:tr>
      <w:tr w:rsidR="00302D64" w14:paraId="5A99AD49" w14:textId="77777777">
        <w:trPr>
          <w:cantSplit/>
          <w:jc w:val="center"/>
        </w:trPr>
        <w:tc>
          <w:tcPr>
            <w:tcW w:w="14060" w:type="dxa"/>
            <w:gridSpan w:val="6"/>
            <w:tcMar>
              <w:top w:w="70" w:type="dxa"/>
              <w:left w:w="90" w:type="dxa"/>
              <w:bottom w:w="70" w:type="dxa"/>
              <w:right w:w="90" w:type="dxa"/>
            </w:tcMar>
            <w:vAlign w:val="center"/>
          </w:tcPr>
          <w:p w14:paraId="7A3729FF" w14:textId="77777777" w:rsidR="00302D64" w:rsidRDefault="00302D64"/>
          <w:p w14:paraId="31531000"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4FC8EE20" w14:textId="77777777">
        <w:trPr>
          <w:cantSplit/>
          <w:jc w:val="center"/>
        </w:trPr>
        <w:tc>
          <w:tcPr>
            <w:tcW w:w="14060" w:type="dxa"/>
            <w:gridSpan w:val="6"/>
            <w:tcMar>
              <w:top w:w="70" w:type="dxa"/>
              <w:left w:w="90" w:type="dxa"/>
              <w:bottom w:w="70" w:type="dxa"/>
              <w:right w:w="90" w:type="dxa"/>
            </w:tcMar>
            <w:vAlign w:val="center"/>
          </w:tcPr>
          <w:p w14:paraId="5499A8D4" w14:textId="77777777" w:rsidR="00302D64" w:rsidRDefault="00302D64"/>
          <w:p w14:paraId="25EEA8A8"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D40D55A" w14:textId="77777777">
        <w:trPr>
          <w:cantSplit/>
          <w:jc w:val="center"/>
        </w:trPr>
        <w:tc>
          <w:tcPr>
            <w:tcW w:w="14060" w:type="dxa"/>
            <w:gridSpan w:val="6"/>
            <w:tcMar>
              <w:top w:w="70" w:type="dxa"/>
              <w:left w:w="90" w:type="dxa"/>
              <w:bottom w:w="70" w:type="dxa"/>
              <w:right w:w="90" w:type="dxa"/>
            </w:tcMar>
            <w:vAlign w:val="center"/>
          </w:tcPr>
          <w:p w14:paraId="6A642B32" w14:textId="77777777" w:rsidR="00302D64" w:rsidRDefault="00302D64"/>
          <w:p w14:paraId="1FDA1ABF"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5F9A887" w14:textId="77777777">
        <w:trPr>
          <w:cantSplit/>
          <w:jc w:val="center"/>
        </w:trPr>
        <w:tc>
          <w:tcPr>
            <w:tcW w:w="14060" w:type="dxa"/>
            <w:gridSpan w:val="6"/>
            <w:tcMar>
              <w:top w:w="70" w:type="dxa"/>
              <w:left w:w="90" w:type="dxa"/>
              <w:bottom w:w="70" w:type="dxa"/>
              <w:right w:w="90" w:type="dxa"/>
            </w:tcMar>
            <w:vAlign w:val="center"/>
          </w:tcPr>
          <w:p w14:paraId="0B458782" w14:textId="77777777" w:rsidR="00302D64" w:rsidRDefault="00302D64"/>
          <w:p w14:paraId="056C4758" w14:textId="77777777" w:rsidR="00302D64" w:rsidRDefault="00000000">
            <w:pPr>
              <w:spacing w:line="245" w:lineRule="auto"/>
            </w:pPr>
            <w:r>
              <w:rPr>
                <w:b/>
                <w:color w:val="000000"/>
                <w:sz w:val="17"/>
              </w:rPr>
              <w:t xml:space="preserve">MEDPREDMETNE POVEZAVE: </w:t>
            </w:r>
            <w:r>
              <w:rPr>
                <w:color w:val="000000"/>
                <w:sz w:val="17"/>
              </w:rPr>
              <w:t>SLJ – razumevanje sporočila znaka; MAT – oblike in razvrščanje; ŠPO – prometna simulacija; LUM – oblikovanje znaka</w:t>
            </w:r>
          </w:p>
        </w:tc>
      </w:tr>
      <w:tr w:rsidR="00302D64" w14:paraId="3FBFF3F5" w14:textId="77777777">
        <w:trPr>
          <w:cantSplit/>
          <w:jc w:val="center"/>
        </w:trPr>
        <w:tc>
          <w:tcPr>
            <w:tcW w:w="14060" w:type="dxa"/>
            <w:gridSpan w:val="6"/>
            <w:tcMar>
              <w:top w:w="70" w:type="dxa"/>
              <w:left w:w="90" w:type="dxa"/>
              <w:bottom w:w="70" w:type="dxa"/>
              <w:right w:w="90" w:type="dxa"/>
            </w:tcMar>
            <w:vAlign w:val="center"/>
          </w:tcPr>
          <w:p w14:paraId="75C3074D" w14:textId="77777777" w:rsidR="00302D64" w:rsidRDefault="00302D64"/>
          <w:p w14:paraId="55FC0105" w14:textId="77777777" w:rsidR="00302D64" w:rsidRDefault="00000000">
            <w:pPr>
              <w:spacing w:line="245" w:lineRule="auto"/>
            </w:pPr>
            <w:r>
              <w:rPr>
                <w:b/>
                <w:color w:val="000000"/>
                <w:sz w:val="17"/>
              </w:rPr>
              <w:t xml:space="preserve">UČNA SREDSTVA IN PRIPOMOČKI: </w:t>
            </w:r>
            <w:r>
              <w:rPr>
                <w:color w:val="000000"/>
                <w:sz w:val="17"/>
              </w:rPr>
              <w:t>prometni znaki in fotografije, povečevalna stekla, slikovni beležilni list, lutka ali telefon-igrača, kartice zaupanja vrednih odraslih</w:t>
            </w:r>
          </w:p>
        </w:tc>
      </w:tr>
      <w:tr w:rsidR="00302D64" w14:paraId="435D0595" w14:textId="77777777">
        <w:trPr>
          <w:cantSplit/>
          <w:jc w:val="center"/>
        </w:trPr>
        <w:tc>
          <w:tcPr>
            <w:tcW w:w="14060" w:type="dxa"/>
            <w:gridSpan w:val="6"/>
            <w:tcMar>
              <w:top w:w="70" w:type="dxa"/>
              <w:left w:w="90" w:type="dxa"/>
              <w:bottom w:w="70" w:type="dxa"/>
              <w:right w:w="90" w:type="dxa"/>
            </w:tcMar>
            <w:vAlign w:val="center"/>
          </w:tcPr>
          <w:p w14:paraId="41FEE15C" w14:textId="77777777" w:rsidR="00302D64" w:rsidRDefault="00302D64"/>
          <w:p w14:paraId="6A185AB7"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14579918" w14:textId="77777777">
        <w:trPr>
          <w:cantSplit/>
          <w:jc w:val="center"/>
        </w:trPr>
        <w:tc>
          <w:tcPr>
            <w:tcW w:w="14060" w:type="dxa"/>
            <w:gridSpan w:val="6"/>
            <w:tcMar>
              <w:top w:w="70" w:type="dxa"/>
              <w:left w:w="90" w:type="dxa"/>
              <w:bottom w:w="70" w:type="dxa"/>
              <w:right w:w="90" w:type="dxa"/>
            </w:tcMar>
            <w:vAlign w:val="center"/>
          </w:tcPr>
          <w:p w14:paraId="62ABFC92" w14:textId="77777777" w:rsidR="00302D64" w:rsidRDefault="00302D64"/>
          <w:p w14:paraId="7B0545E7"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2BE32D7C" w14:textId="77777777">
        <w:trPr>
          <w:cantSplit/>
          <w:jc w:val="center"/>
        </w:trPr>
        <w:tc>
          <w:tcPr>
            <w:tcW w:w="14060" w:type="dxa"/>
            <w:gridSpan w:val="6"/>
            <w:tcMar>
              <w:top w:w="70" w:type="dxa"/>
              <w:left w:w="90" w:type="dxa"/>
              <w:bottom w:w="70" w:type="dxa"/>
              <w:right w:w="90" w:type="dxa"/>
            </w:tcMar>
            <w:vAlign w:val="center"/>
          </w:tcPr>
          <w:p w14:paraId="7F98F007" w14:textId="77777777" w:rsidR="00302D64" w:rsidRDefault="00302D64"/>
          <w:p w14:paraId="293D333B"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4554B9B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1C044B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E65D99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58E7C6" w14:textId="77777777" w:rsidR="00302D64" w:rsidRDefault="00000000">
            <w:pPr>
              <w:jc w:val="center"/>
            </w:pPr>
            <w:r>
              <w:rPr>
                <w:b/>
                <w:color w:val="000000"/>
                <w:sz w:val="20"/>
              </w:rPr>
              <w:t>UČNE DEJAVNOSTI, METODE IN FORMATIVNO SPREMLJANJE</w:t>
            </w:r>
          </w:p>
        </w:tc>
      </w:tr>
      <w:tr w:rsidR="00302D64" w14:paraId="1580F590" w14:textId="77777777">
        <w:trPr>
          <w:tblHeader/>
          <w:jc w:val="center"/>
        </w:trPr>
        <w:tc>
          <w:tcPr>
            <w:tcW w:w="4422" w:type="dxa"/>
            <w:vMerge/>
            <w:tcMar>
              <w:top w:w="70" w:type="dxa"/>
              <w:left w:w="90" w:type="dxa"/>
              <w:bottom w:w="70" w:type="dxa"/>
              <w:right w:w="90" w:type="dxa"/>
            </w:tcMar>
            <w:vAlign w:val="center"/>
          </w:tcPr>
          <w:p w14:paraId="2818D349" w14:textId="77777777" w:rsidR="00302D64" w:rsidRDefault="00302D64"/>
        </w:tc>
        <w:tc>
          <w:tcPr>
            <w:tcW w:w="7087" w:type="dxa"/>
            <w:shd w:val="clear" w:color="auto" w:fill="FFFFFF"/>
            <w:tcMar>
              <w:top w:w="70" w:type="dxa"/>
              <w:left w:w="90" w:type="dxa"/>
              <w:bottom w:w="70" w:type="dxa"/>
              <w:right w:w="90" w:type="dxa"/>
            </w:tcMar>
            <w:vAlign w:val="center"/>
          </w:tcPr>
          <w:p w14:paraId="5B6E50D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202039" w14:textId="77777777" w:rsidR="00302D64" w:rsidRDefault="00000000">
            <w:pPr>
              <w:jc w:val="center"/>
            </w:pPr>
            <w:r>
              <w:rPr>
                <w:b/>
                <w:color w:val="000000"/>
              </w:rPr>
              <w:t>UČENEC</w:t>
            </w:r>
          </w:p>
        </w:tc>
      </w:tr>
      <w:tr w:rsidR="00302D64" w14:paraId="2B937A9B" w14:textId="77777777">
        <w:trPr>
          <w:jc w:val="center"/>
        </w:trPr>
        <w:tc>
          <w:tcPr>
            <w:tcW w:w="4422" w:type="dxa"/>
            <w:tcMar>
              <w:top w:w="70" w:type="dxa"/>
              <w:left w:w="90" w:type="dxa"/>
              <w:bottom w:w="70" w:type="dxa"/>
              <w:right w:w="90" w:type="dxa"/>
            </w:tcMar>
          </w:tcPr>
          <w:p w14:paraId="0F595A66" w14:textId="77777777" w:rsidR="00302D64" w:rsidRDefault="00302D64"/>
          <w:p w14:paraId="71EDC0A9" w14:textId="77777777" w:rsidR="00302D64" w:rsidRDefault="00000000">
            <w:pPr>
              <w:spacing w:after="60" w:line="245" w:lineRule="auto"/>
            </w:pPr>
            <w:r>
              <w:rPr>
                <w:b/>
                <w:color w:val="000000"/>
              </w:rPr>
              <w:t>UČNI CILJI</w:t>
            </w:r>
          </w:p>
          <w:p w14:paraId="490509C8" w14:textId="77777777" w:rsidR="00302D64" w:rsidRDefault="00000000">
            <w:pPr>
              <w:spacing w:after="20" w:line="245" w:lineRule="auto"/>
            </w:pPr>
            <w:r>
              <w:rPr>
                <w:b/>
                <w:color w:val="000000"/>
                <w:sz w:val="17"/>
              </w:rPr>
              <w:t>SPLOŠNI</w:t>
            </w:r>
          </w:p>
          <w:p w14:paraId="61551732" w14:textId="77777777" w:rsidR="00302D64" w:rsidRDefault="00000000">
            <w:pPr>
              <w:pStyle w:val="Oznaenseznam"/>
              <w:spacing w:after="16"/>
            </w:pPr>
            <w:r>
              <w:rPr>
                <w:color w:val="000000"/>
                <w:sz w:val="16"/>
              </w:rPr>
              <w:t>razvija radovednost ter sistematično opazuje, primerja, razvršča in sporoča ugotovitve</w:t>
            </w:r>
          </w:p>
          <w:p w14:paraId="1867B554" w14:textId="77777777" w:rsidR="00302D64" w:rsidRDefault="00000000">
            <w:pPr>
              <w:pStyle w:val="Oznaenseznam"/>
              <w:spacing w:after="16"/>
            </w:pPr>
            <w:r>
              <w:rPr>
                <w:color w:val="000000"/>
                <w:sz w:val="16"/>
              </w:rPr>
              <w:t>sodeluje, posluša druge in svoja opažanja izraža na razvojno primeren način</w:t>
            </w:r>
          </w:p>
          <w:p w14:paraId="5DA41B06" w14:textId="77777777" w:rsidR="00302D64" w:rsidRDefault="00000000">
            <w:pPr>
              <w:pStyle w:val="Oznaenseznam"/>
              <w:spacing w:after="16"/>
            </w:pPr>
            <w:r>
              <w:rPr>
                <w:color w:val="000000"/>
                <w:sz w:val="16"/>
              </w:rPr>
              <w:t>ravna varno, odgovorno in skrbno do sebe, drugih ter okolja</w:t>
            </w:r>
          </w:p>
          <w:p w14:paraId="7BADA844" w14:textId="77777777" w:rsidR="00302D64" w:rsidRDefault="00000000">
            <w:pPr>
              <w:pStyle w:val="Oznaenseznam"/>
              <w:spacing w:after="16"/>
            </w:pPr>
            <w:r>
              <w:rPr>
                <w:color w:val="000000"/>
                <w:sz w:val="16"/>
              </w:rPr>
              <w:t>ob kriterijih spremlja svoje učenje in sprejema opisno povratno informacijo</w:t>
            </w:r>
          </w:p>
          <w:p w14:paraId="501D38E8" w14:textId="77777777" w:rsidR="00302D64" w:rsidRDefault="00000000">
            <w:pPr>
              <w:spacing w:before="40" w:after="20" w:line="245" w:lineRule="auto"/>
            </w:pPr>
            <w:r>
              <w:rPr>
                <w:b/>
                <w:color w:val="000000"/>
                <w:sz w:val="17"/>
              </w:rPr>
              <w:t>OPERATIVNI</w:t>
            </w:r>
          </w:p>
          <w:p w14:paraId="0C1CEE08" w14:textId="77777777" w:rsidR="00302D64" w:rsidRDefault="00000000">
            <w:pPr>
              <w:pStyle w:val="Oznaenseznam"/>
              <w:spacing w:after="16"/>
            </w:pPr>
            <w:r>
              <w:rPr>
                <w:color w:val="000000"/>
                <w:sz w:val="16"/>
              </w:rPr>
              <w:t>razume pomen izbranih znakov za pešce</w:t>
            </w:r>
          </w:p>
          <w:p w14:paraId="4CE462E6" w14:textId="77777777" w:rsidR="00302D64" w:rsidRDefault="00000000">
            <w:pPr>
              <w:pStyle w:val="Oznaenseznam"/>
              <w:spacing w:after="16"/>
            </w:pPr>
            <w:r>
              <w:rPr>
                <w:color w:val="000000"/>
                <w:sz w:val="16"/>
              </w:rPr>
              <w:t>opazuje promet v okolici</w:t>
            </w:r>
          </w:p>
          <w:p w14:paraId="70B30205" w14:textId="77777777" w:rsidR="00302D64" w:rsidRDefault="00000000">
            <w:pPr>
              <w:pStyle w:val="Oznaenseznam"/>
              <w:spacing w:after="16"/>
            </w:pPr>
            <w:r>
              <w:rPr>
                <w:color w:val="000000"/>
                <w:sz w:val="16"/>
              </w:rPr>
              <w:t>pojasni varno ravnanje</w:t>
            </w:r>
          </w:p>
          <w:p w14:paraId="1E616C4F" w14:textId="77777777" w:rsidR="00302D64" w:rsidRDefault="00000000">
            <w:pPr>
              <w:spacing w:before="40" w:after="20" w:line="245" w:lineRule="auto"/>
            </w:pPr>
            <w:r>
              <w:rPr>
                <w:b/>
                <w:color w:val="000000"/>
                <w:sz w:val="17"/>
              </w:rPr>
              <w:t>PRIČAKOVANI DOSEŽKI / STANDARDI</w:t>
            </w:r>
          </w:p>
          <w:p w14:paraId="1A84DB28" w14:textId="77777777" w:rsidR="00302D64" w:rsidRDefault="00000000">
            <w:pPr>
              <w:pStyle w:val="Oznaenseznam"/>
              <w:spacing w:after="16"/>
            </w:pPr>
            <w:r>
              <w:rPr>
                <w:color w:val="000000"/>
                <w:sz w:val="16"/>
              </w:rPr>
              <w:t>ob konkretni ali slikovni opori razume pomen izbranih znakov za pešce</w:t>
            </w:r>
          </w:p>
          <w:p w14:paraId="75D859CE" w14:textId="77777777" w:rsidR="00302D64" w:rsidRDefault="00000000">
            <w:pPr>
              <w:pStyle w:val="Oznaenseznam"/>
              <w:spacing w:after="16"/>
            </w:pPr>
            <w:r>
              <w:rPr>
                <w:color w:val="000000"/>
                <w:sz w:val="16"/>
              </w:rPr>
              <w:t>ob konkretni ali slikovni opori opazuje promet v okolici</w:t>
            </w:r>
          </w:p>
          <w:p w14:paraId="07FA3098" w14:textId="77777777" w:rsidR="00302D64" w:rsidRDefault="00000000">
            <w:pPr>
              <w:pStyle w:val="Oznaenseznam"/>
              <w:spacing w:after="16"/>
            </w:pPr>
            <w:r>
              <w:rPr>
                <w:color w:val="000000"/>
                <w:sz w:val="16"/>
              </w:rPr>
              <w:t>ob konkretni ali slikovni opori pojasni varno ravnanje</w:t>
            </w:r>
          </w:p>
        </w:tc>
        <w:tc>
          <w:tcPr>
            <w:tcW w:w="7087" w:type="dxa"/>
            <w:tcMar>
              <w:top w:w="70" w:type="dxa"/>
              <w:left w:w="90" w:type="dxa"/>
              <w:bottom w:w="70" w:type="dxa"/>
              <w:right w:w="90" w:type="dxa"/>
            </w:tcMar>
          </w:tcPr>
          <w:p w14:paraId="2426FB5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986105C" w14:textId="77777777">
              <w:trPr>
                <w:jc w:val="center"/>
              </w:trPr>
              <w:tc>
                <w:tcPr>
                  <w:tcW w:w="7087" w:type="dxa"/>
                  <w:shd w:val="clear" w:color="auto" w:fill="C6E7F3"/>
                  <w:tcMar>
                    <w:top w:w="45" w:type="dxa"/>
                    <w:left w:w="70" w:type="dxa"/>
                    <w:bottom w:w="45" w:type="dxa"/>
                    <w:right w:w="70" w:type="dxa"/>
                  </w:tcMar>
                </w:tcPr>
                <w:p w14:paraId="0684A3A1" w14:textId="77777777" w:rsidR="00302D64" w:rsidRDefault="00000000">
                  <w:pPr>
                    <w:keepNext/>
                  </w:pPr>
                  <w:r>
                    <w:rPr>
                      <w:b/>
                      <w:color w:val="000000"/>
                    </w:rPr>
                    <w:t>UVODNI DEL – motivacija, aktivacija predznanja in namen učenja (15–20 min)</w:t>
                  </w:r>
                </w:p>
              </w:tc>
            </w:tr>
          </w:tbl>
          <w:p w14:paraId="172E6E18" w14:textId="77777777" w:rsidR="00302D64" w:rsidRDefault="00302D64">
            <w:pPr>
              <w:spacing w:line="20" w:lineRule="exact"/>
            </w:pPr>
          </w:p>
          <w:p w14:paraId="6B424BEF" w14:textId="77777777" w:rsidR="00302D64" w:rsidRDefault="00000000">
            <w:pPr>
              <w:spacing w:before="40" w:after="60" w:line="245" w:lineRule="auto"/>
            </w:pPr>
            <w:r>
              <w:rPr>
                <w:color w:val="000000"/>
                <w:sz w:val="17"/>
              </w:rPr>
              <w:t>Volk pred vrati pušča različna sporočila in znake. Učenci razmišljajo, kateri znak je zanesljiv, komu lahko zaupajo in kako znak pomaga preprečiti nevarnost.</w:t>
            </w:r>
          </w:p>
          <w:tbl>
            <w:tblPr>
              <w:tblStyle w:val="Tabelamrea"/>
              <w:tblW w:w="0" w:type="auto"/>
              <w:jc w:val="center"/>
              <w:tblLayout w:type="fixed"/>
              <w:tblLook w:val="04A0" w:firstRow="1" w:lastRow="0" w:firstColumn="1" w:lastColumn="0" w:noHBand="0" w:noVBand="1"/>
            </w:tblPr>
            <w:tblGrid>
              <w:gridCol w:w="7087"/>
            </w:tblGrid>
            <w:tr w:rsidR="00302D64" w14:paraId="54C935EB" w14:textId="77777777">
              <w:trPr>
                <w:jc w:val="center"/>
              </w:trPr>
              <w:tc>
                <w:tcPr>
                  <w:tcW w:w="7087" w:type="dxa"/>
                  <w:shd w:val="clear" w:color="auto" w:fill="EDC9EA"/>
                  <w:tcMar>
                    <w:top w:w="45" w:type="dxa"/>
                    <w:left w:w="70" w:type="dxa"/>
                    <w:bottom w:w="45" w:type="dxa"/>
                    <w:right w:w="70" w:type="dxa"/>
                  </w:tcMar>
                </w:tcPr>
                <w:p w14:paraId="6967F905" w14:textId="77777777" w:rsidR="00302D64" w:rsidRDefault="00000000">
                  <w:pPr>
                    <w:keepNext/>
                  </w:pPr>
                  <w:r>
                    <w:rPr>
                      <w:b/>
                      <w:color w:val="000000"/>
                    </w:rPr>
                    <w:t>NAMENI UČENJA</w:t>
                  </w:r>
                </w:p>
              </w:tc>
            </w:tr>
          </w:tbl>
          <w:p w14:paraId="462650F0" w14:textId="77777777" w:rsidR="00302D64" w:rsidRDefault="00302D64">
            <w:pPr>
              <w:spacing w:line="20" w:lineRule="exact"/>
            </w:pPr>
          </w:p>
          <w:p w14:paraId="46FBD57D" w14:textId="77777777" w:rsidR="00302D64" w:rsidRDefault="00000000">
            <w:pPr>
              <w:spacing w:before="20" w:after="20" w:line="245" w:lineRule="auto"/>
            </w:pPr>
            <w:r>
              <w:rPr>
                <w:color w:val="000000"/>
                <w:sz w:val="16"/>
              </w:rPr>
              <w:t>Učimo se zato, da bomo lažje razumeli in odgovorno uporabili znanje v vsakdanjih situacijah.</w:t>
            </w:r>
          </w:p>
          <w:p w14:paraId="4639EF22" w14:textId="77777777" w:rsidR="00302D64" w:rsidRDefault="00000000">
            <w:pPr>
              <w:pStyle w:val="Oznaenseznam"/>
              <w:spacing w:after="16"/>
            </w:pPr>
            <w:r>
              <w:rPr>
                <w:color w:val="000000"/>
                <w:sz w:val="16"/>
              </w:rPr>
              <w:t>razumem pomen izbranih znakov za pešce</w:t>
            </w:r>
          </w:p>
          <w:p w14:paraId="3797B335" w14:textId="77777777" w:rsidR="00302D64" w:rsidRDefault="00000000">
            <w:pPr>
              <w:pStyle w:val="Oznaenseznam"/>
              <w:spacing w:after="16"/>
            </w:pPr>
            <w:r>
              <w:rPr>
                <w:color w:val="000000"/>
                <w:sz w:val="16"/>
              </w:rPr>
              <w:t>opazujem promet v okolici</w:t>
            </w:r>
          </w:p>
          <w:p w14:paraId="51C2D983" w14:textId="77777777" w:rsidR="00302D64" w:rsidRDefault="00000000">
            <w:pPr>
              <w:pStyle w:val="Oznaenseznam"/>
              <w:spacing w:after="16"/>
            </w:pPr>
            <w:r>
              <w:rPr>
                <w:color w:val="000000"/>
                <w:sz w:val="16"/>
              </w:rPr>
              <w:t>pojasnim varno ravnanje</w:t>
            </w:r>
          </w:p>
          <w:tbl>
            <w:tblPr>
              <w:tblStyle w:val="Tabelamrea"/>
              <w:tblW w:w="0" w:type="auto"/>
              <w:jc w:val="center"/>
              <w:tblLayout w:type="fixed"/>
              <w:tblLook w:val="04A0" w:firstRow="1" w:lastRow="0" w:firstColumn="1" w:lastColumn="0" w:noHBand="0" w:noVBand="1"/>
            </w:tblPr>
            <w:tblGrid>
              <w:gridCol w:w="7087"/>
            </w:tblGrid>
            <w:tr w:rsidR="00302D64" w14:paraId="3A0A2CE5" w14:textId="77777777">
              <w:trPr>
                <w:jc w:val="center"/>
              </w:trPr>
              <w:tc>
                <w:tcPr>
                  <w:tcW w:w="7087" w:type="dxa"/>
                  <w:shd w:val="clear" w:color="auto" w:fill="EDC9EA"/>
                  <w:tcMar>
                    <w:top w:w="45" w:type="dxa"/>
                    <w:left w:w="70" w:type="dxa"/>
                    <w:bottom w:w="45" w:type="dxa"/>
                    <w:right w:w="70" w:type="dxa"/>
                  </w:tcMar>
                </w:tcPr>
                <w:p w14:paraId="3B1F4797" w14:textId="77777777" w:rsidR="00302D64" w:rsidRDefault="00000000">
                  <w:pPr>
                    <w:keepNext/>
                  </w:pPr>
                  <w:r>
                    <w:rPr>
                      <w:b/>
                      <w:color w:val="000000"/>
                    </w:rPr>
                    <w:t>PREVERJANJE PREDZNANJA</w:t>
                  </w:r>
                </w:p>
              </w:tc>
            </w:tr>
          </w:tbl>
          <w:p w14:paraId="33691A25" w14:textId="77777777" w:rsidR="00302D64" w:rsidRDefault="00302D64">
            <w:pPr>
              <w:spacing w:line="20" w:lineRule="exact"/>
            </w:pPr>
          </w:p>
          <w:p w14:paraId="621CC5D2" w14:textId="77777777" w:rsidR="00302D64" w:rsidRDefault="00000000">
            <w:pPr>
              <w:pStyle w:val="Oznaenseznam"/>
              <w:spacing w:after="16"/>
            </w:pPr>
            <w:r>
              <w:rPr>
                <w:color w:val="000000"/>
                <w:sz w:val="16"/>
              </w:rPr>
              <w:t>Katere prometne znake že prepoznam?</w:t>
            </w:r>
          </w:p>
          <w:p w14:paraId="04DDF4F7" w14:textId="77777777" w:rsidR="00302D64" w:rsidRDefault="00000000">
            <w:pPr>
              <w:pStyle w:val="Oznaenseznam"/>
              <w:spacing w:after="16"/>
            </w:pPr>
            <w:r>
              <w:rPr>
                <w:color w:val="000000"/>
                <w:sz w:val="16"/>
              </w:rPr>
              <w:t>Koga prosim za pomoč, kadar se ne počutim varno?</w:t>
            </w:r>
          </w:p>
          <w:p w14:paraId="520B5BE1"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91A0381" w14:textId="77777777">
              <w:trPr>
                <w:jc w:val="center"/>
              </w:trPr>
              <w:tc>
                <w:tcPr>
                  <w:tcW w:w="7087" w:type="dxa"/>
                  <w:shd w:val="clear" w:color="auto" w:fill="EDC9EA"/>
                  <w:tcMar>
                    <w:top w:w="45" w:type="dxa"/>
                    <w:left w:w="70" w:type="dxa"/>
                    <w:bottom w:w="45" w:type="dxa"/>
                    <w:right w:w="70" w:type="dxa"/>
                  </w:tcMar>
                </w:tcPr>
                <w:p w14:paraId="18D0B0C4" w14:textId="77777777" w:rsidR="00302D64" w:rsidRDefault="00000000">
                  <w:pPr>
                    <w:keepNext/>
                  </w:pPr>
                  <w:r>
                    <w:rPr>
                      <w:b/>
                      <w:color w:val="000000"/>
                    </w:rPr>
                    <w:t>KRITERIJI USPEŠNOSTI</w:t>
                  </w:r>
                </w:p>
              </w:tc>
            </w:tr>
          </w:tbl>
          <w:p w14:paraId="16053D77" w14:textId="77777777" w:rsidR="00302D64" w:rsidRDefault="00302D64"/>
          <w:p w14:paraId="6213AA49" w14:textId="77777777" w:rsidR="00302D64" w:rsidRDefault="00000000">
            <w:pPr>
              <w:spacing w:before="20" w:after="20" w:line="245" w:lineRule="auto"/>
            </w:pPr>
            <w:r>
              <w:rPr>
                <w:b/>
                <w:color w:val="000000"/>
                <w:sz w:val="16"/>
              </w:rPr>
              <w:t>Uspešen/-na bom, ko:</w:t>
            </w:r>
          </w:p>
          <w:p w14:paraId="2778AB3B" w14:textId="77777777" w:rsidR="00302D64" w:rsidRDefault="00000000">
            <w:pPr>
              <w:pStyle w:val="Oznaenseznam"/>
              <w:spacing w:after="16"/>
            </w:pPr>
            <w:r>
              <w:rPr>
                <w:color w:val="000000"/>
                <w:sz w:val="16"/>
              </w:rPr>
              <w:t>razumem pomen izbranih znakov za pešce</w:t>
            </w:r>
          </w:p>
          <w:p w14:paraId="5B4DC1CF" w14:textId="77777777" w:rsidR="00302D64" w:rsidRDefault="00000000">
            <w:pPr>
              <w:pStyle w:val="Oznaenseznam"/>
              <w:spacing w:after="16"/>
            </w:pPr>
            <w:r>
              <w:rPr>
                <w:color w:val="000000"/>
                <w:sz w:val="16"/>
              </w:rPr>
              <w:t>opazujem promet v okolici</w:t>
            </w:r>
          </w:p>
          <w:p w14:paraId="51111810" w14:textId="77777777" w:rsidR="00302D64" w:rsidRDefault="00000000">
            <w:pPr>
              <w:pStyle w:val="Oznaenseznam"/>
              <w:spacing w:after="16"/>
            </w:pPr>
            <w:r>
              <w:rPr>
                <w:color w:val="000000"/>
                <w:sz w:val="16"/>
              </w:rPr>
              <w:t>pojasnim varno ravnanje</w:t>
            </w:r>
          </w:p>
          <w:p w14:paraId="17D4ECF1"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5E9285D5" w14:textId="77777777" w:rsidR="00302D64" w:rsidRDefault="00302D64"/>
          <w:p w14:paraId="362523A2" w14:textId="77777777" w:rsidR="00302D64" w:rsidRDefault="00000000">
            <w:pPr>
              <w:spacing w:after="80" w:line="245" w:lineRule="auto"/>
            </w:pPr>
            <w:r>
              <w:rPr>
                <w:color w:val="000000"/>
                <w:sz w:val="16"/>
              </w:rPr>
              <w:t>Posluša ali opazuje književno oziroma predmetno izhodišče ter se vključi z gibom, sliko ali besedo.</w:t>
            </w:r>
          </w:p>
          <w:p w14:paraId="49D4BCDE" w14:textId="77777777" w:rsidR="00302D64" w:rsidRDefault="00000000">
            <w:pPr>
              <w:spacing w:after="80" w:line="245" w:lineRule="auto"/>
            </w:pPr>
            <w:r>
              <w:rPr>
                <w:color w:val="000000"/>
                <w:sz w:val="16"/>
              </w:rPr>
              <w:t>Pove, pokaže ali nariše, kaj že ve. Posluša zamisli drugih.</w:t>
            </w:r>
          </w:p>
          <w:p w14:paraId="015E6147" w14:textId="77777777" w:rsidR="00302D64" w:rsidRDefault="00000000">
            <w:pPr>
              <w:spacing w:after="100" w:line="245" w:lineRule="auto"/>
            </w:pPr>
            <w:r>
              <w:rPr>
                <w:color w:val="000000"/>
                <w:sz w:val="16"/>
              </w:rPr>
              <w:t>Sodeluje pri razumevanju namenov in kriterijev uspešnosti.</w:t>
            </w:r>
          </w:p>
          <w:p w14:paraId="1CC67EFE" w14:textId="77777777" w:rsidR="00302D64" w:rsidRDefault="00000000">
            <w:pPr>
              <w:spacing w:after="20" w:line="245" w:lineRule="auto"/>
            </w:pPr>
            <w:r>
              <w:rPr>
                <w:b/>
                <w:color w:val="D95BC6"/>
                <w:sz w:val="17"/>
              </w:rPr>
              <w:t>DOKAZ O UČENJU</w:t>
            </w:r>
          </w:p>
          <w:p w14:paraId="06029179" w14:textId="77777777" w:rsidR="00302D64" w:rsidRDefault="00000000">
            <w:pPr>
              <w:spacing w:after="30" w:line="245" w:lineRule="auto"/>
            </w:pPr>
            <w:r>
              <w:rPr>
                <w:color w:val="D95BC6"/>
                <w:sz w:val="16"/>
              </w:rPr>
              <w:t>začetna zamisel, razvrstitev, risba ali ustni odgovor</w:t>
            </w:r>
          </w:p>
        </w:tc>
      </w:tr>
    </w:tbl>
    <w:p w14:paraId="53D34B8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5F5FA5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04AF7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ACBC29F" w14:textId="77777777" w:rsidR="00302D64" w:rsidRDefault="00000000">
            <w:pPr>
              <w:jc w:val="center"/>
            </w:pPr>
            <w:r>
              <w:rPr>
                <w:b/>
                <w:color w:val="000000"/>
                <w:sz w:val="20"/>
              </w:rPr>
              <w:t>UČNE DEJAVNOSTI, METODE IN FORMATIVNO SPREMLJANJE</w:t>
            </w:r>
          </w:p>
        </w:tc>
      </w:tr>
      <w:tr w:rsidR="00302D64" w14:paraId="54FD768D" w14:textId="77777777">
        <w:trPr>
          <w:tblHeader/>
          <w:jc w:val="center"/>
        </w:trPr>
        <w:tc>
          <w:tcPr>
            <w:tcW w:w="4422" w:type="dxa"/>
            <w:vMerge/>
            <w:tcMar>
              <w:top w:w="70" w:type="dxa"/>
              <w:left w:w="90" w:type="dxa"/>
              <w:bottom w:w="70" w:type="dxa"/>
              <w:right w:w="90" w:type="dxa"/>
            </w:tcMar>
            <w:vAlign w:val="center"/>
          </w:tcPr>
          <w:p w14:paraId="0891DEBC" w14:textId="77777777" w:rsidR="00302D64" w:rsidRDefault="00302D64"/>
        </w:tc>
        <w:tc>
          <w:tcPr>
            <w:tcW w:w="7087" w:type="dxa"/>
            <w:shd w:val="clear" w:color="auto" w:fill="FFFFFF"/>
            <w:tcMar>
              <w:top w:w="70" w:type="dxa"/>
              <w:left w:w="90" w:type="dxa"/>
              <w:bottom w:w="70" w:type="dxa"/>
              <w:right w:w="90" w:type="dxa"/>
            </w:tcMar>
            <w:vAlign w:val="center"/>
          </w:tcPr>
          <w:p w14:paraId="5F1A80D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CD1724" w14:textId="77777777" w:rsidR="00302D64" w:rsidRDefault="00000000">
            <w:pPr>
              <w:jc w:val="center"/>
            </w:pPr>
            <w:r>
              <w:rPr>
                <w:b/>
                <w:color w:val="000000"/>
              </w:rPr>
              <w:t>UČENEC</w:t>
            </w:r>
          </w:p>
        </w:tc>
      </w:tr>
      <w:tr w:rsidR="00302D64" w14:paraId="6346112F" w14:textId="77777777">
        <w:trPr>
          <w:jc w:val="center"/>
        </w:trPr>
        <w:tc>
          <w:tcPr>
            <w:tcW w:w="4422" w:type="dxa"/>
            <w:tcMar>
              <w:top w:w="70" w:type="dxa"/>
              <w:left w:w="90" w:type="dxa"/>
              <w:bottom w:w="70" w:type="dxa"/>
              <w:right w:w="90" w:type="dxa"/>
            </w:tcMar>
          </w:tcPr>
          <w:p w14:paraId="1AB9DB16" w14:textId="77777777" w:rsidR="00302D64" w:rsidRDefault="00302D64"/>
          <w:p w14:paraId="6716A8FE" w14:textId="77777777" w:rsidR="00302D64" w:rsidRDefault="00000000">
            <w:pPr>
              <w:spacing w:after="40" w:line="245" w:lineRule="auto"/>
            </w:pPr>
            <w:r>
              <w:rPr>
                <w:b/>
                <w:color w:val="000000"/>
              </w:rPr>
              <w:t>KLJUČNI POJMI</w:t>
            </w:r>
          </w:p>
          <w:p w14:paraId="6B5DF57B" w14:textId="77777777" w:rsidR="00302D64" w:rsidRDefault="00000000">
            <w:pPr>
              <w:spacing w:after="80" w:line="245" w:lineRule="auto"/>
            </w:pPr>
            <w:r>
              <w:rPr>
                <w:color w:val="000000"/>
                <w:sz w:val="16"/>
              </w:rPr>
              <w:t>prometni znak, opozorilo, prepoved, obvestilo, pešec, nevarnost, pomoč, zanesljiv znak</w:t>
            </w:r>
          </w:p>
          <w:p w14:paraId="0E9F6E64" w14:textId="77777777" w:rsidR="00302D64" w:rsidRDefault="00000000">
            <w:pPr>
              <w:spacing w:after="20" w:line="245" w:lineRule="auto"/>
            </w:pPr>
            <w:r>
              <w:rPr>
                <w:b/>
                <w:color w:val="000000"/>
              </w:rPr>
              <w:t>DOKAZI O UČENJU</w:t>
            </w:r>
          </w:p>
          <w:p w14:paraId="155AABCD" w14:textId="77777777" w:rsidR="00302D64" w:rsidRDefault="00000000">
            <w:pPr>
              <w:pStyle w:val="Oznaenseznam"/>
              <w:spacing w:after="16"/>
            </w:pPr>
            <w:r>
              <w:rPr>
                <w:color w:val="000000"/>
                <w:sz w:val="16"/>
              </w:rPr>
              <w:t>razvrščene fotografije in pomen znaka</w:t>
            </w:r>
          </w:p>
          <w:p w14:paraId="527D9729" w14:textId="77777777" w:rsidR="00302D64" w:rsidRDefault="00000000">
            <w:pPr>
              <w:pStyle w:val="Oznaenseznam"/>
              <w:spacing w:after="16"/>
            </w:pPr>
            <w:r>
              <w:rPr>
                <w:color w:val="000000"/>
                <w:sz w:val="16"/>
              </w:rPr>
              <w:t>opazovalni zapis s piktogrami</w:t>
            </w:r>
          </w:p>
          <w:p w14:paraId="371CE8DF" w14:textId="77777777" w:rsidR="00302D64" w:rsidRDefault="00000000">
            <w:pPr>
              <w:pStyle w:val="Oznaenseznam"/>
              <w:spacing w:after="16"/>
            </w:pPr>
            <w:r>
              <w:rPr>
                <w:color w:val="000000"/>
                <w:sz w:val="16"/>
              </w:rPr>
              <w:t>praktični odziv v simulirani situaciji</w:t>
            </w:r>
          </w:p>
          <w:p w14:paraId="6B1E78D8" w14:textId="77777777" w:rsidR="00302D64" w:rsidRDefault="00000000">
            <w:pPr>
              <w:spacing w:before="40" w:after="20" w:line="245" w:lineRule="auto"/>
            </w:pPr>
            <w:r>
              <w:rPr>
                <w:b/>
                <w:color w:val="000000"/>
              </w:rPr>
              <w:t>MEDPREDMETNA POVEZAVA</w:t>
            </w:r>
          </w:p>
          <w:p w14:paraId="0B0EDB67" w14:textId="77777777" w:rsidR="00302D64" w:rsidRDefault="00000000">
            <w:pPr>
              <w:spacing w:after="60" w:line="245" w:lineRule="auto"/>
            </w:pPr>
            <w:r>
              <w:rPr>
                <w:color w:val="000000"/>
                <w:sz w:val="16"/>
              </w:rPr>
              <w:t>SLJ – razumevanje sporočila znaka; MAT – oblike in razvrščanje; ŠPO – prometna simulacija; LUM – oblikovanje znaka</w:t>
            </w:r>
          </w:p>
          <w:p w14:paraId="5403A54E" w14:textId="77777777" w:rsidR="00302D64" w:rsidRDefault="00000000">
            <w:pPr>
              <w:spacing w:after="20" w:line="245" w:lineRule="auto"/>
            </w:pPr>
            <w:r>
              <w:rPr>
                <w:b/>
                <w:color w:val="000000"/>
              </w:rPr>
              <w:t>POUČEVANJE V GIBANJU</w:t>
            </w:r>
          </w:p>
          <w:p w14:paraId="2AE98597"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5BB6CD0B" w14:textId="77777777" w:rsidR="00302D64" w:rsidRDefault="00000000">
            <w:pPr>
              <w:spacing w:after="20" w:line="245" w:lineRule="auto"/>
            </w:pPr>
            <w:r>
              <w:rPr>
                <w:b/>
                <w:color w:val="000000"/>
              </w:rPr>
              <w:t>UČENJE PO ŠTIRIH POSTAJAH</w:t>
            </w:r>
          </w:p>
          <w:p w14:paraId="0EE4FB03"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017E57AB" w14:textId="77777777" w:rsidR="00302D64" w:rsidRDefault="00000000">
            <w:pPr>
              <w:spacing w:after="20" w:line="245" w:lineRule="auto"/>
            </w:pPr>
            <w:r>
              <w:rPr>
                <w:b/>
                <w:color w:val="000000"/>
              </w:rPr>
              <w:t>DIFERENCIACIJA IN VKLJUČEVANJE</w:t>
            </w:r>
          </w:p>
          <w:p w14:paraId="66F5E9B9" w14:textId="77777777" w:rsidR="00302D64" w:rsidRDefault="00000000">
            <w:pPr>
              <w:spacing w:after="60" w:line="245" w:lineRule="auto"/>
            </w:pPr>
            <w:r>
              <w:rPr>
                <w:color w:val="000000"/>
                <w:sz w:val="16"/>
              </w:rPr>
              <w:t>Uporabijo se velike, kontrastne slike; pomen učenec pokaže z dejanjem; naprednejši oblikuje znak za novo šolsko situacijo in razloži izbiro oblike.</w:t>
            </w:r>
          </w:p>
          <w:p w14:paraId="03145DAA" w14:textId="77777777" w:rsidR="00302D64" w:rsidRDefault="00000000">
            <w:pPr>
              <w:spacing w:after="20" w:line="245" w:lineRule="auto"/>
            </w:pPr>
            <w:r>
              <w:rPr>
                <w:b/>
                <w:color w:val="000000"/>
              </w:rPr>
              <w:t>SPREMLJANJE</w:t>
            </w:r>
          </w:p>
          <w:p w14:paraId="3F5A0093"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7AD4DB9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9579F33" w14:textId="77777777">
              <w:trPr>
                <w:jc w:val="center"/>
              </w:trPr>
              <w:tc>
                <w:tcPr>
                  <w:tcW w:w="7087" w:type="dxa"/>
                  <w:shd w:val="clear" w:color="auto" w:fill="C6E7F3"/>
                  <w:tcMar>
                    <w:top w:w="45" w:type="dxa"/>
                    <w:left w:w="70" w:type="dxa"/>
                    <w:bottom w:w="45" w:type="dxa"/>
                    <w:right w:w="70" w:type="dxa"/>
                  </w:tcMar>
                </w:tcPr>
                <w:p w14:paraId="52FA59E6" w14:textId="77777777" w:rsidR="00302D64" w:rsidRDefault="00000000">
                  <w:pPr>
                    <w:keepNext/>
                  </w:pPr>
                  <w:r>
                    <w:t>GLAVNI DEL – IZKUŠENJSKO IN POSTAJNO UČENJE (3 šolske ure)</w:t>
                  </w:r>
                </w:p>
              </w:tc>
            </w:tr>
          </w:tbl>
          <w:p w14:paraId="61834EC7" w14:textId="77777777" w:rsidR="00302D64" w:rsidRDefault="00302D64">
            <w:pPr>
              <w:spacing w:line="20" w:lineRule="exact"/>
            </w:pPr>
          </w:p>
          <w:p w14:paraId="05720DAD" w14:textId="77777777" w:rsidR="00302D64" w:rsidRDefault="00000000">
            <w:pPr>
              <w:keepNext/>
              <w:spacing w:before="60" w:after="20" w:line="245" w:lineRule="auto"/>
            </w:pPr>
            <w:r>
              <w:rPr>
                <w:b/>
                <w:color w:val="000000"/>
              </w:rPr>
              <w:t>1. URA – Lov na znake</w:t>
            </w:r>
          </w:p>
          <w:p w14:paraId="0383501C" w14:textId="77777777" w:rsidR="00302D64" w:rsidRDefault="00000000">
            <w:pPr>
              <w:spacing w:after="20" w:line="245" w:lineRule="auto"/>
            </w:pPr>
            <w:r>
              <w:rPr>
                <w:b/>
                <w:color w:val="000000"/>
                <w:sz w:val="16"/>
              </w:rPr>
              <w:t xml:space="preserve">Dejavnost učiteljice: </w:t>
            </w:r>
            <w:r>
              <w:rPr>
                <w:color w:val="000000"/>
                <w:sz w:val="16"/>
              </w:rPr>
              <w:t>Predstavi oblike in barvne skupine znakov, nato vodi opazovanje v okolici šole ali delo s fotografijami.</w:t>
            </w:r>
          </w:p>
          <w:p w14:paraId="5FA506BB" w14:textId="77777777" w:rsidR="00302D64" w:rsidRDefault="00000000">
            <w:pPr>
              <w:spacing w:after="20" w:line="245" w:lineRule="auto"/>
            </w:pPr>
            <w:r>
              <w:rPr>
                <w:b/>
                <w:color w:val="000000"/>
                <w:sz w:val="16"/>
              </w:rPr>
              <w:t xml:space="preserve">Dejavnost učencev: </w:t>
            </w:r>
            <w:r>
              <w:rPr>
                <w:color w:val="000000"/>
                <w:sz w:val="16"/>
              </w:rPr>
              <w:t>Poiščejo znake, jih razvrstijo po namenu in izberejo tiste, pomembne za pešca.</w:t>
            </w:r>
          </w:p>
          <w:p w14:paraId="5900157D" w14:textId="77777777" w:rsidR="00302D64" w:rsidRDefault="00000000">
            <w:pPr>
              <w:spacing w:after="40" w:line="245" w:lineRule="auto"/>
            </w:pPr>
            <w:r>
              <w:rPr>
                <w:i/>
                <w:color w:val="D95BC6"/>
                <w:sz w:val="16"/>
              </w:rPr>
              <w:t>Predvideni dokaz: razvrščene fotografije in pomen znaka.</w:t>
            </w:r>
          </w:p>
          <w:p w14:paraId="73454947" w14:textId="77777777" w:rsidR="00302D64" w:rsidRDefault="00000000">
            <w:pPr>
              <w:keepNext/>
              <w:spacing w:before="60" w:after="20" w:line="245" w:lineRule="auto"/>
            </w:pPr>
            <w:r>
              <w:rPr>
                <w:b/>
                <w:color w:val="000000"/>
              </w:rPr>
              <w:t>2. URA – Promet pod lupo</w:t>
            </w:r>
          </w:p>
          <w:p w14:paraId="44192613" w14:textId="77777777" w:rsidR="00302D64" w:rsidRDefault="00000000">
            <w:pPr>
              <w:spacing w:after="20" w:line="245" w:lineRule="auto"/>
            </w:pPr>
            <w:r>
              <w:rPr>
                <w:b/>
                <w:color w:val="000000"/>
                <w:sz w:val="16"/>
              </w:rPr>
              <w:t xml:space="preserve">Dejavnost učiteljice: </w:t>
            </w:r>
            <w:r>
              <w:rPr>
                <w:color w:val="000000"/>
                <w:sz w:val="16"/>
              </w:rPr>
              <w:t>Določi varno opazovalno mesto in preprost slikovni beležilni list.</w:t>
            </w:r>
          </w:p>
          <w:p w14:paraId="13D6755B" w14:textId="77777777" w:rsidR="00302D64" w:rsidRDefault="00000000">
            <w:pPr>
              <w:spacing w:after="20" w:line="245" w:lineRule="auto"/>
            </w:pPr>
            <w:r>
              <w:rPr>
                <w:b/>
                <w:color w:val="000000"/>
                <w:sz w:val="16"/>
              </w:rPr>
              <w:t xml:space="preserve">Dejavnost učencev: </w:t>
            </w:r>
            <w:r>
              <w:rPr>
                <w:color w:val="000000"/>
                <w:sz w:val="16"/>
              </w:rPr>
              <w:t>V parih opazujejo ravnanje udeležencev, beležijo varno/tvegano in eno opažanje razložijo.</w:t>
            </w:r>
          </w:p>
          <w:p w14:paraId="2560DE5B" w14:textId="77777777" w:rsidR="00302D64" w:rsidRDefault="00000000">
            <w:pPr>
              <w:spacing w:after="40" w:line="245" w:lineRule="auto"/>
            </w:pPr>
            <w:r>
              <w:rPr>
                <w:i/>
                <w:color w:val="D95BC6"/>
                <w:sz w:val="16"/>
              </w:rPr>
              <w:t>Predvideni dokaz: opazovalni zapis s piktogrami.</w:t>
            </w:r>
          </w:p>
          <w:p w14:paraId="103F08AD" w14:textId="77777777" w:rsidR="00302D64" w:rsidRDefault="00000000">
            <w:pPr>
              <w:keepNext/>
              <w:spacing w:before="60" w:after="20" w:line="245" w:lineRule="auto"/>
            </w:pPr>
            <w:r>
              <w:rPr>
                <w:b/>
                <w:color w:val="000000"/>
              </w:rPr>
              <w:t>3. URA – Prepoznaj in varno ravnaj</w:t>
            </w:r>
          </w:p>
          <w:p w14:paraId="5D3C907D" w14:textId="77777777" w:rsidR="00302D64" w:rsidRDefault="00000000">
            <w:pPr>
              <w:spacing w:after="20" w:line="245" w:lineRule="auto"/>
            </w:pPr>
            <w:r>
              <w:rPr>
                <w:b/>
                <w:color w:val="000000"/>
                <w:sz w:val="16"/>
              </w:rPr>
              <w:t xml:space="preserve">Dejavnost učiteljice: </w:t>
            </w:r>
            <w:r>
              <w:rPr>
                <w:color w:val="000000"/>
                <w:sz w:val="16"/>
              </w:rPr>
              <w:t>Z lutko ali slikami predstavi prometno, domačo in socialno nevarnost ter modelira klic na pomoč.</w:t>
            </w:r>
          </w:p>
          <w:p w14:paraId="777FFBB9" w14:textId="77777777" w:rsidR="00302D64" w:rsidRDefault="00000000">
            <w:pPr>
              <w:spacing w:after="20" w:line="245" w:lineRule="auto"/>
            </w:pPr>
            <w:r>
              <w:rPr>
                <w:b/>
                <w:color w:val="000000"/>
                <w:sz w:val="16"/>
              </w:rPr>
              <w:t xml:space="preserve">Dejavnost učencev: </w:t>
            </w:r>
            <w:r>
              <w:rPr>
                <w:color w:val="000000"/>
                <w:sz w:val="16"/>
              </w:rPr>
              <w:t>Odigrajo ustrezen odziv, povedo svoje ime, kraj dogodka in poiščejo zaupanja vredno odraslo osebo.</w:t>
            </w:r>
          </w:p>
          <w:p w14:paraId="03E8F321" w14:textId="77777777" w:rsidR="00302D64" w:rsidRDefault="00000000">
            <w:pPr>
              <w:spacing w:after="40" w:line="245" w:lineRule="auto"/>
            </w:pPr>
            <w:r>
              <w:rPr>
                <w:i/>
                <w:color w:val="D95BC6"/>
                <w:sz w:val="16"/>
              </w:rPr>
              <w:t>Predvideni dokaz: praktični odziv v simulirani situaciji.</w:t>
            </w:r>
          </w:p>
          <w:tbl>
            <w:tblPr>
              <w:tblStyle w:val="Tabelamrea"/>
              <w:tblW w:w="0" w:type="auto"/>
              <w:jc w:val="center"/>
              <w:tblLayout w:type="fixed"/>
              <w:tblLook w:val="04A0" w:firstRow="1" w:lastRow="0" w:firstColumn="1" w:lastColumn="0" w:noHBand="0" w:noVBand="1"/>
            </w:tblPr>
            <w:tblGrid>
              <w:gridCol w:w="7087"/>
            </w:tblGrid>
            <w:tr w:rsidR="00302D64" w14:paraId="67FA726B" w14:textId="77777777">
              <w:trPr>
                <w:jc w:val="center"/>
              </w:trPr>
              <w:tc>
                <w:tcPr>
                  <w:tcW w:w="7087" w:type="dxa"/>
                  <w:shd w:val="clear" w:color="auto" w:fill="EDC9EA"/>
                  <w:tcMar>
                    <w:top w:w="45" w:type="dxa"/>
                    <w:left w:w="70" w:type="dxa"/>
                    <w:bottom w:w="45" w:type="dxa"/>
                    <w:right w:w="70" w:type="dxa"/>
                  </w:tcMar>
                </w:tcPr>
                <w:p w14:paraId="1AC3E37A" w14:textId="77777777" w:rsidR="00302D64" w:rsidRDefault="00000000">
                  <w:pPr>
                    <w:keepNext/>
                  </w:pPr>
                  <w:r>
                    <w:rPr>
                      <w:b/>
                      <w:color w:val="000000"/>
                    </w:rPr>
                    <w:t>UČENJE PO ŠTIRIH POSTAJAH (6–8 min na postajo)</w:t>
                  </w:r>
                </w:p>
              </w:tc>
            </w:tr>
          </w:tbl>
          <w:p w14:paraId="0E046E6E"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5B0D3997" w14:textId="77777777" w:rsidR="00302D64" w:rsidRDefault="00000000">
            <w:pPr>
              <w:spacing w:after="20" w:line="245" w:lineRule="auto"/>
            </w:pPr>
            <w:r>
              <w:rPr>
                <w:b/>
                <w:color w:val="000000"/>
                <w:sz w:val="16"/>
              </w:rPr>
              <w:t xml:space="preserve">RAZISKOVALNA POSTAJA – Lov na znake: </w:t>
            </w:r>
            <w:r>
              <w:rPr>
                <w:color w:val="000000"/>
                <w:sz w:val="16"/>
              </w:rPr>
              <w:t>Poiščejo znake, jih razvrstijo po namenu in izberejo tiste, pomembne za pešca.</w:t>
            </w:r>
          </w:p>
          <w:p w14:paraId="25674893" w14:textId="77777777" w:rsidR="00302D64" w:rsidRDefault="00000000">
            <w:pPr>
              <w:spacing w:after="20" w:line="245" w:lineRule="auto"/>
            </w:pPr>
            <w:r>
              <w:rPr>
                <w:b/>
                <w:color w:val="000000"/>
                <w:sz w:val="16"/>
              </w:rPr>
              <w:t xml:space="preserve">PRAKTIČNA POSTAJA – Promet pod lupo: </w:t>
            </w:r>
            <w:r>
              <w:rPr>
                <w:color w:val="000000"/>
                <w:sz w:val="16"/>
              </w:rPr>
              <w:t>V parih opazujejo ravnanje udeležencev, beležijo varno/tvegano in eno opažanje razložijo.</w:t>
            </w:r>
          </w:p>
          <w:p w14:paraId="0657E667" w14:textId="77777777" w:rsidR="00302D64" w:rsidRDefault="00000000">
            <w:pPr>
              <w:spacing w:after="20" w:line="245" w:lineRule="auto"/>
            </w:pPr>
            <w:r>
              <w:rPr>
                <w:b/>
                <w:color w:val="000000"/>
                <w:sz w:val="16"/>
              </w:rPr>
              <w:t xml:space="preserve">GIBALNO-SODELOVALNA POSTAJA – Prepoznaj in varno ravnaj: </w:t>
            </w:r>
            <w:r>
              <w:rPr>
                <w:color w:val="000000"/>
                <w:sz w:val="16"/>
              </w:rPr>
              <w:t>Odigrajo ustrezen odziv, povedo svoje ime, kraj dogodka in poiščejo zaupanja vredno odraslo osebo.</w:t>
            </w:r>
          </w:p>
          <w:p w14:paraId="752EBD54" w14:textId="77777777" w:rsidR="00302D64" w:rsidRDefault="00000000">
            <w:pPr>
              <w:spacing w:after="20" w:line="245" w:lineRule="auto"/>
            </w:pPr>
            <w:r>
              <w:rPr>
                <w:b/>
                <w:color w:val="000000"/>
                <w:sz w:val="16"/>
              </w:rPr>
              <w:t xml:space="preserve">POSTAJA DOKAZA IN REFLEKSIJE: </w:t>
            </w:r>
            <w:r>
              <w:rPr>
                <w:color w:val="000000"/>
                <w:sz w:val="16"/>
              </w:rPr>
              <w:t>Izberejo en dokaz (razvrščene fotografije in pomen znaka, opazovalni zapis s piktogrami),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59A2B86" w14:textId="77777777">
              <w:trPr>
                <w:jc w:val="center"/>
              </w:trPr>
              <w:tc>
                <w:tcPr>
                  <w:tcW w:w="7087" w:type="dxa"/>
                  <w:shd w:val="clear" w:color="auto" w:fill="EDC9EA"/>
                  <w:tcMar>
                    <w:top w:w="45" w:type="dxa"/>
                    <w:left w:w="70" w:type="dxa"/>
                    <w:bottom w:w="45" w:type="dxa"/>
                    <w:right w:w="70" w:type="dxa"/>
                  </w:tcMar>
                </w:tcPr>
                <w:p w14:paraId="1D223D66" w14:textId="77777777" w:rsidR="00302D64" w:rsidRDefault="00000000">
                  <w:pPr>
                    <w:keepNext/>
                  </w:pPr>
                  <w:r>
                    <w:rPr>
                      <w:b/>
                      <w:color w:val="000000"/>
                    </w:rPr>
                    <w:t>POVRATNA INFORMACIJA UČITELJICE MED DELOM</w:t>
                  </w:r>
                </w:p>
              </w:tc>
            </w:tr>
          </w:tbl>
          <w:p w14:paraId="468499BB" w14:textId="77777777" w:rsidR="00302D64" w:rsidRDefault="00302D64"/>
          <w:p w14:paraId="680A83E8"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673477A" w14:textId="77777777" w:rsidR="00302D64" w:rsidRDefault="00302D64"/>
          <w:p w14:paraId="3F89F840" w14:textId="77777777" w:rsidR="00302D64" w:rsidRDefault="00000000">
            <w:pPr>
              <w:spacing w:after="20" w:line="245" w:lineRule="auto"/>
            </w:pPr>
            <w:r>
              <w:rPr>
                <w:b/>
                <w:color w:val="000000"/>
                <w:sz w:val="17"/>
              </w:rPr>
              <w:t>1. URA</w:t>
            </w:r>
          </w:p>
          <w:p w14:paraId="2B057C81" w14:textId="77777777" w:rsidR="00302D64" w:rsidRDefault="00000000">
            <w:pPr>
              <w:spacing w:after="40" w:line="245" w:lineRule="auto"/>
            </w:pPr>
            <w:r>
              <w:rPr>
                <w:color w:val="000000"/>
                <w:sz w:val="16"/>
              </w:rPr>
              <w:t>Poiščejo znake, jih razvrstijo po namenu in izberejo tiste, pomembne za pešca.</w:t>
            </w:r>
          </w:p>
          <w:p w14:paraId="0C861EC2" w14:textId="77777777" w:rsidR="00302D64" w:rsidRDefault="00000000">
            <w:pPr>
              <w:spacing w:line="245" w:lineRule="auto"/>
            </w:pPr>
            <w:r>
              <w:rPr>
                <w:b/>
                <w:color w:val="D95BC6"/>
                <w:sz w:val="16"/>
              </w:rPr>
              <w:t>DOKAZ</w:t>
            </w:r>
          </w:p>
          <w:p w14:paraId="1056AD4E" w14:textId="77777777" w:rsidR="00302D64" w:rsidRDefault="00000000">
            <w:pPr>
              <w:spacing w:after="60" w:line="245" w:lineRule="auto"/>
            </w:pPr>
            <w:r>
              <w:rPr>
                <w:color w:val="D95BC6"/>
                <w:sz w:val="16"/>
              </w:rPr>
              <w:t>razvrščene fotografije in pomen znaka</w:t>
            </w:r>
          </w:p>
          <w:p w14:paraId="68433EFC" w14:textId="77777777" w:rsidR="00302D64" w:rsidRDefault="00000000">
            <w:pPr>
              <w:spacing w:after="20" w:line="245" w:lineRule="auto"/>
            </w:pPr>
            <w:r>
              <w:rPr>
                <w:b/>
                <w:color w:val="000000"/>
                <w:sz w:val="17"/>
              </w:rPr>
              <w:t>2. URA</w:t>
            </w:r>
          </w:p>
          <w:p w14:paraId="76D4257B" w14:textId="77777777" w:rsidR="00302D64" w:rsidRDefault="00000000">
            <w:pPr>
              <w:spacing w:after="40" w:line="245" w:lineRule="auto"/>
            </w:pPr>
            <w:r>
              <w:rPr>
                <w:color w:val="000000"/>
                <w:sz w:val="16"/>
              </w:rPr>
              <w:t>V parih opazujejo ravnanje udeležencev, beležijo varno/tvegano in eno opažanje razložijo.</w:t>
            </w:r>
          </w:p>
          <w:p w14:paraId="43AEDB04" w14:textId="77777777" w:rsidR="00302D64" w:rsidRDefault="00000000">
            <w:pPr>
              <w:spacing w:line="245" w:lineRule="auto"/>
            </w:pPr>
            <w:r>
              <w:rPr>
                <w:b/>
                <w:color w:val="D95BC6"/>
                <w:sz w:val="16"/>
              </w:rPr>
              <w:t>DOKAZ</w:t>
            </w:r>
          </w:p>
          <w:p w14:paraId="261501B2" w14:textId="77777777" w:rsidR="00302D64" w:rsidRDefault="00000000">
            <w:pPr>
              <w:spacing w:after="60" w:line="245" w:lineRule="auto"/>
            </w:pPr>
            <w:r>
              <w:rPr>
                <w:color w:val="D95BC6"/>
                <w:sz w:val="16"/>
              </w:rPr>
              <w:t>opazovalni zapis s piktogrami</w:t>
            </w:r>
          </w:p>
          <w:p w14:paraId="0EEEC9F5" w14:textId="77777777" w:rsidR="00302D64" w:rsidRDefault="00000000">
            <w:pPr>
              <w:spacing w:after="20" w:line="245" w:lineRule="auto"/>
            </w:pPr>
            <w:r>
              <w:rPr>
                <w:b/>
                <w:color w:val="000000"/>
                <w:sz w:val="17"/>
              </w:rPr>
              <w:t>3. URA</w:t>
            </w:r>
          </w:p>
          <w:p w14:paraId="79C669A2" w14:textId="77777777" w:rsidR="00302D64" w:rsidRDefault="00000000">
            <w:pPr>
              <w:spacing w:after="40" w:line="245" w:lineRule="auto"/>
            </w:pPr>
            <w:r>
              <w:rPr>
                <w:color w:val="000000"/>
                <w:sz w:val="16"/>
              </w:rPr>
              <w:t>Odigrajo ustrezen odziv, povedo svoje ime, kraj dogodka in poiščejo zaupanja vredno odraslo osebo.</w:t>
            </w:r>
          </w:p>
          <w:p w14:paraId="4BCF5D71" w14:textId="77777777" w:rsidR="00302D64" w:rsidRDefault="00000000">
            <w:pPr>
              <w:spacing w:line="245" w:lineRule="auto"/>
            </w:pPr>
            <w:r>
              <w:rPr>
                <w:b/>
                <w:color w:val="D95BC6"/>
                <w:sz w:val="16"/>
              </w:rPr>
              <w:t>DOKAZ</w:t>
            </w:r>
          </w:p>
          <w:p w14:paraId="6D409FF9" w14:textId="77777777" w:rsidR="00302D64" w:rsidRDefault="00000000">
            <w:pPr>
              <w:spacing w:after="60" w:line="245" w:lineRule="auto"/>
            </w:pPr>
            <w:r>
              <w:rPr>
                <w:color w:val="D95BC6"/>
                <w:sz w:val="16"/>
              </w:rPr>
              <w:t>praktični odziv v simulirani situaciji</w:t>
            </w:r>
          </w:p>
        </w:tc>
      </w:tr>
    </w:tbl>
    <w:p w14:paraId="120E307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BF037E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66DAE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E922FE" w14:textId="77777777" w:rsidR="00302D64" w:rsidRDefault="00000000">
            <w:pPr>
              <w:jc w:val="center"/>
            </w:pPr>
            <w:r>
              <w:rPr>
                <w:b/>
                <w:color w:val="000000"/>
                <w:sz w:val="20"/>
              </w:rPr>
              <w:t>UČNE DEJAVNOSTI, METODE IN FORMATIVNO SPREMLJANJE</w:t>
            </w:r>
          </w:p>
        </w:tc>
      </w:tr>
      <w:tr w:rsidR="00302D64" w14:paraId="3C9A743A" w14:textId="77777777">
        <w:trPr>
          <w:tblHeader/>
          <w:jc w:val="center"/>
        </w:trPr>
        <w:tc>
          <w:tcPr>
            <w:tcW w:w="4422" w:type="dxa"/>
            <w:vMerge/>
            <w:tcMar>
              <w:top w:w="70" w:type="dxa"/>
              <w:left w:w="90" w:type="dxa"/>
              <w:bottom w:w="70" w:type="dxa"/>
              <w:right w:w="90" w:type="dxa"/>
            </w:tcMar>
            <w:vAlign w:val="center"/>
          </w:tcPr>
          <w:p w14:paraId="399D534A" w14:textId="77777777" w:rsidR="00302D64" w:rsidRDefault="00302D64"/>
        </w:tc>
        <w:tc>
          <w:tcPr>
            <w:tcW w:w="7087" w:type="dxa"/>
            <w:shd w:val="clear" w:color="auto" w:fill="FFFFFF"/>
            <w:tcMar>
              <w:top w:w="70" w:type="dxa"/>
              <w:left w:w="90" w:type="dxa"/>
              <w:bottom w:w="70" w:type="dxa"/>
              <w:right w:w="90" w:type="dxa"/>
            </w:tcMar>
            <w:vAlign w:val="center"/>
          </w:tcPr>
          <w:p w14:paraId="6391047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D65271D" w14:textId="77777777" w:rsidR="00302D64" w:rsidRDefault="00000000">
            <w:pPr>
              <w:jc w:val="center"/>
            </w:pPr>
            <w:r>
              <w:rPr>
                <w:b/>
                <w:color w:val="000000"/>
              </w:rPr>
              <w:t>UČENEC</w:t>
            </w:r>
          </w:p>
        </w:tc>
      </w:tr>
      <w:tr w:rsidR="00302D64" w14:paraId="4FA96AD3" w14:textId="77777777">
        <w:trPr>
          <w:jc w:val="center"/>
        </w:trPr>
        <w:tc>
          <w:tcPr>
            <w:tcW w:w="4422" w:type="dxa"/>
            <w:tcMar>
              <w:top w:w="70" w:type="dxa"/>
              <w:left w:w="90" w:type="dxa"/>
              <w:bottom w:w="70" w:type="dxa"/>
              <w:right w:w="90" w:type="dxa"/>
            </w:tcMar>
          </w:tcPr>
          <w:p w14:paraId="0C69B61B" w14:textId="77777777" w:rsidR="00302D64" w:rsidRDefault="00302D64"/>
          <w:p w14:paraId="4E7BE5E7" w14:textId="77777777" w:rsidR="00302D64" w:rsidRDefault="00000000">
            <w:pPr>
              <w:spacing w:after="40" w:line="245" w:lineRule="auto"/>
            </w:pPr>
            <w:r>
              <w:rPr>
                <w:b/>
                <w:color w:val="000000"/>
              </w:rPr>
              <w:t>FORMATIVNO SPREMLJANJE</w:t>
            </w:r>
          </w:p>
          <w:p w14:paraId="022F9C53" w14:textId="77777777" w:rsidR="00302D64" w:rsidRDefault="00000000">
            <w:pPr>
              <w:pStyle w:val="Oznaenseznam"/>
              <w:spacing w:after="16"/>
            </w:pPr>
            <w:r>
              <w:rPr>
                <w:color w:val="000000"/>
                <w:sz w:val="16"/>
              </w:rPr>
              <w:t>predznanje: začetni odgovor, razvrstitev ali prikaz</w:t>
            </w:r>
          </w:p>
          <w:p w14:paraId="778CC19D" w14:textId="77777777" w:rsidR="00302D64" w:rsidRDefault="00000000">
            <w:pPr>
              <w:pStyle w:val="Oznaenseznam"/>
              <w:spacing w:after="16"/>
            </w:pPr>
            <w:r>
              <w:rPr>
                <w:color w:val="000000"/>
                <w:sz w:val="16"/>
              </w:rPr>
              <w:t>dokazi med učenjem: izvedba, skica, model, opazovalni zapis ali razlaga</w:t>
            </w:r>
          </w:p>
          <w:p w14:paraId="6DEC9D58" w14:textId="77777777" w:rsidR="00302D64" w:rsidRDefault="00000000">
            <w:pPr>
              <w:pStyle w:val="Oznaenseznam"/>
              <w:spacing w:after="16"/>
            </w:pPr>
            <w:r>
              <w:rPr>
                <w:color w:val="000000"/>
                <w:sz w:val="16"/>
              </w:rPr>
              <w:t>povratna informacija: konkretna, vezana na kriterij in usmerjena v naslednji korak</w:t>
            </w:r>
          </w:p>
          <w:p w14:paraId="295D2CBC" w14:textId="77777777" w:rsidR="00302D64" w:rsidRDefault="00000000">
            <w:pPr>
              <w:pStyle w:val="Oznaenseznam"/>
              <w:spacing w:after="16"/>
            </w:pPr>
            <w:r>
              <w:rPr>
                <w:color w:val="000000"/>
                <w:sz w:val="16"/>
              </w:rPr>
              <w:t>samovrednotenje: semafor, prsti, izbrani simbol ali kratka poved</w:t>
            </w:r>
          </w:p>
          <w:p w14:paraId="7689F432" w14:textId="77777777" w:rsidR="00302D64" w:rsidRDefault="00000000">
            <w:pPr>
              <w:spacing w:before="40" w:after="20" w:line="245" w:lineRule="auto"/>
            </w:pPr>
            <w:r>
              <w:rPr>
                <w:b/>
                <w:color w:val="000000"/>
              </w:rPr>
              <w:t>VARNOST IN ODGOVORNOST</w:t>
            </w:r>
          </w:p>
          <w:p w14:paraId="256A2271" w14:textId="77777777" w:rsidR="00302D64" w:rsidRDefault="00000000">
            <w:pPr>
              <w:spacing w:after="60" w:line="245" w:lineRule="auto"/>
            </w:pPr>
            <w:r>
              <w:rPr>
                <w:color w:val="000000"/>
                <w:sz w:val="16"/>
              </w:rPr>
              <w:t>Upošteva dogovorjena pravila varnega, spoštljivega in odgovornega dela.</w:t>
            </w:r>
          </w:p>
          <w:p w14:paraId="73B821B0" w14:textId="77777777" w:rsidR="00302D64" w:rsidRDefault="00000000">
            <w:pPr>
              <w:spacing w:after="20" w:line="245" w:lineRule="auto"/>
            </w:pPr>
            <w:r>
              <w:rPr>
                <w:b/>
                <w:color w:val="000000"/>
              </w:rPr>
              <w:t>EVIDENCA PO IZVEDBI</w:t>
            </w:r>
          </w:p>
          <w:p w14:paraId="79F15891"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3ADFA7C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0B4C496" w14:textId="77777777">
              <w:trPr>
                <w:jc w:val="center"/>
              </w:trPr>
              <w:tc>
                <w:tcPr>
                  <w:tcW w:w="7087" w:type="dxa"/>
                  <w:shd w:val="clear" w:color="auto" w:fill="EDC9EA"/>
                  <w:tcMar>
                    <w:top w:w="45" w:type="dxa"/>
                    <w:left w:w="70" w:type="dxa"/>
                    <w:bottom w:w="45" w:type="dxa"/>
                    <w:right w:w="70" w:type="dxa"/>
                  </w:tcMar>
                </w:tcPr>
                <w:p w14:paraId="3134C6A0" w14:textId="77777777" w:rsidR="00302D64" w:rsidRDefault="00000000">
                  <w:pPr>
                    <w:keepNext/>
                  </w:pPr>
                  <w:r>
                    <w:rPr>
                      <w:b/>
                      <w:color w:val="000000"/>
                    </w:rPr>
                    <w:t>VPRAŠANJA V PODPORO UČENJU</w:t>
                  </w:r>
                </w:p>
              </w:tc>
            </w:tr>
          </w:tbl>
          <w:p w14:paraId="41E68DE0" w14:textId="77777777" w:rsidR="00302D64" w:rsidRDefault="00302D64">
            <w:pPr>
              <w:spacing w:line="20" w:lineRule="exact"/>
            </w:pPr>
          </w:p>
          <w:p w14:paraId="44DDACFB" w14:textId="77777777" w:rsidR="00302D64" w:rsidRDefault="00000000">
            <w:pPr>
              <w:pStyle w:val="Oznaenseznam"/>
              <w:spacing w:after="16"/>
            </w:pPr>
            <w:r>
              <w:rPr>
                <w:color w:val="000000"/>
                <w:sz w:val="16"/>
              </w:rPr>
              <w:t>Kaj si opazil/-a in kateri dokaz to pokaže?</w:t>
            </w:r>
          </w:p>
          <w:p w14:paraId="0741F486" w14:textId="77777777" w:rsidR="00302D64" w:rsidRDefault="00000000">
            <w:pPr>
              <w:pStyle w:val="Oznaenseznam"/>
              <w:spacing w:after="16"/>
            </w:pPr>
            <w:r>
              <w:rPr>
                <w:color w:val="000000"/>
                <w:sz w:val="16"/>
              </w:rPr>
              <w:t>Kako si prišel/-la do svoje odločitve?</w:t>
            </w:r>
          </w:p>
          <w:p w14:paraId="084E7C45" w14:textId="77777777" w:rsidR="00302D64" w:rsidRDefault="00000000">
            <w:pPr>
              <w:pStyle w:val="Oznaenseznam"/>
              <w:spacing w:after="16"/>
            </w:pPr>
            <w:r>
              <w:rPr>
                <w:color w:val="000000"/>
                <w:sz w:val="16"/>
              </w:rPr>
              <w:t>Kaj si pri ponovnem poskusu ohranil/-a enako in kaj spremenil/-a?</w:t>
            </w:r>
          </w:p>
          <w:p w14:paraId="46021066" w14:textId="77777777" w:rsidR="00302D64" w:rsidRDefault="00000000">
            <w:pPr>
              <w:pStyle w:val="Oznaenseznam"/>
              <w:spacing w:after="16"/>
            </w:pPr>
            <w:r>
              <w:rPr>
                <w:color w:val="000000"/>
                <w:sz w:val="16"/>
              </w:rPr>
              <w:t>Kateri kriterij že dosegaš? Kaj bo tvoj naslednji korak?</w:t>
            </w:r>
          </w:p>
          <w:p w14:paraId="583BEEC6"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5FF393B0" w14:textId="77777777">
              <w:trPr>
                <w:jc w:val="center"/>
              </w:trPr>
              <w:tc>
                <w:tcPr>
                  <w:tcW w:w="7087" w:type="dxa"/>
                  <w:shd w:val="clear" w:color="auto" w:fill="C6E7F3"/>
                  <w:tcMar>
                    <w:top w:w="45" w:type="dxa"/>
                    <w:left w:w="70" w:type="dxa"/>
                    <w:bottom w:w="45" w:type="dxa"/>
                    <w:right w:w="70" w:type="dxa"/>
                  </w:tcMar>
                </w:tcPr>
                <w:p w14:paraId="0E43F3FB" w14:textId="77777777" w:rsidR="00302D64" w:rsidRDefault="00000000">
                  <w:pPr>
                    <w:keepNext/>
                  </w:pPr>
                  <w:r>
                    <w:rPr>
                      <w:b/>
                      <w:color w:val="000000"/>
                    </w:rPr>
                    <w:t>ZAKLJUČNI DEL – UTRJEVANJE IN REFLEKSIJA (10–15 min)</w:t>
                  </w:r>
                </w:p>
              </w:tc>
            </w:tr>
          </w:tbl>
          <w:p w14:paraId="1E75A6EC" w14:textId="77777777" w:rsidR="00302D64" w:rsidRDefault="00302D64">
            <w:pPr>
              <w:spacing w:line="20" w:lineRule="exact"/>
            </w:pPr>
          </w:p>
          <w:p w14:paraId="2291795D"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A8B881D" w14:textId="77777777">
              <w:trPr>
                <w:jc w:val="center"/>
              </w:trPr>
              <w:tc>
                <w:tcPr>
                  <w:tcW w:w="7087" w:type="dxa"/>
                  <w:shd w:val="clear" w:color="auto" w:fill="EDC9EA"/>
                  <w:tcMar>
                    <w:top w:w="45" w:type="dxa"/>
                    <w:left w:w="70" w:type="dxa"/>
                    <w:bottom w:w="45" w:type="dxa"/>
                    <w:right w:w="70" w:type="dxa"/>
                  </w:tcMar>
                </w:tcPr>
                <w:p w14:paraId="41E99F28" w14:textId="77777777" w:rsidR="00302D64" w:rsidRDefault="00000000">
                  <w:pPr>
                    <w:keepNext/>
                  </w:pPr>
                  <w:r>
                    <w:rPr>
                      <w:b/>
                      <w:color w:val="000000"/>
                    </w:rPr>
                    <w:t>SAMOVREDNOTENJE</w:t>
                  </w:r>
                </w:p>
              </w:tc>
            </w:tr>
          </w:tbl>
          <w:p w14:paraId="15F19E6C" w14:textId="77777777" w:rsidR="00302D64" w:rsidRDefault="00302D64">
            <w:pPr>
              <w:spacing w:line="20" w:lineRule="exact"/>
            </w:pPr>
          </w:p>
          <w:p w14:paraId="71575F90"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73B92A7F" w14:textId="77777777">
              <w:trPr>
                <w:jc w:val="center"/>
              </w:trPr>
              <w:tc>
                <w:tcPr>
                  <w:tcW w:w="7087" w:type="dxa"/>
                  <w:shd w:val="clear" w:color="auto" w:fill="EDC9EA"/>
                  <w:tcMar>
                    <w:top w:w="45" w:type="dxa"/>
                    <w:left w:w="70" w:type="dxa"/>
                    <w:bottom w:w="45" w:type="dxa"/>
                    <w:right w:w="70" w:type="dxa"/>
                  </w:tcMar>
                </w:tcPr>
                <w:p w14:paraId="3FF9F858" w14:textId="77777777" w:rsidR="00302D64" w:rsidRDefault="00000000">
                  <w:pPr>
                    <w:keepNext/>
                  </w:pPr>
                  <w:r>
                    <w:rPr>
                      <w:b/>
                      <w:color w:val="000000"/>
                    </w:rPr>
                    <w:t>VRSTNIŠKO VREDNOTENJE</w:t>
                  </w:r>
                </w:p>
              </w:tc>
            </w:tr>
          </w:tbl>
          <w:p w14:paraId="21A044DF" w14:textId="77777777" w:rsidR="00302D64" w:rsidRDefault="00302D64">
            <w:pPr>
              <w:spacing w:line="20" w:lineRule="exact"/>
            </w:pPr>
          </w:p>
          <w:p w14:paraId="1C7EE6DF"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7DE19C46" w14:textId="77777777">
              <w:trPr>
                <w:jc w:val="center"/>
              </w:trPr>
              <w:tc>
                <w:tcPr>
                  <w:tcW w:w="7087" w:type="dxa"/>
                  <w:shd w:val="clear" w:color="auto" w:fill="EDC9EA"/>
                  <w:tcMar>
                    <w:top w:w="45" w:type="dxa"/>
                    <w:left w:w="70" w:type="dxa"/>
                    <w:bottom w:w="45" w:type="dxa"/>
                    <w:right w:w="70" w:type="dxa"/>
                  </w:tcMar>
                </w:tcPr>
                <w:p w14:paraId="4B6BB3E8" w14:textId="77777777" w:rsidR="00302D64" w:rsidRDefault="00000000">
                  <w:pPr>
                    <w:keepNext/>
                  </w:pPr>
                  <w:r>
                    <w:rPr>
                      <w:b/>
                      <w:color w:val="000000"/>
                    </w:rPr>
                    <w:t>SKUPNI POVZETEK</w:t>
                  </w:r>
                </w:p>
              </w:tc>
            </w:tr>
          </w:tbl>
          <w:p w14:paraId="53353731" w14:textId="77777777" w:rsidR="00302D64" w:rsidRDefault="00302D64"/>
          <w:p w14:paraId="3B93461E" w14:textId="77777777" w:rsidR="00302D64" w:rsidRDefault="00000000">
            <w:pPr>
              <w:spacing w:before="20" w:after="40" w:line="245" w:lineRule="auto"/>
            </w:pPr>
            <w:r>
              <w:rPr>
                <w:b/>
                <w:color w:val="000000"/>
                <w:sz w:val="17"/>
              </w:rPr>
              <w:t>Znak mi sporoča pomembno pravilo. Nevarnost prepoznam, ravnam premišljeno in poiščem pomoč odraslega.</w:t>
            </w:r>
          </w:p>
        </w:tc>
        <w:tc>
          <w:tcPr>
            <w:tcW w:w="2551" w:type="dxa"/>
            <w:tcMar>
              <w:top w:w="70" w:type="dxa"/>
              <w:left w:w="90" w:type="dxa"/>
              <w:bottom w:w="70" w:type="dxa"/>
              <w:right w:w="90" w:type="dxa"/>
            </w:tcMar>
          </w:tcPr>
          <w:p w14:paraId="1BF5B548" w14:textId="77777777" w:rsidR="00302D64" w:rsidRDefault="00302D64"/>
          <w:p w14:paraId="3C385077" w14:textId="77777777" w:rsidR="00302D64" w:rsidRDefault="00000000">
            <w:pPr>
              <w:spacing w:after="100" w:line="245" w:lineRule="auto"/>
            </w:pPr>
            <w:r>
              <w:rPr>
                <w:color w:val="000000"/>
                <w:sz w:val="16"/>
              </w:rPr>
              <w:t>Odgovarja na podporna vprašanja in se sklicuje na svoj dokaz.</w:t>
            </w:r>
          </w:p>
          <w:p w14:paraId="5773BFBE" w14:textId="77777777" w:rsidR="00302D64" w:rsidRDefault="00000000">
            <w:pPr>
              <w:spacing w:after="100" w:line="245" w:lineRule="auto"/>
            </w:pPr>
            <w:r>
              <w:rPr>
                <w:color w:val="000000"/>
                <w:sz w:val="16"/>
              </w:rPr>
              <w:t>Primerja začetno zamisel z ugotovitvijo ter pove ali pokaže, kaj se je naučil/-a.</w:t>
            </w:r>
          </w:p>
          <w:p w14:paraId="0E8FC60D" w14:textId="77777777" w:rsidR="00302D64" w:rsidRDefault="00000000">
            <w:pPr>
              <w:spacing w:after="100" w:line="245" w:lineRule="auto"/>
            </w:pPr>
            <w:r>
              <w:rPr>
                <w:color w:val="000000"/>
                <w:sz w:val="16"/>
              </w:rPr>
              <w:t>Izbere raven doseganja in določi naslednji korak.</w:t>
            </w:r>
          </w:p>
          <w:p w14:paraId="3CAD9506" w14:textId="77777777" w:rsidR="00302D64" w:rsidRDefault="00000000">
            <w:pPr>
              <w:spacing w:after="100" w:line="245" w:lineRule="auto"/>
            </w:pPr>
            <w:r>
              <w:rPr>
                <w:color w:val="000000"/>
                <w:sz w:val="16"/>
              </w:rPr>
              <w:t>Sošolcu poda prijazen, konkreten odziv.</w:t>
            </w:r>
          </w:p>
          <w:p w14:paraId="6A3AD8C6" w14:textId="77777777" w:rsidR="00302D64" w:rsidRDefault="00000000">
            <w:pPr>
              <w:spacing w:after="20" w:line="245" w:lineRule="auto"/>
            </w:pPr>
            <w:r>
              <w:rPr>
                <w:b/>
                <w:color w:val="D95BC6"/>
                <w:sz w:val="17"/>
              </w:rPr>
              <w:t>DOKAZ O UČENJU</w:t>
            </w:r>
          </w:p>
          <w:p w14:paraId="6E9B1CB6" w14:textId="77777777" w:rsidR="00302D64" w:rsidRDefault="00000000">
            <w:pPr>
              <w:spacing w:after="30" w:line="245" w:lineRule="auto"/>
            </w:pPr>
            <w:r>
              <w:rPr>
                <w:color w:val="D95BC6"/>
                <w:sz w:val="16"/>
              </w:rPr>
              <w:t>izvedba ali izdelek, razlaga, samovrednotenje in odziv na povratno informacijo</w:t>
            </w:r>
          </w:p>
        </w:tc>
      </w:tr>
    </w:tbl>
    <w:p w14:paraId="31741278"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BD99CD0" w14:textId="77777777">
        <w:trPr>
          <w:cantSplit/>
          <w:jc w:val="center"/>
        </w:trPr>
        <w:tc>
          <w:tcPr>
            <w:tcW w:w="14060" w:type="dxa"/>
            <w:gridSpan w:val="6"/>
            <w:tcMar>
              <w:top w:w="70" w:type="dxa"/>
              <w:left w:w="90" w:type="dxa"/>
              <w:bottom w:w="70" w:type="dxa"/>
              <w:right w:w="90" w:type="dxa"/>
            </w:tcMar>
            <w:vAlign w:val="center"/>
          </w:tcPr>
          <w:p w14:paraId="4CF55C0F" w14:textId="77777777" w:rsidR="00302D64" w:rsidRDefault="00000000">
            <w:pPr>
              <w:jc w:val="center"/>
            </w:pPr>
            <w:r>
              <w:rPr>
                <w:b/>
                <w:color w:val="000000"/>
                <w:sz w:val="24"/>
              </w:rPr>
              <w:lastRenderedPageBreak/>
              <w:t>UČNA PRIPRAVA 7/39</w:t>
            </w:r>
          </w:p>
        </w:tc>
      </w:tr>
      <w:tr w:rsidR="00302D64" w14:paraId="33240C68" w14:textId="77777777">
        <w:trPr>
          <w:jc w:val="center"/>
        </w:trPr>
        <w:tc>
          <w:tcPr>
            <w:tcW w:w="2665" w:type="dxa"/>
            <w:tcMar>
              <w:top w:w="70" w:type="dxa"/>
              <w:left w:w="90" w:type="dxa"/>
              <w:bottom w:w="70" w:type="dxa"/>
              <w:right w:w="90" w:type="dxa"/>
            </w:tcMar>
            <w:vAlign w:val="center"/>
          </w:tcPr>
          <w:p w14:paraId="6661D0F2"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199B7A5"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12705B8"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1130FFB" w14:textId="77777777" w:rsidR="00302D64" w:rsidRDefault="00000000">
            <w:r>
              <w:rPr>
                <w:b/>
                <w:color w:val="000000"/>
                <w:sz w:val="16"/>
              </w:rPr>
              <w:t xml:space="preserve">NAČRTOVANI TERMIN: </w:t>
            </w:r>
            <w:r>
              <w:rPr>
                <w:color w:val="000000"/>
                <w:sz w:val="16"/>
              </w:rPr>
              <w:t>7. teden • 12.–16. 10. 2026</w:t>
            </w:r>
          </w:p>
        </w:tc>
        <w:tc>
          <w:tcPr>
            <w:tcW w:w="2268" w:type="dxa"/>
            <w:tcMar>
              <w:top w:w="70" w:type="dxa"/>
              <w:left w:w="90" w:type="dxa"/>
              <w:bottom w:w="70" w:type="dxa"/>
              <w:right w:w="90" w:type="dxa"/>
            </w:tcMar>
            <w:vAlign w:val="center"/>
          </w:tcPr>
          <w:p w14:paraId="7358C322"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F42DCF9" w14:textId="77777777" w:rsidR="00302D64" w:rsidRDefault="00000000">
            <w:r>
              <w:rPr>
                <w:b/>
                <w:color w:val="000000"/>
                <w:sz w:val="16"/>
              </w:rPr>
              <w:t xml:space="preserve">ŠTEVILO UR: </w:t>
            </w:r>
            <w:r>
              <w:rPr>
                <w:color w:val="000000"/>
                <w:sz w:val="16"/>
              </w:rPr>
              <w:t>3</w:t>
            </w:r>
          </w:p>
        </w:tc>
      </w:tr>
      <w:tr w:rsidR="00302D64" w14:paraId="640590FA" w14:textId="77777777">
        <w:trPr>
          <w:jc w:val="center"/>
        </w:trPr>
        <w:tc>
          <w:tcPr>
            <w:tcW w:w="14061" w:type="dxa"/>
            <w:gridSpan w:val="6"/>
            <w:tcMar>
              <w:top w:w="70" w:type="dxa"/>
              <w:left w:w="90" w:type="dxa"/>
              <w:bottom w:w="70" w:type="dxa"/>
              <w:right w:w="90" w:type="dxa"/>
            </w:tcMar>
            <w:vAlign w:val="center"/>
          </w:tcPr>
          <w:p w14:paraId="08FCC45B" w14:textId="77777777" w:rsidR="00302D64" w:rsidRDefault="00000000">
            <w:r>
              <w:t>TIP UČNE URE: obravnava, izkušenjsko raziskovanje, učenje po postajah, utrjevanje in formativno spremljanje</w:t>
            </w:r>
          </w:p>
        </w:tc>
      </w:tr>
      <w:tr w:rsidR="00302D64" w14:paraId="5511E9B6" w14:textId="77777777">
        <w:trPr>
          <w:cantSplit/>
          <w:jc w:val="center"/>
        </w:trPr>
        <w:tc>
          <w:tcPr>
            <w:tcW w:w="14060" w:type="dxa"/>
            <w:gridSpan w:val="6"/>
            <w:tcMar>
              <w:top w:w="70" w:type="dxa"/>
              <w:left w:w="90" w:type="dxa"/>
              <w:bottom w:w="70" w:type="dxa"/>
              <w:right w:w="90" w:type="dxa"/>
            </w:tcMar>
            <w:vAlign w:val="center"/>
          </w:tcPr>
          <w:p w14:paraId="4497B052" w14:textId="77777777" w:rsidR="00302D64" w:rsidRDefault="00302D64"/>
          <w:p w14:paraId="0A540A0A" w14:textId="77777777" w:rsidR="00302D64" w:rsidRDefault="00000000">
            <w:pPr>
              <w:spacing w:line="245" w:lineRule="auto"/>
            </w:pPr>
            <w:r>
              <w:rPr>
                <w:b/>
                <w:color w:val="000000"/>
                <w:sz w:val="17"/>
              </w:rPr>
              <w:t xml:space="preserve">UČNI SKLOP: </w:t>
            </w:r>
            <w:r>
              <w:rPr>
                <w:color w:val="000000"/>
                <w:sz w:val="17"/>
              </w:rPr>
              <w:t>VARNA POT IN MOBILNOST</w:t>
            </w:r>
          </w:p>
        </w:tc>
      </w:tr>
      <w:tr w:rsidR="00302D64" w14:paraId="6F126CE8" w14:textId="77777777">
        <w:trPr>
          <w:cantSplit/>
          <w:jc w:val="center"/>
        </w:trPr>
        <w:tc>
          <w:tcPr>
            <w:tcW w:w="14060" w:type="dxa"/>
            <w:gridSpan w:val="6"/>
            <w:tcMar>
              <w:top w:w="70" w:type="dxa"/>
              <w:left w:w="90" w:type="dxa"/>
              <w:bottom w:w="70" w:type="dxa"/>
              <w:right w:w="90" w:type="dxa"/>
            </w:tcMar>
            <w:vAlign w:val="center"/>
          </w:tcPr>
          <w:p w14:paraId="2B3FE148" w14:textId="77777777" w:rsidR="00302D64" w:rsidRDefault="00302D64"/>
          <w:p w14:paraId="4CB24BCA" w14:textId="77777777" w:rsidR="00302D64" w:rsidRDefault="00000000">
            <w:pPr>
              <w:spacing w:line="245" w:lineRule="auto"/>
            </w:pPr>
            <w:r>
              <w:rPr>
                <w:b/>
                <w:color w:val="000000"/>
                <w:sz w:val="17"/>
              </w:rPr>
              <w:t xml:space="preserve">UČNA TEMA: </w:t>
            </w:r>
            <w:r>
              <w:rPr>
                <w:color w:val="000000"/>
                <w:sz w:val="17"/>
              </w:rPr>
              <w:t>PREVOZNA SREDSTVA</w:t>
            </w:r>
          </w:p>
        </w:tc>
      </w:tr>
      <w:tr w:rsidR="00302D64" w14:paraId="3693C233" w14:textId="77777777">
        <w:trPr>
          <w:cantSplit/>
          <w:jc w:val="center"/>
        </w:trPr>
        <w:tc>
          <w:tcPr>
            <w:tcW w:w="14060" w:type="dxa"/>
            <w:gridSpan w:val="6"/>
            <w:tcMar>
              <w:top w:w="70" w:type="dxa"/>
              <w:left w:w="90" w:type="dxa"/>
              <w:bottom w:w="70" w:type="dxa"/>
              <w:right w:w="90" w:type="dxa"/>
            </w:tcMar>
            <w:vAlign w:val="center"/>
          </w:tcPr>
          <w:p w14:paraId="30E8E908" w14:textId="77777777" w:rsidR="00302D64" w:rsidRDefault="00302D64"/>
          <w:p w14:paraId="7240AF58" w14:textId="77777777" w:rsidR="00302D64" w:rsidRDefault="00000000">
            <w:pPr>
              <w:spacing w:line="245" w:lineRule="auto"/>
            </w:pPr>
            <w:r>
              <w:rPr>
                <w:b/>
                <w:color w:val="000000"/>
                <w:sz w:val="17"/>
              </w:rPr>
              <w:t xml:space="preserve">KNJIŽEVNO IZHODIŠČE IN MOTIV: </w:t>
            </w:r>
            <w:r>
              <w:rPr>
                <w:color w:val="000000"/>
                <w:sz w:val="17"/>
              </w:rPr>
              <w:t>»Juri Muri v Afriki« – Tone Pavček • potovanje, prevozna sredstva in spoštovanje različnosti</w:t>
            </w:r>
          </w:p>
        </w:tc>
      </w:tr>
      <w:tr w:rsidR="00302D64" w14:paraId="767B2C9A" w14:textId="77777777">
        <w:trPr>
          <w:cantSplit/>
          <w:jc w:val="center"/>
        </w:trPr>
        <w:tc>
          <w:tcPr>
            <w:tcW w:w="14060" w:type="dxa"/>
            <w:gridSpan w:val="6"/>
            <w:tcMar>
              <w:top w:w="70" w:type="dxa"/>
              <w:left w:w="90" w:type="dxa"/>
              <w:bottom w:w="70" w:type="dxa"/>
              <w:right w:w="90" w:type="dxa"/>
            </w:tcMar>
            <w:vAlign w:val="center"/>
          </w:tcPr>
          <w:p w14:paraId="5D8DE27C" w14:textId="77777777" w:rsidR="00302D64" w:rsidRDefault="00302D64"/>
          <w:p w14:paraId="2736A596" w14:textId="77777777" w:rsidR="00302D64" w:rsidRDefault="00000000">
            <w:pPr>
              <w:spacing w:line="245" w:lineRule="auto"/>
            </w:pPr>
            <w:r>
              <w:rPr>
                <w:b/>
                <w:color w:val="000000"/>
                <w:sz w:val="17"/>
              </w:rPr>
              <w:t xml:space="preserve">UČNE ENOTE: </w:t>
            </w:r>
            <w:r>
              <w:rPr>
                <w:color w:val="000000"/>
                <w:sz w:val="17"/>
              </w:rPr>
              <w:t>1. ura – Kje se premika? • 2. ura – Varna vožnja • 3. ura – Potujmo premišljeno</w:t>
            </w:r>
          </w:p>
        </w:tc>
      </w:tr>
      <w:tr w:rsidR="00302D64" w14:paraId="556F9B6C" w14:textId="77777777">
        <w:trPr>
          <w:cantSplit/>
          <w:jc w:val="center"/>
        </w:trPr>
        <w:tc>
          <w:tcPr>
            <w:tcW w:w="14060" w:type="dxa"/>
            <w:gridSpan w:val="6"/>
            <w:tcMar>
              <w:top w:w="70" w:type="dxa"/>
              <w:left w:w="90" w:type="dxa"/>
              <w:bottom w:w="70" w:type="dxa"/>
              <w:right w:w="90" w:type="dxa"/>
            </w:tcMar>
            <w:vAlign w:val="center"/>
          </w:tcPr>
          <w:p w14:paraId="6E6B0A3A" w14:textId="77777777" w:rsidR="00302D64" w:rsidRDefault="00302D64"/>
          <w:p w14:paraId="1B743DB2"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01E77AC8" w14:textId="77777777">
        <w:trPr>
          <w:cantSplit/>
          <w:jc w:val="center"/>
        </w:trPr>
        <w:tc>
          <w:tcPr>
            <w:tcW w:w="14060" w:type="dxa"/>
            <w:gridSpan w:val="6"/>
            <w:tcMar>
              <w:top w:w="70" w:type="dxa"/>
              <w:left w:w="90" w:type="dxa"/>
              <w:bottom w:w="70" w:type="dxa"/>
              <w:right w:w="90" w:type="dxa"/>
            </w:tcMar>
            <w:vAlign w:val="center"/>
          </w:tcPr>
          <w:p w14:paraId="35AA5C32" w14:textId="77777777" w:rsidR="00302D64" w:rsidRDefault="00302D64"/>
          <w:p w14:paraId="639FBB76"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629FE973" w14:textId="77777777">
        <w:trPr>
          <w:cantSplit/>
          <w:jc w:val="center"/>
        </w:trPr>
        <w:tc>
          <w:tcPr>
            <w:tcW w:w="14060" w:type="dxa"/>
            <w:gridSpan w:val="6"/>
            <w:tcMar>
              <w:top w:w="70" w:type="dxa"/>
              <w:left w:w="90" w:type="dxa"/>
              <w:bottom w:w="70" w:type="dxa"/>
              <w:right w:w="90" w:type="dxa"/>
            </w:tcMar>
            <w:vAlign w:val="center"/>
          </w:tcPr>
          <w:p w14:paraId="285E0720" w14:textId="77777777" w:rsidR="00302D64" w:rsidRDefault="00302D64"/>
          <w:p w14:paraId="3A442082"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490BD82" w14:textId="77777777">
        <w:trPr>
          <w:cantSplit/>
          <w:jc w:val="center"/>
        </w:trPr>
        <w:tc>
          <w:tcPr>
            <w:tcW w:w="14060" w:type="dxa"/>
            <w:gridSpan w:val="6"/>
            <w:tcMar>
              <w:top w:w="70" w:type="dxa"/>
              <w:left w:w="90" w:type="dxa"/>
              <w:bottom w:w="70" w:type="dxa"/>
              <w:right w:w="90" w:type="dxa"/>
            </w:tcMar>
            <w:vAlign w:val="center"/>
          </w:tcPr>
          <w:p w14:paraId="2BCBD2E5" w14:textId="77777777" w:rsidR="00302D64" w:rsidRDefault="00302D64"/>
          <w:p w14:paraId="4566672B" w14:textId="77777777" w:rsidR="00302D64" w:rsidRDefault="00000000">
            <w:pPr>
              <w:spacing w:line="245" w:lineRule="auto"/>
            </w:pPr>
            <w:r>
              <w:rPr>
                <w:b/>
                <w:color w:val="000000"/>
                <w:sz w:val="17"/>
              </w:rPr>
              <w:t xml:space="preserve">MEDPREDMETNE POVEZAVE: </w:t>
            </w:r>
            <w:r>
              <w:rPr>
                <w:color w:val="000000"/>
                <w:sz w:val="17"/>
              </w:rPr>
              <w:t>MAT – razvrščanje in primerjanje; SLJ – opis poti; ŠPO – gibalno ponazarjanje; LUM – slikovni načrt</w:t>
            </w:r>
          </w:p>
        </w:tc>
      </w:tr>
      <w:tr w:rsidR="00302D64" w14:paraId="1CD46EF8" w14:textId="77777777">
        <w:trPr>
          <w:cantSplit/>
          <w:jc w:val="center"/>
        </w:trPr>
        <w:tc>
          <w:tcPr>
            <w:tcW w:w="14060" w:type="dxa"/>
            <w:gridSpan w:val="6"/>
            <w:tcMar>
              <w:top w:w="70" w:type="dxa"/>
              <w:left w:w="90" w:type="dxa"/>
              <w:bottom w:w="70" w:type="dxa"/>
              <w:right w:w="90" w:type="dxa"/>
            </w:tcMar>
            <w:vAlign w:val="center"/>
          </w:tcPr>
          <w:p w14:paraId="3FC2D262" w14:textId="77777777" w:rsidR="00302D64" w:rsidRDefault="00302D64"/>
          <w:p w14:paraId="300DCF3F" w14:textId="77777777" w:rsidR="00302D64" w:rsidRDefault="00000000">
            <w:pPr>
              <w:spacing w:line="245" w:lineRule="auto"/>
            </w:pPr>
            <w:r>
              <w:rPr>
                <w:b/>
                <w:color w:val="000000"/>
                <w:sz w:val="17"/>
              </w:rPr>
              <w:t xml:space="preserve">UČNA SREDSTVA IN PRIPOMOČKI: </w:t>
            </w:r>
            <w:r>
              <w:rPr>
                <w:color w:val="000000"/>
                <w:sz w:val="17"/>
              </w:rPr>
              <w:t>slike prevoznih sredstev, obroči ali talne oznake, vozovnice, čelada, varnostni pas iz traku, kartice poti in meril</w:t>
            </w:r>
          </w:p>
        </w:tc>
      </w:tr>
      <w:tr w:rsidR="00302D64" w14:paraId="3721484A" w14:textId="77777777">
        <w:trPr>
          <w:cantSplit/>
          <w:jc w:val="center"/>
        </w:trPr>
        <w:tc>
          <w:tcPr>
            <w:tcW w:w="14060" w:type="dxa"/>
            <w:gridSpan w:val="6"/>
            <w:tcMar>
              <w:top w:w="70" w:type="dxa"/>
              <w:left w:w="90" w:type="dxa"/>
              <w:bottom w:w="70" w:type="dxa"/>
              <w:right w:w="90" w:type="dxa"/>
            </w:tcMar>
            <w:vAlign w:val="center"/>
          </w:tcPr>
          <w:p w14:paraId="1CB1D3B9" w14:textId="77777777" w:rsidR="00302D64" w:rsidRDefault="00302D64"/>
          <w:p w14:paraId="6D141973"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3AAFADF" w14:textId="77777777">
        <w:trPr>
          <w:cantSplit/>
          <w:jc w:val="center"/>
        </w:trPr>
        <w:tc>
          <w:tcPr>
            <w:tcW w:w="14060" w:type="dxa"/>
            <w:gridSpan w:val="6"/>
            <w:tcMar>
              <w:top w:w="70" w:type="dxa"/>
              <w:left w:w="90" w:type="dxa"/>
              <w:bottom w:w="70" w:type="dxa"/>
              <w:right w:w="90" w:type="dxa"/>
            </w:tcMar>
            <w:vAlign w:val="center"/>
          </w:tcPr>
          <w:p w14:paraId="12DF0DEF" w14:textId="77777777" w:rsidR="00302D64" w:rsidRDefault="00302D64"/>
          <w:p w14:paraId="12265581"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394611BF" w14:textId="77777777">
        <w:trPr>
          <w:cantSplit/>
          <w:jc w:val="center"/>
        </w:trPr>
        <w:tc>
          <w:tcPr>
            <w:tcW w:w="14060" w:type="dxa"/>
            <w:gridSpan w:val="6"/>
            <w:tcMar>
              <w:top w:w="70" w:type="dxa"/>
              <w:left w:w="90" w:type="dxa"/>
              <w:bottom w:w="70" w:type="dxa"/>
              <w:right w:w="90" w:type="dxa"/>
            </w:tcMar>
            <w:vAlign w:val="center"/>
          </w:tcPr>
          <w:p w14:paraId="31672204" w14:textId="77777777" w:rsidR="00302D64" w:rsidRDefault="00302D64"/>
          <w:p w14:paraId="5C90C799"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5023AC1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BCB3A8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38D06A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44525E2" w14:textId="77777777" w:rsidR="00302D64" w:rsidRDefault="00000000">
            <w:pPr>
              <w:jc w:val="center"/>
            </w:pPr>
            <w:r>
              <w:rPr>
                <w:b/>
                <w:color w:val="000000"/>
                <w:sz w:val="20"/>
              </w:rPr>
              <w:t>UČNE DEJAVNOSTI, METODE IN FORMATIVNO SPREMLJANJE</w:t>
            </w:r>
          </w:p>
        </w:tc>
      </w:tr>
      <w:tr w:rsidR="00302D64" w14:paraId="2135D00F" w14:textId="77777777">
        <w:trPr>
          <w:tblHeader/>
          <w:jc w:val="center"/>
        </w:trPr>
        <w:tc>
          <w:tcPr>
            <w:tcW w:w="4422" w:type="dxa"/>
            <w:vMerge/>
            <w:tcMar>
              <w:top w:w="70" w:type="dxa"/>
              <w:left w:w="90" w:type="dxa"/>
              <w:bottom w:w="70" w:type="dxa"/>
              <w:right w:w="90" w:type="dxa"/>
            </w:tcMar>
            <w:vAlign w:val="center"/>
          </w:tcPr>
          <w:p w14:paraId="3E91F8D5" w14:textId="77777777" w:rsidR="00302D64" w:rsidRDefault="00302D64"/>
        </w:tc>
        <w:tc>
          <w:tcPr>
            <w:tcW w:w="7087" w:type="dxa"/>
            <w:shd w:val="clear" w:color="auto" w:fill="FFFFFF"/>
            <w:tcMar>
              <w:top w:w="70" w:type="dxa"/>
              <w:left w:w="90" w:type="dxa"/>
              <w:bottom w:w="70" w:type="dxa"/>
              <w:right w:w="90" w:type="dxa"/>
            </w:tcMar>
            <w:vAlign w:val="center"/>
          </w:tcPr>
          <w:p w14:paraId="0103D37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D4CFD5" w14:textId="77777777" w:rsidR="00302D64" w:rsidRDefault="00000000">
            <w:pPr>
              <w:jc w:val="center"/>
            </w:pPr>
            <w:r>
              <w:rPr>
                <w:b/>
                <w:color w:val="000000"/>
              </w:rPr>
              <w:t>UČENEC</w:t>
            </w:r>
          </w:p>
        </w:tc>
      </w:tr>
      <w:tr w:rsidR="00302D64" w14:paraId="576738EC" w14:textId="77777777">
        <w:trPr>
          <w:jc w:val="center"/>
        </w:trPr>
        <w:tc>
          <w:tcPr>
            <w:tcW w:w="4422" w:type="dxa"/>
            <w:tcMar>
              <w:top w:w="70" w:type="dxa"/>
              <w:left w:w="90" w:type="dxa"/>
              <w:bottom w:w="70" w:type="dxa"/>
              <w:right w:w="90" w:type="dxa"/>
            </w:tcMar>
          </w:tcPr>
          <w:p w14:paraId="287B9ED6" w14:textId="77777777" w:rsidR="00302D64" w:rsidRDefault="00302D64"/>
          <w:p w14:paraId="29894F99" w14:textId="77777777" w:rsidR="00302D64" w:rsidRDefault="00000000">
            <w:pPr>
              <w:spacing w:after="60" w:line="245" w:lineRule="auto"/>
            </w:pPr>
            <w:r>
              <w:rPr>
                <w:b/>
                <w:color w:val="000000"/>
              </w:rPr>
              <w:t>UČNI CILJI</w:t>
            </w:r>
          </w:p>
          <w:p w14:paraId="13BF663B" w14:textId="77777777" w:rsidR="00302D64" w:rsidRDefault="00000000">
            <w:pPr>
              <w:spacing w:after="20" w:line="245" w:lineRule="auto"/>
            </w:pPr>
            <w:r>
              <w:rPr>
                <w:b/>
                <w:color w:val="000000"/>
                <w:sz w:val="17"/>
              </w:rPr>
              <w:t>SPLOŠNI</w:t>
            </w:r>
          </w:p>
          <w:p w14:paraId="30C1A5C3" w14:textId="77777777" w:rsidR="00302D64" w:rsidRDefault="00000000">
            <w:pPr>
              <w:pStyle w:val="Oznaenseznam"/>
              <w:spacing w:after="16"/>
            </w:pPr>
            <w:r>
              <w:rPr>
                <w:color w:val="000000"/>
                <w:sz w:val="16"/>
              </w:rPr>
              <w:t>razvija radovednost ter sistematično opazuje, primerja, razvršča in sporoča ugotovitve</w:t>
            </w:r>
          </w:p>
          <w:p w14:paraId="1000EE24" w14:textId="77777777" w:rsidR="00302D64" w:rsidRDefault="00000000">
            <w:pPr>
              <w:pStyle w:val="Oznaenseznam"/>
              <w:spacing w:after="16"/>
            </w:pPr>
            <w:r>
              <w:rPr>
                <w:color w:val="000000"/>
                <w:sz w:val="16"/>
              </w:rPr>
              <w:t>sodeluje, posluša druge in svoja opažanja izraža na razvojno primeren način</w:t>
            </w:r>
          </w:p>
          <w:p w14:paraId="0EBC9111" w14:textId="77777777" w:rsidR="00302D64" w:rsidRDefault="00000000">
            <w:pPr>
              <w:pStyle w:val="Oznaenseznam"/>
              <w:spacing w:after="16"/>
            </w:pPr>
            <w:r>
              <w:rPr>
                <w:color w:val="000000"/>
                <w:sz w:val="16"/>
              </w:rPr>
              <w:t>ravna varno, odgovorno in skrbno do sebe, drugih ter okolja</w:t>
            </w:r>
          </w:p>
          <w:p w14:paraId="7315FAEC" w14:textId="77777777" w:rsidR="00302D64" w:rsidRDefault="00000000">
            <w:pPr>
              <w:pStyle w:val="Oznaenseznam"/>
              <w:spacing w:after="16"/>
            </w:pPr>
            <w:r>
              <w:rPr>
                <w:color w:val="000000"/>
                <w:sz w:val="16"/>
              </w:rPr>
              <w:t>ob kriterijih spremlja svoje učenje in sprejema opisno povratno informacijo</w:t>
            </w:r>
          </w:p>
          <w:p w14:paraId="2D482BB4" w14:textId="77777777" w:rsidR="00302D64" w:rsidRDefault="00000000">
            <w:pPr>
              <w:spacing w:before="40" w:after="20" w:line="245" w:lineRule="auto"/>
            </w:pPr>
            <w:r>
              <w:rPr>
                <w:b/>
                <w:color w:val="000000"/>
                <w:sz w:val="17"/>
              </w:rPr>
              <w:t>OPERATIVNI</w:t>
            </w:r>
          </w:p>
          <w:p w14:paraId="44C17347" w14:textId="77777777" w:rsidR="00302D64" w:rsidRDefault="00000000">
            <w:pPr>
              <w:pStyle w:val="Oznaenseznam"/>
              <w:spacing w:after="16"/>
            </w:pPr>
            <w:r>
              <w:rPr>
                <w:color w:val="000000"/>
                <w:sz w:val="16"/>
              </w:rPr>
              <w:t>razvršča prevozna sredstva</w:t>
            </w:r>
          </w:p>
          <w:p w14:paraId="4C70514B" w14:textId="77777777" w:rsidR="00302D64" w:rsidRDefault="00000000">
            <w:pPr>
              <w:pStyle w:val="Oznaenseznam"/>
              <w:spacing w:after="16"/>
            </w:pPr>
            <w:r>
              <w:rPr>
                <w:color w:val="000000"/>
                <w:sz w:val="16"/>
              </w:rPr>
              <w:t>primerja varne in manj varne izbire</w:t>
            </w:r>
          </w:p>
          <w:p w14:paraId="0BEB96AC" w14:textId="77777777" w:rsidR="00302D64" w:rsidRDefault="00000000">
            <w:pPr>
              <w:pStyle w:val="Oznaenseznam"/>
              <w:spacing w:after="16"/>
            </w:pPr>
            <w:r>
              <w:rPr>
                <w:color w:val="000000"/>
                <w:sz w:val="16"/>
              </w:rPr>
              <w:t>razume pomen trajnostne mobilnosti</w:t>
            </w:r>
          </w:p>
          <w:p w14:paraId="67FFF197" w14:textId="77777777" w:rsidR="00302D64" w:rsidRDefault="00000000">
            <w:pPr>
              <w:spacing w:before="40" w:after="20" w:line="245" w:lineRule="auto"/>
            </w:pPr>
            <w:r>
              <w:rPr>
                <w:b/>
                <w:color w:val="000000"/>
                <w:sz w:val="17"/>
              </w:rPr>
              <w:t>PRIČAKOVANI DOSEŽKI / STANDARDI</w:t>
            </w:r>
          </w:p>
          <w:p w14:paraId="60E41508" w14:textId="77777777" w:rsidR="00302D64" w:rsidRDefault="00000000">
            <w:pPr>
              <w:pStyle w:val="Oznaenseznam"/>
              <w:spacing w:after="16"/>
            </w:pPr>
            <w:r>
              <w:rPr>
                <w:color w:val="000000"/>
                <w:sz w:val="16"/>
              </w:rPr>
              <w:t>ob konkretni ali slikovni opori razvršča prevozna sredstva</w:t>
            </w:r>
          </w:p>
          <w:p w14:paraId="2907B251" w14:textId="77777777" w:rsidR="00302D64" w:rsidRDefault="00000000">
            <w:pPr>
              <w:pStyle w:val="Oznaenseznam"/>
              <w:spacing w:after="16"/>
            </w:pPr>
            <w:r>
              <w:rPr>
                <w:color w:val="000000"/>
                <w:sz w:val="16"/>
              </w:rPr>
              <w:t>ob konkretni ali slikovni opori primerja varne in manj varne izbire</w:t>
            </w:r>
          </w:p>
          <w:p w14:paraId="2750A22C" w14:textId="77777777" w:rsidR="00302D64" w:rsidRDefault="00000000">
            <w:pPr>
              <w:pStyle w:val="Oznaenseznam"/>
              <w:spacing w:after="16"/>
            </w:pPr>
            <w:r>
              <w:rPr>
                <w:color w:val="000000"/>
                <w:sz w:val="16"/>
              </w:rPr>
              <w:t>ob konkretni ali slikovni opori razume pomen trajnostne mobilnosti</w:t>
            </w:r>
          </w:p>
        </w:tc>
        <w:tc>
          <w:tcPr>
            <w:tcW w:w="7087" w:type="dxa"/>
            <w:tcMar>
              <w:top w:w="70" w:type="dxa"/>
              <w:left w:w="90" w:type="dxa"/>
              <w:bottom w:w="70" w:type="dxa"/>
              <w:right w:w="90" w:type="dxa"/>
            </w:tcMar>
          </w:tcPr>
          <w:p w14:paraId="5B6A362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A345224" w14:textId="77777777">
              <w:trPr>
                <w:jc w:val="center"/>
              </w:trPr>
              <w:tc>
                <w:tcPr>
                  <w:tcW w:w="7087" w:type="dxa"/>
                  <w:shd w:val="clear" w:color="auto" w:fill="C6E7F3"/>
                  <w:tcMar>
                    <w:top w:w="45" w:type="dxa"/>
                    <w:left w:w="70" w:type="dxa"/>
                    <w:bottom w:w="45" w:type="dxa"/>
                    <w:right w:w="70" w:type="dxa"/>
                  </w:tcMar>
                </w:tcPr>
                <w:p w14:paraId="14ACF4B4" w14:textId="77777777" w:rsidR="00302D64" w:rsidRDefault="00000000">
                  <w:pPr>
                    <w:keepNext/>
                  </w:pPr>
                  <w:r>
                    <w:rPr>
                      <w:b/>
                      <w:color w:val="000000"/>
                    </w:rPr>
                    <w:t>UVODNI DEL – motivacija, aktivacija predznanja in namen učenja (15–20 min)</w:t>
                  </w:r>
                </w:p>
              </w:tc>
            </w:tr>
          </w:tbl>
          <w:p w14:paraId="5440041F" w14:textId="77777777" w:rsidR="00302D64" w:rsidRDefault="00302D64">
            <w:pPr>
              <w:spacing w:line="20" w:lineRule="exact"/>
            </w:pPr>
          </w:p>
          <w:p w14:paraId="36EAF952" w14:textId="77777777" w:rsidR="00302D64" w:rsidRDefault="00000000">
            <w:pPr>
              <w:spacing w:before="40" w:after="60" w:line="245" w:lineRule="auto"/>
            </w:pPr>
            <w:r>
              <w:rPr>
                <w:color w:val="000000"/>
                <w:sz w:val="17"/>
              </w:rPr>
              <w:t>Juri Muri želi na potovanje. Iz vreče izvleče vozovnice in slike različnih prevoznih sredstev, vendar ne ve, katera izbira je primerna za posamezno pot.</w:t>
            </w:r>
          </w:p>
          <w:tbl>
            <w:tblPr>
              <w:tblStyle w:val="Tabelamrea"/>
              <w:tblW w:w="0" w:type="auto"/>
              <w:jc w:val="center"/>
              <w:tblLayout w:type="fixed"/>
              <w:tblLook w:val="04A0" w:firstRow="1" w:lastRow="0" w:firstColumn="1" w:lastColumn="0" w:noHBand="0" w:noVBand="1"/>
            </w:tblPr>
            <w:tblGrid>
              <w:gridCol w:w="7087"/>
            </w:tblGrid>
            <w:tr w:rsidR="00302D64" w14:paraId="0D01F337" w14:textId="77777777">
              <w:trPr>
                <w:jc w:val="center"/>
              </w:trPr>
              <w:tc>
                <w:tcPr>
                  <w:tcW w:w="7087" w:type="dxa"/>
                  <w:shd w:val="clear" w:color="auto" w:fill="EDC9EA"/>
                  <w:tcMar>
                    <w:top w:w="45" w:type="dxa"/>
                    <w:left w:w="70" w:type="dxa"/>
                    <w:bottom w:w="45" w:type="dxa"/>
                    <w:right w:w="70" w:type="dxa"/>
                  </w:tcMar>
                </w:tcPr>
                <w:p w14:paraId="6F6B9361" w14:textId="77777777" w:rsidR="00302D64" w:rsidRDefault="00000000">
                  <w:pPr>
                    <w:keepNext/>
                  </w:pPr>
                  <w:r>
                    <w:rPr>
                      <w:b/>
                      <w:color w:val="000000"/>
                    </w:rPr>
                    <w:t>NAMENI UČENJA</w:t>
                  </w:r>
                </w:p>
              </w:tc>
            </w:tr>
          </w:tbl>
          <w:p w14:paraId="1EDC4BF1" w14:textId="77777777" w:rsidR="00302D64" w:rsidRDefault="00302D64">
            <w:pPr>
              <w:spacing w:line="20" w:lineRule="exact"/>
            </w:pPr>
          </w:p>
          <w:p w14:paraId="045A108E" w14:textId="77777777" w:rsidR="00302D64" w:rsidRDefault="00000000">
            <w:pPr>
              <w:spacing w:before="20" w:after="20" w:line="245" w:lineRule="auto"/>
            </w:pPr>
            <w:r>
              <w:rPr>
                <w:color w:val="000000"/>
                <w:sz w:val="16"/>
              </w:rPr>
              <w:t>Učimo se zato, da bomo lažje razumeli in odgovorno uporabili znanje v vsakdanjih situacijah.</w:t>
            </w:r>
          </w:p>
          <w:p w14:paraId="0E39CD50" w14:textId="77777777" w:rsidR="00302D64" w:rsidRDefault="00000000">
            <w:pPr>
              <w:pStyle w:val="Oznaenseznam"/>
              <w:spacing w:after="16"/>
            </w:pPr>
            <w:r>
              <w:rPr>
                <w:color w:val="000000"/>
                <w:sz w:val="16"/>
              </w:rPr>
              <w:t>razvrščam prevozna sredstva</w:t>
            </w:r>
          </w:p>
          <w:p w14:paraId="5A86329A" w14:textId="77777777" w:rsidR="00302D64" w:rsidRDefault="00000000">
            <w:pPr>
              <w:pStyle w:val="Oznaenseznam"/>
              <w:spacing w:after="16"/>
            </w:pPr>
            <w:r>
              <w:rPr>
                <w:color w:val="000000"/>
                <w:sz w:val="16"/>
              </w:rPr>
              <w:t>primerjam varne in manj varne izbire</w:t>
            </w:r>
          </w:p>
          <w:p w14:paraId="69503527" w14:textId="77777777" w:rsidR="00302D64" w:rsidRDefault="00000000">
            <w:pPr>
              <w:pStyle w:val="Oznaenseznam"/>
              <w:spacing w:after="16"/>
            </w:pPr>
            <w:r>
              <w:rPr>
                <w:color w:val="000000"/>
                <w:sz w:val="16"/>
              </w:rPr>
              <w:t>razumem pomen trajnostne mobilnosti</w:t>
            </w:r>
          </w:p>
          <w:tbl>
            <w:tblPr>
              <w:tblStyle w:val="Tabelamrea"/>
              <w:tblW w:w="0" w:type="auto"/>
              <w:jc w:val="center"/>
              <w:tblLayout w:type="fixed"/>
              <w:tblLook w:val="04A0" w:firstRow="1" w:lastRow="0" w:firstColumn="1" w:lastColumn="0" w:noHBand="0" w:noVBand="1"/>
            </w:tblPr>
            <w:tblGrid>
              <w:gridCol w:w="7087"/>
            </w:tblGrid>
            <w:tr w:rsidR="00302D64" w14:paraId="2F0FC3D5" w14:textId="77777777">
              <w:trPr>
                <w:jc w:val="center"/>
              </w:trPr>
              <w:tc>
                <w:tcPr>
                  <w:tcW w:w="7087" w:type="dxa"/>
                  <w:shd w:val="clear" w:color="auto" w:fill="EDC9EA"/>
                  <w:tcMar>
                    <w:top w:w="45" w:type="dxa"/>
                    <w:left w:w="70" w:type="dxa"/>
                    <w:bottom w:w="45" w:type="dxa"/>
                    <w:right w:w="70" w:type="dxa"/>
                  </w:tcMar>
                </w:tcPr>
                <w:p w14:paraId="451418FF" w14:textId="77777777" w:rsidR="00302D64" w:rsidRDefault="00000000">
                  <w:pPr>
                    <w:keepNext/>
                  </w:pPr>
                  <w:r>
                    <w:rPr>
                      <w:b/>
                      <w:color w:val="000000"/>
                    </w:rPr>
                    <w:t>PREVERJANJE PREDZNANJA</w:t>
                  </w:r>
                </w:p>
              </w:tc>
            </w:tr>
          </w:tbl>
          <w:p w14:paraId="0AD88A04" w14:textId="77777777" w:rsidR="00302D64" w:rsidRDefault="00302D64">
            <w:pPr>
              <w:spacing w:line="20" w:lineRule="exact"/>
            </w:pPr>
          </w:p>
          <w:p w14:paraId="30336171" w14:textId="77777777" w:rsidR="00302D64" w:rsidRDefault="00000000">
            <w:pPr>
              <w:pStyle w:val="Oznaenseznam"/>
              <w:spacing w:after="16"/>
            </w:pPr>
            <w:r>
              <w:rPr>
                <w:color w:val="000000"/>
                <w:sz w:val="16"/>
              </w:rPr>
              <w:t>S katerimi prevoznimi sredstvi sem že potoval/-a?</w:t>
            </w:r>
          </w:p>
          <w:p w14:paraId="3E2E0969" w14:textId="77777777" w:rsidR="00302D64" w:rsidRDefault="00000000">
            <w:pPr>
              <w:pStyle w:val="Oznaenseznam"/>
              <w:spacing w:after="16"/>
            </w:pPr>
            <w:r>
              <w:rPr>
                <w:color w:val="000000"/>
                <w:sz w:val="16"/>
              </w:rPr>
              <w:t>Kaj med vožnjo pomeni varno in odgovorno ravnanje?</w:t>
            </w:r>
          </w:p>
          <w:p w14:paraId="072BE76D"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279C3296" w14:textId="77777777">
              <w:trPr>
                <w:jc w:val="center"/>
              </w:trPr>
              <w:tc>
                <w:tcPr>
                  <w:tcW w:w="7087" w:type="dxa"/>
                  <w:shd w:val="clear" w:color="auto" w:fill="EDC9EA"/>
                  <w:tcMar>
                    <w:top w:w="45" w:type="dxa"/>
                    <w:left w:w="70" w:type="dxa"/>
                    <w:bottom w:w="45" w:type="dxa"/>
                    <w:right w:w="70" w:type="dxa"/>
                  </w:tcMar>
                </w:tcPr>
                <w:p w14:paraId="3A59F1C0" w14:textId="77777777" w:rsidR="00302D64" w:rsidRDefault="00000000">
                  <w:pPr>
                    <w:keepNext/>
                  </w:pPr>
                  <w:r>
                    <w:rPr>
                      <w:b/>
                      <w:color w:val="000000"/>
                    </w:rPr>
                    <w:t>KRITERIJI USPEŠNOSTI</w:t>
                  </w:r>
                </w:p>
              </w:tc>
            </w:tr>
          </w:tbl>
          <w:p w14:paraId="2E4D642F" w14:textId="77777777" w:rsidR="00302D64" w:rsidRDefault="00302D64"/>
          <w:p w14:paraId="6A0921AF" w14:textId="77777777" w:rsidR="00302D64" w:rsidRDefault="00000000">
            <w:pPr>
              <w:spacing w:before="20" w:after="20" w:line="245" w:lineRule="auto"/>
            </w:pPr>
            <w:r>
              <w:rPr>
                <w:b/>
                <w:color w:val="000000"/>
                <w:sz w:val="16"/>
              </w:rPr>
              <w:t>Uspešen/-na bom, ko:</w:t>
            </w:r>
          </w:p>
          <w:p w14:paraId="7B5E22C4" w14:textId="77777777" w:rsidR="00302D64" w:rsidRDefault="00000000">
            <w:pPr>
              <w:pStyle w:val="Oznaenseznam"/>
              <w:spacing w:after="16"/>
            </w:pPr>
            <w:r>
              <w:rPr>
                <w:color w:val="000000"/>
                <w:sz w:val="16"/>
              </w:rPr>
              <w:t>razvrščam prevozna sredstva</w:t>
            </w:r>
          </w:p>
          <w:p w14:paraId="6568C47E" w14:textId="77777777" w:rsidR="00302D64" w:rsidRDefault="00000000">
            <w:pPr>
              <w:pStyle w:val="Oznaenseznam"/>
              <w:spacing w:after="16"/>
            </w:pPr>
            <w:r>
              <w:rPr>
                <w:color w:val="000000"/>
                <w:sz w:val="16"/>
              </w:rPr>
              <w:t>primerjam varne in manj varne izbire</w:t>
            </w:r>
          </w:p>
          <w:p w14:paraId="7F470962" w14:textId="77777777" w:rsidR="00302D64" w:rsidRDefault="00000000">
            <w:pPr>
              <w:pStyle w:val="Oznaenseznam"/>
              <w:spacing w:after="16"/>
            </w:pPr>
            <w:r>
              <w:rPr>
                <w:color w:val="000000"/>
                <w:sz w:val="16"/>
              </w:rPr>
              <w:t>razumem pomen trajnostne mobilnosti</w:t>
            </w:r>
          </w:p>
          <w:p w14:paraId="633FFF38"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92EE2AF" w14:textId="77777777" w:rsidR="00302D64" w:rsidRDefault="00302D64"/>
          <w:p w14:paraId="06BB172A" w14:textId="77777777" w:rsidR="00302D64" w:rsidRDefault="00000000">
            <w:pPr>
              <w:spacing w:after="80" w:line="245" w:lineRule="auto"/>
            </w:pPr>
            <w:r>
              <w:rPr>
                <w:color w:val="000000"/>
                <w:sz w:val="16"/>
              </w:rPr>
              <w:t>Posluša ali opazuje književno oziroma predmetno izhodišče ter se vključi z gibom, sliko ali besedo.</w:t>
            </w:r>
          </w:p>
          <w:p w14:paraId="52745397" w14:textId="77777777" w:rsidR="00302D64" w:rsidRDefault="00000000">
            <w:pPr>
              <w:spacing w:after="80" w:line="245" w:lineRule="auto"/>
            </w:pPr>
            <w:r>
              <w:rPr>
                <w:color w:val="000000"/>
                <w:sz w:val="16"/>
              </w:rPr>
              <w:t>Pove, pokaže ali nariše, kaj že ve. Posluša zamisli drugih.</w:t>
            </w:r>
          </w:p>
          <w:p w14:paraId="53B79D93" w14:textId="77777777" w:rsidR="00302D64" w:rsidRDefault="00000000">
            <w:pPr>
              <w:spacing w:after="100" w:line="245" w:lineRule="auto"/>
            </w:pPr>
            <w:r>
              <w:rPr>
                <w:color w:val="000000"/>
                <w:sz w:val="16"/>
              </w:rPr>
              <w:t>Sodeluje pri razumevanju namenov in kriterijev uspešnosti.</w:t>
            </w:r>
          </w:p>
          <w:p w14:paraId="4624E273" w14:textId="77777777" w:rsidR="00302D64" w:rsidRDefault="00000000">
            <w:pPr>
              <w:spacing w:after="20" w:line="245" w:lineRule="auto"/>
            </w:pPr>
            <w:r>
              <w:rPr>
                <w:b/>
                <w:color w:val="D95BC6"/>
                <w:sz w:val="17"/>
              </w:rPr>
              <w:t>DOKAZ O UČENJU</w:t>
            </w:r>
          </w:p>
          <w:p w14:paraId="10102BA6" w14:textId="77777777" w:rsidR="00302D64" w:rsidRDefault="00000000">
            <w:pPr>
              <w:spacing w:after="30" w:line="245" w:lineRule="auto"/>
            </w:pPr>
            <w:r>
              <w:rPr>
                <w:color w:val="D95BC6"/>
                <w:sz w:val="16"/>
              </w:rPr>
              <w:t>začetna zamisel, razvrstitev, risba ali ustni odgovor</w:t>
            </w:r>
          </w:p>
        </w:tc>
      </w:tr>
    </w:tbl>
    <w:p w14:paraId="2DFFA9B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D88383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1EFEF1"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272A21" w14:textId="77777777" w:rsidR="00302D64" w:rsidRDefault="00000000">
            <w:pPr>
              <w:jc w:val="center"/>
            </w:pPr>
            <w:r>
              <w:rPr>
                <w:b/>
                <w:color w:val="000000"/>
                <w:sz w:val="20"/>
              </w:rPr>
              <w:t>UČNE DEJAVNOSTI, METODE IN FORMATIVNO SPREMLJANJE</w:t>
            </w:r>
          </w:p>
        </w:tc>
      </w:tr>
      <w:tr w:rsidR="00302D64" w14:paraId="29605FD5" w14:textId="77777777">
        <w:trPr>
          <w:tblHeader/>
          <w:jc w:val="center"/>
        </w:trPr>
        <w:tc>
          <w:tcPr>
            <w:tcW w:w="4422" w:type="dxa"/>
            <w:vMerge/>
            <w:tcMar>
              <w:top w:w="70" w:type="dxa"/>
              <w:left w:w="90" w:type="dxa"/>
              <w:bottom w:w="70" w:type="dxa"/>
              <w:right w:w="90" w:type="dxa"/>
            </w:tcMar>
            <w:vAlign w:val="center"/>
          </w:tcPr>
          <w:p w14:paraId="0DE24691" w14:textId="77777777" w:rsidR="00302D64" w:rsidRDefault="00302D64"/>
        </w:tc>
        <w:tc>
          <w:tcPr>
            <w:tcW w:w="7087" w:type="dxa"/>
            <w:shd w:val="clear" w:color="auto" w:fill="FFFFFF"/>
            <w:tcMar>
              <w:top w:w="70" w:type="dxa"/>
              <w:left w:w="90" w:type="dxa"/>
              <w:bottom w:w="70" w:type="dxa"/>
              <w:right w:w="90" w:type="dxa"/>
            </w:tcMar>
            <w:vAlign w:val="center"/>
          </w:tcPr>
          <w:p w14:paraId="3CB9EA5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35EDD66" w14:textId="77777777" w:rsidR="00302D64" w:rsidRDefault="00000000">
            <w:pPr>
              <w:jc w:val="center"/>
            </w:pPr>
            <w:r>
              <w:rPr>
                <w:b/>
                <w:color w:val="000000"/>
              </w:rPr>
              <w:t>UČENEC</w:t>
            </w:r>
          </w:p>
        </w:tc>
      </w:tr>
      <w:tr w:rsidR="00302D64" w14:paraId="68D502D0" w14:textId="77777777">
        <w:trPr>
          <w:jc w:val="center"/>
        </w:trPr>
        <w:tc>
          <w:tcPr>
            <w:tcW w:w="4422" w:type="dxa"/>
            <w:tcMar>
              <w:top w:w="70" w:type="dxa"/>
              <w:left w:w="90" w:type="dxa"/>
              <w:bottom w:w="70" w:type="dxa"/>
              <w:right w:w="90" w:type="dxa"/>
            </w:tcMar>
          </w:tcPr>
          <w:p w14:paraId="714936AF" w14:textId="77777777" w:rsidR="00302D64" w:rsidRDefault="00302D64"/>
          <w:p w14:paraId="20C3BC48" w14:textId="77777777" w:rsidR="00302D64" w:rsidRDefault="00000000">
            <w:pPr>
              <w:spacing w:after="40" w:line="245" w:lineRule="auto"/>
            </w:pPr>
            <w:r>
              <w:rPr>
                <w:b/>
                <w:color w:val="000000"/>
              </w:rPr>
              <w:t>KLJUČNI POJMI</w:t>
            </w:r>
          </w:p>
          <w:p w14:paraId="101ACE6E" w14:textId="77777777" w:rsidR="00302D64" w:rsidRDefault="00000000">
            <w:pPr>
              <w:spacing w:after="80" w:line="245" w:lineRule="auto"/>
            </w:pPr>
            <w:r>
              <w:rPr>
                <w:color w:val="000000"/>
                <w:sz w:val="16"/>
              </w:rPr>
              <w:t>prevozno sredstvo, kopno, voda, zrak, potnik, voznik, varnostni pas, čelada, javni prevoz, trajnostna mobilnost</w:t>
            </w:r>
          </w:p>
          <w:p w14:paraId="6F6E153E" w14:textId="77777777" w:rsidR="00302D64" w:rsidRDefault="00000000">
            <w:pPr>
              <w:spacing w:after="20" w:line="245" w:lineRule="auto"/>
            </w:pPr>
            <w:r>
              <w:rPr>
                <w:b/>
                <w:color w:val="000000"/>
              </w:rPr>
              <w:t>DOKAZI O UČENJU</w:t>
            </w:r>
          </w:p>
          <w:p w14:paraId="6D31F012" w14:textId="77777777" w:rsidR="00302D64" w:rsidRDefault="00000000">
            <w:pPr>
              <w:pStyle w:val="Oznaenseznam"/>
              <w:spacing w:after="16"/>
            </w:pPr>
            <w:r>
              <w:rPr>
                <w:color w:val="000000"/>
                <w:sz w:val="16"/>
              </w:rPr>
              <w:t>pravilna razvrstitev in utemeljitev</w:t>
            </w:r>
          </w:p>
          <w:p w14:paraId="2FD3C8D1" w14:textId="77777777" w:rsidR="00302D64" w:rsidRDefault="00000000">
            <w:pPr>
              <w:pStyle w:val="Oznaenseznam"/>
              <w:spacing w:after="16"/>
            </w:pPr>
            <w:r>
              <w:rPr>
                <w:color w:val="000000"/>
                <w:sz w:val="16"/>
              </w:rPr>
              <w:t>praktična varnostna izvedba</w:t>
            </w:r>
          </w:p>
          <w:p w14:paraId="6ACBD184" w14:textId="77777777" w:rsidR="00302D64" w:rsidRDefault="00000000">
            <w:pPr>
              <w:pStyle w:val="Oznaenseznam"/>
              <w:spacing w:after="16"/>
            </w:pPr>
            <w:r>
              <w:rPr>
                <w:color w:val="000000"/>
                <w:sz w:val="16"/>
              </w:rPr>
              <w:t>slikovni načrt trajnostne poti</w:t>
            </w:r>
          </w:p>
          <w:p w14:paraId="28319BC2" w14:textId="77777777" w:rsidR="00302D64" w:rsidRDefault="00000000">
            <w:pPr>
              <w:spacing w:before="40" w:after="20" w:line="245" w:lineRule="auto"/>
            </w:pPr>
            <w:r>
              <w:rPr>
                <w:b/>
                <w:color w:val="000000"/>
              </w:rPr>
              <w:t>MEDPREDMETNA POVEZAVA</w:t>
            </w:r>
          </w:p>
          <w:p w14:paraId="12311D0C" w14:textId="77777777" w:rsidR="00302D64" w:rsidRDefault="00000000">
            <w:pPr>
              <w:spacing w:after="60" w:line="245" w:lineRule="auto"/>
            </w:pPr>
            <w:r>
              <w:rPr>
                <w:color w:val="000000"/>
                <w:sz w:val="16"/>
              </w:rPr>
              <w:t>MAT – razvrščanje in primerjanje; SLJ – opis poti; ŠPO – gibalno ponazarjanje; LUM – slikovni načrt</w:t>
            </w:r>
          </w:p>
          <w:p w14:paraId="01341859" w14:textId="77777777" w:rsidR="00302D64" w:rsidRDefault="00000000">
            <w:pPr>
              <w:spacing w:after="20" w:line="245" w:lineRule="auto"/>
            </w:pPr>
            <w:r>
              <w:rPr>
                <w:b/>
                <w:color w:val="000000"/>
              </w:rPr>
              <w:t>POUČEVANJE V GIBANJU</w:t>
            </w:r>
          </w:p>
          <w:p w14:paraId="4696D0A5"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22CF1A45" w14:textId="77777777" w:rsidR="00302D64" w:rsidRDefault="00000000">
            <w:pPr>
              <w:spacing w:after="20" w:line="245" w:lineRule="auto"/>
            </w:pPr>
            <w:r>
              <w:rPr>
                <w:b/>
                <w:color w:val="000000"/>
              </w:rPr>
              <w:t>UČENJE PO ŠTIRIH POSTAJAH</w:t>
            </w:r>
          </w:p>
          <w:p w14:paraId="7E2F7D37"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7EE39100" w14:textId="77777777" w:rsidR="00302D64" w:rsidRDefault="00000000">
            <w:pPr>
              <w:spacing w:after="20" w:line="245" w:lineRule="auto"/>
            </w:pPr>
            <w:r>
              <w:rPr>
                <w:b/>
                <w:color w:val="000000"/>
              </w:rPr>
              <w:t>DIFERENCIACIJA IN VKLJUČEVANJE</w:t>
            </w:r>
          </w:p>
          <w:p w14:paraId="7B3EAE19" w14:textId="77777777" w:rsidR="00302D64" w:rsidRDefault="00000000">
            <w:pPr>
              <w:spacing w:after="60" w:line="245" w:lineRule="auto"/>
            </w:pPr>
            <w:r>
              <w:rPr>
                <w:color w:val="000000"/>
                <w:sz w:val="16"/>
              </w:rPr>
              <w:t>Izbira je omejena na dve jasno prikazani možnosti; učenec pojasni s simbolom; za poglabljanje upošteva več meril in predlaga kombinirano pot.</w:t>
            </w:r>
          </w:p>
          <w:p w14:paraId="2EA9F416" w14:textId="77777777" w:rsidR="00302D64" w:rsidRDefault="00000000">
            <w:pPr>
              <w:spacing w:after="20" w:line="245" w:lineRule="auto"/>
            </w:pPr>
            <w:r>
              <w:rPr>
                <w:b/>
                <w:color w:val="000000"/>
              </w:rPr>
              <w:t>SPREMLJANJE</w:t>
            </w:r>
          </w:p>
          <w:p w14:paraId="4905C556"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7D7049C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9A4C8AB" w14:textId="77777777">
              <w:trPr>
                <w:jc w:val="center"/>
              </w:trPr>
              <w:tc>
                <w:tcPr>
                  <w:tcW w:w="7087" w:type="dxa"/>
                  <w:shd w:val="clear" w:color="auto" w:fill="C6E7F3"/>
                  <w:tcMar>
                    <w:top w:w="45" w:type="dxa"/>
                    <w:left w:w="70" w:type="dxa"/>
                    <w:bottom w:w="45" w:type="dxa"/>
                    <w:right w:w="70" w:type="dxa"/>
                  </w:tcMar>
                </w:tcPr>
                <w:p w14:paraId="57CC74AC" w14:textId="77777777" w:rsidR="00302D64" w:rsidRDefault="00000000">
                  <w:pPr>
                    <w:keepNext/>
                  </w:pPr>
                  <w:r>
                    <w:t>GLAVNI DEL – IZKUŠENJSKO IN POSTAJNO UČENJE (3 šolske ure)</w:t>
                  </w:r>
                </w:p>
              </w:tc>
            </w:tr>
          </w:tbl>
          <w:p w14:paraId="21B32E53" w14:textId="77777777" w:rsidR="00302D64" w:rsidRDefault="00302D64">
            <w:pPr>
              <w:spacing w:line="20" w:lineRule="exact"/>
            </w:pPr>
          </w:p>
          <w:p w14:paraId="7204F6B3" w14:textId="77777777" w:rsidR="00302D64" w:rsidRDefault="00000000">
            <w:pPr>
              <w:keepNext/>
              <w:spacing w:before="60" w:after="20" w:line="245" w:lineRule="auto"/>
            </w:pPr>
            <w:r>
              <w:rPr>
                <w:b/>
                <w:color w:val="000000"/>
              </w:rPr>
              <w:t>1. URA – Kje se premika?</w:t>
            </w:r>
          </w:p>
          <w:p w14:paraId="437914FB" w14:textId="77777777" w:rsidR="00302D64" w:rsidRDefault="00000000">
            <w:pPr>
              <w:spacing w:after="20" w:line="245" w:lineRule="auto"/>
            </w:pPr>
            <w:r>
              <w:rPr>
                <w:b/>
                <w:color w:val="000000"/>
                <w:sz w:val="16"/>
              </w:rPr>
              <w:t xml:space="preserve">Dejavnost učiteljice: </w:t>
            </w:r>
            <w:r>
              <w:rPr>
                <w:color w:val="000000"/>
                <w:sz w:val="16"/>
              </w:rPr>
              <w:t>Pripravi tri prostorske cone: kopno, voda in zrak, ter kartice prevoznih sredstev.</w:t>
            </w:r>
          </w:p>
          <w:p w14:paraId="1726C704" w14:textId="77777777" w:rsidR="00302D64" w:rsidRDefault="00000000">
            <w:pPr>
              <w:spacing w:after="20" w:line="245" w:lineRule="auto"/>
            </w:pPr>
            <w:r>
              <w:rPr>
                <w:b/>
                <w:color w:val="000000"/>
                <w:sz w:val="16"/>
              </w:rPr>
              <w:t xml:space="preserve">Dejavnost učencev: </w:t>
            </w:r>
            <w:r>
              <w:rPr>
                <w:color w:val="000000"/>
                <w:sz w:val="16"/>
              </w:rPr>
              <w:t>Z gibanjem ponazorijo prevozno sredstvo, ga uvrstijo in pojasnijo odločitev.</w:t>
            </w:r>
          </w:p>
          <w:p w14:paraId="45AD9229" w14:textId="77777777" w:rsidR="00302D64" w:rsidRDefault="00000000">
            <w:pPr>
              <w:spacing w:after="40" w:line="245" w:lineRule="auto"/>
            </w:pPr>
            <w:r>
              <w:rPr>
                <w:i/>
                <w:color w:val="D95BC6"/>
                <w:sz w:val="16"/>
              </w:rPr>
              <w:t>Predvideni dokaz: pravilna razvrstitev in utemeljitev.</w:t>
            </w:r>
          </w:p>
          <w:p w14:paraId="2ECD0118" w14:textId="77777777" w:rsidR="00302D64" w:rsidRDefault="00000000">
            <w:pPr>
              <w:keepNext/>
              <w:spacing w:before="60" w:after="20" w:line="245" w:lineRule="auto"/>
            </w:pPr>
            <w:r>
              <w:rPr>
                <w:b/>
                <w:color w:val="000000"/>
              </w:rPr>
              <w:t>2. URA – Varna vožnja</w:t>
            </w:r>
          </w:p>
          <w:p w14:paraId="09AFB32A" w14:textId="77777777" w:rsidR="00302D64" w:rsidRDefault="00000000">
            <w:pPr>
              <w:spacing w:after="20" w:line="245" w:lineRule="auto"/>
            </w:pPr>
            <w:r>
              <w:rPr>
                <w:b/>
                <w:color w:val="000000"/>
                <w:sz w:val="16"/>
              </w:rPr>
              <w:t xml:space="preserve">Dejavnost učiteljice: </w:t>
            </w:r>
            <w:r>
              <w:rPr>
                <w:color w:val="000000"/>
                <w:sz w:val="16"/>
              </w:rPr>
              <w:t>Uredi postaje za osebni avto, avtobus, kolo in vlak ter ponudi kartice varno/tvegano.</w:t>
            </w:r>
          </w:p>
          <w:p w14:paraId="347903A3" w14:textId="77777777" w:rsidR="00302D64" w:rsidRDefault="00000000">
            <w:pPr>
              <w:spacing w:after="20" w:line="245" w:lineRule="auto"/>
            </w:pPr>
            <w:r>
              <w:rPr>
                <w:b/>
                <w:color w:val="000000"/>
                <w:sz w:val="16"/>
              </w:rPr>
              <w:t xml:space="preserve">Dejavnost učencev: </w:t>
            </w:r>
            <w:r>
              <w:rPr>
                <w:color w:val="000000"/>
                <w:sz w:val="16"/>
              </w:rPr>
              <w:t>Odigrajo vstop, pripenjanje, sedenje, uporabo čelade in izstop ter prepoznajo tvegano ravnanje.</w:t>
            </w:r>
          </w:p>
          <w:p w14:paraId="218D5298" w14:textId="77777777" w:rsidR="00302D64" w:rsidRDefault="00000000">
            <w:pPr>
              <w:spacing w:after="40" w:line="245" w:lineRule="auto"/>
            </w:pPr>
            <w:r>
              <w:rPr>
                <w:i/>
                <w:color w:val="D95BC6"/>
                <w:sz w:val="16"/>
              </w:rPr>
              <w:t>Predvideni dokaz: praktična varnostna izvedba.</w:t>
            </w:r>
          </w:p>
          <w:p w14:paraId="45A6448B" w14:textId="77777777" w:rsidR="00302D64" w:rsidRDefault="00000000">
            <w:pPr>
              <w:keepNext/>
              <w:spacing w:before="60" w:after="20" w:line="245" w:lineRule="auto"/>
            </w:pPr>
            <w:r>
              <w:rPr>
                <w:b/>
                <w:color w:val="000000"/>
              </w:rPr>
              <w:t>3. URA – Potujmo premišljeno</w:t>
            </w:r>
          </w:p>
          <w:p w14:paraId="16A07299" w14:textId="77777777" w:rsidR="00302D64" w:rsidRDefault="00000000">
            <w:pPr>
              <w:spacing w:after="20" w:line="245" w:lineRule="auto"/>
            </w:pPr>
            <w:r>
              <w:rPr>
                <w:b/>
                <w:color w:val="000000"/>
                <w:sz w:val="16"/>
              </w:rPr>
              <w:t xml:space="preserve">Dejavnost učiteljice: </w:t>
            </w:r>
            <w:r>
              <w:rPr>
                <w:color w:val="000000"/>
                <w:sz w:val="16"/>
              </w:rPr>
              <w:t>Skupinam da preproste poti in merila: varnost, število ljudi, razdalja in vpliv na okolje.</w:t>
            </w:r>
          </w:p>
          <w:p w14:paraId="245912DA" w14:textId="77777777" w:rsidR="00302D64" w:rsidRDefault="00000000">
            <w:pPr>
              <w:spacing w:after="20" w:line="245" w:lineRule="auto"/>
            </w:pPr>
            <w:r>
              <w:rPr>
                <w:b/>
                <w:color w:val="000000"/>
                <w:sz w:val="16"/>
              </w:rPr>
              <w:t xml:space="preserve">Dejavnost učencev: </w:t>
            </w:r>
            <w:r>
              <w:rPr>
                <w:color w:val="000000"/>
                <w:sz w:val="16"/>
              </w:rPr>
              <w:t>Izberejo prevoz, sestavijo slikovni načrt poti in primerjajo dve možnosti.</w:t>
            </w:r>
          </w:p>
          <w:p w14:paraId="083502AD" w14:textId="77777777" w:rsidR="00302D64" w:rsidRDefault="00000000">
            <w:pPr>
              <w:spacing w:after="40" w:line="245" w:lineRule="auto"/>
            </w:pPr>
            <w:r>
              <w:rPr>
                <w:i/>
                <w:color w:val="D95BC6"/>
                <w:sz w:val="16"/>
              </w:rPr>
              <w:t>Predvideni dokaz: slikovni načrt trajnostne poti.</w:t>
            </w:r>
          </w:p>
          <w:tbl>
            <w:tblPr>
              <w:tblStyle w:val="Tabelamrea"/>
              <w:tblW w:w="0" w:type="auto"/>
              <w:jc w:val="center"/>
              <w:tblLayout w:type="fixed"/>
              <w:tblLook w:val="04A0" w:firstRow="1" w:lastRow="0" w:firstColumn="1" w:lastColumn="0" w:noHBand="0" w:noVBand="1"/>
            </w:tblPr>
            <w:tblGrid>
              <w:gridCol w:w="7087"/>
            </w:tblGrid>
            <w:tr w:rsidR="00302D64" w14:paraId="44EBBFFB" w14:textId="77777777">
              <w:trPr>
                <w:jc w:val="center"/>
              </w:trPr>
              <w:tc>
                <w:tcPr>
                  <w:tcW w:w="7087" w:type="dxa"/>
                  <w:shd w:val="clear" w:color="auto" w:fill="EDC9EA"/>
                  <w:tcMar>
                    <w:top w:w="45" w:type="dxa"/>
                    <w:left w:w="70" w:type="dxa"/>
                    <w:bottom w:w="45" w:type="dxa"/>
                    <w:right w:w="70" w:type="dxa"/>
                  </w:tcMar>
                </w:tcPr>
                <w:p w14:paraId="74B45347" w14:textId="77777777" w:rsidR="00302D64" w:rsidRDefault="00000000">
                  <w:pPr>
                    <w:keepNext/>
                  </w:pPr>
                  <w:r>
                    <w:rPr>
                      <w:b/>
                      <w:color w:val="000000"/>
                    </w:rPr>
                    <w:t>UČENJE PO ŠTIRIH POSTAJAH (6–8 min na postajo)</w:t>
                  </w:r>
                </w:p>
              </w:tc>
            </w:tr>
          </w:tbl>
          <w:p w14:paraId="2330DD52"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24A7642A" w14:textId="77777777" w:rsidR="00302D64" w:rsidRDefault="00000000">
            <w:pPr>
              <w:spacing w:after="20" w:line="245" w:lineRule="auto"/>
            </w:pPr>
            <w:r>
              <w:rPr>
                <w:b/>
                <w:color w:val="000000"/>
                <w:sz w:val="16"/>
              </w:rPr>
              <w:t xml:space="preserve">RAZISKOVALNA POSTAJA – Kje se premika?: </w:t>
            </w:r>
            <w:r>
              <w:rPr>
                <w:color w:val="000000"/>
                <w:sz w:val="16"/>
              </w:rPr>
              <w:t>Z gibanjem ponazorijo prevozno sredstvo, ga uvrstijo in pojasnijo odločitev.</w:t>
            </w:r>
          </w:p>
          <w:p w14:paraId="44BA5CC6" w14:textId="77777777" w:rsidR="00302D64" w:rsidRDefault="00000000">
            <w:pPr>
              <w:spacing w:after="20" w:line="245" w:lineRule="auto"/>
            </w:pPr>
            <w:r>
              <w:rPr>
                <w:b/>
                <w:color w:val="000000"/>
                <w:sz w:val="16"/>
              </w:rPr>
              <w:t xml:space="preserve">PRAKTIČNA POSTAJA – Varna vožnja: </w:t>
            </w:r>
            <w:r>
              <w:rPr>
                <w:color w:val="000000"/>
                <w:sz w:val="16"/>
              </w:rPr>
              <w:t>Odigrajo vstop, pripenjanje, sedenje, uporabo čelade in izstop ter prepoznajo tvegano ravnanje.</w:t>
            </w:r>
          </w:p>
          <w:p w14:paraId="3C85F6A4" w14:textId="77777777" w:rsidR="00302D64" w:rsidRDefault="00000000">
            <w:pPr>
              <w:spacing w:after="20" w:line="245" w:lineRule="auto"/>
            </w:pPr>
            <w:r>
              <w:rPr>
                <w:b/>
                <w:color w:val="000000"/>
                <w:sz w:val="16"/>
              </w:rPr>
              <w:t xml:space="preserve">GIBALNO-SODELOVALNA POSTAJA – Potujmo premišljeno: </w:t>
            </w:r>
            <w:r>
              <w:rPr>
                <w:color w:val="000000"/>
                <w:sz w:val="16"/>
              </w:rPr>
              <w:t>Izberejo prevoz, sestavijo slikovni načrt poti in primerjajo dve možnosti.</w:t>
            </w:r>
          </w:p>
          <w:p w14:paraId="7A53BBD4" w14:textId="77777777" w:rsidR="00302D64" w:rsidRDefault="00000000">
            <w:pPr>
              <w:spacing w:after="20" w:line="245" w:lineRule="auto"/>
            </w:pPr>
            <w:r>
              <w:rPr>
                <w:b/>
                <w:color w:val="000000"/>
                <w:sz w:val="16"/>
              </w:rPr>
              <w:t xml:space="preserve">POSTAJA DOKAZA IN REFLEKSIJE: </w:t>
            </w:r>
            <w:r>
              <w:rPr>
                <w:color w:val="000000"/>
                <w:sz w:val="16"/>
              </w:rPr>
              <w:t>Izberejo en dokaz (pravilna razvrstitev in utemeljitev, praktična varnostna izvedba),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016C39C8" w14:textId="77777777">
              <w:trPr>
                <w:jc w:val="center"/>
              </w:trPr>
              <w:tc>
                <w:tcPr>
                  <w:tcW w:w="7087" w:type="dxa"/>
                  <w:shd w:val="clear" w:color="auto" w:fill="EDC9EA"/>
                  <w:tcMar>
                    <w:top w:w="45" w:type="dxa"/>
                    <w:left w:w="70" w:type="dxa"/>
                    <w:bottom w:w="45" w:type="dxa"/>
                    <w:right w:w="70" w:type="dxa"/>
                  </w:tcMar>
                </w:tcPr>
                <w:p w14:paraId="7959B471" w14:textId="77777777" w:rsidR="00302D64" w:rsidRDefault="00000000">
                  <w:pPr>
                    <w:keepNext/>
                  </w:pPr>
                  <w:r>
                    <w:rPr>
                      <w:b/>
                      <w:color w:val="000000"/>
                    </w:rPr>
                    <w:t>POVRATNA INFORMACIJA UČITELJICE MED DELOM</w:t>
                  </w:r>
                </w:p>
              </w:tc>
            </w:tr>
          </w:tbl>
          <w:p w14:paraId="2FF16255" w14:textId="77777777" w:rsidR="00302D64" w:rsidRDefault="00302D64"/>
          <w:p w14:paraId="5A5624F4"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35D49452" w14:textId="77777777" w:rsidR="00302D64" w:rsidRDefault="00302D64"/>
          <w:p w14:paraId="374AF0B2" w14:textId="77777777" w:rsidR="00302D64" w:rsidRDefault="00000000">
            <w:pPr>
              <w:spacing w:after="20" w:line="245" w:lineRule="auto"/>
            </w:pPr>
            <w:r>
              <w:rPr>
                <w:b/>
                <w:color w:val="000000"/>
                <w:sz w:val="17"/>
              </w:rPr>
              <w:t>1. URA</w:t>
            </w:r>
          </w:p>
          <w:p w14:paraId="5100AD83" w14:textId="77777777" w:rsidR="00302D64" w:rsidRDefault="00000000">
            <w:pPr>
              <w:spacing w:after="40" w:line="245" w:lineRule="auto"/>
            </w:pPr>
            <w:r>
              <w:rPr>
                <w:color w:val="000000"/>
                <w:sz w:val="16"/>
              </w:rPr>
              <w:t>Z gibanjem ponazorijo prevozno sredstvo, ga uvrstijo in pojasnijo odločitev.</w:t>
            </w:r>
          </w:p>
          <w:p w14:paraId="220D540E" w14:textId="77777777" w:rsidR="00302D64" w:rsidRDefault="00000000">
            <w:pPr>
              <w:spacing w:line="245" w:lineRule="auto"/>
            </w:pPr>
            <w:r>
              <w:rPr>
                <w:b/>
                <w:color w:val="D95BC6"/>
                <w:sz w:val="16"/>
              </w:rPr>
              <w:t>DOKAZ</w:t>
            </w:r>
          </w:p>
          <w:p w14:paraId="745E7247" w14:textId="77777777" w:rsidR="00302D64" w:rsidRDefault="00000000">
            <w:pPr>
              <w:spacing w:after="60" w:line="245" w:lineRule="auto"/>
            </w:pPr>
            <w:r>
              <w:rPr>
                <w:color w:val="D95BC6"/>
                <w:sz w:val="16"/>
              </w:rPr>
              <w:t>pravilna razvrstitev in utemeljitev</w:t>
            </w:r>
          </w:p>
          <w:p w14:paraId="6652FBC9" w14:textId="77777777" w:rsidR="00302D64" w:rsidRDefault="00000000">
            <w:pPr>
              <w:spacing w:after="20" w:line="245" w:lineRule="auto"/>
            </w:pPr>
            <w:r>
              <w:rPr>
                <w:b/>
                <w:color w:val="000000"/>
                <w:sz w:val="17"/>
              </w:rPr>
              <w:t>2. URA</w:t>
            </w:r>
          </w:p>
          <w:p w14:paraId="189240BD" w14:textId="77777777" w:rsidR="00302D64" w:rsidRDefault="00000000">
            <w:pPr>
              <w:spacing w:after="40" w:line="245" w:lineRule="auto"/>
            </w:pPr>
            <w:r>
              <w:rPr>
                <w:color w:val="000000"/>
                <w:sz w:val="16"/>
              </w:rPr>
              <w:t>Odigrajo vstop, pripenjanje, sedenje, uporabo čelade in izstop ter prepoznajo tvegano ravnanje.</w:t>
            </w:r>
          </w:p>
          <w:p w14:paraId="3DCA49A8" w14:textId="77777777" w:rsidR="00302D64" w:rsidRDefault="00000000">
            <w:pPr>
              <w:spacing w:line="245" w:lineRule="auto"/>
            </w:pPr>
            <w:r>
              <w:rPr>
                <w:b/>
                <w:color w:val="D95BC6"/>
                <w:sz w:val="16"/>
              </w:rPr>
              <w:t>DOKAZ</w:t>
            </w:r>
          </w:p>
          <w:p w14:paraId="14789850" w14:textId="77777777" w:rsidR="00302D64" w:rsidRDefault="00000000">
            <w:pPr>
              <w:spacing w:after="60" w:line="245" w:lineRule="auto"/>
            </w:pPr>
            <w:r>
              <w:rPr>
                <w:color w:val="D95BC6"/>
                <w:sz w:val="16"/>
              </w:rPr>
              <w:t>praktična varnostna izvedba</w:t>
            </w:r>
          </w:p>
          <w:p w14:paraId="7177E636" w14:textId="77777777" w:rsidR="00302D64" w:rsidRDefault="00000000">
            <w:pPr>
              <w:spacing w:after="20" w:line="245" w:lineRule="auto"/>
            </w:pPr>
            <w:r>
              <w:rPr>
                <w:b/>
                <w:color w:val="000000"/>
                <w:sz w:val="17"/>
              </w:rPr>
              <w:t>3. URA</w:t>
            </w:r>
          </w:p>
          <w:p w14:paraId="1FC7ABD1" w14:textId="77777777" w:rsidR="00302D64" w:rsidRDefault="00000000">
            <w:pPr>
              <w:spacing w:after="40" w:line="245" w:lineRule="auto"/>
            </w:pPr>
            <w:r>
              <w:rPr>
                <w:color w:val="000000"/>
                <w:sz w:val="16"/>
              </w:rPr>
              <w:t>Izberejo prevoz, sestavijo slikovni načrt poti in primerjajo dve možnosti.</w:t>
            </w:r>
          </w:p>
          <w:p w14:paraId="4A1730B1" w14:textId="77777777" w:rsidR="00302D64" w:rsidRDefault="00000000">
            <w:pPr>
              <w:spacing w:line="245" w:lineRule="auto"/>
            </w:pPr>
            <w:r>
              <w:rPr>
                <w:b/>
                <w:color w:val="D95BC6"/>
                <w:sz w:val="16"/>
              </w:rPr>
              <w:t>DOKAZ</w:t>
            </w:r>
          </w:p>
          <w:p w14:paraId="76B3BFE1" w14:textId="77777777" w:rsidR="00302D64" w:rsidRDefault="00000000">
            <w:pPr>
              <w:spacing w:after="60" w:line="245" w:lineRule="auto"/>
            </w:pPr>
            <w:r>
              <w:rPr>
                <w:color w:val="D95BC6"/>
                <w:sz w:val="16"/>
              </w:rPr>
              <w:t>slikovni načrt trajnostne poti</w:t>
            </w:r>
          </w:p>
        </w:tc>
      </w:tr>
    </w:tbl>
    <w:p w14:paraId="4ED9CAF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FC3AFD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4B502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84F92E9" w14:textId="77777777" w:rsidR="00302D64" w:rsidRDefault="00000000">
            <w:pPr>
              <w:jc w:val="center"/>
            </w:pPr>
            <w:r>
              <w:rPr>
                <w:b/>
                <w:color w:val="000000"/>
                <w:sz w:val="20"/>
              </w:rPr>
              <w:t>UČNE DEJAVNOSTI, METODE IN FORMATIVNO SPREMLJANJE</w:t>
            </w:r>
          </w:p>
        </w:tc>
      </w:tr>
      <w:tr w:rsidR="00302D64" w14:paraId="5DCBB003" w14:textId="77777777">
        <w:trPr>
          <w:tblHeader/>
          <w:jc w:val="center"/>
        </w:trPr>
        <w:tc>
          <w:tcPr>
            <w:tcW w:w="4422" w:type="dxa"/>
            <w:vMerge/>
            <w:tcMar>
              <w:top w:w="70" w:type="dxa"/>
              <w:left w:w="90" w:type="dxa"/>
              <w:bottom w:w="70" w:type="dxa"/>
              <w:right w:w="90" w:type="dxa"/>
            </w:tcMar>
            <w:vAlign w:val="center"/>
          </w:tcPr>
          <w:p w14:paraId="613D919C" w14:textId="77777777" w:rsidR="00302D64" w:rsidRDefault="00302D64"/>
        </w:tc>
        <w:tc>
          <w:tcPr>
            <w:tcW w:w="7087" w:type="dxa"/>
            <w:shd w:val="clear" w:color="auto" w:fill="FFFFFF"/>
            <w:tcMar>
              <w:top w:w="70" w:type="dxa"/>
              <w:left w:w="90" w:type="dxa"/>
              <w:bottom w:w="70" w:type="dxa"/>
              <w:right w:w="90" w:type="dxa"/>
            </w:tcMar>
            <w:vAlign w:val="center"/>
          </w:tcPr>
          <w:p w14:paraId="12080AF5"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9990117" w14:textId="77777777" w:rsidR="00302D64" w:rsidRDefault="00000000">
            <w:pPr>
              <w:jc w:val="center"/>
            </w:pPr>
            <w:r>
              <w:rPr>
                <w:b/>
                <w:color w:val="000000"/>
              </w:rPr>
              <w:t>UČENEC</w:t>
            </w:r>
          </w:p>
        </w:tc>
      </w:tr>
      <w:tr w:rsidR="00302D64" w14:paraId="5FEE8199" w14:textId="77777777">
        <w:trPr>
          <w:jc w:val="center"/>
        </w:trPr>
        <w:tc>
          <w:tcPr>
            <w:tcW w:w="4422" w:type="dxa"/>
            <w:tcMar>
              <w:top w:w="70" w:type="dxa"/>
              <w:left w:w="90" w:type="dxa"/>
              <w:bottom w:w="70" w:type="dxa"/>
              <w:right w:w="90" w:type="dxa"/>
            </w:tcMar>
          </w:tcPr>
          <w:p w14:paraId="6A2C4911" w14:textId="77777777" w:rsidR="00302D64" w:rsidRDefault="00302D64"/>
          <w:p w14:paraId="3FFBF32F" w14:textId="77777777" w:rsidR="00302D64" w:rsidRDefault="00000000">
            <w:pPr>
              <w:spacing w:after="40" w:line="245" w:lineRule="auto"/>
            </w:pPr>
            <w:r>
              <w:rPr>
                <w:b/>
                <w:color w:val="000000"/>
              </w:rPr>
              <w:t>FORMATIVNO SPREMLJANJE</w:t>
            </w:r>
          </w:p>
          <w:p w14:paraId="3FAD1C07" w14:textId="77777777" w:rsidR="00302D64" w:rsidRDefault="00000000">
            <w:pPr>
              <w:pStyle w:val="Oznaenseznam"/>
              <w:spacing w:after="16"/>
            </w:pPr>
            <w:r>
              <w:rPr>
                <w:color w:val="000000"/>
                <w:sz w:val="16"/>
              </w:rPr>
              <w:t>predznanje: začetni odgovor, razvrstitev ali prikaz</w:t>
            </w:r>
          </w:p>
          <w:p w14:paraId="6F191D18" w14:textId="77777777" w:rsidR="00302D64" w:rsidRDefault="00000000">
            <w:pPr>
              <w:pStyle w:val="Oznaenseznam"/>
              <w:spacing w:after="16"/>
            </w:pPr>
            <w:r>
              <w:rPr>
                <w:color w:val="000000"/>
                <w:sz w:val="16"/>
              </w:rPr>
              <w:t>dokazi med učenjem: izvedba, skica, model, opazovalni zapis ali razlaga</w:t>
            </w:r>
          </w:p>
          <w:p w14:paraId="317E18C8" w14:textId="77777777" w:rsidR="00302D64" w:rsidRDefault="00000000">
            <w:pPr>
              <w:pStyle w:val="Oznaenseznam"/>
              <w:spacing w:after="16"/>
            </w:pPr>
            <w:r>
              <w:rPr>
                <w:color w:val="000000"/>
                <w:sz w:val="16"/>
              </w:rPr>
              <w:t>povratna informacija: konkretna, vezana na kriterij in usmerjena v naslednji korak</w:t>
            </w:r>
          </w:p>
          <w:p w14:paraId="4D897C42" w14:textId="77777777" w:rsidR="00302D64" w:rsidRDefault="00000000">
            <w:pPr>
              <w:pStyle w:val="Oznaenseznam"/>
              <w:spacing w:after="16"/>
            </w:pPr>
            <w:r>
              <w:rPr>
                <w:color w:val="000000"/>
                <w:sz w:val="16"/>
              </w:rPr>
              <w:t>samovrednotenje: semafor, prsti, izbrani simbol ali kratka poved</w:t>
            </w:r>
          </w:p>
          <w:p w14:paraId="2E70D462" w14:textId="77777777" w:rsidR="00302D64" w:rsidRDefault="00000000">
            <w:pPr>
              <w:spacing w:before="40" w:after="20" w:line="245" w:lineRule="auto"/>
            </w:pPr>
            <w:r>
              <w:rPr>
                <w:b/>
                <w:color w:val="000000"/>
              </w:rPr>
              <w:t>VARNOST IN ODGOVORNOST</w:t>
            </w:r>
          </w:p>
          <w:p w14:paraId="3990765D" w14:textId="77777777" w:rsidR="00302D64" w:rsidRDefault="00000000">
            <w:pPr>
              <w:spacing w:after="60" w:line="245" w:lineRule="auto"/>
            </w:pPr>
            <w:r>
              <w:rPr>
                <w:color w:val="000000"/>
                <w:sz w:val="16"/>
              </w:rPr>
              <w:t>Upošteva dogovorjena pravila varnega, spoštljivega in odgovornega dela.</w:t>
            </w:r>
          </w:p>
          <w:p w14:paraId="7619A18D" w14:textId="77777777" w:rsidR="00302D64" w:rsidRDefault="00000000">
            <w:pPr>
              <w:spacing w:after="20" w:line="245" w:lineRule="auto"/>
            </w:pPr>
            <w:r>
              <w:rPr>
                <w:b/>
                <w:color w:val="000000"/>
              </w:rPr>
              <w:t>EVIDENCA PO IZVEDBI</w:t>
            </w:r>
          </w:p>
          <w:p w14:paraId="5057A146"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CD2C86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719CD52" w14:textId="77777777">
              <w:trPr>
                <w:jc w:val="center"/>
              </w:trPr>
              <w:tc>
                <w:tcPr>
                  <w:tcW w:w="7087" w:type="dxa"/>
                  <w:shd w:val="clear" w:color="auto" w:fill="EDC9EA"/>
                  <w:tcMar>
                    <w:top w:w="45" w:type="dxa"/>
                    <w:left w:w="70" w:type="dxa"/>
                    <w:bottom w:w="45" w:type="dxa"/>
                    <w:right w:w="70" w:type="dxa"/>
                  </w:tcMar>
                </w:tcPr>
                <w:p w14:paraId="4D60012C" w14:textId="77777777" w:rsidR="00302D64" w:rsidRDefault="00000000">
                  <w:pPr>
                    <w:keepNext/>
                  </w:pPr>
                  <w:r>
                    <w:rPr>
                      <w:b/>
                      <w:color w:val="000000"/>
                    </w:rPr>
                    <w:t>VPRAŠANJA V PODPORO UČENJU</w:t>
                  </w:r>
                </w:p>
              </w:tc>
            </w:tr>
          </w:tbl>
          <w:p w14:paraId="33E6C8E9" w14:textId="77777777" w:rsidR="00302D64" w:rsidRDefault="00302D64">
            <w:pPr>
              <w:spacing w:line="20" w:lineRule="exact"/>
            </w:pPr>
          </w:p>
          <w:p w14:paraId="37B671E1" w14:textId="77777777" w:rsidR="00302D64" w:rsidRDefault="00000000">
            <w:pPr>
              <w:pStyle w:val="Oznaenseznam"/>
              <w:spacing w:after="16"/>
            </w:pPr>
            <w:r>
              <w:rPr>
                <w:color w:val="000000"/>
                <w:sz w:val="16"/>
              </w:rPr>
              <w:t>Kaj si opazil/-a in kateri dokaz to pokaže?</w:t>
            </w:r>
          </w:p>
          <w:p w14:paraId="6D3B9968" w14:textId="77777777" w:rsidR="00302D64" w:rsidRDefault="00000000">
            <w:pPr>
              <w:pStyle w:val="Oznaenseznam"/>
              <w:spacing w:after="16"/>
            </w:pPr>
            <w:r>
              <w:rPr>
                <w:color w:val="000000"/>
                <w:sz w:val="16"/>
              </w:rPr>
              <w:t>Kako si prišel/-la do svoje odločitve?</w:t>
            </w:r>
          </w:p>
          <w:p w14:paraId="22790E5D" w14:textId="77777777" w:rsidR="00302D64" w:rsidRDefault="00000000">
            <w:pPr>
              <w:pStyle w:val="Oznaenseznam"/>
              <w:spacing w:after="16"/>
            </w:pPr>
            <w:r>
              <w:rPr>
                <w:color w:val="000000"/>
                <w:sz w:val="16"/>
              </w:rPr>
              <w:t>Kaj si pri ponovnem poskusu ohranil/-a enako in kaj spremenil/-a?</w:t>
            </w:r>
          </w:p>
          <w:p w14:paraId="1928C8B3" w14:textId="77777777" w:rsidR="00302D64" w:rsidRDefault="00000000">
            <w:pPr>
              <w:pStyle w:val="Oznaenseznam"/>
              <w:spacing w:after="16"/>
            </w:pPr>
            <w:r>
              <w:rPr>
                <w:color w:val="000000"/>
                <w:sz w:val="16"/>
              </w:rPr>
              <w:t>Kateri kriterij že dosegaš? Kaj bo tvoj naslednji korak?</w:t>
            </w:r>
          </w:p>
          <w:p w14:paraId="4CA8365F"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256BBAE" w14:textId="77777777">
              <w:trPr>
                <w:jc w:val="center"/>
              </w:trPr>
              <w:tc>
                <w:tcPr>
                  <w:tcW w:w="7087" w:type="dxa"/>
                  <w:shd w:val="clear" w:color="auto" w:fill="C6E7F3"/>
                  <w:tcMar>
                    <w:top w:w="45" w:type="dxa"/>
                    <w:left w:w="70" w:type="dxa"/>
                    <w:bottom w:w="45" w:type="dxa"/>
                    <w:right w:w="70" w:type="dxa"/>
                  </w:tcMar>
                </w:tcPr>
                <w:p w14:paraId="6C3AAEF4" w14:textId="77777777" w:rsidR="00302D64" w:rsidRDefault="00000000">
                  <w:pPr>
                    <w:keepNext/>
                  </w:pPr>
                  <w:r>
                    <w:rPr>
                      <w:b/>
                      <w:color w:val="000000"/>
                    </w:rPr>
                    <w:t>ZAKLJUČNI DEL – UTRJEVANJE IN REFLEKSIJA (10–15 min)</w:t>
                  </w:r>
                </w:p>
              </w:tc>
            </w:tr>
          </w:tbl>
          <w:p w14:paraId="746AD18F" w14:textId="77777777" w:rsidR="00302D64" w:rsidRDefault="00302D64">
            <w:pPr>
              <w:spacing w:line="20" w:lineRule="exact"/>
            </w:pPr>
          </w:p>
          <w:p w14:paraId="40F64280"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52E9335" w14:textId="77777777">
              <w:trPr>
                <w:jc w:val="center"/>
              </w:trPr>
              <w:tc>
                <w:tcPr>
                  <w:tcW w:w="7087" w:type="dxa"/>
                  <w:shd w:val="clear" w:color="auto" w:fill="EDC9EA"/>
                  <w:tcMar>
                    <w:top w:w="45" w:type="dxa"/>
                    <w:left w:w="70" w:type="dxa"/>
                    <w:bottom w:w="45" w:type="dxa"/>
                    <w:right w:w="70" w:type="dxa"/>
                  </w:tcMar>
                </w:tcPr>
                <w:p w14:paraId="4262038A" w14:textId="77777777" w:rsidR="00302D64" w:rsidRDefault="00000000">
                  <w:pPr>
                    <w:keepNext/>
                  </w:pPr>
                  <w:r>
                    <w:rPr>
                      <w:b/>
                      <w:color w:val="000000"/>
                    </w:rPr>
                    <w:t>SAMOVREDNOTENJE</w:t>
                  </w:r>
                </w:p>
              </w:tc>
            </w:tr>
          </w:tbl>
          <w:p w14:paraId="26D23C6F" w14:textId="77777777" w:rsidR="00302D64" w:rsidRDefault="00302D64">
            <w:pPr>
              <w:spacing w:line="20" w:lineRule="exact"/>
            </w:pPr>
          </w:p>
          <w:p w14:paraId="6A65428B"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0056320E" w14:textId="77777777">
              <w:trPr>
                <w:jc w:val="center"/>
              </w:trPr>
              <w:tc>
                <w:tcPr>
                  <w:tcW w:w="7087" w:type="dxa"/>
                  <w:shd w:val="clear" w:color="auto" w:fill="EDC9EA"/>
                  <w:tcMar>
                    <w:top w:w="45" w:type="dxa"/>
                    <w:left w:w="70" w:type="dxa"/>
                    <w:bottom w:w="45" w:type="dxa"/>
                    <w:right w:w="70" w:type="dxa"/>
                  </w:tcMar>
                </w:tcPr>
                <w:p w14:paraId="49B6AEA1" w14:textId="77777777" w:rsidR="00302D64" w:rsidRDefault="00000000">
                  <w:pPr>
                    <w:keepNext/>
                  </w:pPr>
                  <w:r>
                    <w:rPr>
                      <w:b/>
                      <w:color w:val="000000"/>
                    </w:rPr>
                    <w:t>VRSTNIŠKO VREDNOTENJE</w:t>
                  </w:r>
                </w:p>
              </w:tc>
            </w:tr>
          </w:tbl>
          <w:p w14:paraId="05CAF538" w14:textId="77777777" w:rsidR="00302D64" w:rsidRDefault="00302D64">
            <w:pPr>
              <w:spacing w:line="20" w:lineRule="exact"/>
            </w:pPr>
          </w:p>
          <w:p w14:paraId="562E0650"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433E45FD" w14:textId="77777777">
              <w:trPr>
                <w:jc w:val="center"/>
              </w:trPr>
              <w:tc>
                <w:tcPr>
                  <w:tcW w:w="7087" w:type="dxa"/>
                  <w:shd w:val="clear" w:color="auto" w:fill="EDC9EA"/>
                  <w:tcMar>
                    <w:top w:w="45" w:type="dxa"/>
                    <w:left w:w="70" w:type="dxa"/>
                    <w:bottom w:w="45" w:type="dxa"/>
                    <w:right w:w="70" w:type="dxa"/>
                  </w:tcMar>
                </w:tcPr>
                <w:p w14:paraId="3EB51047" w14:textId="77777777" w:rsidR="00302D64" w:rsidRDefault="00000000">
                  <w:pPr>
                    <w:keepNext/>
                  </w:pPr>
                  <w:r>
                    <w:rPr>
                      <w:b/>
                      <w:color w:val="000000"/>
                    </w:rPr>
                    <w:t>SKUPNI POVZETEK</w:t>
                  </w:r>
                </w:p>
              </w:tc>
            </w:tr>
          </w:tbl>
          <w:p w14:paraId="470FDEB7" w14:textId="77777777" w:rsidR="00302D64" w:rsidRDefault="00302D64"/>
          <w:p w14:paraId="46DFEA39" w14:textId="77777777" w:rsidR="00302D64" w:rsidRDefault="00000000">
            <w:pPr>
              <w:spacing w:before="20" w:after="40" w:line="245" w:lineRule="auto"/>
            </w:pPr>
            <w:r>
              <w:rPr>
                <w:b/>
                <w:color w:val="000000"/>
                <w:sz w:val="17"/>
              </w:rPr>
              <w:t>Prevozna sredstva razvrščam po prostoru gibanja, med vožnjo ravnam varno in izbiram okolju prijaznejše poti.</w:t>
            </w:r>
          </w:p>
        </w:tc>
        <w:tc>
          <w:tcPr>
            <w:tcW w:w="2551" w:type="dxa"/>
            <w:tcMar>
              <w:top w:w="70" w:type="dxa"/>
              <w:left w:w="90" w:type="dxa"/>
              <w:bottom w:w="70" w:type="dxa"/>
              <w:right w:w="90" w:type="dxa"/>
            </w:tcMar>
          </w:tcPr>
          <w:p w14:paraId="17295B16" w14:textId="77777777" w:rsidR="00302D64" w:rsidRDefault="00302D64"/>
          <w:p w14:paraId="28980E52" w14:textId="77777777" w:rsidR="00302D64" w:rsidRDefault="00000000">
            <w:pPr>
              <w:spacing w:after="100" w:line="245" w:lineRule="auto"/>
            </w:pPr>
            <w:r>
              <w:rPr>
                <w:color w:val="000000"/>
                <w:sz w:val="16"/>
              </w:rPr>
              <w:t>Odgovarja na podporna vprašanja in se sklicuje na svoj dokaz.</w:t>
            </w:r>
          </w:p>
          <w:p w14:paraId="6C6A2386" w14:textId="77777777" w:rsidR="00302D64" w:rsidRDefault="00000000">
            <w:pPr>
              <w:spacing w:after="100" w:line="245" w:lineRule="auto"/>
            </w:pPr>
            <w:r>
              <w:rPr>
                <w:color w:val="000000"/>
                <w:sz w:val="16"/>
              </w:rPr>
              <w:t>Primerja začetno zamisel z ugotovitvijo ter pove ali pokaže, kaj se je naučil/-a.</w:t>
            </w:r>
          </w:p>
          <w:p w14:paraId="3EE1AD50" w14:textId="77777777" w:rsidR="00302D64" w:rsidRDefault="00000000">
            <w:pPr>
              <w:spacing w:after="100" w:line="245" w:lineRule="auto"/>
            </w:pPr>
            <w:r>
              <w:rPr>
                <w:color w:val="000000"/>
                <w:sz w:val="16"/>
              </w:rPr>
              <w:t>Izbere raven doseganja in določi naslednji korak.</w:t>
            </w:r>
          </w:p>
          <w:p w14:paraId="72C2A39C" w14:textId="77777777" w:rsidR="00302D64" w:rsidRDefault="00000000">
            <w:pPr>
              <w:spacing w:after="100" w:line="245" w:lineRule="auto"/>
            </w:pPr>
            <w:r>
              <w:rPr>
                <w:color w:val="000000"/>
                <w:sz w:val="16"/>
              </w:rPr>
              <w:t>Sošolcu poda prijazen, konkreten odziv.</w:t>
            </w:r>
          </w:p>
          <w:p w14:paraId="300B97CD" w14:textId="77777777" w:rsidR="00302D64" w:rsidRDefault="00000000">
            <w:pPr>
              <w:spacing w:after="20" w:line="245" w:lineRule="auto"/>
            </w:pPr>
            <w:r>
              <w:rPr>
                <w:b/>
                <w:color w:val="D95BC6"/>
                <w:sz w:val="17"/>
              </w:rPr>
              <w:t>DOKAZ O UČENJU</w:t>
            </w:r>
          </w:p>
          <w:p w14:paraId="47CB5E53" w14:textId="77777777" w:rsidR="00302D64" w:rsidRDefault="00000000">
            <w:pPr>
              <w:spacing w:after="30" w:line="245" w:lineRule="auto"/>
            </w:pPr>
            <w:r>
              <w:rPr>
                <w:color w:val="D95BC6"/>
                <w:sz w:val="16"/>
              </w:rPr>
              <w:t>izvedba ali izdelek, razlaga, samovrednotenje in odziv na povratno informacijo</w:t>
            </w:r>
          </w:p>
        </w:tc>
      </w:tr>
    </w:tbl>
    <w:p w14:paraId="5BEEB68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ABB7B36" w14:textId="77777777">
        <w:trPr>
          <w:cantSplit/>
          <w:jc w:val="center"/>
        </w:trPr>
        <w:tc>
          <w:tcPr>
            <w:tcW w:w="14060" w:type="dxa"/>
            <w:gridSpan w:val="6"/>
            <w:tcMar>
              <w:top w:w="70" w:type="dxa"/>
              <w:left w:w="90" w:type="dxa"/>
              <w:bottom w:w="70" w:type="dxa"/>
              <w:right w:w="90" w:type="dxa"/>
            </w:tcMar>
            <w:vAlign w:val="center"/>
          </w:tcPr>
          <w:p w14:paraId="6FDE359B" w14:textId="77777777" w:rsidR="00302D64" w:rsidRDefault="00000000">
            <w:pPr>
              <w:jc w:val="center"/>
            </w:pPr>
            <w:r>
              <w:rPr>
                <w:b/>
                <w:color w:val="000000"/>
                <w:sz w:val="24"/>
              </w:rPr>
              <w:lastRenderedPageBreak/>
              <w:t>UČNA PRIPRAVA 8/39</w:t>
            </w:r>
          </w:p>
        </w:tc>
      </w:tr>
      <w:tr w:rsidR="00302D64" w14:paraId="11C4C89E" w14:textId="77777777">
        <w:trPr>
          <w:jc w:val="center"/>
        </w:trPr>
        <w:tc>
          <w:tcPr>
            <w:tcW w:w="2665" w:type="dxa"/>
            <w:tcMar>
              <w:top w:w="70" w:type="dxa"/>
              <w:left w:w="90" w:type="dxa"/>
              <w:bottom w:w="70" w:type="dxa"/>
              <w:right w:w="90" w:type="dxa"/>
            </w:tcMar>
            <w:vAlign w:val="center"/>
          </w:tcPr>
          <w:p w14:paraId="4572A2DB"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9DE7609"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4663263D"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4BECC5F" w14:textId="77777777" w:rsidR="00302D64" w:rsidRDefault="00000000">
            <w:r>
              <w:rPr>
                <w:b/>
                <w:color w:val="000000"/>
                <w:sz w:val="16"/>
              </w:rPr>
              <w:t xml:space="preserve">NAČRTOVANI TERMIN: </w:t>
            </w:r>
            <w:r>
              <w:rPr>
                <w:color w:val="000000"/>
                <w:sz w:val="16"/>
              </w:rPr>
              <w:t>8. teden • 19.–23. 10. 2026</w:t>
            </w:r>
          </w:p>
        </w:tc>
        <w:tc>
          <w:tcPr>
            <w:tcW w:w="2268" w:type="dxa"/>
            <w:tcMar>
              <w:top w:w="70" w:type="dxa"/>
              <w:left w:w="90" w:type="dxa"/>
              <w:bottom w:w="70" w:type="dxa"/>
              <w:right w:w="90" w:type="dxa"/>
            </w:tcMar>
            <w:vAlign w:val="center"/>
          </w:tcPr>
          <w:p w14:paraId="06B34D07"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79ECA54" w14:textId="77777777" w:rsidR="00302D64" w:rsidRDefault="00000000">
            <w:r>
              <w:rPr>
                <w:b/>
                <w:color w:val="000000"/>
                <w:sz w:val="16"/>
              </w:rPr>
              <w:t xml:space="preserve">ŠTEVILO UR: </w:t>
            </w:r>
            <w:r>
              <w:rPr>
                <w:color w:val="000000"/>
                <w:sz w:val="16"/>
              </w:rPr>
              <w:t>2</w:t>
            </w:r>
          </w:p>
        </w:tc>
      </w:tr>
      <w:tr w:rsidR="00302D64" w14:paraId="51CE1F89" w14:textId="77777777">
        <w:trPr>
          <w:jc w:val="center"/>
        </w:trPr>
        <w:tc>
          <w:tcPr>
            <w:tcW w:w="14061" w:type="dxa"/>
            <w:gridSpan w:val="6"/>
            <w:tcMar>
              <w:top w:w="70" w:type="dxa"/>
              <w:left w:w="90" w:type="dxa"/>
              <w:bottom w:w="70" w:type="dxa"/>
              <w:right w:w="90" w:type="dxa"/>
            </w:tcMar>
            <w:vAlign w:val="center"/>
          </w:tcPr>
          <w:p w14:paraId="45510F8B" w14:textId="77777777" w:rsidR="00302D64" w:rsidRDefault="00000000">
            <w:r>
              <w:t>TIP UČNE URE: obravnava, izkušenjsko raziskovanje, učenje po postajah, utrjevanje in formativno spremljanje</w:t>
            </w:r>
          </w:p>
        </w:tc>
      </w:tr>
      <w:tr w:rsidR="00302D64" w14:paraId="2BF98D7D" w14:textId="77777777">
        <w:trPr>
          <w:cantSplit/>
          <w:jc w:val="center"/>
        </w:trPr>
        <w:tc>
          <w:tcPr>
            <w:tcW w:w="14060" w:type="dxa"/>
            <w:gridSpan w:val="6"/>
            <w:tcMar>
              <w:top w:w="70" w:type="dxa"/>
              <w:left w:w="90" w:type="dxa"/>
              <w:bottom w:w="70" w:type="dxa"/>
              <w:right w:w="90" w:type="dxa"/>
            </w:tcMar>
            <w:vAlign w:val="center"/>
          </w:tcPr>
          <w:p w14:paraId="6B9CB504" w14:textId="77777777" w:rsidR="00302D64" w:rsidRDefault="00302D64"/>
          <w:p w14:paraId="75D94A05" w14:textId="77777777" w:rsidR="00302D64" w:rsidRDefault="00000000">
            <w:pPr>
              <w:spacing w:line="245" w:lineRule="auto"/>
            </w:pPr>
            <w:r>
              <w:rPr>
                <w:b/>
                <w:color w:val="000000"/>
                <w:sz w:val="17"/>
              </w:rPr>
              <w:t xml:space="preserve">UČNI SKLOP: </w:t>
            </w:r>
            <w:r>
              <w:rPr>
                <w:color w:val="000000"/>
                <w:sz w:val="17"/>
              </w:rPr>
              <w:t>VARNA POT IN MOBILNOST</w:t>
            </w:r>
          </w:p>
        </w:tc>
      </w:tr>
      <w:tr w:rsidR="00302D64" w14:paraId="6558E007" w14:textId="77777777">
        <w:trPr>
          <w:cantSplit/>
          <w:jc w:val="center"/>
        </w:trPr>
        <w:tc>
          <w:tcPr>
            <w:tcW w:w="14060" w:type="dxa"/>
            <w:gridSpan w:val="6"/>
            <w:tcMar>
              <w:top w:w="70" w:type="dxa"/>
              <w:left w:w="90" w:type="dxa"/>
              <w:bottom w:w="70" w:type="dxa"/>
              <w:right w:w="90" w:type="dxa"/>
            </w:tcMar>
            <w:vAlign w:val="center"/>
          </w:tcPr>
          <w:p w14:paraId="1FB5CF00" w14:textId="77777777" w:rsidR="00302D64" w:rsidRDefault="00302D64"/>
          <w:p w14:paraId="1CD2FDA2" w14:textId="77777777" w:rsidR="00302D64" w:rsidRDefault="00000000">
            <w:pPr>
              <w:spacing w:line="245" w:lineRule="auto"/>
            </w:pPr>
            <w:r>
              <w:rPr>
                <w:b/>
                <w:color w:val="000000"/>
                <w:sz w:val="17"/>
              </w:rPr>
              <w:t xml:space="preserve">UČNA TEMA: </w:t>
            </w:r>
            <w:r>
              <w:rPr>
                <w:color w:val="000000"/>
                <w:sz w:val="17"/>
              </w:rPr>
              <w:t>VARNO IN ODGOVORNO</w:t>
            </w:r>
          </w:p>
        </w:tc>
      </w:tr>
      <w:tr w:rsidR="00302D64" w14:paraId="7FA18351" w14:textId="77777777">
        <w:trPr>
          <w:cantSplit/>
          <w:jc w:val="center"/>
        </w:trPr>
        <w:tc>
          <w:tcPr>
            <w:tcW w:w="14060" w:type="dxa"/>
            <w:gridSpan w:val="6"/>
            <w:tcMar>
              <w:top w:w="70" w:type="dxa"/>
              <w:left w:w="90" w:type="dxa"/>
              <w:bottom w:w="70" w:type="dxa"/>
              <w:right w:w="90" w:type="dxa"/>
            </w:tcMar>
            <w:vAlign w:val="center"/>
          </w:tcPr>
          <w:p w14:paraId="1D9764E1" w14:textId="77777777" w:rsidR="00302D64" w:rsidRDefault="00302D64"/>
          <w:p w14:paraId="5405DAA3" w14:textId="77777777" w:rsidR="00302D64" w:rsidRDefault="00000000">
            <w:pPr>
              <w:spacing w:line="245" w:lineRule="auto"/>
            </w:pPr>
            <w:r>
              <w:rPr>
                <w:b/>
                <w:color w:val="000000"/>
                <w:sz w:val="17"/>
              </w:rPr>
              <w:t xml:space="preserve">KNJIŽEVNO IZHODIŠČE IN MOTIV: </w:t>
            </w:r>
            <w:r>
              <w:rPr>
                <w:color w:val="000000"/>
                <w:sz w:val="17"/>
              </w:rPr>
              <w:t>»Bremenski mestni godci« – brata Grimm • pot, pogum, sodelovanje in glasba</w:t>
            </w:r>
          </w:p>
        </w:tc>
      </w:tr>
      <w:tr w:rsidR="00302D64" w14:paraId="2D4B549A" w14:textId="77777777">
        <w:trPr>
          <w:cantSplit/>
          <w:jc w:val="center"/>
        </w:trPr>
        <w:tc>
          <w:tcPr>
            <w:tcW w:w="14060" w:type="dxa"/>
            <w:gridSpan w:val="6"/>
            <w:tcMar>
              <w:top w:w="70" w:type="dxa"/>
              <w:left w:w="90" w:type="dxa"/>
              <w:bottom w:w="70" w:type="dxa"/>
              <w:right w:w="90" w:type="dxa"/>
            </w:tcMar>
            <w:vAlign w:val="center"/>
          </w:tcPr>
          <w:p w14:paraId="7237AE0A" w14:textId="77777777" w:rsidR="00302D64" w:rsidRDefault="00302D64"/>
          <w:p w14:paraId="5D1C99F6" w14:textId="77777777" w:rsidR="00302D64" w:rsidRDefault="00000000">
            <w:pPr>
              <w:spacing w:line="245" w:lineRule="auto"/>
            </w:pPr>
            <w:r>
              <w:rPr>
                <w:b/>
                <w:color w:val="000000"/>
                <w:sz w:val="17"/>
              </w:rPr>
              <w:t xml:space="preserve">UČNE ENOTE: </w:t>
            </w:r>
            <w:r>
              <w:rPr>
                <w:color w:val="000000"/>
                <w:sz w:val="17"/>
              </w:rPr>
              <w:t>1. ura – Opazovalni sprehod – pokažem znanje • 2. ura – Moja varna pot – presodim in izboljšam</w:t>
            </w:r>
          </w:p>
        </w:tc>
      </w:tr>
      <w:tr w:rsidR="00302D64" w14:paraId="49413758" w14:textId="77777777">
        <w:trPr>
          <w:cantSplit/>
          <w:jc w:val="center"/>
        </w:trPr>
        <w:tc>
          <w:tcPr>
            <w:tcW w:w="14060" w:type="dxa"/>
            <w:gridSpan w:val="6"/>
            <w:tcMar>
              <w:top w:w="70" w:type="dxa"/>
              <w:left w:w="90" w:type="dxa"/>
              <w:bottom w:w="70" w:type="dxa"/>
              <w:right w:w="90" w:type="dxa"/>
            </w:tcMar>
            <w:vAlign w:val="center"/>
          </w:tcPr>
          <w:p w14:paraId="3DF95071" w14:textId="77777777" w:rsidR="00302D64" w:rsidRDefault="00302D64"/>
          <w:p w14:paraId="208FD73E"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72B59AB8" w14:textId="77777777">
        <w:trPr>
          <w:cantSplit/>
          <w:jc w:val="center"/>
        </w:trPr>
        <w:tc>
          <w:tcPr>
            <w:tcW w:w="14060" w:type="dxa"/>
            <w:gridSpan w:val="6"/>
            <w:tcMar>
              <w:top w:w="70" w:type="dxa"/>
              <w:left w:w="90" w:type="dxa"/>
              <w:bottom w:w="70" w:type="dxa"/>
              <w:right w:w="90" w:type="dxa"/>
            </w:tcMar>
            <w:vAlign w:val="center"/>
          </w:tcPr>
          <w:p w14:paraId="65F5124B" w14:textId="77777777" w:rsidR="00302D64" w:rsidRDefault="00302D64"/>
          <w:p w14:paraId="05CBB399"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6C5277CC" w14:textId="77777777">
        <w:trPr>
          <w:cantSplit/>
          <w:jc w:val="center"/>
        </w:trPr>
        <w:tc>
          <w:tcPr>
            <w:tcW w:w="14060" w:type="dxa"/>
            <w:gridSpan w:val="6"/>
            <w:tcMar>
              <w:top w:w="70" w:type="dxa"/>
              <w:left w:w="90" w:type="dxa"/>
              <w:bottom w:w="70" w:type="dxa"/>
              <w:right w:w="90" w:type="dxa"/>
            </w:tcMar>
            <w:vAlign w:val="center"/>
          </w:tcPr>
          <w:p w14:paraId="3BFD7024" w14:textId="77777777" w:rsidR="00302D64" w:rsidRDefault="00302D64"/>
          <w:p w14:paraId="04C3F31E"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77CE617" w14:textId="77777777">
        <w:trPr>
          <w:cantSplit/>
          <w:jc w:val="center"/>
        </w:trPr>
        <w:tc>
          <w:tcPr>
            <w:tcW w:w="14060" w:type="dxa"/>
            <w:gridSpan w:val="6"/>
            <w:tcMar>
              <w:top w:w="70" w:type="dxa"/>
              <w:left w:w="90" w:type="dxa"/>
              <w:bottom w:w="70" w:type="dxa"/>
              <w:right w:w="90" w:type="dxa"/>
            </w:tcMar>
            <w:vAlign w:val="center"/>
          </w:tcPr>
          <w:p w14:paraId="32CACC44" w14:textId="77777777" w:rsidR="00302D64" w:rsidRDefault="00302D64"/>
          <w:p w14:paraId="290B099F" w14:textId="77777777" w:rsidR="00302D64" w:rsidRDefault="00000000">
            <w:pPr>
              <w:spacing w:line="245" w:lineRule="auto"/>
            </w:pPr>
            <w:r>
              <w:rPr>
                <w:b/>
                <w:color w:val="000000"/>
                <w:sz w:val="17"/>
              </w:rPr>
              <w:t xml:space="preserve">MEDPREDMETNE POVEZAVE: </w:t>
            </w:r>
            <w:r>
              <w:rPr>
                <w:color w:val="000000"/>
                <w:sz w:val="17"/>
              </w:rPr>
              <w:t>SLJ – kratka utemeljitev; MAT – orientacija na skici; ŠPO – varna hoja; LUM – označevanje poti</w:t>
            </w:r>
          </w:p>
        </w:tc>
      </w:tr>
      <w:tr w:rsidR="00302D64" w14:paraId="3F4BF6E5" w14:textId="77777777">
        <w:trPr>
          <w:cantSplit/>
          <w:jc w:val="center"/>
        </w:trPr>
        <w:tc>
          <w:tcPr>
            <w:tcW w:w="14060" w:type="dxa"/>
            <w:gridSpan w:val="6"/>
            <w:tcMar>
              <w:top w:w="70" w:type="dxa"/>
              <w:left w:w="90" w:type="dxa"/>
              <w:bottom w:w="70" w:type="dxa"/>
              <w:right w:w="90" w:type="dxa"/>
            </w:tcMar>
            <w:vAlign w:val="center"/>
          </w:tcPr>
          <w:p w14:paraId="7D93C536" w14:textId="77777777" w:rsidR="00302D64" w:rsidRDefault="00302D64"/>
          <w:p w14:paraId="2901A60D" w14:textId="77777777" w:rsidR="00302D64" w:rsidRDefault="00000000">
            <w:pPr>
              <w:spacing w:line="245" w:lineRule="auto"/>
            </w:pPr>
            <w:r>
              <w:rPr>
                <w:b/>
                <w:color w:val="000000"/>
                <w:sz w:val="17"/>
              </w:rPr>
              <w:t xml:space="preserve">UČNA SREDSTVA IN PRIPOMOČKI: </w:t>
            </w:r>
            <w:r>
              <w:rPr>
                <w:color w:val="000000"/>
                <w:sz w:val="17"/>
              </w:rPr>
              <w:t>odsevni jopiči, fotografije poti, prometni znaki, podlaga za skico, barvni simboli, učiteljev opazovalni list, semafor samovrednotenja</w:t>
            </w:r>
          </w:p>
        </w:tc>
      </w:tr>
      <w:tr w:rsidR="00302D64" w14:paraId="0A351FE6" w14:textId="77777777">
        <w:trPr>
          <w:cantSplit/>
          <w:jc w:val="center"/>
        </w:trPr>
        <w:tc>
          <w:tcPr>
            <w:tcW w:w="14060" w:type="dxa"/>
            <w:gridSpan w:val="6"/>
            <w:tcMar>
              <w:top w:w="70" w:type="dxa"/>
              <w:left w:w="90" w:type="dxa"/>
              <w:bottom w:w="70" w:type="dxa"/>
              <w:right w:w="90" w:type="dxa"/>
            </w:tcMar>
            <w:vAlign w:val="center"/>
          </w:tcPr>
          <w:p w14:paraId="604B958B" w14:textId="77777777" w:rsidR="00302D64" w:rsidRDefault="00302D64"/>
          <w:p w14:paraId="4EB4D3FB"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21156C9" w14:textId="77777777">
        <w:trPr>
          <w:cantSplit/>
          <w:jc w:val="center"/>
        </w:trPr>
        <w:tc>
          <w:tcPr>
            <w:tcW w:w="14060" w:type="dxa"/>
            <w:gridSpan w:val="6"/>
            <w:tcMar>
              <w:top w:w="70" w:type="dxa"/>
              <w:left w:w="90" w:type="dxa"/>
              <w:bottom w:w="70" w:type="dxa"/>
              <w:right w:w="90" w:type="dxa"/>
            </w:tcMar>
            <w:vAlign w:val="center"/>
          </w:tcPr>
          <w:p w14:paraId="33157A9F" w14:textId="77777777" w:rsidR="00302D64" w:rsidRDefault="00302D64"/>
          <w:p w14:paraId="5A0DE4DA" w14:textId="77777777" w:rsidR="00302D64" w:rsidRDefault="00000000">
            <w:pPr>
              <w:spacing w:line="245" w:lineRule="auto"/>
            </w:pPr>
            <w:r>
              <w:rPr>
                <w:b/>
                <w:color w:val="000000"/>
                <w:sz w:val="16"/>
              </w:rPr>
              <w:t xml:space="preserve">OCENJEVANJE / DAN DEJAVNOSTI: </w:t>
            </w:r>
            <w:r>
              <w:rPr>
                <w:color w:val="000000"/>
                <w:sz w:val="16"/>
              </w:rPr>
              <w:t>OCENJEVANJE 1: praktična varnostna oziroma socialna situacija, pogovor in učiteljev opazovalni zapis • ŠPORTNI DAN</w:t>
            </w:r>
          </w:p>
        </w:tc>
      </w:tr>
      <w:tr w:rsidR="00302D64" w14:paraId="398C9AB2" w14:textId="77777777">
        <w:trPr>
          <w:cantSplit/>
          <w:jc w:val="center"/>
        </w:trPr>
        <w:tc>
          <w:tcPr>
            <w:tcW w:w="14060" w:type="dxa"/>
            <w:gridSpan w:val="6"/>
            <w:tcMar>
              <w:top w:w="70" w:type="dxa"/>
              <w:left w:w="90" w:type="dxa"/>
              <w:bottom w:w="70" w:type="dxa"/>
              <w:right w:w="90" w:type="dxa"/>
            </w:tcMar>
            <w:vAlign w:val="center"/>
          </w:tcPr>
          <w:p w14:paraId="4E3B43D2" w14:textId="77777777" w:rsidR="00302D64" w:rsidRDefault="00302D64"/>
          <w:p w14:paraId="52A5B138" w14:textId="77777777" w:rsidR="00302D64" w:rsidRDefault="00000000">
            <w:pPr>
              <w:spacing w:line="245" w:lineRule="auto"/>
            </w:pPr>
            <w:r>
              <w:rPr>
                <w:b/>
                <w:color w:val="000000"/>
                <w:sz w:val="16"/>
              </w:rPr>
              <w:t xml:space="preserve">VARNOST: </w:t>
            </w:r>
            <w:r>
              <w:rPr>
                <w:color w:val="000000"/>
                <w:sz w:val="16"/>
              </w:rPr>
              <w:t>Ocenjevalna pot je predhodno varnostno pregledana; skupina ima dovolj spremljevalcev, učenci pa odsevne jopiče.</w:t>
            </w:r>
          </w:p>
        </w:tc>
      </w:tr>
    </w:tbl>
    <w:p w14:paraId="621760F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97FFE7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5F0272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91A857D" w14:textId="77777777" w:rsidR="00302D64" w:rsidRDefault="00000000">
            <w:pPr>
              <w:jc w:val="center"/>
            </w:pPr>
            <w:r>
              <w:rPr>
                <w:b/>
                <w:color w:val="000000"/>
                <w:sz w:val="20"/>
              </w:rPr>
              <w:t>UČNE DEJAVNOSTI, METODE IN FORMATIVNO SPREMLJANJE</w:t>
            </w:r>
          </w:p>
        </w:tc>
      </w:tr>
      <w:tr w:rsidR="00302D64" w14:paraId="7C52C521" w14:textId="77777777">
        <w:trPr>
          <w:tblHeader/>
          <w:jc w:val="center"/>
        </w:trPr>
        <w:tc>
          <w:tcPr>
            <w:tcW w:w="4422" w:type="dxa"/>
            <w:vMerge/>
            <w:tcMar>
              <w:top w:w="70" w:type="dxa"/>
              <w:left w:w="90" w:type="dxa"/>
              <w:bottom w:w="70" w:type="dxa"/>
              <w:right w:w="90" w:type="dxa"/>
            </w:tcMar>
            <w:vAlign w:val="center"/>
          </w:tcPr>
          <w:p w14:paraId="6E516D26" w14:textId="77777777" w:rsidR="00302D64" w:rsidRDefault="00302D64"/>
        </w:tc>
        <w:tc>
          <w:tcPr>
            <w:tcW w:w="7087" w:type="dxa"/>
            <w:shd w:val="clear" w:color="auto" w:fill="FFFFFF"/>
            <w:tcMar>
              <w:top w:w="70" w:type="dxa"/>
              <w:left w:w="90" w:type="dxa"/>
              <w:bottom w:w="70" w:type="dxa"/>
              <w:right w:w="90" w:type="dxa"/>
            </w:tcMar>
            <w:vAlign w:val="center"/>
          </w:tcPr>
          <w:p w14:paraId="44D52FC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97EC58" w14:textId="77777777" w:rsidR="00302D64" w:rsidRDefault="00000000">
            <w:pPr>
              <w:jc w:val="center"/>
            </w:pPr>
            <w:r>
              <w:rPr>
                <w:b/>
                <w:color w:val="000000"/>
              </w:rPr>
              <w:t>UČENEC</w:t>
            </w:r>
          </w:p>
        </w:tc>
      </w:tr>
      <w:tr w:rsidR="00302D64" w14:paraId="4F67964D" w14:textId="77777777">
        <w:trPr>
          <w:jc w:val="center"/>
        </w:trPr>
        <w:tc>
          <w:tcPr>
            <w:tcW w:w="4422" w:type="dxa"/>
            <w:tcMar>
              <w:top w:w="70" w:type="dxa"/>
              <w:left w:w="90" w:type="dxa"/>
              <w:bottom w:w="70" w:type="dxa"/>
              <w:right w:w="90" w:type="dxa"/>
            </w:tcMar>
          </w:tcPr>
          <w:p w14:paraId="0E61890A" w14:textId="77777777" w:rsidR="00302D64" w:rsidRDefault="00302D64"/>
          <w:p w14:paraId="4ED2F676" w14:textId="77777777" w:rsidR="00302D64" w:rsidRDefault="00000000">
            <w:pPr>
              <w:spacing w:after="60" w:line="245" w:lineRule="auto"/>
            </w:pPr>
            <w:r>
              <w:rPr>
                <w:b/>
                <w:color w:val="000000"/>
              </w:rPr>
              <w:t>UČNI CILJI</w:t>
            </w:r>
          </w:p>
          <w:p w14:paraId="0E45DEB1" w14:textId="77777777" w:rsidR="00302D64" w:rsidRDefault="00000000">
            <w:pPr>
              <w:spacing w:after="20" w:line="245" w:lineRule="auto"/>
            </w:pPr>
            <w:r>
              <w:rPr>
                <w:b/>
                <w:color w:val="000000"/>
                <w:sz w:val="17"/>
              </w:rPr>
              <w:t>SPLOŠNI</w:t>
            </w:r>
          </w:p>
          <w:p w14:paraId="297CED44" w14:textId="77777777" w:rsidR="00302D64" w:rsidRDefault="00000000">
            <w:pPr>
              <w:pStyle w:val="Oznaenseznam"/>
              <w:spacing w:after="16"/>
            </w:pPr>
            <w:r>
              <w:rPr>
                <w:color w:val="000000"/>
                <w:sz w:val="16"/>
              </w:rPr>
              <w:t>razvija radovednost ter sistematično opazuje, primerja, razvršča in sporoča ugotovitve</w:t>
            </w:r>
          </w:p>
          <w:p w14:paraId="38A70FB0" w14:textId="77777777" w:rsidR="00302D64" w:rsidRDefault="00000000">
            <w:pPr>
              <w:pStyle w:val="Oznaenseznam"/>
              <w:spacing w:after="16"/>
            </w:pPr>
            <w:r>
              <w:rPr>
                <w:color w:val="000000"/>
                <w:sz w:val="16"/>
              </w:rPr>
              <w:t>sodeluje, posluša druge in svoja opažanja izraža na razvojno primeren način</w:t>
            </w:r>
          </w:p>
          <w:p w14:paraId="7C119F70" w14:textId="77777777" w:rsidR="00302D64" w:rsidRDefault="00000000">
            <w:pPr>
              <w:pStyle w:val="Oznaenseznam"/>
              <w:spacing w:after="16"/>
            </w:pPr>
            <w:r>
              <w:rPr>
                <w:color w:val="000000"/>
                <w:sz w:val="16"/>
              </w:rPr>
              <w:t>ravna varno, odgovorno in skrbno do sebe, drugih ter okolja</w:t>
            </w:r>
          </w:p>
          <w:p w14:paraId="4B1E76FC" w14:textId="77777777" w:rsidR="00302D64" w:rsidRDefault="00000000">
            <w:pPr>
              <w:pStyle w:val="Oznaenseznam"/>
              <w:spacing w:after="16"/>
            </w:pPr>
            <w:r>
              <w:rPr>
                <w:color w:val="000000"/>
                <w:sz w:val="16"/>
              </w:rPr>
              <w:t>ob kriterijih spremlja svoje učenje in sprejema opisno povratno informacijo</w:t>
            </w:r>
          </w:p>
          <w:p w14:paraId="6AC77F94" w14:textId="77777777" w:rsidR="00302D64" w:rsidRDefault="00000000">
            <w:pPr>
              <w:spacing w:before="40" w:after="20" w:line="245" w:lineRule="auto"/>
            </w:pPr>
            <w:r>
              <w:rPr>
                <w:b/>
                <w:color w:val="000000"/>
                <w:sz w:val="17"/>
              </w:rPr>
              <w:t>OPERATIVNI</w:t>
            </w:r>
          </w:p>
          <w:p w14:paraId="02764F66" w14:textId="77777777" w:rsidR="00302D64" w:rsidRDefault="00000000">
            <w:pPr>
              <w:pStyle w:val="Oznaenseznam"/>
              <w:spacing w:after="16"/>
            </w:pPr>
            <w:r>
              <w:rPr>
                <w:color w:val="000000"/>
                <w:sz w:val="16"/>
              </w:rPr>
              <w:t>uporabi znanje na opazovalnem sprehodu</w:t>
            </w:r>
          </w:p>
          <w:p w14:paraId="0FD0AEA2" w14:textId="77777777" w:rsidR="00302D64" w:rsidRDefault="00000000">
            <w:pPr>
              <w:pStyle w:val="Oznaenseznam"/>
              <w:spacing w:after="16"/>
            </w:pPr>
            <w:r>
              <w:rPr>
                <w:color w:val="000000"/>
                <w:sz w:val="16"/>
              </w:rPr>
              <w:t>presodi ravnanje udeležencev</w:t>
            </w:r>
          </w:p>
          <w:p w14:paraId="53C847A2" w14:textId="77777777" w:rsidR="00302D64" w:rsidRDefault="00000000">
            <w:pPr>
              <w:pStyle w:val="Oznaenseznam"/>
              <w:spacing w:after="16"/>
            </w:pPr>
            <w:r>
              <w:rPr>
                <w:color w:val="000000"/>
                <w:sz w:val="16"/>
              </w:rPr>
              <w:t>samovrednoti svojo varno pot</w:t>
            </w:r>
          </w:p>
          <w:p w14:paraId="4570E6F8" w14:textId="77777777" w:rsidR="00302D64" w:rsidRDefault="00000000">
            <w:pPr>
              <w:spacing w:before="40" w:after="20" w:line="245" w:lineRule="auto"/>
            </w:pPr>
            <w:r>
              <w:rPr>
                <w:b/>
                <w:color w:val="000000"/>
                <w:sz w:val="17"/>
              </w:rPr>
              <w:t>PRIČAKOVANI DOSEŽKI / STANDARDI</w:t>
            </w:r>
          </w:p>
          <w:p w14:paraId="17599F1F" w14:textId="77777777" w:rsidR="00302D64" w:rsidRDefault="00000000">
            <w:pPr>
              <w:pStyle w:val="Oznaenseznam"/>
              <w:spacing w:after="16"/>
            </w:pPr>
            <w:r>
              <w:rPr>
                <w:color w:val="000000"/>
                <w:sz w:val="16"/>
              </w:rPr>
              <w:t>ob konkretni ali slikovni opori uporabi znanje na opazovalnem sprehodu</w:t>
            </w:r>
          </w:p>
          <w:p w14:paraId="643A38BC" w14:textId="77777777" w:rsidR="00302D64" w:rsidRDefault="00000000">
            <w:pPr>
              <w:pStyle w:val="Oznaenseznam"/>
              <w:spacing w:after="16"/>
            </w:pPr>
            <w:r>
              <w:rPr>
                <w:color w:val="000000"/>
                <w:sz w:val="16"/>
              </w:rPr>
              <w:t>ob konkretni ali slikovni opori presodi ravnanje udeležencev</w:t>
            </w:r>
          </w:p>
          <w:p w14:paraId="289F6149" w14:textId="77777777" w:rsidR="00302D64" w:rsidRDefault="00000000">
            <w:pPr>
              <w:pStyle w:val="Oznaenseznam"/>
              <w:spacing w:after="16"/>
            </w:pPr>
            <w:r>
              <w:rPr>
                <w:color w:val="000000"/>
                <w:sz w:val="16"/>
              </w:rPr>
              <w:t>ob konkretni ali slikovni opori samovrednoti svojo varno pot</w:t>
            </w:r>
          </w:p>
        </w:tc>
        <w:tc>
          <w:tcPr>
            <w:tcW w:w="7087" w:type="dxa"/>
            <w:tcMar>
              <w:top w:w="70" w:type="dxa"/>
              <w:left w:w="90" w:type="dxa"/>
              <w:bottom w:w="70" w:type="dxa"/>
              <w:right w:w="90" w:type="dxa"/>
            </w:tcMar>
          </w:tcPr>
          <w:p w14:paraId="0563F0F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83392CC" w14:textId="77777777">
              <w:trPr>
                <w:jc w:val="center"/>
              </w:trPr>
              <w:tc>
                <w:tcPr>
                  <w:tcW w:w="7087" w:type="dxa"/>
                  <w:shd w:val="clear" w:color="auto" w:fill="C6E7F3"/>
                  <w:tcMar>
                    <w:top w:w="45" w:type="dxa"/>
                    <w:left w:w="70" w:type="dxa"/>
                    <w:bottom w:w="45" w:type="dxa"/>
                    <w:right w:w="70" w:type="dxa"/>
                  </w:tcMar>
                </w:tcPr>
                <w:p w14:paraId="661FACC3" w14:textId="77777777" w:rsidR="00302D64" w:rsidRDefault="00000000">
                  <w:pPr>
                    <w:keepNext/>
                  </w:pPr>
                  <w:r>
                    <w:rPr>
                      <w:b/>
                      <w:color w:val="000000"/>
                    </w:rPr>
                    <w:t>UVODNI DEL – motivacija, aktivacija predznanja in namen učenja (15–20 min)</w:t>
                  </w:r>
                </w:p>
              </w:tc>
            </w:tr>
          </w:tbl>
          <w:p w14:paraId="1D9393C6" w14:textId="77777777" w:rsidR="00302D64" w:rsidRDefault="00302D64">
            <w:pPr>
              <w:spacing w:line="20" w:lineRule="exact"/>
            </w:pPr>
          </w:p>
          <w:p w14:paraId="4198C97A" w14:textId="77777777" w:rsidR="00302D64" w:rsidRDefault="00000000">
            <w:pPr>
              <w:spacing w:before="40" w:after="60" w:line="245" w:lineRule="auto"/>
            </w:pPr>
            <w:r>
              <w:rPr>
                <w:color w:val="000000"/>
                <w:sz w:val="17"/>
              </w:rPr>
              <w:t>Bremenski godci morajo varno priti do cilja in sodelovati. Učenci obnovijo kriterije varne hoje ter se pripravijo na praktično dokazovanje znanja.</w:t>
            </w:r>
          </w:p>
          <w:tbl>
            <w:tblPr>
              <w:tblStyle w:val="Tabelamrea"/>
              <w:tblW w:w="0" w:type="auto"/>
              <w:jc w:val="center"/>
              <w:tblLayout w:type="fixed"/>
              <w:tblLook w:val="04A0" w:firstRow="1" w:lastRow="0" w:firstColumn="1" w:lastColumn="0" w:noHBand="0" w:noVBand="1"/>
            </w:tblPr>
            <w:tblGrid>
              <w:gridCol w:w="7087"/>
            </w:tblGrid>
            <w:tr w:rsidR="00302D64" w14:paraId="5A22120C" w14:textId="77777777">
              <w:trPr>
                <w:jc w:val="center"/>
              </w:trPr>
              <w:tc>
                <w:tcPr>
                  <w:tcW w:w="7087" w:type="dxa"/>
                  <w:shd w:val="clear" w:color="auto" w:fill="EDC9EA"/>
                  <w:tcMar>
                    <w:top w:w="45" w:type="dxa"/>
                    <w:left w:w="70" w:type="dxa"/>
                    <w:bottom w:w="45" w:type="dxa"/>
                    <w:right w:w="70" w:type="dxa"/>
                  </w:tcMar>
                </w:tcPr>
                <w:p w14:paraId="1D763027" w14:textId="77777777" w:rsidR="00302D64" w:rsidRDefault="00000000">
                  <w:pPr>
                    <w:keepNext/>
                  </w:pPr>
                  <w:r>
                    <w:rPr>
                      <w:b/>
                      <w:color w:val="000000"/>
                    </w:rPr>
                    <w:t>NAMENI UČENJA</w:t>
                  </w:r>
                </w:p>
              </w:tc>
            </w:tr>
          </w:tbl>
          <w:p w14:paraId="681B33F1" w14:textId="77777777" w:rsidR="00302D64" w:rsidRDefault="00302D64">
            <w:pPr>
              <w:spacing w:line="20" w:lineRule="exact"/>
            </w:pPr>
          </w:p>
          <w:p w14:paraId="76A49FBB" w14:textId="77777777" w:rsidR="00302D64" w:rsidRDefault="00000000">
            <w:pPr>
              <w:spacing w:before="20" w:after="20" w:line="245" w:lineRule="auto"/>
            </w:pPr>
            <w:r>
              <w:rPr>
                <w:color w:val="000000"/>
                <w:sz w:val="16"/>
              </w:rPr>
              <w:t>Učimo se zato, da bomo lažje razumeli in odgovorno uporabili znanje v vsakdanjih situacijah.</w:t>
            </w:r>
          </w:p>
          <w:p w14:paraId="2490BA74" w14:textId="77777777" w:rsidR="00302D64" w:rsidRDefault="00000000">
            <w:pPr>
              <w:pStyle w:val="Oznaenseznam"/>
              <w:spacing w:after="16"/>
            </w:pPr>
            <w:r>
              <w:rPr>
                <w:color w:val="000000"/>
                <w:sz w:val="16"/>
              </w:rPr>
              <w:t>uporabim znanje na opazovalnem sprehodu</w:t>
            </w:r>
          </w:p>
          <w:p w14:paraId="5F4DAECF" w14:textId="77777777" w:rsidR="00302D64" w:rsidRDefault="00000000">
            <w:pPr>
              <w:pStyle w:val="Oznaenseznam"/>
              <w:spacing w:after="16"/>
            </w:pPr>
            <w:r>
              <w:rPr>
                <w:color w:val="000000"/>
                <w:sz w:val="16"/>
              </w:rPr>
              <w:t>presodim ravnanje udeležencev</w:t>
            </w:r>
          </w:p>
          <w:p w14:paraId="42381DA8" w14:textId="77777777" w:rsidR="00302D64" w:rsidRDefault="00000000">
            <w:pPr>
              <w:pStyle w:val="Oznaenseznam"/>
              <w:spacing w:after="16"/>
            </w:pPr>
            <w:r>
              <w:rPr>
                <w:color w:val="000000"/>
                <w:sz w:val="16"/>
              </w:rPr>
              <w:t>samovrednotim svojo varno pot</w:t>
            </w:r>
          </w:p>
          <w:tbl>
            <w:tblPr>
              <w:tblStyle w:val="Tabelamrea"/>
              <w:tblW w:w="0" w:type="auto"/>
              <w:jc w:val="center"/>
              <w:tblLayout w:type="fixed"/>
              <w:tblLook w:val="04A0" w:firstRow="1" w:lastRow="0" w:firstColumn="1" w:lastColumn="0" w:noHBand="0" w:noVBand="1"/>
            </w:tblPr>
            <w:tblGrid>
              <w:gridCol w:w="7087"/>
            </w:tblGrid>
            <w:tr w:rsidR="00302D64" w14:paraId="297D0527" w14:textId="77777777">
              <w:trPr>
                <w:jc w:val="center"/>
              </w:trPr>
              <w:tc>
                <w:tcPr>
                  <w:tcW w:w="7087" w:type="dxa"/>
                  <w:shd w:val="clear" w:color="auto" w:fill="EDC9EA"/>
                  <w:tcMar>
                    <w:top w:w="45" w:type="dxa"/>
                    <w:left w:w="70" w:type="dxa"/>
                    <w:bottom w:w="45" w:type="dxa"/>
                    <w:right w:w="70" w:type="dxa"/>
                  </w:tcMar>
                </w:tcPr>
                <w:p w14:paraId="7DD6836E" w14:textId="77777777" w:rsidR="00302D64" w:rsidRDefault="00000000">
                  <w:pPr>
                    <w:keepNext/>
                  </w:pPr>
                  <w:r>
                    <w:rPr>
                      <w:b/>
                      <w:color w:val="000000"/>
                    </w:rPr>
                    <w:t>PREVERJANJE PREDZNANJA</w:t>
                  </w:r>
                </w:p>
              </w:tc>
            </w:tr>
          </w:tbl>
          <w:p w14:paraId="3C3B7C1D" w14:textId="77777777" w:rsidR="00302D64" w:rsidRDefault="00302D64">
            <w:pPr>
              <w:spacing w:line="20" w:lineRule="exact"/>
            </w:pPr>
          </w:p>
          <w:p w14:paraId="5115414C" w14:textId="77777777" w:rsidR="00302D64" w:rsidRDefault="00000000">
            <w:pPr>
              <w:pStyle w:val="Oznaenseznam"/>
              <w:spacing w:after="16"/>
            </w:pPr>
            <w:r>
              <w:rPr>
                <w:color w:val="000000"/>
                <w:sz w:val="16"/>
              </w:rPr>
              <w:t>Katere korake izvedem pred prečkanjem ceste?</w:t>
            </w:r>
          </w:p>
          <w:p w14:paraId="3776D581" w14:textId="77777777" w:rsidR="00302D64" w:rsidRDefault="00000000">
            <w:pPr>
              <w:pStyle w:val="Oznaenseznam"/>
              <w:spacing w:after="16"/>
            </w:pPr>
            <w:r>
              <w:rPr>
                <w:color w:val="000000"/>
                <w:sz w:val="16"/>
              </w:rPr>
              <w:t>Kako sošolcu podam koristno in prijazno povratno informacijo?</w:t>
            </w:r>
          </w:p>
          <w:p w14:paraId="64E987FC"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D45AA76" w14:textId="77777777">
              <w:trPr>
                <w:jc w:val="center"/>
              </w:trPr>
              <w:tc>
                <w:tcPr>
                  <w:tcW w:w="7087" w:type="dxa"/>
                  <w:shd w:val="clear" w:color="auto" w:fill="EDC9EA"/>
                  <w:tcMar>
                    <w:top w:w="45" w:type="dxa"/>
                    <w:left w:w="70" w:type="dxa"/>
                    <w:bottom w:w="45" w:type="dxa"/>
                    <w:right w:w="70" w:type="dxa"/>
                  </w:tcMar>
                </w:tcPr>
                <w:p w14:paraId="6E12AB61" w14:textId="77777777" w:rsidR="00302D64" w:rsidRDefault="00000000">
                  <w:pPr>
                    <w:keepNext/>
                  </w:pPr>
                  <w:r>
                    <w:rPr>
                      <w:b/>
                      <w:color w:val="000000"/>
                    </w:rPr>
                    <w:t>KRITERIJI USPEŠNOSTI</w:t>
                  </w:r>
                </w:p>
              </w:tc>
            </w:tr>
          </w:tbl>
          <w:p w14:paraId="54A96561" w14:textId="77777777" w:rsidR="00302D64" w:rsidRDefault="00302D64"/>
          <w:p w14:paraId="01A32564" w14:textId="77777777" w:rsidR="00302D64" w:rsidRDefault="00000000">
            <w:pPr>
              <w:spacing w:before="20" w:after="20" w:line="245" w:lineRule="auto"/>
            </w:pPr>
            <w:r>
              <w:rPr>
                <w:b/>
                <w:color w:val="000000"/>
                <w:sz w:val="16"/>
              </w:rPr>
              <w:t>Uspešen/-na bom, ko:</w:t>
            </w:r>
          </w:p>
          <w:p w14:paraId="6ADE1710" w14:textId="77777777" w:rsidR="00302D64" w:rsidRDefault="00000000">
            <w:pPr>
              <w:pStyle w:val="Oznaenseznam"/>
              <w:spacing w:after="16"/>
            </w:pPr>
            <w:r>
              <w:rPr>
                <w:color w:val="000000"/>
                <w:sz w:val="16"/>
              </w:rPr>
              <w:t>uporabim znanje na opazovalnem sprehodu</w:t>
            </w:r>
          </w:p>
          <w:p w14:paraId="6527A152" w14:textId="77777777" w:rsidR="00302D64" w:rsidRDefault="00000000">
            <w:pPr>
              <w:pStyle w:val="Oznaenseznam"/>
              <w:spacing w:after="16"/>
            </w:pPr>
            <w:r>
              <w:rPr>
                <w:color w:val="000000"/>
                <w:sz w:val="16"/>
              </w:rPr>
              <w:t>presodim ravnanje udeležencev</w:t>
            </w:r>
          </w:p>
          <w:p w14:paraId="3C64AA5F" w14:textId="77777777" w:rsidR="00302D64" w:rsidRDefault="00000000">
            <w:pPr>
              <w:pStyle w:val="Oznaenseznam"/>
              <w:spacing w:after="16"/>
            </w:pPr>
            <w:r>
              <w:rPr>
                <w:color w:val="000000"/>
                <w:sz w:val="16"/>
              </w:rPr>
              <w:t>samovrednotim svojo varno pot</w:t>
            </w:r>
          </w:p>
          <w:p w14:paraId="7CE8C158"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084E4E13" w14:textId="77777777" w:rsidR="00302D64" w:rsidRDefault="00302D64"/>
          <w:p w14:paraId="3F15E12E" w14:textId="77777777" w:rsidR="00302D64" w:rsidRDefault="00000000">
            <w:pPr>
              <w:spacing w:after="80" w:line="245" w:lineRule="auto"/>
            </w:pPr>
            <w:r>
              <w:rPr>
                <w:color w:val="000000"/>
                <w:sz w:val="16"/>
              </w:rPr>
              <w:t>Posluša ali opazuje književno oziroma predmetno izhodišče ter se vključi z gibom, sliko ali besedo.</w:t>
            </w:r>
          </w:p>
          <w:p w14:paraId="456C76FB" w14:textId="77777777" w:rsidR="00302D64" w:rsidRDefault="00000000">
            <w:pPr>
              <w:spacing w:after="80" w:line="245" w:lineRule="auto"/>
            </w:pPr>
            <w:r>
              <w:rPr>
                <w:color w:val="000000"/>
                <w:sz w:val="16"/>
              </w:rPr>
              <w:t>Pove, pokaže ali nariše, kaj že ve. Posluša zamisli drugih.</w:t>
            </w:r>
          </w:p>
          <w:p w14:paraId="6D1D49C8" w14:textId="77777777" w:rsidR="00302D64" w:rsidRDefault="00000000">
            <w:pPr>
              <w:spacing w:after="100" w:line="245" w:lineRule="auto"/>
            </w:pPr>
            <w:r>
              <w:rPr>
                <w:color w:val="000000"/>
                <w:sz w:val="16"/>
              </w:rPr>
              <w:t>Sodeluje pri razumevanju namenov in kriterijev uspešnosti.</w:t>
            </w:r>
          </w:p>
          <w:p w14:paraId="17A46C41" w14:textId="77777777" w:rsidR="00302D64" w:rsidRDefault="00000000">
            <w:pPr>
              <w:spacing w:after="20" w:line="245" w:lineRule="auto"/>
            </w:pPr>
            <w:r>
              <w:rPr>
                <w:b/>
                <w:color w:val="D95BC6"/>
                <w:sz w:val="17"/>
              </w:rPr>
              <w:t>DOKAZ O UČENJU</w:t>
            </w:r>
          </w:p>
          <w:p w14:paraId="19D9B0FD" w14:textId="77777777" w:rsidR="00302D64" w:rsidRDefault="00000000">
            <w:pPr>
              <w:spacing w:after="30" w:line="245" w:lineRule="auto"/>
            </w:pPr>
            <w:r>
              <w:rPr>
                <w:color w:val="D95BC6"/>
                <w:sz w:val="16"/>
              </w:rPr>
              <w:t>začetna zamisel, razvrstitev, risba ali ustni odgovor</w:t>
            </w:r>
          </w:p>
        </w:tc>
      </w:tr>
    </w:tbl>
    <w:p w14:paraId="53FDF13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865AE6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01CDF9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BA9EA9" w14:textId="77777777" w:rsidR="00302D64" w:rsidRDefault="00000000">
            <w:pPr>
              <w:jc w:val="center"/>
            </w:pPr>
            <w:r>
              <w:rPr>
                <w:b/>
                <w:color w:val="000000"/>
                <w:sz w:val="20"/>
              </w:rPr>
              <w:t>UČNE DEJAVNOSTI, METODE IN FORMATIVNO SPREMLJANJE</w:t>
            </w:r>
          </w:p>
        </w:tc>
      </w:tr>
      <w:tr w:rsidR="00302D64" w14:paraId="3BA8AA09" w14:textId="77777777">
        <w:trPr>
          <w:tblHeader/>
          <w:jc w:val="center"/>
        </w:trPr>
        <w:tc>
          <w:tcPr>
            <w:tcW w:w="4422" w:type="dxa"/>
            <w:vMerge/>
            <w:tcMar>
              <w:top w:w="70" w:type="dxa"/>
              <w:left w:w="90" w:type="dxa"/>
              <w:bottom w:w="70" w:type="dxa"/>
              <w:right w:w="90" w:type="dxa"/>
            </w:tcMar>
            <w:vAlign w:val="center"/>
          </w:tcPr>
          <w:p w14:paraId="4FE1A7AC" w14:textId="77777777" w:rsidR="00302D64" w:rsidRDefault="00302D64"/>
        </w:tc>
        <w:tc>
          <w:tcPr>
            <w:tcW w:w="7087" w:type="dxa"/>
            <w:shd w:val="clear" w:color="auto" w:fill="FFFFFF"/>
            <w:tcMar>
              <w:top w:w="70" w:type="dxa"/>
              <w:left w:w="90" w:type="dxa"/>
              <w:bottom w:w="70" w:type="dxa"/>
              <w:right w:w="90" w:type="dxa"/>
            </w:tcMar>
            <w:vAlign w:val="center"/>
          </w:tcPr>
          <w:p w14:paraId="1EEA590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F668929" w14:textId="77777777" w:rsidR="00302D64" w:rsidRDefault="00000000">
            <w:pPr>
              <w:jc w:val="center"/>
            </w:pPr>
            <w:r>
              <w:rPr>
                <w:b/>
                <w:color w:val="000000"/>
              </w:rPr>
              <w:t>UČENEC</w:t>
            </w:r>
          </w:p>
        </w:tc>
      </w:tr>
      <w:tr w:rsidR="00302D64" w14:paraId="39976EC1" w14:textId="77777777">
        <w:trPr>
          <w:jc w:val="center"/>
        </w:trPr>
        <w:tc>
          <w:tcPr>
            <w:tcW w:w="4422" w:type="dxa"/>
            <w:tcMar>
              <w:top w:w="70" w:type="dxa"/>
              <w:left w:w="90" w:type="dxa"/>
              <w:bottom w:w="70" w:type="dxa"/>
              <w:right w:w="90" w:type="dxa"/>
            </w:tcMar>
          </w:tcPr>
          <w:p w14:paraId="508FE154" w14:textId="77777777" w:rsidR="00302D64" w:rsidRDefault="00302D64"/>
          <w:p w14:paraId="3AC426FD" w14:textId="77777777" w:rsidR="00302D64" w:rsidRDefault="00000000">
            <w:pPr>
              <w:spacing w:after="40" w:line="245" w:lineRule="auto"/>
            </w:pPr>
            <w:r>
              <w:rPr>
                <w:b/>
                <w:color w:val="000000"/>
              </w:rPr>
              <w:t>KLJUČNI POJMI</w:t>
            </w:r>
          </w:p>
          <w:p w14:paraId="121878BA" w14:textId="77777777" w:rsidR="00302D64" w:rsidRDefault="00000000">
            <w:pPr>
              <w:spacing w:after="80" w:line="245" w:lineRule="auto"/>
            </w:pPr>
            <w:r>
              <w:rPr>
                <w:color w:val="000000"/>
                <w:sz w:val="16"/>
              </w:rPr>
              <w:t>varna pot, pešec, prometni znak, prečkanje, vidnost, tveganje, presoja, izboljšava</w:t>
            </w:r>
          </w:p>
          <w:p w14:paraId="4FDC2F9E" w14:textId="77777777" w:rsidR="00302D64" w:rsidRDefault="00000000">
            <w:pPr>
              <w:spacing w:after="20" w:line="245" w:lineRule="auto"/>
            </w:pPr>
            <w:r>
              <w:rPr>
                <w:b/>
                <w:color w:val="000000"/>
              </w:rPr>
              <w:t>DOKAZI O UČENJU</w:t>
            </w:r>
          </w:p>
          <w:p w14:paraId="4D1B9524" w14:textId="77777777" w:rsidR="00302D64" w:rsidRDefault="00000000">
            <w:pPr>
              <w:pStyle w:val="Oznaenseznam"/>
              <w:spacing w:after="16"/>
            </w:pPr>
            <w:r>
              <w:rPr>
                <w:color w:val="000000"/>
                <w:sz w:val="16"/>
              </w:rPr>
              <w:t>učiteljev opazovalni zapis in učenčeva razlaga</w:t>
            </w:r>
          </w:p>
          <w:p w14:paraId="363570A1" w14:textId="77777777" w:rsidR="00302D64" w:rsidRDefault="00000000">
            <w:pPr>
              <w:pStyle w:val="Oznaenseznam"/>
              <w:spacing w:after="16"/>
            </w:pPr>
            <w:r>
              <w:rPr>
                <w:color w:val="000000"/>
                <w:sz w:val="16"/>
              </w:rPr>
              <w:t>označena pot, pogovor in samovrednotenje</w:t>
            </w:r>
          </w:p>
          <w:p w14:paraId="3B2E8F34" w14:textId="77777777" w:rsidR="00302D64" w:rsidRDefault="00000000">
            <w:pPr>
              <w:spacing w:before="40" w:after="20" w:line="245" w:lineRule="auto"/>
            </w:pPr>
            <w:r>
              <w:rPr>
                <w:b/>
                <w:color w:val="000000"/>
              </w:rPr>
              <w:t>MEDPREDMETNA POVEZAVA</w:t>
            </w:r>
          </w:p>
          <w:p w14:paraId="04389902" w14:textId="77777777" w:rsidR="00302D64" w:rsidRDefault="00000000">
            <w:pPr>
              <w:spacing w:after="60" w:line="245" w:lineRule="auto"/>
            </w:pPr>
            <w:r>
              <w:rPr>
                <w:color w:val="000000"/>
                <w:sz w:val="16"/>
              </w:rPr>
              <w:t>SLJ – kratka utemeljitev; MAT – orientacija na skici; ŠPO – varna hoja; LUM – označevanje poti</w:t>
            </w:r>
          </w:p>
          <w:p w14:paraId="0A529069" w14:textId="77777777" w:rsidR="00302D64" w:rsidRDefault="00000000">
            <w:pPr>
              <w:spacing w:after="20" w:line="245" w:lineRule="auto"/>
            </w:pPr>
            <w:r>
              <w:rPr>
                <w:b/>
                <w:color w:val="000000"/>
              </w:rPr>
              <w:t>POUČEVANJE V GIBANJU</w:t>
            </w:r>
          </w:p>
          <w:p w14:paraId="1C7AC5D8"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2D049DB3" w14:textId="77777777" w:rsidR="00302D64" w:rsidRDefault="00000000">
            <w:pPr>
              <w:spacing w:after="20" w:line="245" w:lineRule="auto"/>
            </w:pPr>
            <w:r>
              <w:rPr>
                <w:b/>
                <w:color w:val="000000"/>
              </w:rPr>
              <w:t>UČENJE PO ŠTIRIH POSTAJAH</w:t>
            </w:r>
          </w:p>
          <w:p w14:paraId="2522B8A4"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40123289" w14:textId="77777777" w:rsidR="00302D64" w:rsidRDefault="00000000">
            <w:pPr>
              <w:spacing w:after="20" w:line="245" w:lineRule="auto"/>
            </w:pPr>
            <w:r>
              <w:rPr>
                <w:b/>
                <w:color w:val="000000"/>
              </w:rPr>
              <w:t>DIFERENCIACIJA IN VKLJUČEVANJE</w:t>
            </w:r>
          </w:p>
          <w:p w14:paraId="15298C23" w14:textId="77777777" w:rsidR="00302D64" w:rsidRDefault="00000000">
            <w:pPr>
              <w:spacing w:after="60" w:line="245" w:lineRule="auto"/>
            </w:pPr>
            <w:r>
              <w:rPr>
                <w:color w:val="000000"/>
                <w:sz w:val="16"/>
              </w:rPr>
              <w:t>Učenec dobi slikovni opomnik in dodatni čas; znanje lahko pokaže z dejanjem in kratkim odgovorom; ocenjevalni kriterij ostaja enak, prilagodi se način dokazovanja.</w:t>
            </w:r>
          </w:p>
          <w:p w14:paraId="75F1D06F" w14:textId="77777777" w:rsidR="00302D64" w:rsidRDefault="00000000">
            <w:pPr>
              <w:spacing w:after="20" w:line="245" w:lineRule="auto"/>
            </w:pPr>
            <w:r>
              <w:rPr>
                <w:b/>
                <w:color w:val="000000"/>
              </w:rPr>
              <w:t>SPREMLJANJE</w:t>
            </w:r>
          </w:p>
          <w:p w14:paraId="58D63B97"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DB90711"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22C98C5" w14:textId="77777777">
              <w:trPr>
                <w:jc w:val="center"/>
              </w:trPr>
              <w:tc>
                <w:tcPr>
                  <w:tcW w:w="7087" w:type="dxa"/>
                  <w:shd w:val="clear" w:color="auto" w:fill="C6E7F3"/>
                  <w:tcMar>
                    <w:top w:w="45" w:type="dxa"/>
                    <w:left w:w="70" w:type="dxa"/>
                    <w:bottom w:w="45" w:type="dxa"/>
                    <w:right w:w="70" w:type="dxa"/>
                  </w:tcMar>
                </w:tcPr>
                <w:p w14:paraId="2E50F0A4" w14:textId="77777777" w:rsidR="00302D64" w:rsidRDefault="00000000">
                  <w:pPr>
                    <w:keepNext/>
                  </w:pPr>
                  <w:r>
                    <w:t>GLAVNI DEL – IZKUŠENJSKO IN POSTAJNO UČENJE (2 šolski uri)</w:t>
                  </w:r>
                </w:p>
              </w:tc>
            </w:tr>
          </w:tbl>
          <w:p w14:paraId="33EDAB90" w14:textId="77777777" w:rsidR="00302D64" w:rsidRDefault="00302D64">
            <w:pPr>
              <w:spacing w:line="20" w:lineRule="exact"/>
            </w:pPr>
          </w:p>
          <w:p w14:paraId="3FDB7FAA" w14:textId="77777777" w:rsidR="00302D64" w:rsidRDefault="00000000">
            <w:pPr>
              <w:keepNext/>
              <w:spacing w:before="60" w:after="20" w:line="245" w:lineRule="auto"/>
            </w:pPr>
            <w:r>
              <w:rPr>
                <w:b/>
                <w:color w:val="000000"/>
              </w:rPr>
              <w:t>1. URA – Opazovalni sprehod – pokažem znanje</w:t>
            </w:r>
          </w:p>
          <w:p w14:paraId="62BD7A1E" w14:textId="77777777" w:rsidR="00302D64" w:rsidRDefault="00000000">
            <w:pPr>
              <w:spacing w:after="20" w:line="245" w:lineRule="auto"/>
            </w:pPr>
            <w:r>
              <w:rPr>
                <w:b/>
                <w:color w:val="000000"/>
                <w:sz w:val="16"/>
              </w:rPr>
              <w:t xml:space="preserve">Dejavnost učiteljice: </w:t>
            </w:r>
            <w:r>
              <w:rPr>
                <w:color w:val="000000"/>
                <w:sz w:val="16"/>
              </w:rPr>
              <w:t>Na vnaprej pregledani poti posameznemu učencu dodeli opazovalno nalogo ter znanje beleži z opisnim kontrolnim zapisom.</w:t>
            </w:r>
          </w:p>
          <w:p w14:paraId="1A02B72E" w14:textId="77777777" w:rsidR="00302D64" w:rsidRDefault="00000000">
            <w:pPr>
              <w:spacing w:after="20" w:line="245" w:lineRule="auto"/>
            </w:pPr>
            <w:r>
              <w:rPr>
                <w:b/>
                <w:color w:val="000000"/>
                <w:sz w:val="16"/>
              </w:rPr>
              <w:t xml:space="preserve">Dejavnost učencev: </w:t>
            </w:r>
            <w:r>
              <w:rPr>
                <w:color w:val="000000"/>
                <w:sz w:val="16"/>
              </w:rPr>
              <w:t>Praktično pokažejo varno hojo, opazijo znak ali tveganje in pojasnijo eno odločitev.</w:t>
            </w:r>
          </w:p>
          <w:p w14:paraId="753A10DC" w14:textId="77777777" w:rsidR="00302D64" w:rsidRDefault="00000000">
            <w:pPr>
              <w:spacing w:after="40" w:line="245" w:lineRule="auto"/>
            </w:pPr>
            <w:r>
              <w:rPr>
                <w:i/>
                <w:color w:val="D95BC6"/>
                <w:sz w:val="16"/>
              </w:rPr>
              <w:t>Predvideni dokaz: učiteljev opazovalni zapis in učenčeva razlaga.</w:t>
            </w:r>
          </w:p>
          <w:p w14:paraId="4FA5CE1E" w14:textId="77777777" w:rsidR="00302D64" w:rsidRDefault="00000000">
            <w:pPr>
              <w:keepNext/>
              <w:spacing w:before="60" w:after="20" w:line="245" w:lineRule="auto"/>
            </w:pPr>
            <w:r>
              <w:rPr>
                <w:b/>
                <w:color w:val="000000"/>
              </w:rPr>
              <w:t>2. URA – Moja varna pot – presodim in izboljšam</w:t>
            </w:r>
          </w:p>
          <w:p w14:paraId="26E13B07" w14:textId="77777777" w:rsidR="00302D64" w:rsidRDefault="00000000">
            <w:pPr>
              <w:spacing w:after="20" w:line="245" w:lineRule="auto"/>
            </w:pPr>
            <w:r>
              <w:rPr>
                <w:b/>
                <w:color w:val="000000"/>
                <w:sz w:val="16"/>
              </w:rPr>
              <w:t xml:space="preserve">Dejavnost učiteljice: </w:t>
            </w:r>
            <w:r>
              <w:rPr>
                <w:color w:val="000000"/>
                <w:sz w:val="16"/>
              </w:rPr>
              <w:t>Ponudi fotografije ali skico poti ter individualno vodi kratek pogovor po enotnih kriterijih.</w:t>
            </w:r>
          </w:p>
          <w:p w14:paraId="29A24520" w14:textId="77777777" w:rsidR="00302D64" w:rsidRDefault="00000000">
            <w:pPr>
              <w:spacing w:after="20" w:line="245" w:lineRule="auto"/>
            </w:pPr>
            <w:r>
              <w:rPr>
                <w:b/>
                <w:color w:val="000000"/>
                <w:sz w:val="16"/>
              </w:rPr>
              <w:t xml:space="preserve">Dejavnost učencev: </w:t>
            </w:r>
            <w:r>
              <w:rPr>
                <w:color w:val="000000"/>
                <w:sz w:val="16"/>
              </w:rPr>
              <w:t>Označijo varne in nevarne točke, izberejo izboljšavo ter se samovrednotijo s semaforjem.</w:t>
            </w:r>
          </w:p>
          <w:p w14:paraId="51429E56" w14:textId="77777777" w:rsidR="00302D64" w:rsidRDefault="00000000">
            <w:pPr>
              <w:spacing w:after="40" w:line="245" w:lineRule="auto"/>
            </w:pPr>
            <w:r>
              <w:rPr>
                <w:i/>
                <w:color w:val="D95BC6"/>
                <w:sz w:val="16"/>
              </w:rPr>
              <w:t>Predvideni dokaz: označena pot, pogovor in samovrednotenje.</w:t>
            </w:r>
          </w:p>
          <w:tbl>
            <w:tblPr>
              <w:tblStyle w:val="Tabelamrea"/>
              <w:tblW w:w="0" w:type="auto"/>
              <w:jc w:val="center"/>
              <w:tblLayout w:type="fixed"/>
              <w:tblLook w:val="04A0" w:firstRow="1" w:lastRow="0" w:firstColumn="1" w:lastColumn="0" w:noHBand="0" w:noVBand="1"/>
            </w:tblPr>
            <w:tblGrid>
              <w:gridCol w:w="7087"/>
            </w:tblGrid>
            <w:tr w:rsidR="00302D64" w14:paraId="25237A84" w14:textId="77777777">
              <w:trPr>
                <w:jc w:val="center"/>
              </w:trPr>
              <w:tc>
                <w:tcPr>
                  <w:tcW w:w="7087" w:type="dxa"/>
                  <w:shd w:val="clear" w:color="auto" w:fill="EDC9EA"/>
                  <w:tcMar>
                    <w:top w:w="45" w:type="dxa"/>
                    <w:left w:w="70" w:type="dxa"/>
                    <w:bottom w:w="45" w:type="dxa"/>
                    <w:right w:w="70" w:type="dxa"/>
                  </w:tcMar>
                </w:tcPr>
                <w:p w14:paraId="03C12E8D" w14:textId="77777777" w:rsidR="00302D64" w:rsidRDefault="00000000">
                  <w:pPr>
                    <w:keepNext/>
                  </w:pPr>
                  <w:r>
                    <w:rPr>
                      <w:b/>
                      <w:color w:val="000000"/>
                    </w:rPr>
                    <w:t>UČENJE PO ŠTIRIH POSTAJAH (6–8 min na postajo)</w:t>
                  </w:r>
                </w:p>
              </w:tc>
            </w:tr>
          </w:tbl>
          <w:p w14:paraId="5D1FE2A2"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2B464209" w14:textId="77777777" w:rsidR="00302D64" w:rsidRDefault="00000000">
            <w:pPr>
              <w:spacing w:after="20" w:line="245" w:lineRule="auto"/>
            </w:pPr>
            <w:r>
              <w:rPr>
                <w:b/>
                <w:color w:val="000000"/>
                <w:sz w:val="16"/>
              </w:rPr>
              <w:t xml:space="preserve">RAZISKOVALNA POSTAJA – Opazovalni sprehod – pokažem znanje: </w:t>
            </w:r>
            <w:r>
              <w:rPr>
                <w:color w:val="000000"/>
                <w:sz w:val="16"/>
              </w:rPr>
              <w:t>Praktično pokažejo varno hojo, opazijo znak ali tveganje in pojasnijo eno odločitev.</w:t>
            </w:r>
          </w:p>
          <w:p w14:paraId="41601D4D" w14:textId="77777777" w:rsidR="00302D64" w:rsidRDefault="00000000">
            <w:pPr>
              <w:spacing w:after="20" w:line="245" w:lineRule="auto"/>
            </w:pPr>
            <w:r>
              <w:rPr>
                <w:b/>
                <w:color w:val="000000"/>
                <w:sz w:val="16"/>
              </w:rPr>
              <w:t xml:space="preserve">PRAKTIČNA POSTAJA – Moja varna pot – presodim in izboljšam: </w:t>
            </w:r>
            <w:r>
              <w:rPr>
                <w:color w:val="000000"/>
                <w:sz w:val="16"/>
              </w:rPr>
              <w:t>Označijo varne in nevarne točke, izberejo izboljšavo ter se samovrednotijo s semaforjem.</w:t>
            </w:r>
          </w:p>
          <w:p w14:paraId="1F50D822"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7B805CED" w14:textId="77777777" w:rsidR="00302D64" w:rsidRDefault="00000000">
            <w:pPr>
              <w:spacing w:after="20" w:line="245" w:lineRule="auto"/>
            </w:pPr>
            <w:r>
              <w:rPr>
                <w:b/>
                <w:color w:val="000000"/>
                <w:sz w:val="16"/>
              </w:rPr>
              <w:t xml:space="preserve">POSTAJA DOKAZA IN REFLEKSIJE: </w:t>
            </w:r>
            <w:r>
              <w:rPr>
                <w:color w:val="000000"/>
                <w:sz w:val="16"/>
              </w:rPr>
              <w:t>Izberejo en dokaz (učiteljev opazovalni zapis in učenčeva razlaga, označena pot, pogovor in samovrednotenje),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0CEDE3C7" w14:textId="77777777">
              <w:trPr>
                <w:jc w:val="center"/>
              </w:trPr>
              <w:tc>
                <w:tcPr>
                  <w:tcW w:w="7087" w:type="dxa"/>
                  <w:shd w:val="clear" w:color="auto" w:fill="EDC9EA"/>
                  <w:tcMar>
                    <w:top w:w="45" w:type="dxa"/>
                    <w:left w:w="70" w:type="dxa"/>
                    <w:bottom w:w="45" w:type="dxa"/>
                    <w:right w:w="70" w:type="dxa"/>
                  </w:tcMar>
                </w:tcPr>
                <w:p w14:paraId="0679E25E" w14:textId="77777777" w:rsidR="00302D64" w:rsidRDefault="00000000">
                  <w:pPr>
                    <w:keepNext/>
                  </w:pPr>
                  <w:r>
                    <w:rPr>
                      <w:b/>
                      <w:color w:val="000000"/>
                    </w:rPr>
                    <w:t>POVRATNA INFORMACIJA UČITELJICE MED DELOM</w:t>
                  </w:r>
                </w:p>
              </w:tc>
            </w:tr>
          </w:tbl>
          <w:p w14:paraId="1D48028A" w14:textId="77777777" w:rsidR="00302D64" w:rsidRDefault="00302D64"/>
          <w:p w14:paraId="6E963947"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4204E22" w14:textId="77777777" w:rsidR="00302D64" w:rsidRDefault="00302D64"/>
          <w:p w14:paraId="36623336" w14:textId="77777777" w:rsidR="00302D64" w:rsidRDefault="00000000">
            <w:pPr>
              <w:spacing w:after="20" w:line="245" w:lineRule="auto"/>
            </w:pPr>
            <w:r>
              <w:rPr>
                <w:b/>
                <w:color w:val="000000"/>
                <w:sz w:val="17"/>
              </w:rPr>
              <w:t>1. URA</w:t>
            </w:r>
          </w:p>
          <w:p w14:paraId="705375AE" w14:textId="77777777" w:rsidR="00302D64" w:rsidRDefault="00000000">
            <w:pPr>
              <w:spacing w:after="40" w:line="245" w:lineRule="auto"/>
            </w:pPr>
            <w:r>
              <w:rPr>
                <w:color w:val="000000"/>
                <w:sz w:val="16"/>
              </w:rPr>
              <w:t>Praktično pokažejo varno hojo, opazijo znak ali tveganje in pojasnijo eno odločitev.</w:t>
            </w:r>
          </w:p>
          <w:p w14:paraId="4CD696F6" w14:textId="77777777" w:rsidR="00302D64" w:rsidRDefault="00000000">
            <w:pPr>
              <w:spacing w:line="245" w:lineRule="auto"/>
            </w:pPr>
            <w:r>
              <w:rPr>
                <w:b/>
                <w:color w:val="D95BC6"/>
                <w:sz w:val="16"/>
              </w:rPr>
              <w:t>DOKAZ</w:t>
            </w:r>
          </w:p>
          <w:p w14:paraId="5F6A33DB" w14:textId="77777777" w:rsidR="00302D64" w:rsidRDefault="00000000">
            <w:pPr>
              <w:spacing w:after="60" w:line="245" w:lineRule="auto"/>
            </w:pPr>
            <w:r>
              <w:rPr>
                <w:color w:val="D95BC6"/>
                <w:sz w:val="16"/>
              </w:rPr>
              <w:t>učiteljev opazovalni zapis in učenčeva razlaga</w:t>
            </w:r>
          </w:p>
          <w:p w14:paraId="08544642" w14:textId="77777777" w:rsidR="00302D64" w:rsidRDefault="00000000">
            <w:pPr>
              <w:spacing w:after="20" w:line="245" w:lineRule="auto"/>
            </w:pPr>
            <w:r>
              <w:rPr>
                <w:b/>
                <w:color w:val="000000"/>
                <w:sz w:val="17"/>
              </w:rPr>
              <w:t>2. URA</w:t>
            </w:r>
          </w:p>
          <w:p w14:paraId="24180275" w14:textId="77777777" w:rsidR="00302D64" w:rsidRDefault="00000000">
            <w:pPr>
              <w:spacing w:after="40" w:line="245" w:lineRule="auto"/>
            </w:pPr>
            <w:r>
              <w:rPr>
                <w:color w:val="000000"/>
                <w:sz w:val="16"/>
              </w:rPr>
              <w:t>Označijo varne in nevarne točke, izberejo izboljšavo ter se samovrednotijo s semaforjem.</w:t>
            </w:r>
          </w:p>
          <w:p w14:paraId="482309FC" w14:textId="77777777" w:rsidR="00302D64" w:rsidRDefault="00000000">
            <w:pPr>
              <w:spacing w:line="245" w:lineRule="auto"/>
            </w:pPr>
            <w:r>
              <w:rPr>
                <w:b/>
                <w:color w:val="D95BC6"/>
                <w:sz w:val="16"/>
              </w:rPr>
              <w:t>DOKAZ</w:t>
            </w:r>
          </w:p>
          <w:p w14:paraId="0342ED54" w14:textId="77777777" w:rsidR="00302D64" w:rsidRDefault="00000000">
            <w:pPr>
              <w:spacing w:after="60" w:line="245" w:lineRule="auto"/>
            </w:pPr>
            <w:r>
              <w:rPr>
                <w:color w:val="D95BC6"/>
                <w:sz w:val="16"/>
              </w:rPr>
              <w:t>označena pot, pogovor in samovrednotenje</w:t>
            </w:r>
          </w:p>
        </w:tc>
      </w:tr>
    </w:tbl>
    <w:p w14:paraId="0180C7A6"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B956EE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77D42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1242B2" w14:textId="77777777" w:rsidR="00302D64" w:rsidRDefault="00000000">
            <w:pPr>
              <w:jc w:val="center"/>
            </w:pPr>
            <w:r>
              <w:rPr>
                <w:b/>
                <w:color w:val="000000"/>
                <w:sz w:val="20"/>
              </w:rPr>
              <w:t>UČNE DEJAVNOSTI, METODE IN FORMATIVNO SPREMLJANJE</w:t>
            </w:r>
          </w:p>
        </w:tc>
      </w:tr>
      <w:tr w:rsidR="00302D64" w14:paraId="0F162B1F" w14:textId="77777777">
        <w:trPr>
          <w:tblHeader/>
          <w:jc w:val="center"/>
        </w:trPr>
        <w:tc>
          <w:tcPr>
            <w:tcW w:w="4422" w:type="dxa"/>
            <w:vMerge/>
            <w:tcMar>
              <w:top w:w="70" w:type="dxa"/>
              <w:left w:w="90" w:type="dxa"/>
              <w:bottom w:w="70" w:type="dxa"/>
              <w:right w:w="90" w:type="dxa"/>
            </w:tcMar>
            <w:vAlign w:val="center"/>
          </w:tcPr>
          <w:p w14:paraId="7ECC24EC" w14:textId="77777777" w:rsidR="00302D64" w:rsidRDefault="00302D64"/>
        </w:tc>
        <w:tc>
          <w:tcPr>
            <w:tcW w:w="7087" w:type="dxa"/>
            <w:shd w:val="clear" w:color="auto" w:fill="FFFFFF"/>
            <w:tcMar>
              <w:top w:w="70" w:type="dxa"/>
              <w:left w:w="90" w:type="dxa"/>
              <w:bottom w:w="70" w:type="dxa"/>
              <w:right w:w="90" w:type="dxa"/>
            </w:tcMar>
            <w:vAlign w:val="center"/>
          </w:tcPr>
          <w:p w14:paraId="78B17AD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BC2E69E" w14:textId="77777777" w:rsidR="00302D64" w:rsidRDefault="00000000">
            <w:pPr>
              <w:jc w:val="center"/>
            </w:pPr>
            <w:r>
              <w:rPr>
                <w:b/>
                <w:color w:val="000000"/>
              </w:rPr>
              <w:t>UČENEC</w:t>
            </w:r>
          </w:p>
        </w:tc>
      </w:tr>
      <w:tr w:rsidR="00302D64" w14:paraId="0670E1F8" w14:textId="77777777">
        <w:trPr>
          <w:jc w:val="center"/>
        </w:trPr>
        <w:tc>
          <w:tcPr>
            <w:tcW w:w="4422" w:type="dxa"/>
            <w:tcMar>
              <w:top w:w="70" w:type="dxa"/>
              <w:left w:w="90" w:type="dxa"/>
              <w:bottom w:w="70" w:type="dxa"/>
              <w:right w:w="90" w:type="dxa"/>
            </w:tcMar>
          </w:tcPr>
          <w:p w14:paraId="6080F111" w14:textId="77777777" w:rsidR="00302D64" w:rsidRDefault="00302D64"/>
          <w:p w14:paraId="4DAD0AD7" w14:textId="77777777" w:rsidR="00302D64" w:rsidRDefault="00000000">
            <w:pPr>
              <w:spacing w:after="40" w:line="245" w:lineRule="auto"/>
            </w:pPr>
            <w:r>
              <w:rPr>
                <w:b/>
                <w:color w:val="000000"/>
              </w:rPr>
              <w:t>FORMATIVNO SPREMLJANJE</w:t>
            </w:r>
          </w:p>
          <w:p w14:paraId="0285C901" w14:textId="77777777" w:rsidR="00302D64" w:rsidRDefault="00000000">
            <w:pPr>
              <w:pStyle w:val="Oznaenseznam"/>
              <w:spacing w:after="16"/>
            </w:pPr>
            <w:r>
              <w:rPr>
                <w:color w:val="000000"/>
                <w:sz w:val="16"/>
              </w:rPr>
              <w:t>predznanje: začetni odgovor, razvrstitev ali prikaz</w:t>
            </w:r>
          </w:p>
          <w:p w14:paraId="617CD83E" w14:textId="77777777" w:rsidR="00302D64" w:rsidRDefault="00000000">
            <w:pPr>
              <w:pStyle w:val="Oznaenseznam"/>
              <w:spacing w:after="16"/>
            </w:pPr>
            <w:r>
              <w:rPr>
                <w:color w:val="000000"/>
                <w:sz w:val="16"/>
              </w:rPr>
              <w:t>dokazi med učenjem: izvedba, skica, model, opazovalni zapis ali razlaga</w:t>
            </w:r>
          </w:p>
          <w:p w14:paraId="0D80BB2A" w14:textId="77777777" w:rsidR="00302D64" w:rsidRDefault="00000000">
            <w:pPr>
              <w:pStyle w:val="Oznaenseznam"/>
              <w:spacing w:after="16"/>
            </w:pPr>
            <w:r>
              <w:rPr>
                <w:color w:val="000000"/>
                <w:sz w:val="16"/>
              </w:rPr>
              <w:t>povratna informacija: konkretna, vezana na kriterij in usmerjena v naslednji korak</w:t>
            </w:r>
          </w:p>
          <w:p w14:paraId="1E98EF4F" w14:textId="77777777" w:rsidR="00302D64" w:rsidRDefault="00000000">
            <w:pPr>
              <w:pStyle w:val="Oznaenseznam"/>
              <w:spacing w:after="16"/>
            </w:pPr>
            <w:r>
              <w:rPr>
                <w:color w:val="000000"/>
                <w:sz w:val="16"/>
              </w:rPr>
              <w:t>samovrednotenje: semafor, prsti, izbrani simbol ali kratka poved</w:t>
            </w:r>
          </w:p>
          <w:p w14:paraId="6C217440" w14:textId="77777777" w:rsidR="00302D64" w:rsidRDefault="00000000">
            <w:pPr>
              <w:spacing w:before="40" w:after="20" w:line="245" w:lineRule="auto"/>
            </w:pPr>
            <w:r>
              <w:rPr>
                <w:b/>
                <w:color w:val="000000"/>
              </w:rPr>
              <w:t>VARNOST IN ODGOVORNOST</w:t>
            </w:r>
          </w:p>
          <w:p w14:paraId="5A75B130" w14:textId="77777777" w:rsidR="00302D64" w:rsidRDefault="00000000">
            <w:pPr>
              <w:spacing w:after="60" w:line="245" w:lineRule="auto"/>
            </w:pPr>
            <w:r>
              <w:rPr>
                <w:color w:val="000000"/>
                <w:sz w:val="16"/>
              </w:rPr>
              <w:t>Ocenjevalna pot je predhodno varnostno pregledana; skupina ima dovolj spremljevalcev, učenci pa odsevne jopiče.</w:t>
            </w:r>
          </w:p>
          <w:p w14:paraId="701B54AD" w14:textId="77777777" w:rsidR="00302D64" w:rsidRDefault="00000000">
            <w:pPr>
              <w:spacing w:after="20" w:line="245" w:lineRule="auto"/>
            </w:pPr>
            <w:r>
              <w:rPr>
                <w:b/>
                <w:color w:val="000000"/>
              </w:rPr>
              <w:t>EVIDENCA PO IZVEDBI</w:t>
            </w:r>
          </w:p>
          <w:p w14:paraId="638C73AC"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1E3E6D0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9F063BC" w14:textId="77777777">
              <w:trPr>
                <w:jc w:val="center"/>
              </w:trPr>
              <w:tc>
                <w:tcPr>
                  <w:tcW w:w="7087" w:type="dxa"/>
                  <w:shd w:val="clear" w:color="auto" w:fill="EDC9EA"/>
                  <w:tcMar>
                    <w:top w:w="45" w:type="dxa"/>
                    <w:left w:w="70" w:type="dxa"/>
                    <w:bottom w:w="45" w:type="dxa"/>
                    <w:right w:w="70" w:type="dxa"/>
                  </w:tcMar>
                </w:tcPr>
                <w:p w14:paraId="5BE922FE" w14:textId="77777777" w:rsidR="00302D64" w:rsidRDefault="00000000">
                  <w:pPr>
                    <w:keepNext/>
                  </w:pPr>
                  <w:r>
                    <w:rPr>
                      <w:b/>
                      <w:color w:val="000000"/>
                    </w:rPr>
                    <w:t>VPRAŠANJA V PODPORO UČENJU</w:t>
                  </w:r>
                </w:p>
              </w:tc>
            </w:tr>
          </w:tbl>
          <w:p w14:paraId="362EE7A2" w14:textId="77777777" w:rsidR="00302D64" w:rsidRDefault="00302D64">
            <w:pPr>
              <w:spacing w:line="20" w:lineRule="exact"/>
            </w:pPr>
          </w:p>
          <w:p w14:paraId="4078FE81" w14:textId="77777777" w:rsidR="00302D64" w:rsidRDefault="00000000">
            <w:pPr>
              <w:pStyle w:val="Oznaenseznam"/>
              <w:spacing w:after="16"/>
            </w:pPr>
            <w:r>
              <w:rPr>
                <w:color w:val="000000"/>
                <w:sz w:val="16"/>
              </w:rPr>
              <w:t>Kaj si opazil/-a in kateri dokaz to pokaže?</w:t>
            </w:r>
          </w:p>
          <w:p w14:paraId="7CC86DBB" w14:textId="77777777" w:rsidR="00302D64" w:rsidRDefault="00000000">
            <w:pPr>
              <w:pStyle w:val="Oznaenseznam"/>
              <w:spacing w:after="16"/>
            </w:pPr>
            <w:r>
              <w:rPr>
                <w:color w:val="000000"/>
                <w:sz w:val="16"/>
              </w:rPr>
              <w:t>Kako si prišel/-la do svoje odločitve?</w:t>
            </w:r>
          </w:p>
          <w:p w14:paraId="30269B17" w14:textId="77777777" w:rsidR="00302D64" w:rsidRDefault="00000000">
            <w:pPr>
              <w:pStyle w:val="Oznaenseznam"/>
              <w:spacing w:after="16"/>
            </w:pPr>
            <w:r>
              <w:rPr>
                <w:color w:val="000000"/>
                <w:sz w:val="16"/>
              </w:rPr>
              <w:t>Kaj si pri ponovnem poskusu ohranil/-a enako in kaj spremenil/-a?</w:t>
            </w:r>
          </w:p>
          <w:p w14:paraId="54189A72" w14:textId="77777777" w:rsidR="00302D64" w:rsidRDefault="00000000">
            <w:pPr>
              <w:pStyle w:val="Oznaenseznam"/>
              <w:spacing w:after="16"/>
            </w:pPr>
            <w:r>
              <w:rPr>
                <w:color w:val="000000"/>
                <w:sz w:val="16"/>
              </w:rPr>
              <w:t>Kateri kriterij že dosegaš? Kaj bo tvoj naslednji korak?</w:t>
            </w:r>
          </w:p>
          <w:p w14:paraId="4EE9E021"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5522318C" w14:textId="77777777">
              <w:trPr>
                <w:jc w:val="center"/>
              </w:trPr>
              <w:tc>
                <w:tcPr>
                  <w:tcW w:w="7087" w:type="dxa"/>
                  <w:shd w:val="clear" w:color="auto" w:fill="C6E7F3"/>
                  <w:tcMar>
                    <w:top w:w="45" w:type="dxa"/>
                    <w:left w:w="70" w:type="dxa"/>
                    <w:bottom w:w="45" w:type="dxa"/>
                    <w:right w:w="70" w:type="dxa"/>
                  </w:tcMar>
                </w:tcPr>
                <w:p w14:paraId="7D482E39" w14:textId="77777777" w:rsidR="00302D64" w:rsidRDefault="00000000">
                  <w:pPr>
                    <w:keepNext/>
                  </w:pPr>
                  <w:r>
                    <w:rPr>
                      <w:b/>
                      <w:color w:val="000000"/>
                    </w:rPr>
                    <w:t>ZAKLJUČNI DEL – UTRJEVANJE IN REFLEKSIJA (10–15 min)</w:t>
                  </w:r>
                </w:p>
              </w:tc>
            </w:tr>
          </w:tbl>
          <w:p w14:paraId="1BD3B6FB" w14:textId="77777777" w:rsidR="00302D64" w:rsidRDefault="00302D64">
            <w:pPr>
              <w:spacing w:line="20" w:lineRule="exact"/>
            </w:pPr>
          </w:p>
          <w:p w14:paraId="241F7CF9"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0AD535AF" w14:textId="77777777">
              <w:trPr>
                <w:jc w:val="center"/>
              </w:trPr>
              <w:tc>
                <w:tcPr>
                  <w:tcW w:w="7087" w:type="dxa"/>
                  <w:shd w:val="clear" w:color="auto" w:fill="EDC9EA"/>
                  <w:tcMar>
                    <w:top w:w="45" w:type="dxa"/>
                    <w:left w:w="70" w:type="dxa"/>
                    <w:bottom w:w="45" w:type="dxa"/>
                    <w:right w:w="70" w:type="dxa"/>
                  </w:tcMar>
                </w:tcPr>
                <w:p w14:paraId="670A225D" w14:textId="77777777" w:rsidR="00302D64" w:rsidRDefault="00000000">
                  <w:pPr>
                    <w:keepNext/>
                  </w:pPr>
                  <w:r>
                    <w:rPr>
                      <w:b/>
                      <w:color w:val="000000"/>
                    </w:rPr>
                    <w:t>SAMOVREDNOTENJE</w:t>
                  </w:r>
                </w:p>
              </w:tc>
            </w:tr>
          </w:tbl>
          <w:p w14:paraId="307943A1" w14:textId="77777777" w:rsidR="00302D64" w:rsidRDefault="00302D64">
            <w:pPr>
              <w:spacing w:line="20" w:lineRule="exact"/>
            </w:pPr>
          </w:p>
          <w:p w14:paraId="37245526"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3B168440" w14:textId="77777777">
              <w:trPr>
                <w:jc w:val="center"/>
              </w:trPr>
              <w:tc>
                <w:tcPr>
                  <w:tcW w:w="7087" w:type="dxa"/>
                  <w:shd w:val="clear" w:color="auto" w:fill="EDC9EA"/>
                  <w:tcMar>
                    <w:top w:w="45" w:type="dxa"/>
                    <w:left w:w="70" w:type="dxa"/>
                    <w:bottom w:w="45" w:type="dxa"/>
                    <w:right w:w="70" w:type="dxa"/>
                  </w:tcMar>
                </w:tcPr>
                <w:p w14:paraId="07E36E98" w14:textId="77777777" w:rsidR="00302D64" w:rsidRDefault="00000000">
                  <w:pPr>
                    <w:keepNext/>
                  </w:pPr>
                  <w:r>
                    <w:rPr>
                      <w:b/>
                      <w:color w:val="000000"/>
                    </w:rPr>
                    <w:t>VRSTNIŠKO VREDNOTENJE</w:t>
                  </w:r>
                </w:p>
              </w:tc>
            </w:tr>
          </w:tbl>
          <w:p w14:paraId="69DC6C94" w14:textId="77777777" w:rsidR="00302D64" w:rsidRDefault="00302D64">
            <w:pPr>
              <w:spacing w:line="20" w:lineRule="exact"/>
            </w:pPr>
          </w:p>
          <w:p w14:paraId="483E6818"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46398153" w14:textId="77777777">
              <w:trPr>
                <w:jc w:val="center"/>
              </w:trPr>
              <w:tc>
                <w:tcPr>
                  <w:tcW w:w="7087" w:type="dxa"/>
                  <w:shd w:val="clear" w:color="auto" w:fill="EDC9EA"/>
                  <w:tcMar>
                    <w:top w:w="45" w:type="dxa"/>
                    <w:left w:w="70" w:type="dxa"/>
                    <w:bottom w:w="45" w:type="dxa"/>
                    <w:right w:w="70" w:type="dxa"/>
                  </w:tcMar>
                </w:tcPr>
                <w:p w14:paraId="1D2C4400" w14:textId="77777777" w:rsidR="00302D64" w:rsidRDefault="00000000">
                  <w:pPr>
                    <w:keepNext/>
                  </w:pPr>
                  <w:r>
                    <w:rPr>
                      <w:b/>
                      <w:color w:val="000000"/>
                    </w:rPr>
                    <w:t>SKUPNI POVZETEK</w:t>
                  </w:r>
                </w:p>
              </w:tc>
            </w:tr>
          </w:tbl>
          <w:p w14:paraId="27233860" w14:textId="77777777" w:rsidR="00302D64" w:rsidRDefault="00302D64">
            <w:pPr>
              <w:spacing w:line="20" w:lineRule="exact"/>
            </w:pPr>
          </w:p>
          <w:p w14:paraId="0D3691F2" w14:textId="77777777" w:rsidR="00302D64" w:rsidRDefault="00000000">
            <w:pPr>
              <w:spacing w:before="20" w:after="40" w:line="245" w:lineRule="auto"/>
            </w:pPr>
            <w:r>
              <w:rPr>
                <w:b/>
                <w:color w:val="000000"/>
                <w:sz w:val="17"/>
              </w:rPr>
              <w:t>Na poti uporabim dogovorjena prometna pravila, prepoznam tveganje in pojasnim, kako bi ravnal/-a varneje.</w:t>
            </w:r>
          </w:p>
          <w:tbl>
            <w:tblPr>
              <w:tblStyle w:val="Tabelamrea"/>
              <w:tblW w:w="0" w:type="auto"/>
              <w:jc w:val="center"/>
              <w:tblLayout w:type="fixed"/>
              <w:tblLook w:val="04A0" w:firstRow="1" w:lastRow="0" w:firstColumn="1" w:lastColumn="0" w:noHBand="0" w:noVBand="1"/>
            </w:tblPr>
            <w:tblGrid>
              <w:gridCol w:w="7087"/>
            </w:tblGrid>
            <w:tr w:rsidR="00302D64" w14:paraId="18D61D9B" w14:textId="77777777">
              <w:trPr>
                <w:jc w:val="center"/>
              </w:trPr>
              <w:tc>
                <w:tcPr>
                  <w:tcW w:w="7087" w:type="dxa"/>
                  <w:shd w:val="clear" w:color="auto" w:fill="EDC9EA"/>
                  <w:tcMar>
                    <w:top w:w="45" w:type="dxa"/>
                    <w:left w:w="70" w:type="dxa"/>
                    <w:bottom w:w="45" w:type="dxa"/>
                    <w:right w:w="70" w:type="dxa"/>
                  </w:tcMar>
                </w:tcPr>
                <w:p w14:paraId="0189A6F1" w14:textId="77777777" w:rsidR="00302D64" w:rsidRDefault="00000000">
                  <w:pPr>
                    <w:keepNext/>
                  </w:pPr>
                  <w:r>
                    <w:rPr>
                      <w:b/>
                      <w:color w:val="000000"/>
                    </w:rPr>
                    <w:t>OPISNO OCENJEVANJE</w:t>
                  </w:r>
                </w:p>
              </w:tc>
            </w:tr>
          </w:tbl>
          <w:p w14:paraId="693A83AC" w14:textId="77777777" w:rsidR="00302D64" w:rsidRDefault="00302D64"/>
          <w:p w14:paraId="04DA43F4" w14:textId="77777777" w:rsidR="00302D64" w:rsidRDefault="00000000">
            <w:pPr>
              <w:spacing w:before="20" w:after="30" w:line="245" w:lineRule="auto"/>
            </w:pPr>
            <w:r>
              <w:rPr>
                <w:color w:val="000000"/>
                <w:sz w:val="16"/>
              </w:rPr>
              <w:t>OCENJEVANJE 1: praktična varnostna oziroma socialna situacija, pogovor in učiteljev opazovalni zapis • ŠPORTNI DAN</w:t>
            </w:r>
          </w:p>
        </w:tc>
        <w:tc>
          <w:tcPr>
            <w:tcW w:w="2551" w:type="dxa"/>
            <w:tcMar>
              <w:top w:w="70" w:type="dxa"/>
              <w:left w:w="90" w:type="dxa"/>
              <w:bottom w:w="70" w:type="dxa"/>
              <w:right w:w="90" w:type="dxa"/>
            </w:tcMar>
          </w:tcPr>
          <w:p w14:paraId="446D96FF" w14:textId="77777777" w:rsidR="00302D64" w:rsidRDefault="00302D64"/>
          <w:p w14:paraId="3B4686AF" w14:textId="77777777" w:rsidR="00302D64" w:rsidRDefault="00000000">
            <w:pPr>
              <w:spacing w:after="100" w:line="245" w:lineRule="auto"/>
            </w:pPr>
            <w:r>
              <w:rPr>
                <w:color w:val="000000"/>
                <w:sz w:val="16"/>
              </w:rPr>
              <w:t>Odgovarja na podporna vprašanja in se sklicuje na svoj dokaz.</w:t>
            </w:r>
          </w:p>
          <w:p w14:paraId="1BA9BD72" w14:textId="77777777" w:rsidR="00302D64" w:rsidRDefault="00000000">
            <w:pPr>
              <w:spacing w:after="100" w:line="245" w:lineRule="auto"/>
            </w:pPr>
            <w:r>
              <w:rPr>
                <w:color w:val="000000"/>
                <w:sz w:val="16"/>
              </w:rPr>
              <w:t>Primerja začetno zamisel z ugotovitvijo ter pove ali pokaže, kaj se je naučil/-a.</w:t>
            </w:r>
          </w:p>
          <w:p w14:paraId="59D57808" w14:textId="77777777" w:rsidR="00302D64" w:rsidRDefault="00000000">
            <w:pPr>
              <w:spacing w:after="100" w:line="245" w:lineRule="auto"/>
            </w:pPr>
            <w:r>
              <w:rPr>
                <w:color w:val="000000"/>
                <w:sz w:val="16"/>
              </w:rPr>
              <w:t>Izbere raven doseganja in določi naslednji korak.</w:t>
            </w:r>
          </w:p>
          <w:p w14:paraId="6D6ABEE5" w14:textId="77777777" w:rsidR="00302D64" w:rsidRDefault="00000000">
            <w:pPr>
              <w:spacing w:after="100" w:line="245" w:lineRule="auto"/>
            </w:pPr>
            <w:r>
              <w:rPr>
                <w:color w:val="000000"/>
                <w:sz w:val="16"/>
              </w:rPr>
              <w:t>Sošolcu poda prijazen, konkreten odziv.</w:t>
            </w:r>
          </w:p>
          <w:p w14:paraId="332A37ED" w14:textId="77777777" w:rsidR="00302D64" w:rsidRDefault="00000000">
            <w:pPr>
              <w:spacing w:after="20" w:line="245" w:lineRule="auto"/>
            </w:pPr>
            <w:r>
              <w:rPr>
                <w:b/>
                <w:color w:val="D95BC6"/>
                <w:sz w:val="17"/>
              </w:rPr>
              <w:t>DOKAZ O UČENJU</w:t>
            </w:r>
          </w:p>
          <w:p w14:paraId="75B045C1" w14:textId="77777777" w:rsidR="00302D64" w:rsidRDefault="00000000">
            <w:pPr>
              <w:spacing w:after="30" w:line="245" w:lineRule="auto"/>
            </w:pPr>
            <w:r>
              <w:rPr>
                <w:color w:val="D95BC6"/>
                <w:sz w:val="16"/>
              </w:rPr>
              <w:t>izvedba ali izdelek, razlaga, samovrednotenje in odziv na povratno informacijo</w:t>
            </w:r>
          </w:p>
        </w:tc>
      </w:tr>
    </w:tbl>
    <w:p w14:paraId="3399AD7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ACAEFF3" w14:textId="77777777">
        <w:trPr>
          <w:cantSplit/>
          <w:jc w:val="center"/>
        </w:trPr>
        <w:tc>
          <w:tcPr>
            <w:tcW w:w="14060" w:type="dxa"/>
            <w:gridSpan w:val="6"/>
            <w:tcMar>
              <w:top w:w="70" w:type="dxa"/>
              <w:left w:w="90" w:type="dxa"/>
              <w:bottom w:w="70" w:type="dxa"/>
              <w:right w:w="90" w:type="dxa"/>
            </w:tcMar>
            <w:vAlign w:val="center"/>
          </w:tcPr>
          <w:p w14:paraId="29A0041F" w14:textId="77777777" w:rsidR="00302D64" w:rsidRDefault="00000000">
            <w:pPr>
              <w:jc w:val="center"/>
            </w:pPr>
            <w:r>
              <w:rPr>
                <w:b/>
                <w:color w:val="000000"/>
                <w:sz w:val="24"/>
              </w:rPr>
              <w:lastRenderedPageBreak/>
              <w:t>UČNA PRIPRAVA 9/39</w:t>
            </w:r>
          </w:p>
        </w:tc>
      </w:tr>
      <w:tr w:rsidR="00302D64" w14:paraId="7408C5C4" w14:textId="77777777">
        <w:trPr>
          <w:jc w:val="center"/>
        </w:trPr>
        <w:tc>
          <w:tcPr>
            <w:tcW w:w="2665" w:type="dxa"/>
            <w:tcMar>
              <w:top w:w="70" w:type="dxa"/>
              <w:left w:w="90" w:type="dxa"/>
              <w:bottom w:w="70" w:type="dxa"/>
              <w:right w:w="90" w:type="dxa"/>
            </w:tcMar>
            <w:vAlign w:val="center"/>
          </w:tcPr>
          <w:p w14:paraId="5664438C"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F803EE1"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55F92297"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1B0E76D" w14:textId="77777777" w:rsidR="00302D64" w:rsidRDefault="00000000">
            <w:r>
              <w:rPr>
                <w:b/>
                <w:color w:val="000000"/>
                <w:sz w:val="16"/>
              </w:rPr>
              <w:t xml:space="preserve">NAČRTOVANI TERMIN: </w:t>
            </w:r>
            <w:r>
              <w:rPr>
                <w:color w:val="000000"/>
                <w:sz w:val="16"/>
              </w:rPr>
              <w:t>9. teden • 2.–6. 11. 2026</w:t>
            </w:r>
          </w:p>
        </w:tc>
        <w:tc>
          <w:tcPr>
            <w:tcW w:w="2268" w:type="dxa"/>
            <w:tcMar>
              <w:top w:w="70" w:type="dxa"/>
              <w:left w:w="90" w:type="dxa"/>
              <w:bottom w:w="70" w:type="dxa"/>
              <w:right w:w="90" w:type="dxa"/>
            </w:tcMar>
            <w:vAlign w:val="center"/>
          </w:tcPr>
          <w:p w14:paraId="0AAB2202"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2445F4C" w14:textId="77777777" w:rsidR="00302D64" w:rsidRDefault="00000000">
            <w:r>
              <w:rPr>
                <w:b/>
                <w:color w:val="000000"/>
                <w:sz w:val="16"/>
              </w:rPr>
              <w:t xml:space="preserve">ŠTEVILO UR: </w:t>
            </w:r>
            <w:r>
              <w:rPr>
                <w:color w:val="000000"/>
                <w:sz w:val="16"/>
              </w:rPr>
              <w:t>3</w:t>
            </w:r>
          </w:p>
        </w:tc>
      </w:tr>
      <w:tr w:rsidR="00302D64" w14:paraId="511CEC7A" w14:textId="77777777">
        <w:trPr>
          <w:jc w:val="center"/>
        </w:trPr>
        <w:tc>
          <w:tcPr>
            <w:tcW w:w="14061" w:type="dxa"/>
            <w:gridSpan w:val="6"/>
            <w:tcMar>
              <w:top w:w="70" w:type="dxa"/>
              <w:left w:w="90" w:type="dxa"/>
              <w:bottom w:w="70" w:type="dxa"/>
              <w:right w:w="90" w:type="dxa"/>
            </w:tcMar>
            <w:vAlign w:val="center"/>
          </w:tcPr>
          <w:p w14:paraId="0F97E445" w14:textId="77777777" w:rsidR="00302D64" w:rsidRDefault="00000000">
            <w:r>
              <w:t>TIP UČNE URE: obravnava, izkušenjsko raziskovanje, učenje po postajah, utrjevanje in formativno spremljanje</w:t>
            </w:r>
          </w:p>
        </w:tc>
      </w:tr>
      <w:tr w:rsidR="00302D64" w14:paraId="4F9D7207" w14:textId="77777777">
        <w:trPr>
          <w:cantSplit/>
          <w:jc w:val="center"/>
        </w:trPr>
        <w:tc>
          <w:tcPr>
            <w:tcW w:w="14060" w:type="dxa"/>
            <w:gridSpan w:val="6"/>
            <w:tcMar>
              <w:top w:w="70" w:type="dxa"/>
              <w:left w:w="90" w:type="dxa"/>
              <w:bottom w:w="70" w:type="dxa"/>
              <w:right w:w="90" w:type="dxa"/>
            </w:tcMar>
            <w:vAlign w:val="center"/>
          </w:tcPr>
          <w:p w14:paraId="5DA8F41D" w14:textId="77777777" w:rsidR="00302D64" w:rsidRDefault="00302D64"/>
          <w:p w14:paraId="35A9D6AD" w14:textId="77777777" w:rsidR="00302D64" w:rsidRDefault="00000000">
            <w:pPr>
              <w:spacing w:line="245" w:lineRule="auto"/>
            </w:pPr>
            <w:r>
              <w:rPr>
                <w:b/>
                <w:color w:val="000000"/>
                <w:sz w:val="17"/>
              </w:rPr>
              <w:t xml:space="preserve">UČNI SKLOP: </w:t>
            </w:r>
            <w:r>
              <w:rPr>
                <w:color w:val="000000"/>
                <w:sz w:val="17"/>
              </w:rPr>
              <w:t>JESEN, SNOVI IN ŽIVA BITJA</w:t>
            </w:r>
          </w:p>
        </w:tc>
      </w:tr>
      <w:tr w:rsidR="00302D64" w14:paraId="5BC0508C" w14:textId="77777777">
        <w:trPr>
          <w:cantSplit/>
          <w:jc w:val="center"/>
        </w:trPr>
        <w:tc>
          <w:tcPr>
            <w:tcW w:w="14060" w:type="dxa"/>
            <w:gridSpan w:val="6"/>
            <w:tcMar>
              <w:top w:w="70" w:type="dxa"/>
              <w:left w:w="90" w:type="dxa"/>
              <w:bottom w:w="70" w:type="dxa"/>
              <w:right w:w="90" w:type="dxa"/>
            </w:tcMar>
            <w:vAlign w:val="center"/>
          </w:tcPr>
          <w:p w14:paraId="662C65CF" w14:textId="77777777" w:rsidR="00302D64" w:rsidRDefault="00302D64"/>
          <w:p w14:paraId="504AAC49" w14:textId="77777777" w:rsidR="00302D64" w:rsidRDefault="00000000">
            <w:pPr>
              <w:spacing w:line="245" w:lineRule="auto"/>
            </w:pPr>
            <w:r>
              <w:rPr>
                <w:b/>
                <w:color w:val="000000"/>
                <w:sz w:val="17"/>
              </w:rPr>
              <w:t xml:space="preserve">UČNA TEMA: </w:t>
            </w:r>
            <w:r>
              <w:rPr>
                <w:color w:val="000000"/>
                <w:sz w:val="17"/>
              </w:rPr>
              <w:t>JESENSKE SPREMEMBE</w:t>
            </w:r>
          </w:p>
        </w:tc>
      </w:tr>
      <w:tr w:rsidR="00302D64" w14:paraId="6645170C" w14:textId="77777777">
        <w:trPr>
          <w:cantSplit/>
          <w:jc w:val="center"/>
        </w:trPr>
        <w:tc>
          <w:tcPr>
            <w:tcW w:w="14060" w:type="dxa"/>
            <w:gridSpan w:val="6"/>
            <w:tcMar>
              <w:top w:w="70" w:type="dxa"/>
              <w:left w:w="90" w:type="dxa"/>
              <w:bottom w:w="70" w:type="dxa"/>
              <w:right w:w="90" w:type="dxa"/>
            </w:tcMar>
            <w:vAlign w:val="center"/>
          </w:tcPr>
          <w:p w14:paraId="7BDEF781" w14:textId="77777777" w:rsidR="00302D64" w:rsidRDefault="00302D64"/>
          <w:p w14:paraId="33C9F83D" w14:textId="77777777" w:rsidR="00302D64" w:rsidRDefault="00000000">
            <w:pPr>
              <w:spacing w:line="245" w:lineRule="auto"/>
            </w:pPr>
            <w:r>
              <w:rPr>
                <w:b/>
                <w:color w:val="000000"/>
                <w:sz w:val="17"/>
              </w:rPr>
              <w:t xml:space="preserve">KNJIŽEVNO IZHODIŠČE IN MOTIV: </w:t>
            </w:r>
            <w:r>
              <w:rPr>
                <w:color w:val="000000"/>
                <w:sz w:val="17"/>
              </w:rPr>
              <w:t>»Sonček boža tačice« – Srečko Kosovel • sonce, jesensko vreme in čutno doživljanje narave</w:t>
            </w:r>
          </w:p>
        </w:tc>
      </w:tr>
      <w:tr w:rsidR="00302D64" w14:paraId="1EE30C71" w14:textId="77777777">
        <w:trPr>
          <w:cantSplit/>
          <w:jc w:val="center"/>
        </w:trPr>
        <w:tc>
          <w:tcPr>
            <w:tcW w:w="14060" w:type="dxa"/>
            <w:gridSpan w:val="6"/>
            <w:tcMar>
              <w:top w:w="70" w:type="dxa"/>
              <w:left w:w="90" w:type="dxa"/>
              <w:bottom w:w="70" w:type="dxa"/>
              <w:right w:w="90" w:type="dxa"/>
            </w:tcMar>
            <w:vAlign w:val="center"/>
          </w:tcPr>
          <w:p w14:paraId="03920DDE" w14:textId="77777777" w:rsidR="00302D64" w:rsidRDefault="00302D64"/>
          <w:p w14:paraId="152A9D59" w14:textId="77777777" w:rsidR="00302D64" w:rsidRDefault="00000000">
            <w:pPr>
              <w:spacing w:line="245" w:lineRule="auto"/>
            </w:pPr>
            <w:r>
              <w:rPr>
                <w:b/>
                <w:color w:val="000000"/>
                <w:sz w:val="17"/>
              </w:rPr>
              <w:t xml:space="preserve">UČNE ENOTE: </w:t>
            </w:r>
            <w:r>
              <w:rPr>
                <w:color w:val="000000"/>
                <w:sz w:val="17"/>
              </w:rPr>
              <w:t>1. ura – Jesenska raziskovalna pot • 2. ura – Jesenski laboratorij • 3. ura – Naš vremenski koledar</w:t>
            </w:r>
          </w:p>
        </w:tc>
      </w:tr>
      <w:tr w:rsidR="00302D64" w14:paraId="7394B068" w14:textId="77777777">
        <w:trPr>
          <w:cantSplit/>
          <w:jc w:val="center"/>
        </w:trPr>
        <w:tc>
          <w:tcPr>
            <w:tcW w:w="14060" w:type="dxa"/>
            <w:gridSpan w:val="6"/>
            <w:tcMar>
              <w:top w:w="70" w:type="dxa"/>
              <w:left w:w="90" w:type="dxa"/>
              <w:bottom w:w="70" w:type="dxa"/>
              <w:right w:w="90" w:type="dxa"/>
            </w:tcMar>
            <w:vAlign w:val="center"/>
          </w:tcPr>
          <w:p w14:paraId="07610BDE" w14:textId="77777777" w:rsidR="00302D64" w:rsidRDefault="00302D64"/>
          <w:p w14:paraId="3110FBB2"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0AF50114" w14:textId="77777777">
        <w:trPr>
          <w:cantSplit/>
          <w:jc w:val="center"/>
        </w:trPr>
        <w:tc>
          <w:tcPr>
            <w:tcW w:w="14060" w:type="dxa"/>
            <w:gridSpan w:val="6"/>
            <w:tcMar>
              <w:top w:w="70" w:type="dxa"/>
              <w:left w:w="90" w:type="dxa"/>
              <w:bottom w:w="70" w:type="dxa"/>
              <w:right w:w="90" w:type="dxa"/>
            </w:tcMar>
            <w:vAlign w:val="center"/>
          </w:tcPr>
          <w:p w14:paraId="2A407055" w14:textId="77777777" w:rsidR="00302D64" w:rsidRDefault="00302D64"/>
          <w:p w14:paraId="05222BBF"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3C953614" w14:textId="77777777">
        <w:trPr>
          <w:cantSplit/>
          <w:jc w:val="center"/>
        </w:trPr>
        <w:tc>
          <w:tcPr>
            <w:tcW w:w="14060" w:type="dxa"/>
            <w:gridSpan w:val="6"/>
            <w:tcMar>
              <w:top w:w="70" w:type="dxa"/>
              <w:left w:w="90" w:type="dxa"/>
              <w:bottom w:w="70" w:type="dxa"/>
              <w:right w:w="90" w:type="dxa"/>
            </w:tcMar>
            <w:vAlign w:val="center"/>
          </w:tcPr>
          <w:p w14:paraId="743702B3" w14:textId="77777777" w:rsidR="00302D64" w:rsidRDefault="00302D64"/>
          <w:p w14:paraId="7D6F9432"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DCE0014" w14:textId="77777777">
        <w:trPr>
          <w:cantSplit/>
          <w:jc w:val="center"/>
        </w:trPr>
        <w:tc>
          <w:tcPr>
            <w:tcW w:w="14060" w:type="dxa"/>
            <w:gridSpan w:val="6"/>
            <w:tcMar>
              <w:top w:w="70" w:type="dxa"/>
              <w:left w:w="90" w:type="dxa"/>
              <w:bottom w:w="70" w:type="dxa"/>
              <w:right w:w="90" w:type="dxa"/>
            </w:tcMar>
            <w:vAlign w:val="center"/>
          </w:tcPr>
          <w:p w14:paraId="4348771B" w14:textId="77777777" w:rsidR="00302D64" w:rsidRDefault="00302D64"/>
          <w:p w14:paraId="4E0E187B" w14:textId="77777777" w:rsidR="00302D64" w:rsidRDefault="00000000">
            <w:pPr>
              <w:spacing w:line="245" w:lineRule="auto"/>
            </w:pPr>
            <w:r>
              <w:rPr>
                <w:b/>
                <w:color w:val="000000"/>
                <w:sz w:val="17"/>
              </w:rPr>
              <w:t xml:space="preserve">MEDPREDMETNE POVEZAVE: </w:t>
            </w:r>
            <w:r>
              <w:rPr>
                <w:color w:val="000000"/>
                <w:sz w:val="17"/>
              </w:rPr>
              <w:t>SLJ – čutni opis; MAT – razvrščanje in koledar; LUM – jesenske barve; GUM – zvočna pokrajina; ŠPO – sprehod</w:t>
            </w:r>
          </w:p>
        </w:tc>
      </w:tr>
      <w:tr w:rsidR="00302D64" w14:paraId="2E440D01" w14:textId="77777777">
        <w:trPr>
          <w:cantSplit/>
          <w:jc w:val="center"/>
        </w:trPr>
        <w:tc>
          <w:tcPr>
            <w:tcW w:w="14060" w:type="dxa"/>
            <w:gridSpan w:val="6"/>
            <w:tcMar>
              <w:top w:w="70" w:type="dxa"/>
              <w:left w:w="90" w:type="dxa"/>
              <w:bottom w:w="70" w:type="dxa"/>
              <w:right w:w="90" w:type="dxa"/>
            </w:tcMar>
            <w:vAlign w:val="center"/>
          </w:tcPr>
          <w:p w14:paraId="32E5A721" w14:textId="77777777" w:rsidR="00302D64" w:rsidRDefault="00302D64"/>
          <w:p w14:paraId="2F4968BE" w14:textId="77777777" w:rsidR="00302D64" w:rsidRDefault="00000000">
            <w:pPr>
              <w:spacing w:line="245" w:lineRule="auto"/>
            </w:pPr>
            <w:r>
              <w:rPr>
                <w:b/>
                <w:color w:val="000000"/>
                <w:sz w:val="17"/>
              </w:rPr>
              <w:t xml:space="preserve">UČNA SREDSTVA IN PRIPOMOČKI: </w:t>
            </w:r>
            <w:r>
              <w:rPr>
                <w:color w:val="000000"/>
                <w:sz w:val="17"/>
              </w:rPr>
              <w:t>Sonček boža tačice, košarice, povečevalna stekla, jesenski naravni material, kartice vremena, razredni koledar, barvice</w:t>
            </w:r>
          </w:p>
        </w:tc>
      </w:tr>
      <w:tr w:rsidR="00302D64" w14:paraId="107F7468" w14:textId="77777777">
        <w:trPr>
          <w:cantSplit/>
          <w:jc w:val="center"/>
        </w:trPr>
        <w:tc>
          <w:tcPr>
            <w:tcW w:w="14060" w:type="dxa"/>
            <w:gridSpan w:val="6"/>
            <w:tcMar>
              <w:top w:w="70" w:type="dxa"/>
              <w:left w:w="90" w:type="dxa"/>
              <w:bottom w:w="70" w:type="dxa"/>
              <w:right w:w="90" w:type="dxa"/>
            </w:tcMar>
            <w:vAlign w:val="center"/>
          </w:tcPr>
          <w:p w14:paraId="03B399E3" w14:textId="77777777" w:rsidR="00302D64" w:rsidRDefault="00302D64"/>
          <w:p w14:paraId="1C2347A0"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251F5B41" w14:textId="77777777">
        <w:trPr>
          <w:cantSplit/>
          <w:jc w:val="center"/>
        </w:trPr>
        <w:tc>
          <w:tcPr>
            <w:tcW w:w="14060" w:type="dxa"/>
            <w:gridSpan w:val="6"/>
            <w:tcMar>
              <w:top w:w="70" w:type="dxa"/>
              <w:left w:w="90" w:type="dxa"/>
              <w:bottom w:w="70" w:type="dxa"/>
              <w:right w:w="90" w:type="dxa"/>
            </w:tcMar>
            <w:vAlign w:val="center"/>
          </w:tcPr>
          <w:p w14:paraId="04A184DD" w14:textId="77777777" w:rsidR="00302D64" w:rsidRDefault="00302D64"/>
          <w:p w14:paraId="4372C5E9"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4DBAE6A2" w14:textId="77777777">
        <w:trPr>
          <w:cantSplit/>
          <w:jc w:val="center"/>
        </w:trPr>
        <w:tc>
          <w:tcPr>
            <w:tcW w:w="14060" w:type="dxa"/>
            <w:gridSpan w:val="6"/>
            <w:tcMar>
              <w:top w:w="70" w:type="dxa"/>
              <w:left w:w="90" w:type="dxa"/>
              <w:bottom w:w="70" w:type="dxa"/>
              <w:right w:w="90" w:type="dxa"/>
            </w:tcMar>
            <w:vAlign w:val="center"/>
          </w:tcPr>
          <w:p w14:paraId="3EFC9DC3" w14:textId="77777777" w:rsidR="00302D64" w:rsidRDefault="00302D64"/>
          <w:p w14:paraId="7C3D10D0"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162EC46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1E6C7D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B32287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E475723" w14:textId="77777777" w:rsidR="00302D64" w:rsidRDefault="00000000">
            <w:pPr>
              <w:jc w:val="center"/>
            </w:pPr>
            <w:r>
              <w:rPr>
                <w:b/>
                <w:color w:val="000000"/>
                <w:sz w:val="20"/>
              </w:rPr>
              <w:t>UČNE DEJAVNOSTI, METODE IN FORMATIVNO SPREMLJANJE</w:t>
            </w:r>
          </w:p>
        </w:tc>
      </w:tr>
      <w:tr w:rsidR="00302D64" w14:paraId="5387A508" w14:textId="77777777">
        <w:trPr>
          <w:tblHeader/>
          <w:jc w:val="center"/>
        </w:trPr>
        <w:tc>
          <w:tcPr>
            <w:tcW w:w="4422" w:type="dxa"/>
            <w:vMerge/>
            <w:tcMar>
              <w:top w:w="70" w:type="dxa"/>
              <w:left w:w="90" w:type="dxa"/>
              <w:bottom w:w="70" w:type="dxa"/>
              <w:right w:w="90" w:type="dxa"/>
            </w:tcMar>
            <w:vAlign w:val="center"/>
          </w:tcPr>
          <w:p w14:paraId="4D8E1D5C" w14:textId="77777777" w:rsidR="00302D64" w:rsidRDefault="00302D64"/>
        </w:tc>
        <w:tc>
          <w:tcPr>
            <w:tcW w:w="7087" w:type="dxa"/>
            <w:shd w:val="clear" w:color="auto" w:fill="FFFFFF"/>
            <w:tcMar>
              <w:top w:w="70" w:type="dxa"/>
              <w:left w:w="90" w:type="dxa"/>
              <w:bottom w:w="70" w:type="dxa"/>
              <w:right w:w="90" w:type="dxa"/>
            </w:tcMar>
            <w:vAlign w:val="center"/>
          </w:tcPr>
          <w:p w14:paraId="6009357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C55681A" w14:textId="77777777" w:rsidR="00302D64" w:rsidRDefault="00000000">
            <w:pPr>
              <w:jc w:val="center"/>
            </w:pPr>
            <w:r>
              <w:rPr>
                <w:b/>
                <w:color w:val="000000"/>
              </w:rPr>
              <w:t>UČENEC</w:t>
            </w:r>
          </w:p>
        </w:tc>
      </w:tr>
      <w:tr w:rsidR="00302D64" w14:paraId="077B258E" w14:textId="77777777">
        <w:trPr>
          <w:jc w:val="center"/>
        </w:trPr>
        <w:tc>
          <w:tcPr>
            <w:tcW w:w="4422" w:type="dxa"/>
            <w:tcMar>
              <w:top w:w="70" w:type="dxa"/>
              <w:left w:w="90" w:type="dxa"/>
              <w:bottom w:w="70" w:type="dxa"/>
              <w:right w:w="90" w:type="dxa"/>
            </w:tcMar>
          </w:tcPr>
          <w:p w14:paraId="15D2F9DA" w14:textId="77777777" w:rsidR="00302D64" w:rsidRDefault="00302D64"/>
          <w:p w14:paraId="59C7E0C8" w14:textId="77777777" w:rsidR="00302D64" w:rsidRDefault="00000000">
            <w:pPr>
              <w:spacing w:after="60" w:line="245" w:lineRule="auto"/>
            </w:pPr>
            <w:r>
              <w:rPr>
                <w:b/>
                <w:color w:val="000000"/>
              </w:rPr>
              <w:t>UČNI CILJI</w:t>
            </w:r>
          </w:p>
          <w:p w14:paraId="64074886" w14:textId="77777777" w:rsidR="00302D64" w:rsidRDefault="00000000">
            <w:pPr>
              <w:spacing w:after="20" w:line="245" w:lineRule="auto"/>
            </w:pPr>
            <w:r>
              <w:rPr>
                <w:b/>
                <w:color w:val="000000"/>
                <w:sz w:val="17"/>
              </w:rPr>
              <w:t>SPLOŠNI</w:t>
            </w:r>
          </w:p>
          <w:p w14:paraId="06761DCA" w14:textId="77777777" w:rsidR="00302D64" w:rsidRDefault="00000000">
            <w:pPr>
              <w:pStyle w:val="Oznaenseznam"/>
              <w:spacing w:after="16"/>
            </w:pPr>
            <w:r>
              <w:rPr>
                <w:color w:val="000000"/>
                <w:sz w:val="16"/>
              </w:rPr>
              <w:t>razvija radovednost ter sistematično opazuje, primerja, razvršča in sporoča ugotovitve</w:t>
            </w:r>
          </w:p>
          <w:p w14:paraId="7C619171" w14:textId="77777777" w:rsidR="00302D64" w:rsidRDefault="00000000">
            <w:pPr>
              <w:pStyle w:val="Oznaenseznam"/>
              <w:spacing w:after="16"/>
            </w:pPr>
            <w:r>
              <w:rPr>
                <w:color w:val="000000"/>
                <w:sz w:val="16"/>
              </w:rPr>
              <w:t>sodeluje, posluša druge in svoja opažanja izraža na razvojno primeren način</w:t>
            </w:r>
          </w:p>
          <w:p w14:paraId="46158BB2" w14:textId="77777777" w:rsidR="00302D64" w:rsidRDefault="00000000">
            <w:pPr>
              <w:pStyle w:val="Oznaenseznam"/>
              <w:spacing w:after="16"/>
            </w:pPr>
            <w:r>
              <w:rPr>
                <w:color w:val="000000"/>
                <w:sz w:val="16"/>
              </w:rPr>
              <w:t>ravna varno, odgovorno in skrbno do sebe, drugih ter okolja</w:t>
            </w:r>
          </w:p>
          <w:p w14:paraId="439CF804" w14:textId="77777777" w:rsidR="00302D64" w:rsidRDefault="00000000">
            <w:pPr>
              <w:pStyle w:val="Oznaenseznam"/>
              <w:spacing w:after="16"/>
            </w:pPr>
            <w:r>
              <w:rPr>
                <w:color w:val="000000"/>
                <w:sz w:val="16"/>
              </w:rPr>
              <w:t>ob kriterijih spremlja svoje učenje in sprejema opisno povratno informacijo</w:t>
            </w:r>
          </w:p>
          <w:p w14:paraId="77E38ED0" w14:textId="77777777" w:rsidR="00302D64" w:rsidRDefault="00000000">
            <w:pPr>
              <w:spacing w:before="40" w:after="20" w:line="245" w:lineRule="auto"/>
            </w:pPr>
            <w:r>
              <w:rPr>
                <w:b/>
                <w:color w:val="000000"/>
                <w:sz w:val="17"/>
              </w:rPr>
              <w:t>OPERATIVNI</w:t>
            </w:r>
          </w:p>
          <w:p w14:paraId="6FEAA7D6" w14:textId="77777777" w:rsidR="00302D64" w:rsidRDefault="00000000">
            <w:pPr>
              <w:pStyle w:val="Oznaenseznam"/>
              <w:spacing w:after="16"/>
            </w:pPr>
            <w:r>
              <w:rPr>
                <w:color w:val="000000"/>
                <w:sz w:val="16"/>
              </w:rPr>
              <w:t>opazuje vreme in dolžino dneva</w:t>
            </w:r>
          </w:p>
          <w:p w14:paraId="1835BAB3" w14:textId="77777777" w:rsidR="00302D64" w:rsidRDefault="00000000">
            <w:pPr>
              <w:pStyle w:val="Oznaenseznam"/>
              <w:spacing w:after="16"/>
            </w:pPr>
            <w:r>
              <w:rPr>
                <w:color w:val="000000"/>
                <w:sz w:val="16"/>
              </w:rPr>
              <w:t>opiše spremembe v okolju</w:t>
            </w:r>
          </w:p>
          <w:p w14:paraId="6048258A" w14:textId="77777777" w:rsidR="00302D64" w:rsidRDefault="00000000">
            <w:pPr>
              <w:pStyle w:val="Oznaenseznam"/>
              <w:spacing w:after="16"/>
            </w:pPr>
            <w:r>
              <w:rPr>
                <w:color w:val="000000"/>
                <w:sz w:val="16"/>
              </w:rPr>
              <w:t>vodi preprost opazovalni zapis</w:t>
            </w:r>
          </w:p>
          <w:p w14:paraId="4AD50808" w14:textId="77777777" w:rsidR="00302D64" w:rsidRDefault="00000000">
            <w:pPr>
              <w:spacing w:before="40" w:after="20" w:line="245" w:lineRule="auto"/>
            </w:pPr>
            <w:r>
              <w:rPr>
                <w:b/>
                <w:color w:val="000000"/>
                <w:sz w:val="17"/>
              </w:rPr>
              <w:t>PRIČAKOVANI DOSEŽKI / STANDARDI</w:t>
            </w:r>
          </w:p>
          <w:p w14:paraId="69A20022" w14:textId="77777777" w:rsidR="00302D64" w:rsidRDefault="00000000">
            <w:pPr>
              <w:pStyle w:val="Oznaenseznam"/>
              <w:spacing w:after="16"/>
            </w:pPr>
            <w:r>
              <w:rPr>
                <w:color w:val="000000"/>
                <w:sz w:val="16"/>
              </w:rPr>
              <w:t>ob konkretni ali slikovni opori opazuje vreme in dolžino dneva</w:t>
            </w:r>
          </w:p>
          <w:p w14:paraId="06EC0168" w14:textId="77777777" w:rsidR="00302D64" w:rsidRDefault="00000000">
            <w:pPr>
              <w:pStyle w:val="Oznaenseznam"/>
              <w:spacing w:after="16"/>
            </w:pPr>
            <w:r>
              <w:rPr>
                <w:color w:val="000000"/>
                <w:sz w:val="16"/>
              </w:rPr>
              <w:t>ob konkretni ali slikovni opori opiše spremembe v okolju</w:t>
            </w:r>
          </w:p>
          <w:p w14:paraId="26FE9939" w14:textId="77777777" w:rsidR="00302D64" w:rsidRDefault="00000000">
            <w:pPr>
              <w:pStyle w:val="Oznaenseznam"/>
              <w:spacing w:after="16"/>
            </w:pPr>
            <w:r>
              <w:rPr>
                <w:color w:val="000000"/>
                <w:sz w:val="16"/>
              </w:rPr>
              <w:t>ob konkretni ali slikovni opori vodi preprost opazovalni zapis</w:t>
            </w:r>
          </w:p>
        </w:tc>
        <w:tc>
          <w:tcPr>
            <w:tcW w:w="7087" w:type="dxa"/>
            <w:tcMar>
              <w:top w:w="70" w:type="dxa"/>
              <w:left w:w="90" w:type="dxa"/>
              <w:bottom w:w="70" w:type="dxa"/>
              <w:right w:w="90" w:type="dxa"/>
            </w:tcMar>
          </w:tcPr>
          <w:p w14:paraId="1048DA28"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D91879B" w14:textId="77777777">
              <w:trPr>
                <w:jc w:val="center"/>
              </w:trPr>
              <w:tc>
                <w:tcPr>
                  <w:tcW w:w="7087" w:type="dxa"/>
                  <w:shd w:val="clear" w:color="auto" w:fill="C6E7F3"/>
                  <w:tcMar>
                    <w:top w:w="45" w:type="dxa"/>
                    <w:left w:w="70" w:type="dxa"/>
                    <w:bottom w:w="45" w:type="dxa"/>
                    <w:right w:w="70" w:type="dxa"/>
                  </w:tcMar>
                </w:tcPr>
                <w:p w14:paraId="55E5D7B8" w14:textId="77777777" w:rsidR="00302D64" w:rsidRDefault="00000000">
                  <w:pPr>
                    <w:keepNext/>
                  </w:pPr>
                  <w:r>
                    <w:rPr>
                      <w:b/>
                      <w:color w:val="000000"/>
                    </w:rPr>
                    <w:t>UVODNI DEL – motivacija, aktivacija predznanja in namen učenja (15–20 min)</w:t>
                  </w:r>
                </w:p>
              </w:tc>
            </w:tr>
          </w:tbl>
          <w:p w14:paraId="030C3661" w14:textId="77777777" w:rsidR="00302D64" w:rsidRDefault="00302D64">
            <w:pPr>
              <w:spacing w:line="20" w:lineRule="exact"/>
            </w:pPr>
          </w:p>
          <w:p w14:paraId="068EDE77" w14:textId="77777777" w:rsidR="00302D64" w:rsidRDefault="00000000">
            <w:pPr>
              <w:spacing w:before="40" w:after="60" w:line="245" w:lineRule="auto"/>
            </w:pPr>
            <w:r>
              <w:rPr>
                <w:color w:val="000000"/>
                <w:sz w:val="17"/>
              </w:rPr>
              <w:t>Kosovelov sonček povabi učence, naj jesen najprej opazujejo s telesom: s kožo, očmi, ušesi in nosom. Vsak izbere eno opažanje brez vrednotenja.</w:t>
            </w:r>
          </w:p>
          <w:tbl>
            <w:tblPr>
              <w:tblStyle w:val="Tabelamrea"/>
              <w:tblW w:w="0" w:type="auto"/>
              <w:jc w:val="center"/>
              <w:tblLayout w:type="fixed"/>
              <w:tblLook w:val="04A0" w:firstRow="1" w:lastRow="0" w:firstColumn="1" w:lastColumn="0" w:noHBand="0" w:noVBand="1"/>
            </w:tblPr>
            <w:tblGrid>
              <w:gridCol w:w="7087"/>
            </w:tblGrid>
            <w:tr w:rsidR="00302D64" w14:paraId="3EC12716" w14:textId="77777777">
              <w:trPr>
                <w:jc w:val="center"/>
              </w:trPr>
              <w:tc>
                <w:tcPr>
                  <w:tcW w:w="7087" w:type="dxa"/>
                  <w:shd w:val="clear" w:color="auto" w:fill="EDC9EA"/>
                  <w:tcMar>
                    <w:top w:w="45" w:type="dxa"/>
                    <w:left w:w="70" w:type="dxa"/>
                    <w:bottom w:w="45" w:type="dxa"/>
                    <w:right w:w="70" w:type="dxa"/>
                  </w:tcMar>
                </w:tcPr>
                <w:p w14:paraId="31F929B1" w14:textId="77777777" w:rsidR="00302D64" w:rsidRDefault="00000000">
                  <w:pPr>
                    <w:keepNext/>
                  </w:pPr>
                  <w:r>
                    <w:rPr>
                      <w:b/>
                      <w:color w:val="000000"/>
                    </w:rPr>
                    <w:t>NAMENI UČENJA</w:t>
                  </w:r>
                </w:p>
              </w:tc>
            </w:tr>
          </w:tbl>
          <w:p w14:paraId="13053FA3" w14:textId="77777777" w:rsidR="00302D64" w:rsidRDefault="00302D64">
            <w:pPr>
              <w:spacing w:line="20" w:lineRule="exact"/>
            </w:pPr>
          </w:p>
          <w:p w14:paraId="4B671AB1" w14:textId="77777777" w:rsidR="00302D64" w:rsidRDefault="00000000">
            <w:pPr>
              <w:spacing w:before="20" w:after="20" w:line="245" w:lineRule="auto"/>
            </w:pPr>
            <w:r>
              <w:rPr>
                <w:color w:val="000000"/>
                <w:sz w:val="16"/>
              </w:rPr>
              <w:t>Učimo se zato, da bomo lažje razumeli in odgovorno uporabili znanje v vsakdanjih situacijah.</w:t>
            </w:r>
          </w:p>
          <w:p w14:paraId="4D77E745" w14:textId="77777777" w:rsidR="00302D64" w:rsidRDefault="00000000">
            <w:pPr>
              <w:pStyle w:val="Oznaenseznam"/>
              <w:spacing w:after="16"/>
            </w:pPr>
            <w:r>
              <w:rPr>
                <w:color w:val="000000"/>
                <w:sz w:val="16"/>
              </w:rPr>
              <w:t>opazujem vreme in dolžino dneva</w:t>
            </w:r>
          </w:p>
          <w:p w14:paraId="0BF01C49" w14:textId="77777777" w:rsidR="00302D64" w:rsidRDefault="00000000">
            <w:pPr>
              <w:pStyle w:val="Oznaenseznam"/>
              <w:spacing w:after="16"/>
            </w:pPr>
            <w:r>
              <w:rPr>
                <w:color w:val="000000"/>
                <w:sz w:val="16"/>
              </w:rPr>
              <w:t>opišem spremembe v okolju</w:t>
            </w:r>
          </w:p>
          <w:p w14:paraId="1579C44F" w14:textId="77777777" w:rsidR="00302D64" w:rsidRDefault="00000000">
            <w:pPr>
              <w:pStyle w:val="Oznaenseznam"/>
              <w:spacing w:after="16"/>
            </w:pPr>
            <w:r>
              <w:rPr>
                <w:color w:val="000000"/>
                <w:sz w:val="16"/>
              </w:rPr>
              <w:t>vodim preprost opazovalni zapis</w:t>
            </w:r>
          </w:p>
          <w:tbl>
            <w:tblPr>
              <w:tblStyle w:val="Tabelamrea"/>
              <w:tblW w:w="0" w:type="auto"/>
              <w:jc w:val="center"/>
              <w:tblLayout w:type="fixed"/>
              <w:tblLook w:val="04A0" w:firstRow="1" w:lastRow="0" w:firstColumn="1" w:lastColumn="0" w:noHBand="0" w:noVBand="1"/>
            </w:tblPr>
            <w:tblGrid>
              <w:gridCol w:w="7087"/>
            </w:tblGrid>
            <w:tr w:rsidR="00302D64" w14:paraId="18609826" w14:textId="77777777">
              <w:trPr>
                <w:jc w:val="center"/>
              </w:trPr>
              <w:tc>
                <w:tcPr>
                  <w:tcW w:w="7087" w:type="dxa"/>
                  <w:shd w:val="clear" w:color="auto" w:fill="EDC9EA"/>
                  <w:tcMar>
                    <w:top w:w="45" w:type="dxa"/>
                    <w:left w:w="70" w:type="dxa"/>
                    <w:bottom w:w="45" w:type="dxa"/>
                    <w:right w:w="70" w:type="dxa"/>
                  </w:tcMar>
                </w:tcPr>
                <w:p w14:paraId="7B6CCF7B" w14:textId="77777777" w:rsidR="00302D64" w:rsidRDefault="00000000">
                  <w:pPr>
                    <w:keepNext/>
                  </w:pPr>
                  <w:r>
                    <w:rPr>
                      <w:b/>
                      <w:color w:val="000000"/>
                    </w:rPr>
                    <w:t>PREVERJANJE PREDZNANJA</w:t>
                  </w:r>
                </w:p>
              </w:tc>
            </w:tr>
          </w:tbl>
          <w:p w14:paraId="4CB9A406" w14:textId="77777777" w:rsidR="00302D64" w:rsidRDefault="00302D64">
            <w:pPr>
              <w:spacing w:line="20" w:lineRule="exact"/>
            </w:pPr>
          </w:p>
          <w:p w14:paraId="08D65931" w14:textId="77777777" w:rsidR="00302D64" w:rsidRDefault="00000000">
            <w:pPr>
              <w:pStyle w:val="Oznaenseznam"/>
              <w:spacing w:after="16"/>
            </w:pPr>
            <w:r>
              <w:rPr>
                <w:color w:val="000000"/>
                <w:sz w:val="16"/>
              </w:rPr>
              <w:t>Po čem prepoznam jesen?</w:t>
            </w:r>
          </w:p>
          <w:p w14:paraId="22286C91" w14:textId="77777777" w:rsidR="00302D64" w:rsidRDefault="00000000">
            <w:pPr>
              <w:pStyle w:val="Oznaenseznam"/>
              <w:spacing w:after="16"/>
            </w:pPr>
            <w:r>
              <w:rPr>
                <w:color w:val="000000"/>
                <w:sz w:val="16"/>
              </w:rPr>
              <w:t>Kako lahko vreme in spremembe beležim tudi brez dolgega zapisa?</w:t>
            </w:r>
          </w:p>
          <w:p w14:paraId="03D9C042"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796F63D" w14:textId="77777777">
              <w:trPr>
                <w:jc w:val="center"/>
              </w:trPr>
              <w:tc>
                <w:tcPr>
                  <w:tcW w:w="7087" w:type="dxa"/>
                  <w:shd w:val="clear" w:color="auto" w:fill="EDC9EA"/>
                  <w:tcMar>
                    <w:top w:w="45" w:type="dxa"/>
                    <w:left w:w="70" w:type="dxa"/>
                    <w:bottom w:w="45" w:type="dxa"/>
                    <w:right w:w="70" w:type="dxa"/>
                  </w:tcMar>
                </w:tcPr>
                <w:p w14:paraId="53B165B0" w14:textId="77777777" w:rsidR="00302D64" w:rsidRDefault="00000000">
                  <w:pPr>
                    <w:keepNext/>
                  </w:pPr>
                  <w:r>
                    <w:rPr>
                      <w:b/>
                      <w:color w:val="000000"/>
                    </w:rPr>
                    <w:t>KRITERIJI USPEŠNOSTI</w:t>
                  </w:r>
                </w:p>
              </w:tc>
            </w:tr>
          </w:tbl>
          <w:p w14:paraId="5571722D" w14:textId="77777777" w:rsidR="00302D64" w:rsidRDefault="00302D64"/>
          <w:p w14:paraId="7C361763" w14:textId="77777777" w:rsidR="00302D64" w:rsidRDefault="00000000">
            <w:pPr>
              <w:spacing w:before="20" w:after="20" w:line="245" w:lineRule="auto"/>
            </w:pPr>
            <w:r>
              <w:rPr>
                <w:b/>
                <w:color w:val="000000"/>
                <w:sz w:val="16"/>
              </w:rPr>
              <w:t>Uspešen/-na bom, ko:</w:t>
            </w:r>
          </w:p>
          <w:p w14:paraId="422C3883" w14:textId="77777777" w:rsidR="00302D64" w:rsidRDefault="00000000">
            <w:pPr>
              <w:pStyle w:val="Oznaenseznam"/>
              <w:spacing w:after="16"/>
            </w:pPr>
            <w:r>
              <w:rPr>
                <w:color w:val="000000"/>
                <w:sz w:val="16"/>
              </w:rPr>
              <w:t>opazujem vreme in dolžino dneva</w:t>
            </w:r>
          </w:p>
          <w:p w14:paraId="3580C3B2" w14:textId="77777777" w:rsidR="00302D64" w:rsidRDefault="00000000">
            <w:pPr>
              <w:pStyle w:val="Oznaenseznam"/>
              <w:spacing w:after="16"/>
            </w:pPr>
            <w:r>
              <w:rPr>
                <w:color w:val="000000"/>
                <w:sz w:val="16"/>
              </w:rPr>
              <w:t>opišem spremembe v okolju</w:t>
            </w:r>
          </w:p>
          <w:p w14:paraId="27E04FCB" w14:textId="77777777" w:rsidR="00302D64" w:rsidRDefault="00000000">
            <w:pPr>
              <w:pStyle w:val="Oznaenseznam"/>
              <w:spacing w:after="16"/>
            </w:pPr>
            <w:r>
              <w:rPr>
                <w:color w:val="000000"/>
                <w:sz w:val="16"/>
              </w:rPr>
              <w:t>vodim preprost opazovalni zapis</w:t>
            </w:r>
          </w:p>
          <w:p w14:paraId="6361E733"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3DEF822B" w14:textId="77777777" w:rsidR="00302D64" w:rsidRDefault="00302D64"/>
          <w:p w14:paraId="28618204" w14:textId="77777777" w:rsidR="00302D64" w:rsidRDefault="00000000">
            <w:pPr>
              <w:spacing w:after="80" w:line="245" w:lineRule="auto"/>
            </w:pPr>
            <w:r>
              <w:rPr>
                <w:color w:val="000000"/>
                <w:sz w:val="16"/>
              </w:rPr>
              <w:t>Posluša ali opazuje književno oziroma predmetno izhodišče ter se vključi z gibom, sliko ali besedo.</w:t>
            </w:r>
          </w:p>
          <w:p w14:paraId="3FC5977D" w14:textId="77777777" w:rsidR="00302D64" w:rsidRDefault="00000000">
            <w:pPr>
              <w:spacing w:after="80" w:line="245" w:lineRule="auto"/>
            </w:pPr>
            <w:r>
              <w:rPr>
                <w:color w:val="000000"/>
                <w:sz w:val="16"/>
              </w:rPr>
              <w:t>Pove, pokaže ali nariše, kaj že ve. Posluša zamisli drugih.</w:t>
            </w:r>
          </w:p>
          <w:p w14:paraId="1A516D8E" w14:textId="77777777" w:rsidR="00302D64" w:rsidRDefault="00000000">
            <w:pPr>
              <w:spacing w:after="100" w:line="245" w:lineRule="auto"/>
            </w:pPr>
            <w:r>
              <w:rPr>
                <w:color w:val="000000"/>
                <w:sz w:val="16"/>
              </w:rPr>
              <w:t>Sodeluje pri razumevanju namenov in kriterijev uspešnosti.</w:t>
            </w:r>
          </w:p>
          <w:p w14:paraId="40E49D94" w14:textId="77777777" w:rsidR="00302D64" w:rsidRDefault="00000000">
            <w:pPr>
              <w:spacing w:after="20" w:line="245" w:lineRule="auto"/>
            </w:pPr>
            <w:r>
              <w:rPr>
                <w:b/>
                <w:color w:val="D95BC6"/>
                <w:sz w:val="17"/>
              </w:rPr>
              <w:t>DOKAZ O UČENJU</w:t>
            </w:r>
          </w:p>
          <w:p w14:paraId="1D7E0B10" w14:textId="77777777" w:rsidR="00302D64" w:rsidRDefault="00000000">
            <w:pPr>
              <w:spacing w:after="30" w:line="245" w:lineRule="auto"/>
            </w:pPr>
            <w:r>
              <w:rPr>
                <w:color w:val="D95BC6"/>
                <w:sz w:val="16"/>
              </w:rPr>
              <w:t>začetna zamisel, razvrstitev, risba ali ustni odgovor</w:t>
            </w:r>
          </w:p>
        </w:tc>
      </w:tr>
    </w:tbl>
    <w:p w14:paraId="1A5C69A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60DD16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4E779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4FF8EF" w14:textId="77777777" w:rsidR="00302D64" w:rsidRDefault="00000000">
            <w:pPr>
              <w:jc w:val="center"/>
            </w:pPr>
            <w:r>
              <w:rPr>
                <w:b/>
                <w:color w:val="000000"/>
                <w:sz w:val="20"/>
              </w:rPr>
              <w:t>UČNE DEJAVNOSTI, METODE IN FORMATIVNO SPREMLJANJE</w:t>
            </w:r>
          </w:p>
        </w:tc>
      </w:tr>
      <w:tr w:rsidR="00302D64" w14:paraId="2D2EC712" w14:textId="77777777">
        <w:trPr>
          <w:tblHeader/>
          <w:jc w:val="center"/>
        </w:trPr>
        <w:tc>
          <w:tcPr>
            <w:tcW w:w="4422" w:type="dxa"/>
            <w:vMerge/>
            <w:tcMar>
              <w:top w:w="70" w:type="dxa"/>
              <w:left w:w="90" w:type="dxa"/>
              <w:bottom w:w="70" w:type="dxa"/>
              <w:right w:w="90" w:type="dxa"/>
            </w:tcMar>
            <w:vAlign w:val="center"/>
          </w:tcPr>
          <w:p w14:paraId="0B280BF5" w14:textId="77777777" w:rsidR="00302D64" w:rsidRDefault="00302D64"/>
        </w:tc>
        <w:tc>
          <w:tcPr>
            <w:tcW w:w="7087" w:type="dxa"/>
            <w:shd w:val="clear" w:color="auto" w:fill="FFFFFF"/>
            <w:tcMar>
              <w:top w:w="70" w:type="dxa"/>
              <w:left w:w="90" w:type="dxa"/>
              <w:bottom w:w="70" w:type="dxa"/>
              <w:right w:w="90" w:type="dxa"/>
            </w:tcMar>
            <w:vAlign w:val="center"/>
          </w:tcPr>
          <w:p w14:paraId="1A5F62E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86170BC" w14:textId="77777777" w:rsidR="00302D64" w:rsidRDefault="00000000">
            <w:pPr>
              <w:jc w:val="center"/>
            </w:pPr>
            <w:r>
              <w:rPr>
                <w:b/>
                <w:color w:val="000000"/>
              </w:rPr>
              <w:t>UČENEC</w:t>
            </w:r>
          </w:p>
        </w:tc>
      </w:tr>
      <w:tr w:rsidR="00302D64" w14:paraId="039F890D" w14:textId="77777777">
        <w:trPr>
          <w:jc w:val="center"/>
        </w:trPr>
        <w:tc>
          <w:tcPr>
            <w:tcW w:w="4422" w:type="dxa"/>
            <w:tcMar>
              <w:top w:w="70" w:type="dxa"/>
              <w:left w:w="90" w:type="dxa"/>
              <w:bottom w:w="70" w:type="dxa"/>
              <w:right w:w="90" w:type="dxa"/>
            </w:tcMar>
          </w:tcPr>
          <w:p w14:paraId="7697D128" w14:textId="77777777" w:rsidR="00302D64" w:rsidRDefault="00302D64"/>
          <w:p w14:paraId="393FE0A5" w14:textId="77777777" w:rsidR="00302D64" w:rsidRDefault="00000000">
            <w:pPr>
              <w:spacing w:after="40" w:line="245" w:lineRule="auto"/>
            </w:pPr>
            <w:r>
              <w:rPr>
                <w:b/>
                <w:color w:val="000000"/>
              </w:rPr>
              <w:t>KLJUČNI POJMI</w:t>
            </w:r>
          </w:p>
          <w:p w14:paraId="6299F02F" w14:textId="77777777" w:rsidR="00302D64" w:rsidRDefault="00000000">
            <w:pPr>
              <w:spacing w:after="80" w:line="245" w:lineRule="auto"/>
            </w:pPr>
            <w:r>
              <w:rPr>
                <w:color w:val="000000"/>
                <w:sz w:val="16"/>
              </w:rPr>
              <w:t>jesen, vreme, sončno, oblačno, deževno, vetrovno, sprememba, opazovanje, dnevna svetloba</w:t>
            </w:r>
          </w:p>
          <w:p w14:paraId="46A01789" w14:textId="77777777" w:rsidR="00302D64" w:rsidRDefault="00000000">
            <w:pPr>
              <w:spacing w:after="20" w:line="245" w:lineRule="auto"/>
            </w:pPr>
            <w:r>
              <w:rPr>
                <w:b/>
                <w:color w:val="000000"/>
              </w:rPr>
              <w:t>DOKAZI O UČENJU</w:t>
            </w:r>
          </w:p>
          <w:p w14:paraId="06B3C228" w14:textId="77777777" w:rsidR="00302D64" w:rsidRDefault="00000000">
            <w:pPr>
              <w:pStyle w:val="Oznaenseznam"/>
              <w:spacing w:after="16"/>
            </w:pPr>
            <w:r>
              <w:rPr>
                <w:color w:val="000000"/>
                <w:sz w:val="16"/>
              </w:rPr>
              <w:t>skica ali predmet z ustno razlago</w:t>
            </w:r>
          </w:p>
          <w:p w14:paraId="392C34C6" w14:textId="77777777" w:rsidR="00302D64" w:rsidRDefault="00000000">
            <w:pPr>
              <w:pStyle w:val="Oznaenseznam"/>
              <w:spacing w:after="16"/>
            </w:pPr>
            <w:r>
              <w:rPr>
                <w:color w:val="000000"/>
                <w:sz w:val="16"/>
              </w:rPr>
              <w:t>razvrstitev z razloženim kriterijem</w:t>
            </w:r>
          </w:p>
          <w:p w14:paraId="6FF16B44" w14:textId="77777777" w:rsidR="00302D64" w:rsidRDefault="00000000">
            <w:pPr>
              <w:pStyle w:val="Oznaenseznam"/>
              <w:spacing w:after="16"/>
            </w:pPr>
            <w:r>
              <w:rPr>
                <w:color w:val="000000"/>
                <w:sz w:val="16"/>
              </w:rPr>
              <w:t>začetni zapis vremenskega koledarja</w:t>
            </w:r>
          </w:p>
          <w:p w14:paraId="1BACF9A7" w14:textId="77777777" w:rsidR="00302D64" w:rsidRDefault="00000000">
            <w:pPr>
              <w:spacing w:before="40" w:after="20" w:line="245" w:lineRule="auto"/>
            </w:pPr>
            <w:r>
              <w:rPr>
                <w:b/>
                <w:color w:val="000000"/>
              </w:rPr>
              <w:t>MEDPREDMETNA POVEZAVA</w:t>
            </w:r>
          </w:p>
          <w:p w14:paraId="55F24F83" w14:textId="77777777" w:rsidR="00302D64" w:rsidRDefault="00000000">
            <w:pPr>
              <w:spacing w:after="60" w:line="245" w:lineRule="auto"/>
            </w:pPr>
            <w:r>
              <w:rPr>
                <w:color w:val="000000"/>
                <w:sz w:val="16"/>
              </w:rPr>
              <w:t>SLJ – čutni opis; MAT – razvrščanje in koledar; LUM – jesenske barve; GUM – zvočna pokrajina; ŠPO – sprehod</w:t>
            </w:r>
          </w:p>
          <w:p w14:paraId="4BE1383E" w14:textId="77777777" w:rsidR="00302D64" w:rsidRDefault="00000000">
            <w:pPr>
              <w:spacing w:after="20" w:line="245" w:lineRule="auto"/>
            </w:pPr>
            <w:r>
              <w:rPr>
                <w:b/>
                <w:color w:val="000000"/>
              </w:rPr>
              <w:t>POUČEVANJE V GIBANJU</w:t>
            </w:r>
          </w:p>
          <w:p w14:paraId="1A3792B2"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610366EB" w14:textId="77777777" w:rsidR="00302D64" w:rsidRDefault="00000000">
            <w:pPr>
              <w:spacing w:after="20" w:line="245" w:lineRule="auto"/>
            </w:pPr>
            <w:r>
              <w:rPr>
                <w:b/>
                <w:color w:val="000000"/>
              </w:rPr>
              <w:t>UČENJE PO ŠTIRIH POSTAJAH</w:t>
            </w:r>
          </w:p>
          <w:p w14:paraId="5A901E4F"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65E7ADD7" w14:textId="77777777" w:rsidR="00302D64" w:rsidRDefault="00000000">
            <w:pPr>
              <w:spacing w:after="20" w:line="245" w:lineRule="auto"/>
            </w:pPr>
            <w:r>
              <w:rPr>
                <w:b/>
                <w:color w:val="000000"/>
              </w:rPr>
              <w:t>DIFERENCIACIJA IN VKLJUČEVANJE</w:t>
            </w:r>
          </w:p>
          <w:p w14:paraId="0404F597" w14:textId="77777777" w:rsidR="00302D64" w:rsidRDefault="00000000">
            <w:pPr>
              <w:spacing w:after="60" w:line="245" w:lineRule="auto"/>
            </w:pPr>
            <w:r>
              <w:rPr>
                <w:color w:val="000000"/>
                <w:sz w:val="16"/>
              </w:rPr>
              <w:t>Učenec uporabi čutno kartico in izbira med simboli; občutljivost na dražljaje se upošteva; naprednejši primerja dve zaporedni opazovanji.</w:t>
            </w:r>
          </w:p>
          <w:p w14:paraId="4D4E4539" w14:textId="77777777" w:rsidR="00302D64" w:rsidRDefault="00000000">
            <w:pPr>
              <w:spacing w:after="20" w:line="245" w:lineRule="auto"/>
            </w:pPr>
            <w:r>
              <w:rPr>
                <w:b/>
                <w:color w:val="000000"/>
              </w:rPr>
              <w:t>SPREMLJANJE</w:t>
            </w:r>
          </w:p>
          <w:p w14:paraId="4EC26B5B"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39D5F1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DA84BC1" w14:textId="77777777">
              <w:trPr>
                <w:jc w:val="center"/>
              </w:trPr>
              <w:tc>
                <w:tcPr>
                  <w:tcW w:w="7087" w:type="dxa"/>
                  <w:shd w:val="clear" w:color="auto" w:fill="C6E7F3"/>
                  <w:tcMar>
                    <w:top w:w="45" w:type="dxa"/>
                    <w:left w:w="70" w:type="dxa"/>
                    <w:bottom w:w="45" w:type="dxa"/>
                    <w:right w:w="70" w:type="dxa"/>
                  </w:tcMar>
                </w:tcPr>
                <w:p w14:paraId="1756F2AB" w14:textId="77777777" w:rsidR="00302D64" w:rsidRDefault="00000000">
                  <w:pPr>
                    <w:keepNext/>
                  </w:pPr>
                  <w:r>
                    <w:t>GLAVNI DEL – IZKUŠENJSKO IN POSTAJNO UČENJE (3 šolske ure)</w:t>
                  </w:r>
                </w:p>
              </w:tc>
            </w:tr>
          </w:tbl>
          <w:p w14:paraId="3C6F2FD0" w14:textId="77777777" w:rsidR="00302D64" w:rsidRDefault="00302D64">
            <w:pPr>
              <w:spacing w:line="20" w:lineRule="exact"/>
            </w:pPr>
          </w:p>
          <w:p w14:paraId="108A0C6B" w14:textId="77777777" w:rsidR="00302D64" w:rsidRDefault="00000000">
            <w:pPr>
              <w:keepNext/>
              <w:spacing w:before="60" w:after="20" w:line="245" w:lineRule="auto"/>
            </w:pPr>
            <w:r>
              <w:rPr>
                <w:b/>
                <w:color w:val="000000"/>
              </w:rPr>
              <w:t>1. URA – Jesenska raziskovalna pot</w:t>
            </w:r>
          </w:p>
          <w:p w14:paraId="1B0B0DC9" w14:textId="77777777" w:rsidR="00302D64" w:rsidRDefault="00000000">
            <w:pPr>
              <w:spacing w:after="20" w:line="245" w:lineRule="auto"/>
            </w:pPr>
            <w:r>
              <w:rPr>
                <w:b/>
                <w:color w:val="000000"/>
                <w:sz w:val="16"/>
              </w:rPr>
              <w:t xml:space="preserve">Dejavnost učiteljice: </w:t>
            </w:r>
            <w:r>
              <w:rPr>
                <w:color w:val="000000"/>
                <w:sz w:val="16"/>
              </w:rPr>
              <w:t>Vodi počasen opazovalni sprehod in usmerja pogled na nebo, rastline, tla, živali ter oblačila ljudi.</w:t>
            </w:r>
          </w:p>
          <w:p w14:paraId="121C923E" w14:textId="77777777" w:rsidR="00302D64" w:rsidRDefault="00000000">
            <w:pPr>
              <w:spacing w:after="20" w:line="245" w:lineRule="auto"/>
            </w:pPr>
            <w:r>
              <w:rPr>
                <w:b/>
                <w:color w:val="000000"/>
                <w:sz w:val="16"/>
              </w:rPr>
              <w:t xml:space="preserve">Dejavnost učencev: </w:t>
            </w:r>
            <w:r>
              <w:rPr>
                <w:color w:val="000000"/>
                <w:sz w:val="16"/>
              </w:rPr>
              <w:t>Zberejo po en varen naravni predmet ali naredijo skico ter poimenujejo opaženo spremembo.</w:t>
            </w:r>
          </w:p>
          <w:p w14:paraId="6D230D2B" w14:textId="77777777" w:rsidR="00302D64" w:rsidRDefault="00000000">
            <w:pPr>
              <w:spacing w:after="40" w:line="245" w:lineRule="auto"/>
            </w:pPr>
            <w:r>
              <w:rPr>
                <w:i/>
                <w:color w:val="D95BC6"/>
                <w:sz w:val="16"/>
              </w:rPr>
              <w:t>Predvideni dokaz: skica ali predmet z ustno razlago.</w:t>
            </w:r>
          </w:p>
          <w:p w14:paraId="74BD10BF" w14:textId="77777777" w:rsidR="00302D64" w:rsidRDefault="00000000">
            <w:pPr>
              <w:keepNext/>
              <w:spacing w:before="60" w:after="20" w:line="245" w:lineRule="auto"/>
            </w:pPr>
            <w:r>
              <w:rPr>
                <w:b/>
                <w:color w:val="000000"/>
              </w:rPr>
              <w:t>2. URA – Jesenski laboratorij</w:t>
            </w:r>
          </w:p>
          <w:p w14:paraId="14385F68" w14:textId="77777777" w:rsidR="00302D64" w:rsidRDefault="00000000">
            <w:pPr>
              <w:spacing w:after="20" w:line="245" w:lineRule="auto"/>
            </w:pPr>
            <w:r>
              <w:rPr>
                <w:b/>
                <w:color w:val="000000"/>
                <w:sz w:val="16"/>
              </w:rPr>
              <w:t xml:space="preserve">Dejavnost učiteljice: </w:t>
            </w:r>
            <w:r>
              <w:rPr>
                <w:color w:val="000000"/>
                <w:sz w:val="16"/>
              </w:rPr>
              <w:t>Ponudi liste, plodove in slike vremena za primerjanje po barvi, obliki, površini in spremembi.</w:t>
            </w:r>
          </w:p>
          <w:p w14:paraId="51B0E189" w14:textId="77777777" w:rsidR="00302D64" w:rsidRDefault="00000000">
            <w:pPr>
              <w:spacing w:after="20" w:line="245" w:lineRule="auto"/>
            </w:pPr>
            <w:r>
              <w:rPr>
                <w:b/>
                <w:color w:val="000000"/>
                <w:sz w:val="16"/>
              </w:rPr>
              <w:t xml:space="preserve">Dejavnost učencev: </w:t>
            </w:r>
            <w:r>
              <w:rPr>
                <w:color w:val="000000"/>
                <w:sz w:val="16"/>
              </w:rPr>
              <w:t>Razvrstijo po lastnem kriteriju, kriterij povedo in primerjajo dve skupini.</w:t>
            </w:r>
          </w:p>
          <w:p w14:paraId="09C92CEC" w14:textId="77777777" w:rsidR="00302D64" w:rsidRDefault="00000000">
            <w:pPr>
              <w:spacing w:after="40" w:line="245" w:lineRule="auto"/>
            </w:pPr>
            <w:r>
              <w:rPr>
                <w:i/>
                <w:color w:val="D95BC6"/>
                <w:sz w:val="16"/>
              </w:rPr>
              <w:t>Predvideni dokaz: razvrstitev z razloženim kriterijem.</w:t>
            </w:r>
          </w:p>
          <w:p w14:paraId="05CD1FA5" w14:textId="77777777" w:rsidR="00302D64" w:rsidRDefault="00000000">
            <w:pPr>
              <w:keepNext/>
              <w:spacing w:before="60" w:after="20" w:line="245" w:lineRule="auto"/>
            </w:pPr>
            <w:r>
              <w:rPr>
                <w:b/>
                <w:color w:val="000000"/>
              </w:rPr>
              <w:t>3. URA – Naš vremenski koledar</w:t>
            </w:r>
          </w:p>
          <w:p w14:paraId="2943C27A" w14:textId="77777777" w:rsidR="00302D64" w:rsidRDefault="00000000">
            <w:pPr>
              <w:spacing w:after="20" w:line="245" w:lineRule="auto"/>
            </w:pPr>
            <w:r>
              <w:rPr>
                <w:b/>
                <w:color w:val="000000"/>
                <w:sz w:val="16"/>
              </w:rPr>
              <w:t xml:space="preserve">Dejavnost učiteljice: </w:t>
            </w:r>
            <w:r>
              <w:rPr>
                <w:color w:val="000000"/>
                <w:sz w:val="16"/>
              </w:rPr>
              <w:t>Uvede vsakodnevno kratko rutino: simbol vremena, občutek temperature in dolžina svetlega dela dneva.</w:t>
            </w:r>
          </w:p>
          <w:p w14:paraId="27888B61" w14:textId="77777777" w:rsidR="00302D64" w:rsidRDefault="00000000">
            <w:pPr>
              <w:spacing w:after="20" w:line="245" w:lineRule="auto"/>
            </w:pPr>
            <w:r>
              <w:rPr>
                <w:b/>
                <w:color w:val="000000"/>
                <w:sz w:val="16"/>
              </w:rPr>
              <w:t xml:space="preserve">Dejavnost učencev: </w:t>
            </w:r>
            <w:r>
              <w:rPr>
                <w:color w:val="000000"/>
                <w:sz w:val="16"/>
              </w:rPr>
              <w:t>Izberejo simbol, ga postavijo v razredni koledar in oblikujejo poved o vremenu.</w:t>
            </w:r>
          </w:p>
          <w:p w14:paraId="3C57BF89" w14:textId="77777777" w:rsidR="00302D64" w:rsidRDefault="00000000">
            <w:pPr>
              <w:spacing w:after="40" w:line="245" w:lineRule="auto"/>
            </w:pPr>
            <w:r>
              <w:rPr>
                <w:i/>
                <w:color w:val="D95BC6"/>
                <w:sz w:val="16"/>
              </w:rPr>
              <w:t>Predvideni dokaz: začetni zapis vremenskega koledarja.</w:t>
            </w:r>
          </w:p>
          <w:tbl>
            <w:tblPr>
              <w:tblStyle w:val="Tabelamrea"/>
              <w:tblW w:w="0" w:type="auto"/>
              <w:jc w:val="center"/>
              <w:tblLayout w:type="fixed"/>
              <w:tblLook w:val="04A0" w:firstRow="1" w:lastRow="0" w:firstColumn="1" w:lastColumn="0" w:noHBand="0" w:noVBand="1"/>
            </w:tblPr>
            <w:tblGrid>
              <w:gridCol w:w="7087"/>
            </w:tblGrid>
            <w:tr w:rsidR="00302D64" w14:paraId="14DD22FC" w14:textId="77777777">
              <w:trPr>
                <w:jc w:val="center"/>
              </w:trPr>
              <w:tc>
                <w:tcPr>
                  <w:tcW w:w="7087" w:type="dxa"/>
                  <w:shd w:val="clear" w:color="auto" w:fill="EDC9EA"/>
                  <w:tcMar>
                    <w:top w:w="45" w:type="dxa"/>
                    <w:left w:w="70" w:type="dxa"/>
                    <w:bottom w:w="45" w:type="dxa"/>
                    <w:right w:w="70" w:type="dxa"/>
                  </w:tcMar>
                </w:tcPr>
                <w:p w14:paraId="0D5BC68F" w14:textId="77777777" w:rsidR="00302D64" w:rsidRDefault="00000000">
                  <w:pPr>
                    <w:keepNext/>
                  </w:pPr>
                  <w:r>
                    <w:rPr>
                      <w:b/>
                      <w:color w:val="000000"/>
                    </w:rPr>
                    <w:t>UČENJE PO ŠTIRIH POSTAJAH (6–8 min na postajo)</w:t>
                  </w:r>
                </w:p>
              </w:tc>
            </w:tr>
          </w:tbl>
          <w:p w14:paraId="0293D885"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CE617EA" w14:textId="77777777" w:rsidR="00302D64" w:rsidRDefault="00000000">
            <w:pPr>
              <w:spacing w:after="20" w:line="245" w:lineRule="auto"/>
            </w:pPr>
            <w:r>
              <w:rPr>
                <w:b/>
                <w:color w:val="000000"/>
                <w:sz w:val="16"/>
              </w:rPr>
              <w:t xml:space="preserve">RAZISKOVALNA POSTAJA – Jesenska raziskovalna pot: </w:t>
            </w:r>
            <w:r>
              <w:rPr>
                <w:color w:val="000000"/>
                <w:sz w:val="16"/>
              </w:rPr>
              <w:t>Zberejo po en varen naravni predmet ali naredijo skico ter poimenujejo opaženo spremembo.</w:t>
            </w:r>
          </w:p>
          <w:p w14:paraId="223075A8" w14:textId="77777777" w:rsidR="00302D64" w:rsidRDefault="00000000">
            <w:pPr>
              <w:spacing w:after="20" w:line="245" w:lineRule="auto"/>
            </w:pPr>
            <w:r>
              <w:rPr>
                <w:b/>
                <w:color w:val="000000"/>
                <w:sz w:val="16"/>
              </w:rPr>
              <w:t xml:space="preserve">PRAKTIČNA POSTAJA – Jesenski laboratorij: </w:t>
            </w:r>
            <w:r>
              <w:rPr>
                <w:color w:val="000000"/>
                <w:sz w:val="16"/>
              </w:rPr>
              <w:t>Razvrstijo po lastnem kriteriju, kriterij povedo in primerjajo dve skupini.</w:t>
            </w:r>
          </w:p>
          <w:p w14:paraId="381E6BFF" w14:textId="77777777" w:rsidR="00302D64" w:rsidRDefault="00000000">
            <w:pPr>
              <w:spacing w:after="20" w:line="245" w:lineRule="auto"/>
            </w:pPr>
            <w:r>
              <w:rPr>
                <w:b/>
                <w:color w:val="000000"/>
                <w:sz w:val="16"/>
              </w:rPr>
              <w:t xml:space="preserve">GIBALNO-SODELOVALNA POSTAJA – Naš vremenski koledar: </w:t>
            </w:r>
            <w:r>
              <w:rPr>
                <w:color w:val="000000"/>
                <w:sz w:val="16"/>
              </w:rPr>
              <w:t>Izberejo simbol, ga postavijo v razredni koledar in oblikujejo poved o vremenu.</w:t>
            </w:r>
          </w:p>
          <w:p w14:paraId="0221F7CC" w14:textId="77777777" w:rsidR="00302D64" w:rsidRDefault="00000000">
            <w:pPr>
              <w:spacing w:after="20" w:line="245" w:lineRule="auto"/>
            </w:pPr>
            <w:r>
              <w:rPr>
                <w:b/>
                <w:color w:val="000000"/>
                <w:sz w:val="16"/>
              </w:rPr>
              <w:t xml:space="preserve">POSTAJA DOKAZA IN REFLEKSIJE: </w:t>
            </w:r>
            <w:r>
              <w:rPr>
                <w:color w:val="000000"/>
                <w:sz w:val="16"/>
              </w:rPr>
              <w:t>Izberejo en dokaz (skica ali predmet z ustno razlago, razvrstitev z razloženim kriterijem),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6ED48F87" w14:textId="77777777">
              <w:trPr>
                <w:jc w:val="center"/>
              </w:trPr>
              <w:tc>
                <w:tcPr>
                  <w:tcW w:w="7087" w:type="dxa"/>
                  <w:shd w:val="clear" w:color="auto" w:fill="EDC9EA"/>
                  <w:tcMar>
                    <w:top w:w="45" w:type="dxa"/>
                    <w:left w:w="70" w:type="dxa"/>
                    <w:bottom w:w="45" w:type="dxa"/>
                    <w:right w:w="70" w:type="dxa"/>
                  </w:tcMar>
                </w:tcPr>
                <w:p w14:paraId="6C2BFEA2" w14:textId="77777777" w:rsidR="00302D64" w:rsidRDefault="00000000">
                  <w:pPr>
                    <w:keepNext/>
                  </w:pPr>
                  <w:r>
                    <w:rPr>
                      <w:b/>
                      <w:color w:val="000000"/>
                    </w:rPr>
                    <w:t>POVRATNA INFORMACIJA UČITELJICE MED DELOM</w:t>
                  </w:r>
                </w:p>
              </w:tc>
            </w:tr>
          </w:tbl>
          <w:p w14:paraId="6B931691" w14:textId="77777777" w:rsidR="00302D64" w:rsidRDefault="00302D64"/>
          <w:p w14:paraId="04D5A181"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2A189D6" w14:textId="77777777" w:rsidR="00302D64" w:rsidRDefault="00302D64"/>
          <w:p w14:paraId="5A31A484" w14:textId="77777777" w:rsidR="00302D64" w:rsidRDefault="00000000">
            <w:pPr>
              <w:spacing w:after="20" w:line="245" w:lineRule="auto"/>
            </w:pPr>
            <w:r>
              <w:rPr>
                <w:b/>
                <w:color w:val="000000"/>
                <w:sz w:val="17"/>
              </w:rPr>
              <w:t>1. URA</w:t>
            </w:r>
          </w:p>
          <w:p w14:paraId="3D814A9F" w14:textId="77777777" w:rsidR="00302D64" w:rsidRDefault="00000000">
            <w:pPr>
              <w:spacing w:after="40" w:line="245" w:lineRule="auto"/>
            </w:pPr>
            <w:r>
              <w:rPr>
                <w:color w:val="000000"/>
                <w:sz w:val="16"/>
              </w:rPr>
              <w:t>Zberejo po en varen naravni predmet ali naredijo skico ter poimenujejo opaženo spremembo.</w:t>
            </w:r>
          </w:p>
          <w:p w14:paraId="24189A78" w14:textId="77777777" w:rsidR="00302D64" w:rsidRDefault="00000000">
            <w:pPr>
              <w:spacing w:line="245" w:lineRule="auto"/>
            </w:pPr>
            <w:r>
              <w:rPr>
                <w:b/>
                <w:color w:val="D95BC6"/>
                <w:sz w:val="16"/>
              </w:rPr>
              <w:t>DOKAZ</w:t>
            </w:r>
          </w:p>
          <w:p w14:paraId="5EEAA5DD" w14:textId="77777777" w:rsidR="00302D64" w:rsidRDefault="00000000">
            <w:pPr>
              <w:spacing w:after="60" w:line="245" w:lineRule="auto"/>
            </w:pPr>
            <w:r>
              <w:rPr>
                <w:color w:val="D95BC6"/>
                <w:sz w:val="16"/>
              </w:rPr>
              <w:t>skica ali predmet z ustno razlago</w:t>
            </w:r>
          </w:p>
          <w:p w14:paraId="6AE9F8EF" w14:textId="77777777" w:rsidR="00302D64" w:rsidRDefault="00000000">
            <w:pPr>
              <w:spacing w:after="20" w:line="245" w:lineRule="auto"/>
            </w:pPr>
            <w:r>
              <w:rPr>
                <w:b/>
                <w:color w:val="000000"/>
                <w:sz w:val="17"/>
              </w:rPr>
              <w:t>2. URA</w:t>
            </w:r>
          </w:p>
          <w:p w14:paraId="2CFFC703" w14:textId="77777777" w:rsidR="00302D64" w:rsidRDefault="00000000">
            <w:pPr>
              <w:spacing w:after="40" w:line="245" w:lineRule="auto"/>
            </w:pPr>
            <w:r>
              <w:rPr>
                <w:color w:val="000000"/>
                <w:sz w:val="16"/>
              </w:rPr>
              <w:t>Razvrstijo po lastnem kriteriju, kriterij povedo in primerjajo dve skupini.</w:t>
            </w:r>
          </w:p>
          <w:p w14:paraId="6B827E00" w14:textId="77777777" w:rsidR="00302D64" w:rsidRDefault="00000000">
            <w:pPr>
              <w:spacing w:line="245" w:lineRule="auto"/>
            </w:pPr>
            <w:r>
              <w:rPr>
                <w:b/>
                <w:color w:val="D95BC6"/>
                <w:sz w:val="16"/>
              </w:rPr>
              <w:t>DOKAZ</w:t>
            </w:r>
          </w:p>
          <w:p w14:paraId="0828C3E2" w14:textId="77777777" w:rsidR="00302D64" w:rsidRDefault="00000000">
            <w:pPr>
              <w:spacing w:after="60" w:line="245" w:lineRule="auto"/>
            </w:pPr>
            <w:r>
              <w:rPr>
                <w:color w:val="D95BC6"/>
                <w:sz w:val="16"/>
              </w:rPr>
              <w:t>razvrstitev z razloženim kriterijem</w:t>
            </w:r>
          </w:p>
          <w:p w14:paraId="1EEF6E93" w14:textId="77777777" w:rsidR="00302D64" w:rsidRDefault="00000000">
            <w:pPr>
              <w:spacing w:after="20" w:line="245" w:lineRule="auto"/>
            </w:pPr>
            <w:r>
              <w:rPr>
                <w:b/>
                <w:color w:val="000000"/>
                <w:sz w:val="17"/>
              </w:rPr>
              <w:t>3. URA</w:t>
            </w:r>
          </w:p>
          <w:p w14:paraId="6271BD17" w14:textId="77777777" w:rsidR="00302D64" w:rsidRDefault="00000000">
            <w:pPr>
              <w:spacing w:after="40" w:line="245" w:lineRule="auto"/>
            </w:pPr>
            <w:r>
              <w:rPr>
                <w:color w:val="000000"/>
                <w:sz w:val="16"/>
              </w:rPr>
              <w:t>Izberejo simbol, ga postavijo v razredni koledar in oblikujejo poved o vremenu.</w:t>
            </w:r>
          </w:p>
          <w:p w14:paraId="40700455" w14:textId="77777777" w:rsidR="00302D64" w:rsidRDefault="00000000">
            <w:pPr>
              <w:spacing w:line="245" w:lineRule="auto"/>
            </w:pPr>
            <w:r>
              <w:rPr>
                <w:b/>
                <w:color w:val="D95BC6"/>
                <w:sz w:val="16"/>
              </w:rPr>
              <w:t>DOKAZ</w:t>
            </w:r>
          </w:p>
          <w:p w14:paraId="2462F6B7" w14:textId="77777777" w:rsidR="00302D64" w:rsidRDefault="00000000">
            <w:pPr>
              <w:spacing w:after="60" w:line="245" w:lineRule="auto"/>
            </w:pPr>
            <w:r>
              <w:rPr>
                <w:color w:val="D95BC6"/>
                <w:sz w:val="16"/>
              </w:rPr>
              <w:t>začetni zapis vremenskega koledarja</w:t>
            </w:r>
          </w:p>
        </w:tc>
      </w:tr>
    </w:tbl>
    <w:p w14:paraId="1A595E8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754395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8C8B0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BF7765" w14:textId="77777777" w:rsidR="00302D64" w:rsidRDefault="00000000">
            <w:pPr>
              <w:jc w:val="center"/>
            </w:pPr>
            <w:r>
              <w:rPr>
                <w:b/>
                <w:color w:val="000000"/>
                <w:sz w:val="20"/>
              </w:rPr>
              <w:t>UČNE DEJAVNOSTI, METODE IN FORMATIVNO SPREMLJANJE</w:t>
            </w:r>
          </w:p>
        </w:tc>
      </w:tr>
      <w:tr w:rsidR="00302D64" w14:paraId="52818D96" w14:textId="77777777">
        <w:trPr>
          <w:tblHeader/>
          <w:jc w:val="center"/>
        </w:trPr>
        <w:tc>
          <w:tcPr>
            <w:tcW w:w="4422" w:type="dxa"/>
            <w:vMerge/>
            <w:tcMar>
              <w:top w:w="70" w:type="dxa"/>
              <w:left w:w="90" w:type="dxa"/>
              <w:bottom w:w="70" w:type="dxa"/>
              <w:right w:w="90" w:type="dxa"/>
            </w:tcMar>
            <w:vAlign w:val="center"/>
          </w:tcPr>
          <w:p w14:paraId="05282AFA" w14:textId="77777777" w:rsidR="00302D64" w:rsidRDefault="00302D64"/>
        </w:tc>
        <w:tc>
          <w:tcPr>
            <w:tcW w:w="7087" w:type="dxa"/>
            <w:shd w:val="clear" w:color="auto" w:fill="FFFFFF"/>
            <w:tcMar>
              <w:top w:w="70" w:type="dxa"/>
              <w:left w:w="90" w:type="dxa"/>
              <w:bottom w:w="70" w:type="dxa"/>
              <w:right w:w="90" w:type="dxa"/>
            </w:tcMar>
            <w:vAlign w:val="center"/>
          </w:tcPr>
          <w:p w14:paraId="71057C0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A74161F" w14:textId="77777777" w:rsidR="00302D64" w:rsidRDefault="00000000">
            <w:pPr>
              <w:jc w:val="center"/>
            </w:pPr>
            <w:r>
              <w:rPr>
                <w:b/>
                <w:color w:val="000000"/>
              </w:rPr>
              <w:t>UČENEC</w:t>
            </w:r>
          </w:p>
        </w:tc>
      </w:tr>
      <w:tr w:rsidR="00302D64" w14:paraId="38BB9C6B" w14:textId="77777777">
        <w:trPr>
          <w:jc w:val="center"/>
        </w:trPr>
        <w:tc>
          <w:tcPr>
            <w:tcW w:w="4422" w:type="dxa"/>
            <w:tcMar>
              <w:top w:w="70" w:type="dxa"/>
              <w:left w:w="90" w:type="dxa"/>
              <w:bottom w:w="70" w:type="dxa"/>
              <w:right w:w="90" w:type="dxa"/>
            </w:tcMar>
          </w:tcPr>
          <w:p w14:paraId="4F2183BD" w14:textId="77777777" w:rsidR="00302D64" w:rsidRDefault="00302D64"/>
          <w:p w14:paraId="53C7D81B" w14:textId="77777777" w:rsidR="00302D64" w:rsidRDefault="00000000">
            <w:pPr>
              <w:spacing w:after="40" w:line="245" w:lineRule="auto"/>
            </w:pPr>
            <w:r>
              <w:rPr>
                <w:b/>
                <w:color w:val="000000"/>
              </w:rPr>
              <w:t>FORMATIVNO SPREMLJANJE</w:t>
            </w:r>
          </w:p>
          <w:p w14:paraId="34BA539C" w14:textId="77777777" w:rsidR="00302D64" w:rsidRDefault="00000000">
            <w:pPr>
              <w:pStyle w:val="Oznaenseznam"/>
              <w:spacing w:after="16"/>
            </w:pPr>
            <w:r>
              <w:rPr>
                <w:color w:val="000000"/>
                <w:sz w:val="16"/>
              </w:rPr>
              <w:t>predznanje: začetni odgovor, razvrstitev ali prikaz</w:t>
            </w:r>
          </w:p>
          <w:p w14:paraId="6B264C4E" w14:textId="77777777" w:rsidR="00302D64" w:rsidRDefault="00000000">
            <w:pPr>
              <w:pStyle w:val="Oznaenseznam"/>
              <w:spacing w:after="16"/>
            </w:pPr>
            <w:r>
              <w:rPr>
                <w:color w:val="000000"/>
                <w:sz w:val="16"/>
              </w:rPr>
              <w:t>dokazi med učenjem: izvedba, skica, model, opazovalni zapis ali razlaga</w:t>
            </w:r>
          </w:p>
          <w:p w14:paraId="374A34DD" w14:textId="77777777" w:rsidR="00302D64" w:rsidRDefault="00000000">
            <w:pPr>
              <w:pStyle w:val="Oznaenseznam"/>
              <w:spacing w:after="16"/>
            </w:pPr>
            <w:r>
              <w:rPr>
                <w:color w:val="000000"/>
                <w:sz w:val="16"/>
              </w:rPr>
              <w:t>povratna informacija: konkretna, vezana na kriterij in usmerjena v naslednji korak</w:t>
            </w:r>
          </w:p>
          <w:p w14:paraId="34DAC4BF" w14:textId="77777777" w:rsidR="00302D64" w:rsidRDefault="00000000">
            <w:pPr>
              <w:pStyle w:val="Oznaenseznam"/>
              <w:spacing w:after="16"/>
            </w:pPr>
            <w:r>
              <w:rPr>
                <w:color w:val="000000"/>
                <w:sz w:val="16"/>
              </w:rPr>
              <w:t>samovrednotenje: semafor, prsti, izbrani simbol ali kratka poved</w:t>
            </w:r>
          </w:p>
          <w:p w14:paraId="47BAB1A5" w14:textId="77777777" w:rsidR="00302D64" w:rsidRDefault="00000000">
            <w:pPr>
              <w:spacing w:before="40" w:after="20" w:line="245" w:lineRule="auto"/>
            </w:pPr>
            <w:r>
              <w:rPr>
                <w:b/>
                <w:color w:val="000000"/>
              </w:rPr>
              <w:t>VARNOST IN ODGOVORNOST</w:t>
            </w:r>
          </w:p>
          <w:p w14:paraId="603DF41C" w14:textId="77777777" w:rsidR="00302D64" w:rsidRDefault="00000000">
            <w:pPr>
              <w:spacing w:after="60" w:line="245" w:lineRule="auto"/>
            </w:pPr>
            <w:r>
              <w:rPr>
                <w:color w:val="000000"/>
                <w:sz w:val="16"/>
              </w:rPr>
              <w:t>Upošteva dogovorjena pravila varnega, spoštljivega in odgovornega dela.</w:t>
            </w:r>
          </w:p>
          <w:p w14:paraId="43CAC8F6" w14:textId="77777777" w:rsidR="00302D64" w:rsidRDefault="00000000">
            <w:pPr>
              <w:spacing w:after="20" w:line="245" w:lineRule="auto"/>
            </w:pPr>
            <w:r>
              <w:rPr>
                <w:b/>
                <w:color w:val="000000"/>
              </w:rPr>
              <w:t>EVIDENCA PO IZVEDBI</w:t>
            </w:r>
          </w:p>
          <w:p w14:paraId="558C69B2"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06BFB3D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EB75C05" w14:textId="77777777">
              <w:trPr>
                <w:jc w:val="center"/>
              </w:trPr>
              <w:tc>
                <w:tcPr>
                  <w:tcW w:w="7087" w:type="dxa"/>
                  <w:shd w:val="clear" w:color="auto" w:fill="EDC9EA"/>
                  <w:tcMar>
                    <w:top w:w="45" w:type="dxa"/>
                    <w:left w:w="70" w:type="dxa"/>
                    <w:bottom w:w="45" w:type="dxa"/>
                    <w:right w:w="70" w:type="dxa"/>
                  </w:tcMar>
                </w:tcPr>
                <w:p w14:paraId="0362572F" w14:textId="77777777" w:rsidR="00302D64" w:rsidRDefault="00000000">
                  <w:pPr>
                    <w:keepNext/>
                  </w:pPr>
                  <w:r>
                    <w:rPr>
                      <w:b/>
                      <w:color w:val="000000"/>
                    </w:rPr>
                    <w:t>VPRAŠANJA V PODPORO UČENJU</w:t>
                  </w:r>
                </w:p>
              </w:tc>
            </w:tr>
          </w:tbl>
          <w:p w14:paraId="0B5223A1" w14:textId="77777777" w:rsidR="00302D64" w:rsidRDefault="00302D64">
            <w:pPr>
              <w:spacing w:line="20" w:lineRule="exact"/>
            </w:pPr>
          </w:p>
          <w:p w14:paraId="692D9C0C" w14:textId="77777777" w:rsidR="00302D64" w:rsidRDefault="00000000">
            <w:pPr>
              <w:pStyle w:val="Oznaenseznam"/>
              <w:spacing w:after="16"/>
            </w:pPr>
            <w:r>
              <w:rPr>
                <w:color w:val="000000"/>
                <w:sz w:val="16"/>
              </w:rPr>
              <w:t>Kaj si opazil/-a in kateri dokaz to pokaže?</w:t>
            </w:r>
          </w:p>
          <w:p w14:paraId="15C859EB" w14:textId="77777777" w:rsidR="00302D64" w:rsidRDefault="00000000">
            <w:pPr>
              <w:pStyle w:val="Oznaenseznam"/>
              <w:spacing w:after="16"/>
            </w:pPr>
            <w:r>
              <w:rPr>
                <w:color w:val="000000"/>
                <w:sz w:val="16"/>
              </w:rPr>
              <w:t>Kako si prišel/-la do svoje odločitve?</w:t>
            </w:r>
          </w:p>
          <w:p w14:paraId="422E52E1" w14:textId="77777777" w:rsidR="00302D64" w:rsidRDefault="00000000">
            <w:pPr>
              <w:pStyle w:val="Oznaenseznam"/>
              <w:spacing w:after="16"/>
            </w:pPr>
            <w:r>
              <w:rPr>
                <w:color w:val="000000"/>
                <w:sz w:val="16"/>
              </w:rPr>
              <w:t>Kaj si pri ponovnem poskusu ohranil/-a enako in kaj spremenil/-a?</w:t>
            </w:r>
          </w:p>
          <w:p w14:paraId="062E58A9" w14:textId="77777777" w:rsidR="00302D64" w:rsidRDefault="00000000">
            <w:pPr>
              <w:pStyle w:val="Oznaenseznam"/>
              <w:spacing w:after="16"/>
            </w:pPr>
            <w:r>
              <w:rPr>
                <w:color w:val="000000"/>
                <w:sz w:val="16"/>
              </w:rPr>
              <w:t>Kateri kriterij že dosegaš? Kaj bo tvoj naslednji korak?</w:t>
            </w:r>
          </w:p>
          <w:p w14:paraId="3B0BF37B"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16FC6D96" w14:textId="77777777">
              <w:trPr>
                <w:jc w:val="center"/>
              </w:trPr>
              <w:tc>
                <w:tcPr>
                  <w:tcW w:w="7087" w:type="dxa"/>
                  <w:shd w:val="clear" w:color="auto" w:fill="C6E7F3"/>
                  <w:tcMar>
                    <w:top w:w="45" w:type="dxa"/>
                    <w:left w:w="70" w:type="dxa"/>
                    <w:bottom w:w="45" w:type="dxa"/>
                    <w:right w:w="70" w:type="dxa"/>
                  </w:tcMar>
                </w:tcPr>
                <w:p w14:paraId="54889657" w14:textId="77777777" w:rsidR="00302D64" w:rsidRDefault="00000000">
                  <w:pPr>
                    <w:keepNext/>
                  </w:pPr>
                  <w:r>
                    <w:rPr>
                      <w:b/>
                      <w:color w:val="000000"/>
                    </w:rPr>
                    <w:t>ZAKLJUČNI DEL – UTRJEVANJE IN REFLEKSIJA (10–15 min)</w:t>
                  </w:r>
                </w:p>
              </w:tc>
            </w:tr>
          </w:tbl>
          <w:p w14:paraId="6D04CF22" w14:textId="77777777" w:rsidR="00302D64" w:rsidRDefault="00302D64">
            <w:pPr>
              <w:spacing w:line="20" w:lineRule="exact"/>
            </w:pPr>
          </w:p>
          <w:p w14:paraId="6C8B3BAB"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89FE47E" w14:textId="77777777">
              <w:trPr>
                <w:jc w:val="center"/>
              </w:trPr>
              <w:tc>
                <w:tcPr>
                  <w:tcW w:w="7087" w:type="dxa"/>
                  <w:shd w:val="clear" w:color="auto" w:fill="EDC9EA"/>
                  <w:tcMar>
                    <w:top w:w="45" w:type="dxa"/>
                    <w:left w:w="70" w:type="dxa"/>
                    <w:bottom w:w="45" w:type="dxa"/>
                    <w:right w:w="70" w:type="dxa"/>
                  </w:tcMar>
                </w:tcPr>
                <w:p w14:paraId="347CF3C0" w14:textId="77777777" w:rsidR="00302D64" w:rsidRDefault="00000000">
                  <w:pPr>
                    <w:keepNext/>
                  </w:pPr>
                  <w:r>
                    <w:rPr>
                      <w:b/>
                      <w:color w:val="000000"/>
                    </w:rPr>
                    <w:t>SAMOVREDNOTENJE</w:t>
                  </w:r>
                </w:p>
              </w:tc>
            </w:tr>
          </w:tbl>
          <w:p w14:paraId="690D8425" w14:textId="77777777" w:rsidR="00302D64" w:rsidRDefault="00302D64">
            <w:pPr>
              <w:spacing w:line="20" w:lineRule="exact"/>
            </w:pPr>
          </w:p>
          <w:p w14:paraId="46937F7E"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3D6EC2A5" w14:textId="77777777">
              <w:trPr>
                <w:jc w:val="center"/>
              </w:trPr>
              <w:tc>
                <w:tcPr>
                  <w:tcW w:w="7087" w:type="dxa"/>
                  <w:shd w:val="clear" w:color="auto" w:fill="EDC9EA"/>
                  <w:tcMar>
                    <w:top w:w="45" w:type="dxa"/>
                    <w:left w:w="70" w:type="dxa"/>
                    <w:bottom w:w="45" w:type="dxa"/>
                    <w:right w:w="70" w:type="dxa"/>
                  </w:tcMar>
                </w:tcPr>
                <w:p w14:paraId="238EEEE0" w14:textId="77777777" w:rsidR="00302D64" w:rsidRDefault="00000000">
                  <w:pPr>
                    <w:keepNext/>
                  </w:pPr>
                  <w:r>
                    <w:rPr>
                      <w:b/>
                      <w:color w:val="000000"/>
                    </w:rPr>
                    <w:t>VRSTNIŠKO VREDNOTENJE</w:t>
                  </w:r>
                </w:p>
              </w:tc>
            </w:tr>
          </w:tbl>
          <w:p w14:paraId="5D2E016A" w14:textId="77777777" w:rsidR="00302D64" w:rsidRDefault="00302D64">
            <w:pPr>
              <w:spacing w:line="20" w:lineRule="exact"/>
            </w:pPr>
          </w:p>
          <w:p w14:paraId="48F938AB"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3E800F0D" w14:textId="77777777">
              <w:trPr>
                <w:jc w:val="center"/>
              </w:trPr>
              <w:tc>
                <w:tcPr>
                  <w:tcW w:w="7087" w:type="dxa"/>
                  <w:shd w:val="clear" w:color="auto" w:fill="EDC9EA"/>
                  <w:tcMar>
                    <w:top w:w="45" w:type="dxa"/>
                    <w:left w:w="70" w:type="dxa"/>
                    <w:bottom w:w="45" w:type="dxa"/>
                    <w:right w:w="70" w:type="dxa"/>
                  </w:tcMar>
                </w:tcPr>
                <w:p w14:paraId="1BFFC6F3" w14:textId="77777777" w:rsidR="00302D64" w:rsidRDefault="00000000">
                  <w:pPr>
                    <w:keepNext/>
                  </w:pPr>
                  <w:r>
                    <w:rPr>
                      <w:b/>
                      <w:color w:val="000000"/>
                    </w:rPr>
                    <w:t>SKUPNI POVZETEK</w:t>
                  </w:r>
                </w:p>
              </w:tc>
            </w:tr>
          </w:tbl>
          <w:p w14:paraId="51CE3718" w14:textId="77777777" w:rsidR="00302D64" w:rsidRDefault="00302D64"/>
          <w:p w14:paraId="6F247798" w14:textId="77777777" w:rsidR="00302D64" w:rsidRDefault="00000000">
            <w:pPr>
              <w:spacing w:before="20" w:after="40" w:line="245" w:lineRule="auto"/>
            </w:pPr>
            <w:r>
              <w:rPr>
                <w:b/>
                <w:color w:val="000000"/>
                <w:sz w:val="17"/>
              </w:rPr>
              <w:t>Jesen prepoznam po spremembah vremena, svetlobe, rastlin in živali ter opažanja beležim s simbolom ali skico.</w:t>
            </w:r>
          </w:p>
        </w:tc>
        <w:tc>
          <w:tcPr>
            <w:tcW w:w="2551" w:type="dxa"/>
            <w:tcMar>
              <w:top w:w="70" w:type="dxa"/>
              <w:left w:w="90" w:type="dxa"/>
              <w:bottom w:w="70" w:type="dxa"/>
              <w:right w:w="90" w:type="dxa"/>
            </w:tcMar>
          </w:tcPr>
          <w:p w14:paraId="650D074A" w14:textId="77777777" w:rsidR="00302D64" w:rsidRDefault="00302D64"/>
          <w:p w14:paraId="3FDD9280" w14:textId="77777777" w:rsidR="00302D64" w:rsidRDefault="00000000">
            <w:pPr>
              <w:spacing w:after="100" w:line="245" w:lineRule="auto"/>
            </w:pPr>
            <w:r>
              <w:rPr>
                <w:color w:val="000000"/>
                <w:sz w:val="16"/>
              </w:rPr>
              <w:t>Odgovarja na podporna vprašanja in se sklicuje na svoj dokaz.</w:t>
            </w:r>
          </w:p>
          <w:p w14:paraId="324A1291" w14:textId="77777777" w:rsidR="00302D64" w:rsidRDefault="00000000">
            <w:pPr>
              <w:spacing w:after="100" w:line="245" w:lineRule="auto"/>
            </w:pPr>
            <w:r>
              <w:rPr>
                <w:color w:val="000000"/>
                <w:sz w:val="16"/>
              </w:rPr>
              <w:t>Primerja začetno zamisel z ugotovitvijo ter pove ali pokaže, kaj se je naučil/-a.</w:t>
            </w:r>
          </w:p>
          <w:p w14:paraId="5EB704E3" w14:textId="77777777" w:rsidR="00302D64" w:rsidRDefault="00000000">
            <w:pPr>
              <w:spacing w:after="100" w:line="245" w:lineRule="auto"/>
            </w:pPr>
            <w:r>
              <w:rPr>
                <w:color w:val="000000"/>
                <w:sz w:val="16"/>
              </w:rPr>
              <w:t>Izbere raven doseganja in določi naslednji korak.</w:t>
            </w:r>
          </w:p>
          <w:p w14:paraId="2E436BDB" w14:textId="77777777" w:rsidR="00302D64" w:rsidRDefault="00000000">
            <w:pPr>
              <w:spacing w:after="100" w:line="245" w:lineRule="auto"/>
            </w:pPr>
            <w:r>
              <w:rPr>
                <w:color w:val="000000"/>
                <w:sz w:val="16"/>
              </w:rPr>
              <w:t>Sošolcu poda prijazen, konkreten odziv.</w:t>
            </w:r>
          </w:p>
          <w:p w14:paraId="6B8D7FE8" w14:textId="77777777" w:rsidR="00302D64" w:rsidRDefault="00000000">
            <w:pPr>
              <w:spacing w:after="20" w:line="245" w:lineRule="auto"/>
            </w:pPr>
            <w:r>
              <w:rPr>
                <w:b/>
                <w:color w:val="D95BC6"/>
                <w:sz w:val="17"/>
              </w:rPr>
              <w:t>DOKAZ O UČENJU</w:t>
            </w:r>
          </w:p>
          <w:p w14:paraId="2E70CED5" w14:textId="77777777" w:rsidR="00302D64" w:rsidRDefault="00000000">
            <w:pPr>
              <w:spacing w:after="30" w:line="245" w:lineRule="auto"/>
            </w:pPr>
            <w:r>
              <w:rPr>
                <w:color w:val="D95BC6"/>
                <w:sz w:val="16"/>
              </w:rPr>
              <w:t>izvedba ali izdelek, razlaga, samovrednotenje in odziv na povratno informacijo</w:t>
            </w:r>
          </w:p>
        </w:tc>
      </w:tr>
    </w:tbl>
    <w:p w14:paraId="106C82F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470806F0" w14:textId="77777777">
        <w:trPr>
          <w:cantSplit/>
          <w:jc w:val="center"/>
        </w:trPr>
        <w:tc>
          <w:tcPr>
            <w:tcW w:w="14060" w:type="dxa"/>
            <w:gridSpan w:val="6"/>
            <w:tcMar>
              <w:top w:w="70" w:type="dxa"/>
              <w:left w:w="90" w:type="dxa"/>
              <w:bottom w:w="70" w:type="dxa"/>
              <w:right w:w="90" w:type="dxa"/>
            </w:tcMar>
            <w:vAlign w:val="center"/>
          </w:tcPr>
          <w:p w14:paraId="2DE86218" w14:textId="77777777" w:rsidR="00302D64" w:rsidRDefault="00000000">
            <w:pPr>
              <w:jc w:val="center"/>
            </w:pPr>
            <w:r>
              <w:rPr>
                <w:b/>
                <w:color w:val="000000"/>
                <w:sz w:val="24"/>
              </w:rPr>
              <w:lastRenderedPageBreak/>
              <w:t>UČNA PRIPRAVA 10/39</w:t>
            </w:r>
          </w:p>
        </w:tc>
      </w:tr>
      <w:tr w:rsidR="00302D64" w14:paraId="5A61ACE7" w14:textId="77777777">
        <w:trPr>
          <w:jc w:val="center"/>
        </w:trPr>
        <w:tc>
          <w:tcPr>
            <w:tcW w:w="2665" w:type="dxa"/>
            <w:tcMar>
              <w:top w:w="70" w:type="dxa"/>
              <w:left w:w="90" w:type="dxa"/>
              <w:bottom w:w="70" w:type="dxa"/>
              <w:right w:w="90" w:type="dxa"/>
            </w:tcMar>
            <w:vAlign w:val="center"/>
          </w:tcPr>
          <w:p w14:paraId="19FF0553"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77BF659"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9A6B330"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B34FFC5" w14:textId="77777777" w:rsidR="00302D64" w:rsidRDefault="00000000">
            <w:r>
              <w:rPr>
                <w:b/>
                <w:color w:val="000000"/>
                <w:sz w:val="16"/>
              </w:rPr>
              <w:t xml:space="preserve">NAČRTOVANI TERMIN: </w:t>
            </w:r>
            <w:r>
              <w:rPr>
                <w:color w:val="000000"/>
                <w:sz w:val="16"/>
              </w:rPr>
              <w:t>10. teden • 9.–13. 11. 2026</w:t>
            </w:r>
          </w:p>
        </w:tc>
        <w:tc>
          <w:tcPr>
            <w:tcW w:w="2268" w:type="dxa"/>
            <w:tcMar>
              <w:top w:w="70" w:type="dxa"/>
              <w:left w:w="90" w:type="dxa"/>
              <w:bottom w:w="70" w:type="dxa"/>
              <w:right w:w="90" w:type="dxa"/>
            </w:tcMar>
            <w:vAlign w:val="center"/>
          </w:tcPr>
          <w:p w14:paraId="2B44FF69"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10726A1" w14:textId="77777777" w:rsidR="00302D64" w:rsidRDefault="00000000">
            <w:r>
              <w:rPr>
                <w:b/>
                <w:color w:val="000000"/>
                <w:sz w:val="16"/>
              </w:rPr>
              <w:t xml:space="preserve">ŠTEVILO UR: </w:t>
            </w:r>
            <w:r>
              <w:rPr>
                <w:color w:val="000000"/>
                <w:sz w:val="16"/>
              </w:rPr>
              <w:t>3</w:t>
            </w:r>
          </w:p>
        </w:tc>
      </w:tr>
      <w:tr w:rsidR="00302D64" w14:paraId="6F8176D7" w14:textId="77777777">
        <w:trPr>
          <w:jc w:val="center"/>
        </w:trPr>
        <w:tc>
          <w:tcPr>
            <w:tcW w:w="14061" w:type="dxa"/>
            <w:gridSpan w:val="6"/>
            <w:tcMar>
              <w:top w:w="70" w:type="dxa"/>
              <w:left w:w="90" w:type="dxa"/>
              <w:bottom w:w="70" w:type="dxa"/>
              <w:right w:w="90" w:type="dxa"/>
            </w:tcMar>
            <w:vAlign w:val="center"/>
          </w:tcPr>
          <w:p w14:paraId="7032FF85" w14:textId="77777777" w:rsidR="00302D64" w:rsidRDefault="00000000">
            <w:r>
              <w:t>TIP UČNE URE: obravnava, izkušenjsko raziskovanje, učenje po postajah, utrjevanje in formativno spremljanje</w:t>
            </w:r>
          </w:p>
        </w:tc>
      </w:tr>
      <w:tr w:rsidR="00302D64" w14:paraId="422DBCC6" w14:textId="77777777">
        <w:trPr>
          <w:cantSplit/>
          <w:jc w:val="center"/>
        </w:trPr>
        <w:tc>
          <w:tcPr>
            <w:tcW w:w="14060" w:type="dxa"/>
            <w:gridSpan w:val="6"/>
            <w:tcMar>
              <w:top w:w="70" w:type="dxa"/>
              <w:left w:w="90" w:type="dxa"/>
              <w:bottom w:w="70" w:type="dxa"/>
              <w:right w:w="90" w:type="dxa"/>
            </w:tcMar>
            <w:vAlign w:val="center"/>
          </w:tcPr>
          <w:p w14:paraId="54B91B1A" w14:textId="77777777" w:rsidR="00302D64" w:rsidRDefault="00302D64"/>
          <w:p w14:paraId="5C519E2B" w14:textId="77777777" w:rsidR="00302D64" w:rsidRDefault="00000000">
            <w:pPr>
              <w:spacing w:line="245" w:lineRule="auto"/>
            </w:pPr>
            <w:r>
              <w:rPr>
                <w:b/>
                <w:color w:val="000000"/>
                <w:sz w:val="17"/>
              </w:rPr>
              <w:t xml:space="preserve">UČNI SKLOP: </w:t>
            </w:r>
            <w:r>
              <w:rPr>
                <w:color w:val="000000"/>
                <w:sz w:val="17"/>
              </w:rPr>
              <w:t>JESEN, SNOVI IN ŽIVA BITJA</w:t>
            </w:r>
          </w:p>
        </w:tc>
      </w:tr>
      <w:tr w:rsidR="00302D64" w14:paraId="11FB3187" w14:textId="77777777">
        <w:trPr>
          <w:cantSplit/>
          <w:jc w:val="center"/>
        </w:trPr>
        <w:tc>
          <w:tcPr>
            <w:tcW w:w="14060" w:type="dxa"/>
            <w:gridSpan w:val="6"/>
            <w:tcMar>
              <w:top w:w="70" w:type="dxa"/>
              <w:left w:w="90" w:type="dxa"/>
              <w:bottom w:w="70" w:type="dxa"/>
              <w:right w:w="90" w:type="dxa"/>
            </w:tcMar>
            <w:vAlign w:val="center"/>
          </w:tcPr>
          <w:p w14:paraId="6FAFDA02" w14:textId="77777777" w:rsidR="00302D64" w:rsidRDefault="00302D64"/>
          <w:p w14:paraId="484B7603" w14:textId="77777777" w:rsidR="00302D64" w:rsidRDefault="00000000">
            <w:pPr>
              <w:spacing w:line="245" w:lineRule="auto"/>
            </w:pPr>
            <w:r>
              <w:rPr>
                <w:b/>
                <w:color w:val="000000"/>
                <w:sz w:val="17"/>
              </w:rPr>
              <w:t xml:space="preserve">UČNA TEMA: </w:t>
            </w:r>
            <w:r>
              <w:rPr>
                <w:color w:val="000000"/>
                <w:sz w:val="17"/>
              </w:rPr>
              <w:t>ŽIVO IN NEŽIVO</w:t>
            </w:r>
          </w:p>
        </w:tc>
      </w:tr>
      <w:tr w:rsidR="00302D64" w14:paraId="1604942B" w14:textId="77777777">
        <w:trPr>
          <w:cantSplit/>
          <w:jc w:val="center"/>
        </w:trPr>
        <w:tc>
          <w:tcPr>
            <w:tcW w:w="14060" w:type="dxa"/>
            <w:gridSpan w:val="6"/>
            <w:tcMar>
              <w:top w:w="70" w:type="dxa"/>
              <w:left w:w="90" w:type="dxa"/>
              <w:bottom w:w="70" w:type="dxa"/>
              <w:right w:w="90" w:type="dxa"/>
            </w:tcMar>
            <w:vAlign w:val="center"/>
          </w:tcPr>
          <w:p w14:paraId="6CA7B2C0" w14:textId="77777777" w:rsidR="00302D64" w:rsidRDefault="00302D64"/>
          <w:p w14:paraId="78815E1E" w14:textId="77777777" w:rsidR="00302D64" w:rsidRDefault="00000000">
            <w:pPr>
              <w:spacing w:line="245" w:lineRule="auto"/>
            </w:pPr>
            <w:r>
              <w:rPr>
                <w:b/>
                <w:color w:val="000000"/>
                <w:sz w:val="17"/>
              </w:rPr>
              <w:t xml:space="preserve">KNJIŽEVNO IZHODIŠČE IN MOTIV: </w:t>
            </w:r>
            <w:r>
              <w:rPr>
                <w:color w:val="000000"/>
                <w:sz w:val="17"/>
              </w:rPr>
              <w:t>»Zakaj?« – Lila Prap • radovednost, vprašanja ter raziskovanje živali in rastlin</w:t>
            </w:r>
          </w:p>
        </w:tc>
      </w:tr>
      <w:tr w:rsidR="00302D64" w14:paraId="3696612D" w14:textId="77777777">
        <w:trPr>
          <w:cantSplit/>
          <w:jc w:val="center"/>
        </w:trPr>
        <w:tc>
          <w:tcPr>
            <w:tcW w:w="14060" w:type="dxa"/>
            <w:gridSpan w:val="6"/>
            <w:tcMar>
              <w:top w:w="70" w:type="dxa"/>
              <w:left w:w="90" w:type="dxa"/>
              <w:bottom w:w="70" w:type="dxa"/>
              <w:right w:w="90" w:type="dxa"/>
            </w:tcMar>
            <w:vAlign w:val="center"/>
          </w:tcPr>
          <w:p w14:paraId="48B5056B" w14:textId="77777777" w:rsidR="00302D64" w:rsidRDefault="00302D64"/>
          <w:p w14:paraId="639DC4DE" w14:textId="77777777" w:rsidR="00302D64" w:rsidRDefault="00000000">
            <w:pPr>
              <w:spacing w:line="245" w:lineRule="auto"/>
            </w:pPr>
            <w:r>
              <w:rPr>
                <w:b/>
                <w:color w:val="000000"/>
                <w:sz w:val="17"/>
              </w:rPr>
              <w:t xml:space="preserve">UČNE ENOTE: </w:t>
            </w:r>
            <w:r>
              <w:rPr>
                <w:color w:val="000000"/>
                <w:sz w:val="17"/>
              </w:rPr>
              <w:t>1. ura – Živo, neživo ali nekoč živo • 2. ura – Postaje potreb • 3. ura – Muzej raziskovalnih vprašanj</w:t>
            </w:r>
          </w:p>
        </w:tc>
      </w:tr>
      <w:tr w:rsidR="00302D64" w14:paraId="3702E7C9" w14:textId="77777777">
        <w:trPr>
          <w:cantSplit/>
          <w:jc w:val="center"/>
        </w:trPr>
        <w:tc>
          <w:tcPr>
            <w:tcW w:w="14060" w:type="dxa"/>
            <w:gridSpan w:val="6"/>
            <w:tcMar>
              <w:top w:w="70" w:type="dxa"/>
              <w:left w:w="90" w:type="dxa"/>
              <w:bottom w:w="70" w:type="dxa"/>
              <w:right w:w="90" w:type="dxa"/>
            </w:tcMar>
            <w:vAlign w:val="center"/>
          </w:tcPr>
          <w:p w14:paraId="421ABDBC" w14:textId="77777777" w:rsidR="00302D64" w:rsidRDefault="00302D64"/>
          <w:p w14:paraId="16EDAC97"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565AC4BA" w14:textId="77777777">
        <w:trPr>
          <w:cantSplit/>
          <w:jc w:val="center"/>
        </w:trPr>
        <w:tc>
          <w:tcPr>
            <w:tcW w:w="14060" w:type="dxa"/>
            <w:gridSpan w:val="6"/>
            <w:tcMar>
              <w:top w:w="70" w:type="dxa"/>
              <w:left w:w="90" w:type="dxa"/>
              <w:bottom w:w="70" w:type="dxa"/>
              <w:right w:w="90" w:type="dxa"/>
            </w:tcMar>
            <w:vAlign w:val="center"/>
          </w:tcPr>
          <w:p w14:paraId="0582D613" w14:textId="77777777" w:rsidR="00302D64" w:rsidRDefault="00302D64"/>
          <w:p w14:paraId="075B5865"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48E660F7" w14:textId="77777777">
        <w:trPr>
          <w:cantSplit/>
          <w:jc w:val="center"/>
        </w:trPr>
        <w:tc>
          <w:tcPr>
            <w:tcW w:w="14060" w:type="dxa"/>
            <w:gridSpan w:val="6"/>
            <w:tcMar>
              <w:top w:w="70" w:type="dxa"/>
              <w:left w:w="90" w:type="dxa"/>
              <w:bottom w:w="70" w:type="dxa"/>
              <w:right w:w="90" w:type="dxa"/>
            </w:tcMar>
            <w:vAlign w:val="center"/>
          </w:tcPr>
          <w:p w14:paraId="7339E996" w14:textId="77777777" w:rsidR="00302D64" w:rsidRDefault="00302D64"/>
          <w:p w14:paraId="0FC30D6A"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31A0D730" w14:textId="77777777">
        <w:trPr>
          <w:cantSplit/>
          <w:jc w:val="center"/>
        </w:trPr>
        <w:tc>
          <w:tcPr>
            <w:tcW w:w="14060" w:type="dxa"/>
            <w:gridSpan w:val="6"/>
            <w:tcMar>
              <w:top w:w="70" w:type="dxa"/>
              <w:left w:w="90" w:type="dxa"/>
              <w:bottom w:w="70" w:type="dxa"/>
              <w:right w:w="90" w:type="dxa"/>
            </w:tcMar>
            <w:vAlign w:val="center"/>
          </w:tcPr>
          <w:p w14:paraId="4922CC2E" w14:textId="77777777" w:rsidR="00302D64" w:rsidRDefault="00302D64"/>
          <w:p w14:paraId="56FFE27E" w14:textId="77777777" w:rsidR="00302D64" w:rsidRDefault="00000000">
            <w:pPr>
              <w:spacing w:line="245" w:lineRule="auto"/>
            </w:pPr>
            <w:r>
              <w:rPr>
                <w:b/>
                <w:color w:val="000000"/>
                <w:sz w:val="17"/>
              </w:rPr>
              <w:t xml:space="preserve">MEDPREDMETNE POVEZAVE: </w:t>
            </w:r>
            <w:r>
              <w:rPr>
                <w:color w:val="000000"/>
                <w:sz w:val="17"/>
              </w:rPr>
              <w:t>SLJ – tvorjenje vprašanj; MAT – razvrščanje; LUM – muzejska oznaka; ŠPO – gibalno ponazarjanje potreb</w:t>
            </w:r>
          </w:p>
        </w:tc>
      </w:tr>
      <w:tr w:rsidR="00302D64" w14:paraId="26DDA3EE" w14:textId="77777777">
        <w:trPr>
          <w:cantSplit/>
          <w:jc w:val="center"/>
        </w:trPr>
        <w:tc>
          <w:tcPr>
            <w:tcW w:w="14060" w:type="dxa"/>
            <w:gridSpan w:val="6"/>
            <w:tcMar>
              <w:top w:w="70" w:type="dxa"/>
              <w:left w:w="90" w:type="dxa"/>
              <w:bottom w:w="70" w:type="dxa"/>
              <w:right w:w="90" w:type="dxa"/>
            </w:tcMar>
            <w:vAlign w:val="center"/>
          </w:tcPr>
          <w:p w14:paraId="026C16FF" w14:textId="77777777" w:rsidR="00302D64" w:rsidRDefault="00302D64"/>
          <w:p w14:paraId="07BADDDA" w14:textId="77777777" w:rsidR="00302D64" w:rsidRDefault="00000000">
            <w:pPr>
              <w:spacing w:line="245" w:lineRule="auto"/>
            </w:pPr>
            <w:r>
              <w:rPr>
                <w:b/>
                <w:color w:val="000000"/>
                <w:sz w:val="17"/>
              </w:rPr>
              <w:t xml:space="preserve">UČNA SREDSTVA IN PRIPOMOČKI: </w:t>
            </w:r>
            <w:r>
              <w:rPr>
                <w:color w:val="000000"/>
                <w:sz w:val="17"/>
              </w:rPr>
              <w:t>Zakaj?, skrivnostna škatla, naravni in izdelani predmeti, slike organizmov, kartice značilnosti in potreb, vprašaji, povečevalna stekla</w:t>
            </w:r>
          </w:p>
        </w:tc>
      </w:tr>
      <w:tr w:rsidR="00302D64" w14:paraId="1204C301" w14:textId="77777777">
        <w:trPr>
          <w:cantSplit/>
          <w:jc w:val="center"/>
        </w:trPr>
        <w:tc>
          <w:tcPr>
            <w:tcW w:w="14060" w:type="dxa"/>
            <w:gridSpan w:val="6"/>
            <w:tcMar>
              <w:top w:w="70" w:type="dxa"/>
              <w:left w:w="90" w:type="dxa"/>
              <w:bottom w:w="70" w:type="dxa"/>
              <w:right w:w="90" w:type="dxa"/>
            </w:tcMar>
            <w:vAlign w:val="center"/>
          </w:tcPr>
          <w:p w14:paraId="1FE6A09E" w14:textId="77777777" w:rsidR="00302D64" w:rsidRDefault="00302D64"/>
          <w:p w14:paraId="6DAC9CB5"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738F6419" w14:textId="77777777">
        <w:trPr>
          <w:cantSplit/>
          <w:jc w:val="center"/>
        </w:trPr>
        <w:tc>
          <w:tcPr>
            <w:tcW w:w="14060" w:type="dxa"/>
            <w:gridSpan w:val="6"/>
            <w:tcMar>
              <w:top w:w="70" w:type="dxa"/>
              <w:left w:w="90" w:type="dxa"/>
              <w:bottom w:w="70" w:type="dxa"/>
              <w:right w:w="90" w:type="dxa"/>
            </w:tcMar>
            <w:vAlign w:val="center"/>
          </w:tcPr>
          <w:p w14:paraId="5BB9C72B" w14:textId="77777777" w:rsidR="00302D64" w:rsidRDefault="00302D64"/>
          <w:p w14:paraId="011A933E"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38091E40" w14:textId="77777777">
        <w:trPr>
          <w:cantSplit/>
          <w:jc w:val="center"/>
        </w:trPr>
        <w:tc>
          <w:tcPr>
            <w:tcW w:w="14060" w:type="dxa"/>
            <w:gridSpan w:val="6"/>
            <w:tcMar>
              <w:top w:w="70" w:type="dxa"/>
              <w:left w:w="90" w:type="dxa"/>
              <w:bottom w:w="70" w:type="dxa"/>
              <w:right w:w="90" w:type="dxa"/>
            </w:tcMar>
            <w:vAlign w:val="center"/>
          </w:tcPr>
          <w:p w14:paraId="5F000439" w14:textId="77777777" w:rsidR="00302D64" w:rsidRDefault="00302D64"/>
          <w:p w14:paraId="1EAEEEBA"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50DA5E6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DA69AE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65925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7AC7238" w14:textId="77777777" w:rsidR="00302D64" w:rsidRDefault="00000000">
            <w:pPr>
              <w:jc w:val="center"/>
            </w:pPr>
            <w:r>
              <w:rPr>
                <w:b/>
                <w:color w:val="000000"/>
                <w:sz w:val="20"/>
              </w:rPr>
              <w:t>UČNE DEJAVNOSTI, METODE IN FORMATIVNO SPREMLJANJE</w:t>
            </w:r>
          </w:p>
        </w:tc>
      </w:tr>
      <w:tr w:rsidR="00302D64" w14:paraId="53399DC1" w14:textId="77777777">
        <w:trPr>
          <w:tblHeader/>
          <w:jc w:val="center"/>
        </w:trPr>
        <w:tc>
          <w:tcPr>
            <w:tcW w:w="4422" w:type="dxa"/>
            <w:vMerge/>
            <w:tcMar>
              <w:top w:w="70" w:type="dxa"/>
              <w:left w:w="90" w:type="dxa"/>
              <w:bottom w:w="70" w:type="dxa"/>
              <w:right w:w="90" w:type="dxa"/>
            </w:tcMar>
            <w:vAlign w:val="center"/>
          </w:tcPr>
          <w:p w14:paraId="1B921BA4" w14:textId="77777777" w:rsidR="00302D64" w:rsidRDefault="00302D64"/>
        </w:tc>
        <w:tc>
          <w:tcPr>
            <w:tcW w:w="7087" w:type="dxa"/>
            <w:shd w:val="clear" w:color="auto" w:fill="FFFFFF"/>
            <w:tcMar>
              <w:top w:w="70" w:type="dxa"/>
              <w:left w:w="90" w:type="dxa"/>
              <w:bottom w:w="70" w:type="dxa"/>
              <w:right w:w="90" w:type="dxa"/>
            </w:tcMar>
            <w:vAlign w:val="center"/>
          </w:tcPr>
          <w:p w14:paraId="4F3B1621"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8CCC8A1" w14:textId="77777777" w:rsidR="00302D64" w:rsidRDefault="00000000">
            <w:pPr>
              <w:jc w:val="center"/>
            </w:pPr>
            <w:r>
              <w:rPr>
                <w:b/>
                <w:color w:val="000000"/>
              </w:rPr>
              <w:t>UČENEC</w:t>
            </w:r>
          </w:p>
        </w:tc>
      </w:tr>
      <w:tr w:rsidR="00302D64" w14:paraId="2A38CE98" w14:textId="77777777">
        <w:trPr>
          <w:jc w:val="center"/>
        </w:trPr>
        <w:tc>
          <w:tcPr>
            <w:tcW w:w="4422" w:type="dxa"/>
            <w:tcMar>
              <w:top w:w="70" w:type="dxa"/>
              <w:left w:w="90" w:type="dxa"/>
              <w:bottom w:w="70" w:type="dxa"/>
              <w:right w:w="90" w:type="dxa"/>
            </w:tcMar>
          </w:tcPr>
          <w:p w14:paraId="6465EA13" w14:textId="77777777" w:rsidR="00302D64" w:rsidRDefault="00302D64"/>
          <w:p w14:paraId="34D1C97F" w14:textId="77777777" w:rsidR="00302D64" w:rsidRDefault="00000000">
            <w:pPr>
              <w:spacing w:after="60" w:line="245" w:lineRule="auto"/>
            </w:pPr>
            <w:r>
              <w:rPr>
                <w:b/>
                <w:color w:val="000000"/>
              </w:rPr>
              <w:t>UČNI CILJI</w:t>
            </w:r>
          </w:p>
          <w:p w14:paraId="6F2BEADF" w14:textId="77777777" w:rsidR="00302D64" w:rsidRDefault="00000000">
            <w:pPr>
              <w:spacing w:after="20" w:line="245" w:lineRule="auto"/>
            </w:pPr>
            <w:r>
              <w:rPr>
                <w:b/>
                <w:color w:val="000000"/>
                <w:sz w:val="17"/>
              </w:rPr>
              <w:t>SPLOŠNI</w:t>
            </w:r>
          </w:p>
          <w:p w14:paraId="02DE4FC5" w14:textId="77777777" w:rsidR="00302D64" w:rsidRDefault="00000000">
            <w:pPr>
              <w:pStyle w:val="Oznaenseznam"/>
              <w:spacing w:after="16"/>
            </w:pPr>
            <w:r>
              <w:rPr>
                <w:color w:val="000000"/>
                <w:sz w:val="16"/>
              </w:rPr>
              <w:t>razvija radovednost ter sistematično opazuje, primerja, razvršča in sporoča ugotovitve</w:t>
            </w:r>
          </w:p>
          <w:p w14:paraId="25A6FBA1" w14:textId="77777777" w:rsidR="00302D64" w:rsidRDefault="00000000">
            <w:pPr>
              <w:pStyle w:val="Oznaenseznam"/>
              <w:spacing w:after="16"/>
            </w:pPr>
            <w:r>
              <w:rPr>
                <w:color w:val="000000"/>
                <w:sz w:val="16"/>
              </w:rPr>
              <w:t>sodeluje, posluša druge in svoja opažanja izraža na razvojno primeren način</w:t>
            </w:r>
          </w:p>
          <w:p w14:paraId="121018C6" w14:textId="77777777" w:rsidR="00302D64" w:rsidRDefault="00000000">
            <w:pPr>
              <w:pStyle w:val="Oznaenseznam"/>
              <w:spacing w:after="16"/>
            </w:pPr>
            <w:r>
              <w:rPr>
                <w:color w:val="000000"/>
                <w:sz w:val="16"/>
              </w:rPr>
              <w:t>ravna varno, odgovorno in skrbno do sebe, drugih ter okolja</w:t>
            </w:r>
          </w:p>
          <w:p w14:paraId="0E9320C6" w14:textId="77777777" w:rsidR="00302D64" w:rsidRDefault="00000000">
            <w:pPr>
              <w:pStyle w:val="Oznaenseznam"/>
              <w:spacing w:after="16"/>
            </w:pPr>
            <w:r>
              <w:rPr>
                <w:color w:val="000000"/>
                <w:sz w:val="16"/>
              </w:rPr>
              <w:t>ob kriterijih spremlja svoje učenje in sprejema opisno povratno informacijo</w:t>
            </w:r>
          </w:p>
          <w:p w14:paraId="3D5D124A" w14:textId="77777777" w:rsidR="00302D64" w:rsidRDefault="00000000">
            <w:pPr>
              <w:spacing w:before="40" w:after="20" w:line="245" w:lineRule="auto"/>
            </w:pPr>
            <w:r>
              <w:rPr>
                <w:b/>
                <w:color w:val="000000"/>
                <w:sz w:val="17"/>
              </w:rPr>
              <w:t>OPERATIVNI</w:t>
            </w:r>
          </w:p>
          <w:p w14:paraId="369369DD" w14:textId="77777777" w:rsidR="00302D64" w:rsidRDefault="00000000">
            <w:pPr>
              <w:pStyle w:val="Oznaenseznam"/>
              <w:spacing w:after="16"/>
            </w:pPr>
            <w:r>
              <w:rPr>
                <w:color w:val="000000"/>
                <w:sz w:val="16"/>
              </w:rPr>
              <w:t>razlikuje živa bitja od nežive narave</w:t>
            </w:r>
          </w:p>
          <w:p w14:paraId="505119FA" w14:textId="77777777" w:rsidR="00302D64" w:rsidRDefault="00000000">
            <w:pPr>
              <w:pStyle w:val="Oznaenseznam"/>
              <w:spacing w:after="16"/>
            </w:pPr>
            <w:r>
              <w:rPr>
                <w:color w:val="000000"/>
                <w:sz w:val="16"/>
              </w:rPr>
              <w:t>pojasni osnovne potrebe živih bitij</w:t>
            </w:r>
          </w:p>
          <w:p w14:paraId="525E6BBA" w14:textId="77777777" w:rsidR="00302D64" w:rsidRDefault="00000000">
            <w:pPr>
              <w:pStyle w:val="Oznaenseznam"/>
              <w:spacing w:after="16"/>
            </w:pPr>
            <w:r>
              <w:rPr>
                <w:color w:val="000000"/>
                <w:sz w:val="16"/>
              </w:rPr>
              <w:t>razvršča primere</w:t>
            </w:r>
          </w:p>
          <w:p w14:paraId="0B57AB98" w14:textId="77777777" w:rsidR="00302D64" w:rsidRDefault="00000000">
            <w:pPr>
              <w:spacing w:before="40" w:after="20" w:line="245" w:lineRule="auto"/>
            </w:pPr>
            <w:r>
              <w:rPr>
                <w:b/>
                <w:color w:val="000000"/>
                <w:sz w:val="17"/>
              </w:rPr>
              <w:t>PRIČAKOVANI DOSEŽKI / STANDARDI</w:t>
            </w:r>
          </w:p>
          <w:p w14:paraId="3D5EA4B6" w14:textId="77777777" w:rsidR="00302D64" w:rsidRDefault="00000000">
            <w:pPr>
              <w:pStyle w:val="Oznaenseznam"/>
              <w:spacing w:after="16"/>
            </w:pPr>
            <w:r>
              <w:rPr>
                <w:color w:val="000000"/>
                <w:sz w:val="16"/>
              </w:rPr>
              <w:t>ob konkretni ali slikovni opori razlikuje živa bitja od nežive narave</w:t>
            </w:r>
          </w:p>
          <w:p w14:paraId="72E1A052" w14:textId="77777777" w:rsidR="00302D64" w:rsidRDefault="00000000">
            <w:pPr>
              <w:pStyle w:val="Oznaenseznam"/>
              <w:spacing w:after="16"/>
            </w:pPr>
            <w:r>
              <w:rPr>
                <w:color w:val="000000"/>
                <w:sz w:val="16"/>
              </w:rPr>
              <w:t>ob konkretni ali slikovni opori pojasni osnovne potrebe živih bitij</w:t>
            </w:r>
          </w:p>
          <w:p w14:paraId="54D0718F" w14:textId="77777777" w:rsidR="00302D64" w:rsidRDefault="00000000">
            <w:pPr>
              <w:pStyle w:val="Oznaenseznam"/>
              <w:spacing w:after="16"/>
            </w:pPr>
            <w:r>
              <w:rPr>
                <w:color w:val="000000"/>
                <w:sz w:val="16"/>
              </w:rPr>
              <w:t>ob konkretni ali slikovni opori razvršča primere</w:t>
            </w:r>
          </w:p>
        </w:tc>
        <w:tc>
          <w:tcPr>
            <w:tcW w:w="7087" w:type="dxa"/>
            <w:tcMar>
              <w:top w:w="70" w:type="dxa"/>
              <w:left w:w="90" w:type="dxa"/>
              <w:bottom w:w="70" w:type="dxa"/>
              <w:right w:w="90" w:type="dxa"/>
            </w:tcMar>
          </w:tcPr>
          <w:p w14:paraId="5BA159E2"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283620A" w14:textId="77777777">
              <w:trPr>
                <w:jc w:val="center"/>
              </w:trPr>
              <w:tc>
                <w:tcPr>
                  <w:tcW w:w="7087" w:type="dxa"/>
                  <w:shd w:val="clear" w:color="auto" w:fill="C6E7F3"/>
                  <w:tcMar>
                    <w:top w:w="45" w:type="dxa"/>
                    <w:left w:w="70" w:type="dxa"/>
                    <w:bottom w:w="45" w:type="dxa"/>
                    <w:right w:w="70" w:type="dxa"/>
                  </w:tcMar>
                </w:tcPr>
                <w:p w14:paraId="58021242" w14:textId="77777777" w:rsidR="00302D64" w:rsidRDefault="00000000">
                  <w:pPr>
                    <w:keepNext/>
                  </w:pPr>
                  <w:r>
                    <w:rPr>
                      <w:b/>
                      <w:color w:val="000000"/>
                    </w:rPr>
                    <w:t>UVODNI DEL – motivacija, aktivacija predznanja in namen učenja (15–20 min)</w:t>
                  </w:r>
                </w:p>
              </w:tc>
            </w:tr>
          </w:tbl>
          <w:p w14:paraId="65550155" w14:textId="77777777" w:rsidR="00302D64" w:rsidRDefault="00302D64">
            <w:pPr>
              <w:spacing w:line="20" w:lineRule="exact"/>
            </w:pPr>
          </w:p>
          <w:p w14:paraId="092102B5" w14:textId="77777777" w:rsidR="00302D64" w:rsidRDefault="00000000">
            <w:pPr>
              <w:spacing w:before="40" w:after="60" w:line="245" w:lineRule="auto"/>
            </w:pPr>
            <w:r>
              <w:rPr>
                <w:color w:val="000000"/>
                <w:sz w:val="17"/>
              </w:rPr>
              <w:t>Iz skrivnostne škatle prihajajo predmeti in slike. Učenci pri vsakem vprašajo »Zakaj mislim, da je to živo ali neživo?« ter utemeljitev začasno označijo z vprašajem.</w:t>
            </w:r>
          </w:p>
          <w:tbl>
            <w:tblPr>
              <w:tblStyle w:val="Tabelamrea"/>
              <w:tblW w:w="0" w:type="auto"/>
              <w:jc w:val="center"/>
              <w:tblLayout w:type="fixed"/>
              <w:tblLook w:val="04A0" w:firstRow="1" w:lastRow="0" w:firstColumn="1" w:lastColumn="0" w:noHBand="0" w:noVBand="1"/>
            </w:tblPr>
            <w:tblGrid>
              <w:gridCol w:w="7087"/>
            </w:tblGrid>
            <w:tr w:rsidR="00302D64" w14:paraId="69ED7A79" w14:textId="77777777">
              <w:trPr>
                <w:jc w:val="center"/>
              </w:trPr>
              <w:tc>
                <w:tcPr>
                  <w:tcW w:w="7087" w:type="dxa"/>
                  <w:shd w:val="clear" w:color="auto" w:fill="EDC9EA"/>
                  <w:tcMar>
                    <w:top w:w="45" w:type="dxa"/>
                    <w:left w:w="70" w:type="dxa"/>
                    <w:bottom w:w="45" w:type="dxa"/>
                    <w:right w:w="70" w:type="dxa"/>
                  </w:tcMar>
                </w:tcPr>
                <w:p w14:paraId="527191A6" w14:textId="77777777" w:rsidR="00302D64" w:rsidRDefault="00000000">
                  <w:pPr>
                    <w:keepNext/>
                  </w:pPr>
                  <w:r>
                    <w:rPr>
                      <w:b/>
                      <w:color w:val="000000"/>
                    </w:rPr>
                    <w:t>NAMENI UČENJA</w:t>
                  </w:r>
                </w:p>
              </w:tc>
            </w:tr>
          </w:tbl>
          <w:p w14:paraId="568066BF" w14:textId="77777777" w:rsidR="00302D64" w:rsidRDefault="00302D64">
            <w:pPr>
              <w:spacing w:line="20" w:lineRule="exact"/>
            </w:pPr>
          </w:p>
          <w:p w14:paraId="16F291B8" w14:textId="77777777" w:rsidR="00302D64" w:rsidRDefault="00000000">
            <w:pPr>
              <w:spacing w:before="20" w:after="20" w:line="245" w:lineRule="auto"/>
            </w:pPr>
            <w:r>
              <w:rPr>
                <w:color w:val="000000"/>
                <w:sz w:val="16"/>
              </w:rPr>
              <w:t>Učimo se zato, da bomo lažje razumeli in odgovorno uporabili znanje v vsakdanjih situacijah.</w:t>
            </w:r>
          </w:p>
          <w:p w14:paraId="72CCFBA2" w14:textId="77777777" w:rsidR="00302D64" w:rsidRDefault="00000000">
            <w:pPr>
              <w:pStyle w:val="Oznaenseznam"/>
              <w:spacing w:after="16"/>
            </w:pPr>
            <w:r>
              <w:rPr>
                <w:color w:val="000000"/>
                <w:sz w:val="16"/>
              </w:rPr>
              <w:t>razlikujem živa bitja od nežive narave</w:t>
            </w:r>
          </w:p>
          <w:p w14:paraId="3CDE741B" w14:textId="77777777" w:rsidR="00302D64" w:rsidRDefault="00000000">
            <w:pPr>
              <w:pStyle w:val="Oznaenseznam"/>
              <w:spacing w:after="16"/>
            </w:pPr>
            <w:r>
              <w:rPr>
                <w:color w:val="000000"/>
                <w:sz w:val="16"/>
              </w:rPr>
              <w:t>pojasnim osnovne potrebe živih bitij</w:t>
            </w:r>
          </w:p>
          <w:p w14:paraId="3D190C32" w14:textId="77777777" w:rsidR="00302D64" w:rsidRDefault="00000000">
            <w:pPr>
              <w:pStyle w:val="Oznaenseznam"/>
              <w:spacing w:after="16"/>
            </w:pPr>
            <w:r>
              <w:rPr>
                <w:color w:val="000000"/>
                <w:sz w:val="16"/>
              </w:rPr>
              <w:t>razvrščam primere</w:t>
            </w:r>
          </w:p>
          <w:tbl>
            <w:tblPr>
              <w:tblStyle w:val="Tabelamrea"/>
              <w:tblW w:w="0" w:type="auto"/>
              <w:jc w:val="center"/>
              <w:tblLayout w:type="fixed"/>
              <w:tblLook w:val="04A0" w:firstRow="1" w:lastRow="0" w:firstColumn="1" w:lastColumn="0" w:noHBand="0" w:noVBand="1"/>
            </w:tblPr>
            <w:tblGrid>
              <w:gridCol w:w="7087"/>
            </w:tblGrid>
            <w:tr w:rsidR="00302D64" w14:paraId="60D0BE7E" w14:textId="77777777">
              <w:trPr>
                <w:jc w:val="center"/>
              </w:trPr>
              <w:tc>
                <w:tcPr>
                  <w:tcW w:w="7087" w:type="dxa"/>
                  <w:shd w:val="clear" w:color="auto" w:fill="EDC9EA"/>
                  <w:tcMar>
                    <w:top w:w="45" w:type="dxa"/>
                    <w:left w:w="70" w:type="dxa"/>
                    <w:bottom w:w="45" w:type="dxa"/>
                    <w:right w:w="70" w:type="dxa"/>
                  </w:tcMar>
                </w:tcPr>
                <w:p w14:paraId="04F5B295" w14:textId="77777777" w:rsidR="00302D64" w:rsidRDefault="00000000">
                  <w:pPr>
                    <w:keepNext/>
                  </w:pPr>
                  <w:r>
                    <w:rPr>
                      <w:b/>
                      <w:color w:val="000000"/>
                    </w:rPr>
                    <w:t>PREVERJANJE PREDZNANJA</w:t>
                  </w:r>
                </w:p>
              </w:tc>
            </w:tr>
          </w:tbl>
          <w:p w14:paraId="4328C2BD" w14:textId="77777777" w:rsidR="00302D64" w:rsidRDefault="00302D64">
            <w:pPr>
              <w:spacing w:line="20" w:lineRule="exact"/>
            </w:pPr>
          </w:p>
          <w:p w14:paraId="0DC393C5" w14:textId="77777777" w:rsidR="00302D64" w:rsidRDefault="00000000">
            <w:pPr>
              <w:pStyle w:val="Oznaenseznam"/>
              <w:spacing w:after="16"/>
            </w:pPr>
            <w:r>
              <w:rPr>
                <w:color w:val="000000"/>
                <w:sz w:val="16"/>
              </w:rPr>
              <w:t>Kaj imajo vsa živa bitja skupnega?</w:t>
            </w:r>
          </w:p>
          <w:p w14:paraId="2308AE81" w14:textId="77777777" w:rsidR="00302D64" w:rsidRDefault="00000000">
            <w:pPr>
              <w:pStyle w:val="Oznaenseznam"/>
              <w:spacing w:after="16"/>
            </w:pPr>
            <w:r>
              <w:rPr>
                <w:color w:val="000000"/>
                <w:sz w:val="16"/>
              </w:rPr>
              <w:t>Ali je bilo nekaj, kar je zdaj neživo, lahko nekoč del živega bitja?</w:t>
            </w:r>
          </w:p>
          <w:p w14:paraId="1F1B5EB6"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2BFA6AF3" w14:textId="77777777">
              <w:trPr>
                <w:jc w:val="center"/>
              </w:trPr>
              <w:tc>
                <w:tcPr>
                  <w:tcW w:w="7087" w:type="dxa"/>
                  <w:shd w:val="clear" w:color="auto" w:fill="EDC9EA"/>
                  <w:tcMar>
                    <w:top w:w="45" w:type="dxa"/>
                    <w:left w:w="70" w:type="dxa"/>
                    <w:bottom w:w="45" w:type="dxa"/>
                    <w:right w:w="70" w:type="dxa"/>
                  </w:tcMar>
                </w:tcPr>
                <w:p w14:paraId="780D2968" w14:textId="77777777" w:rsidR="00302D64" w:rsidRDefault="00000000">
                  <w:pPr>
                    <w:keepNext/>
                  </w:pPr>
                  <w:r>
                    <w:rPr>
                      <w:b/>
                      <w:color w:val="000000"/>
                    </w:rPr>
                    <w:t>KRITERIJI USPEŠNOSTI</w:t>
                  </w:r>
                </w:p>
              </w:tc>
            </w:tr>
          </w:tbl>
          <w:p w14:paraId="40E5C2F8" w14:textId="77777777" w:rsidR="00302D64" w:rsidRDefault="00302D64"/>
          <w:p w14:paraId="49758400" w14:textId="77777777" w:rsidR="00302D64" w:rsidRDefault="00000000">
            <w:pPr>
              <w:spacing w:before="20" w:after="20" w:line="245" w:lineRule="auto"/>
            </w:pPr>
            <w:r>
              <w:rPr>
                <w:b/>
                <w:color w:val="000000"/>
                <w:sz w:val="16"/>
              </w:rPr>
              <w:t>Uspešen/-na bom, ko:</w:t>
            </w:r>
          </w:p>
          <w:p w14:paraId="3C55E105" w14:textId="77777777" w:rsidR="00302D64" w:rsidRDefault="00000000">
            <w:pPr>
              <w:pStyle w:val="Oznaenseznam"/>
              <w:spacing w:after="16"/>
            </w:pPr>
            <w:r>
              <w:rPr>
                <w:color w:val="000000"/>
                <w:sz w:val="16"/>
              </w:rPr>
              <w:t>razlikujem živa bitja od nežive narave</w:t>
            </w:r>
          </w:p>
          <w:p w14:paraId="45A661AB" w14:textId="77777777" w:rsidR="00302D64" w:rsidRDefault="00000000">
            <w:pPr>
              <w:pStyle w:val="Oznaenseznam"/>
              <w:spacing w:after="16"/>
            </w:pPr>
            <w:r>
              <w:rPr>
                <w:color w:val="000000"/>
                <w:sz w:val="16"/>
              </w:rPr>
              <w:t>pojasnim osnovne potrebe živih bitij</w:t>
            </w:r>
          </w:p>
          <w:p w14:paraId="1AFDC9B2" w14:textId="77777777" w:rsidR="00302D64" w:rsidRDefault="00000000">
            <w:pPr>
              <w:pStyle w:val="Oznaenseznam"/>
              <w:spacing w:after="16"/>
            </w:pPr>
            <w:r>
              <w:rPr>
                <w:color w:val="000000"/>
                <w:sz w:val="16"/>
              </w:rPr>
              <w:t>razvrščam primere</w:t>
            </w:r>
          </w:p>
          <w:p w14:paraId="152F6CB6"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576A3AB0" w14:textId="77777777" w:rsidR="00302D64" w:rsidRDefault="00302D64"/>
          <w:p w14:paraId="215A5119" w14:textId="77777777" w:rsidR="00302D64" w:rsidRDefault="00000000">
            <w:pPr>
              <w:spacing w:after="80" w:line="245" w:lineRule="auto"/>
            </w:pPr>
            <w:r>
              <w:rPr>
                <w:color w:val="000000"/>
                <w:sz w:val="16"/>
              </w:rPr>
              <w:t>Posluša ali opazuje književno oziroma predmetno izhodišče ter se vključi z gibom, sliko ali besedo.</w:t>
            </w:r>
          </w:p>
          <w:p w14:paraId="20E5F9C9" w14:textId="77777777" w:rsidR="00302D64" w:rsidRDefault="00000000">
            <w:pPr>
              <w:spacing w:after="80" w:line="245" w:lineRule="auto"/>
            </w:pPr>
            <w:r>
              <w:rPr>
                <w:color w:val="000000"/>
                <w:sz w:val="16"/>
              </w:rPr>
              <w:t>Pove, pokaže ali nariše, kaj že ve. Posluša zamisli drugih.</w:t>
            </w:r>
          </w:p>
          <w:p w14:paraId="31AC555C" w14:textId="77777777" w:rsidR="00302D64" w:rsidRDefault="00000000">
            <w:pPr>
              <w:spacing w:after="100" w:line="245" w:lineRule="auto"/>
            </w:pPr>
            <w:r>
              <w:rPr>
                <w:color w:val="000000"/>
                <w:sz w:val="16"/>
              </w:rPr>
              <w:t>Sodeluje pri razumevanju namenov in kriterijev uspešnosti.</w:t>
            </w:r>
          </w:p>
          <w:p w14:paraId="3B536CE2" w14:textId="77777777" w:rsidR="00302D64" w:rsidRDefault="00000000">
            <w:pPr>
              <w:spacing w:after="20" w:line="245" w:lineRule="auto"/>
            </w:pPr>
            <w:r>
              <w:rPr>
                <w:b/>
                <w:color w:val="D95BC6"/>
                <w:sz w:val="17"/>
              </w:rPr>
              <w:t>DOKAZ O UČENJU</w:t>
            </w:r>
          </w:p>
          <w:p w14:paraId="0A84F85D" w14:textId="77777777" w:rsidR="00302D64" w:rsidRDefault="00000000">
            <w:pPr>
              <w:spacing w:after="30" w:line="245" w:lineRule="auto"/>
            </w:pPr>
            <w:r>
              <w:rPr>
                <w:color w:val="D95BC6"/>
                <w:sz w:val="16"/>
              </w:rPr>
              <w:t>začetna zamisel, razvrstitev, risba ali ustni odgovor</w:t>
            </w:r>
          </w:p>
        </w:tc>
      </w:tr>
    </w:tbl>
    <w:p w14:paraId="605A69A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BF6329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93C346"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AB71039" w14:textId="77777777" w:rsidR="00302D64" w:rsidRDefault="00000000">
            <w:pPr>
              <w:jc w:val="center"/>
            </w:pPr>
            <w:r>
              <w:rPr>
                <w:b/>
                <w:color w:val="000000"/>
                <w:sz w:val="20"/>
              </w:rPr>
              <w:t>UČNE DEJAVNOSTI, METODE IN FORMATIVNO SPREMLJANJE</w:t>
            </w:r>
          </w:p>
        </w:tc>
      </w:tr>
      <w:tr w:rsidR="00302D64" w14:paraId="1EA3A967" w14:textId="77777777">
        <w:trPr>
          <w:tblHeader/>
          <w:jc w:val="center"/>
        </w:trPr>
        <w:tc>
          <w:tcPr>
            <w:tcW w:w="4422" w:type="dxa"/>
            <w:vMerge/>
            <w:tcMar>
              <w:top w:w="70" w:type="dxa"/>
              <w:left w:w="90" w:type="dxa"/>
              <w:bottom w:w="70" w:type="dxa"/>
              <w:right w:w="90" w:type="dxa"/>
            </w:tcMar>
            <w:vAlign w:val="center"/>
          </w:tcPr>
          <w:p w14:paraId="5EFFF3E4" w14:textId="77777777" w:rsidR="00302D64" w:rsidRDefault="00302D64"/>
        </w:tc>
        <w:tc>
          <w:tcPr>
            <w:tcW w:w="7087" w:type="dxa"/>
            <w:shd w:val="clear" w:color="auto" w:fill="FFFFFF"/>
            <w:tcMar>
              <w:top w:w="70" w:type="dxa"/>
              <w:left w:w="90" w:type="dxa"/>
              <w:bottom w:w="70" w:type="dxa"/>
              <w:right w:w="90" w:type="dxa"/>
            </w:tcMar>
            <w:vAlign w:val="center"/>
          </w:tcPr>
          <w:p w14:paraId="1C3C69A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4AD7D10" w14:textId="77777777" w:rsidR="00302D64" w:rsidRDefault="00000000">
            <w:pPr>
              <w:jc w:val="center"/>
            </w:pPr>
            <w:r>
              <w:rPr>
                <w:b/>
                <w:color w:val="000000"/>
              </w:rPr>
              <w:t>UČENEC</w:t>
            </w:r>
          </w:p>
        </w:tc>
      </w:tr>
      <w:tr w:rsidR="00302D64" w14:paraId="13A3CDF1" w14:textId="77777777">
        <w:trPr>
          <w:jc w:val="center"/>
        </w:trPr>
        <w:tc>
          <w:tcPr>
            <w:tcW w:w="4422" w:type="dxa"/>
            <w:tcMar>
              <w:top w:w="70" w:type="dxa"/>
              <w:left w:w="90" w:type="dxa"/>
              <w:bottom w:w="70" w:type="dxa"/>
              <w:right w:w="90" w:type="dxa"/>
            </w:tcMar>
          </w:tcPr>
          <w:p w14:paraId="07A69F0D" w14:textId="77777777" w:rsidR="00302D64" w:rsidRDefault="00302D64"/>
          <w:p w14:paraId="1E3065E7" w14:textId="77777777" w:rsidR="00302D64" w:rsidRDefault="00000000">
            <w:pPr>
              <w:spacing w:after="40" w:line="245" w:lineRule="auto"/>
            </w:pPr>
            <w:r>
              <w:rPr>
                <w:b/>
                <w:color w:val="000000"/>
              </w:rPr>
              <w:t>KLJUČNI POJMI</w:t>
            </w:r>
          </w:p>
          <w:p w14:paraId="41C220E4" w14:textId="77777777" w:rsidR="00302D64" w:rsidRDefault="00000000">
            <w:pPr>
              <w:spacing w:after="80" w:line="245" w:lineRule="auto"/>
            </w:pPr>
            <w:r>
              <w:rPr>
                <w:color w:val="000000"/>
                <w:sz w:val="16"/>
              </w:rPr>
              <w:t>živo bitje, neživa narava, nekoč živo, rast, razvoj, hrana, voda, zrak, svetloba, raziskovalno vprašanje</w:t>
            </w:r>
          </w:p>
          <w:p w14:paraId="4F7499BA" w14:textId="77777777" w:rsidR="00302D64" w:rsidRDefault="00000000">
            <w:pPr>
              <w:spacing w:after="20" w:line="245" w:lineRule="auto"/>
            </w:pPr>
            <w:r>
              <w:rPr>
                <w:b/>
                <w:color w:val="000000"/>
              </w:rPr>
              <w:t>DOKAZI O UČENJU</w:t>
            </w:r>
          </w:p>
          <w:p w14:paraId="473A58AD" w14:textId="77777777" w:rsidR="00302D64" w:rsidRDefault="00000000">
            <w:pPr>
              <w:pStyle w:val="Oznaenseznam"/>
              <w:spacing w:after="16"/>
            </w:pPr>
            <w:r>
              <w:rPr>
                <w:color w:val="000000"/>
                <w:sz w:val="16"/>
              </w:rPr>
              <w:t>razvrstitev z dokazom</w:t>
            </w:r>
          </w:p>
          <w:p w14:paraId="2468B21A" w14:textId="77777777" w:rsidR="00302D64" w:rsidRDefault="00000000">
            <w:pPr>
              <w:pStyle w:val="Oznaenseznam"/>
              <w:spacing w:after="16"/>
            </w:pPr>
            <w:r>
              <w:rPr>
                <w:color w:val="000000"/>
                <w:sz w:val="16"/>
              </w:rPr>
              <w:t>pravilne povezave in razlaga</w:t>
            </w:r>
          </w:p>
          <w:p w14:paraId="5F854D56" w14:textId="77777777" w:rsidR="00302D64" w:rsidRDefault="00000000">
            <w:pPr>
              <w:pStyle w:val="Oznaenseznam"/>
              <w:spacing w:after="16"/>
            </w:pPr>
            <w:r>
              <w:rPr>
                <w:color w:val="000000"/>
                <w:sz w:val="16"/>
              </w:rPr>
              <w:t>raziskovalno vprašanje in predlog opazovanja</w:t>
            </w:r>
          </w:p>
          <w:p w14:paraId="17F4B76F" w14:textId="77777777" w:rsidR="00302D64" w:rsidRDefault="00000000">
            <w:pPr>
              <w:spacing w:before="40" w:after="20" w:line="245" w:lineRule="auto"/>
            </w:pPr>
            <w:r>
              <w:rPr>
                <w:b/>
                <w:color w:val="000000"/>
              </w:rPr>
              <w:t>MEDPREDMETNA POVEZAVA</w:t>
            </w:r>
          </w:p>
          <w:p w14:paraId="222DD2FA" w14:textId="77777777" w:rsidR="00302D64" w:rsidRDefault="00000000">
            <w:pPr>
              <w:spacing w:after="60" w:line="245" w:lineRule="auto"/>
            </w:pPr>
            <w:r>
              <w:rPr>
                <w:color w:val="000000"/>
                <w:sz w:val="16"/>
              </w:rPr>
              <w:t>SLJ – tvorjenje vprašanj; MAT – razvrščanje; LUM – muzejska oznaka; ŠPO – gibalno ponazarjanje potreb</w:t>
            </w:r>
          </w:p>
          <w:p w14:paraId="53037665" w14:textId="77777777" w:rsidR="00302D64" w:rsidRDefault="00000000">
            <w:pPr>
              <w:spacing w:after="20" w:line="245" w:lineRule="auto"/>
            </w:pPr>
            <w:r>
              <w:rPr>
                <w:b/>
                <w:color w:val="000000"/>
              </w:rPr>
              <w:t>POUČEVANJE V GIBANJU</w:t>
            </w:r>
          </w:p>
          <w:p w14:paraId="46E1D5A9"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60CE8D7C" w14:textId="77777777" w:rsidR="00302D64" w:rsidRDefault="00000000">
            <w:pPr>
              <w:spacing w:after="20" w:line="245" w:lineRule="auto"/>
            </w:pPr>
            <w:r>
              <w:rPr>
                <w:b/>
                <w:color w:val="000000"/>
              </w:rPr>
              <w:t>UČENJE PO ŠTIRIH POSTAJAH</w:t>
            </w:r>
          </w:p>
          <w:p w14:paraId="6F16A6C2"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53086313" w14:textId="77777777" w:rsidR="00302D64" w:rsidRDefault="00000000">
            <w:pPr>
              <w:spacing w:after="20" w:line="245" w:lineRule="auto"/>
            </w:pPr>
            <w:r>
              <w:rPr>
                <w:b/>
                <w:color w:val="000000"/>
              </w:rPr>
              <w:t>DIFERENCIACIJA IN VKLJUČEVANJE</w:t>
            </w:r>
          </w:p>
          <w:p w14:paraId="03CDC0D3" w14:textId="77777777" w:rsidR="00302D64" w:rsidRDefault="00000000">
            <w:pPr>
              <w:spacing w:after="60" w:line="245" w:lineRule="auto"/>
            </w:pPr>
            <w:r>
              <w:rPr>
                <w:color w:val="000000"/>
                <w:sz w:val="16"/>
              </w:rPr>
              <w:t>Uporabijo se konkretni predmeti in dvoizbirne kartice; učenec lahko dokaz pokaže; naprednejši pojasni mejni primer in predlaga preverjanje.</w:t>
            </w:r>
          </w:p>
          <w:p w14:paraId="076B07DE" w14:textId="77777777" w:rsidR="00302D64" w:rsidRDefault="00000000">
            <w:pPr>
              <w:spacing w:after="20" w:line="245" w:lineRule="auto"/>
            </w:pPr>
            <w:r>
              <w:rPr>
                <w:b/>
                <w:color w:val="000000"/>
              </w:rPr>
              <w:t>SPREMLJANJE</w:t>
            </w:r>
          </w:p>
          <w:p w14:paraId="30197F61"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D387AC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3962117" w14:textId="77777777">
              <w:trPr>
                <w:jc w:val="center"/>
              </w:trPr>
              <w:tc>
                <w:tcPr>
                  <w:tcW w:w="7087" w:type="dxa"/>
                  <w:shd w:val="clear" w:color="auto" w:fill="C6E7F3"/>
                  <w:tcMar>
                    <w:top w:w="45" w:type="dxa"/>
                    <w:left w:w="70" w:type="dxa"/>
                    <w:bottom w:w="45" w:type="dxa"/>
                    <w:right w:w="70" w:type="dxa"/>
                  </w:tcMar>
                </w:tcPr>
                <w:p w14:paraId="5ACA7277" w14:textId="77777777" w:rsidR="00302D64" w:rsidRDefault="00000000">
                  <w:pPr>
                    <w:keepNext/>
                  </w:pPr>
                  <w:r>
                    <w:t>GLAVNI DEL – IZKUŠENJSKO IN POSTAJNO UČENJE (3 šolske ure)</w:t>
                  </w:r>
                </w:p>
              </w:tc>
            </w:tr>
          </w:tbl>
          <w:p w14:paraId="51802B5F" w14:textId="77777777" w:rsidR="00302D64" w:rsidRDefault="00302D64">
            <w:pPr>
              <w:spacing w:line="20" w:lineRule="exact"/>
            </w:pPr>
          </w:p>
          <w:p w14:paraId="3D0CC84F" w14:textId="77777777" w:rsidR="00302D64" w:rsidRDefault="00000000">
            <w:pPr>
              <w:keepNext/>
              <w:spacing w:before="60" w:after="20" w:line="245" w:lineRule="auto"/>
            </w:pPr>
            <w:r>
              <w:rPr>
                <w:b/>
                <w:color w:val="000000"/>
              </w:rPr>
              <w:t>1. URA – Živo, neživo ali nekoč živo</w:t>
            </w:r>
          </w:p>
          <w:p w14:paraId="2E6D4EA6" w14:textId="77777777" w:rsidR="00302D64" w:rsidRDefault="00000000">
            <w:pPr>
              <w:spacing w:after="20" w:line="245" w:lineRule="auto"/>
            </w:pPr>
            <w:r>
              <w:rPr>
                <w:b/>
                <w:color w:val="000000"/>
                <w:sz w:val="16"/>
              </w:rPr>
              <w:t xml:space="preserve">Dejavnost učiteljice: </w:t>
            </w:r>
            <w:r>
              <w:rPr>
                <w:color w:val="000000"/>
                <w:sz w:val="16"/>
              </w:rPr>
              <w:t>Modelira razvrščanje po opazljivih značilnostih in opozori na mejne primere, kot sta les in seme.</w:t>
            </w:r>
          </w:p>
          <w:p w14:paraId="326F08E0" w14:textId="77777777" w:rsidR="00302D64" w:rsidRDefault="00000000">
            <w:pPr>
              <w:spacing w:after="20" w:line="245" w:lineRule="auto"/>
            </w:pPr>
            <w:r>
              <w:rPr>
                <w:b/>
                <w:color w:val="000000"/>
                <w:sz w:val="16"/>
              </w:rPr>
              <w:t xml:space="preserve">Dejavnost učencev: </w:t>
            </w:r>
            <w:r>
              <w:rPr>
                <w:color w:val="000000"/>
                <w:sz w:val="16"/>
              </w:rPr>
              <w:t>Predmete uvrstijo, položijo dokazno kartico in po pogovoru po potrebi spremenijo odločitev.</w:t>
            </w:r>
          </w:p>
          <w:p w14:paraId="68B459A8" w14:textId="77777777" w:rsidR="00302D64" w:rsidRDefault="00000000">
            <w:pPr>
              <w:spacing w:after="40" w:line="245" w:lineRule="auto"/>
            </w:pPr>
            <w:r>
              <w:rPr>
                <w:i/>
                <w:color w:val="D95BC6"/>
                <w:sz w:val="16"/>
              </w:rPr>
              <w:t>Predvideni dokaz: razvrstitev z dokazom.</w:t>
            </w:r>
          </w:p>
          <w:p w14:paraId="69E06B87" w14:textId="77777777" w:rsidR="00302D64" w:rsidRDefault="00000000">
            <w:pPr>
              <w:keepNext/>
              <w:spacing w:before="60" w:after="20" w:line="245" w:lineRule="auto"/>
            </w:pPr>
            <w:r>
              <w:rPr>
                <w:b/>
                <w:color w:val="000000"/>
              </w:rPr>
              <w:t>2. URA – Postaje potreb</w:t>
            </w:r>
          </w:p>
          <w:p w14:paraId="618A10A7" w14:textId="77777777" w:rsidR="00302D64" w:rsidRDefault="00000000">
            <w:pPr>
              <w:spacing w:after="20" w:line="245" w:lineRule="auto"/>
            </w:pPr>
            <w:r>
              <w:rPr>
                <w:b/>
                <w:color w:val="000000"/>
                <w:sz w:val="16"/>
              </w:rPr>
              <w:t xml:space="preserve">Dejavnost učiteljice: </w:t>
            </w:r>
            <w:r>
              <w:rPr>
                <w:color w:val="000000"/>
                <w:sz w:val="16"/>
              </w:rPr>
              <w:t>Uredi postaje hrana, voda, zrak, svetloba, prostor in zavetje s primeri rastlin, živali in človeka.</w:t>
            </w:r>
          </w:p>
          <w:p w14:paraId="08ADC51E" w14:textId="77777777" w:rsidR="00302D64" w:rsidRDefault="00000000">
            <w:pPr>
              <w:spacing w:after="20" w:line="245" w:lineRule="auto"/>
            </w:pPr>
            <w:r>
              <w:rPr>
                <w:b/>
                <w:color w:val="000000"/>
                <w:sz w:val="16"/>
              </w:rPr>
              <w:t xml:space="preserve">Dejavnost učencev: </w:t>
            </w:r>
            <w:r>
              <w:rPr>
                <w:color w:val="000000"/>
                <w:sz w:val="16"/>
              </w:rPr>
              <w:t>Povežejo živo bitje z osnovnimi potrebami ter s telesom ponazorijo, kaj se zgodi ob pomanjkanju.</w:t>
            </w:r>
          </w:p>
          <w:p w14:paraId="0D6FB956" w14:textId="77777777" w:rsidR="00302D64" w:rsidRDefault="00000000">
            <w:pPr>
              <w:spacing w:after="40" w:line="245" w:lineRule="auto"/>
            </w:pPr>
            <w:r>
              <w:rPr>
                <w:i/>
                <w:color w:val="D95BC6"/>
                <w:sz w:val="16"/>
              </w:rPr>
              <w:t>Predvideni dokaz: pravilne povezave in razlaga.</w:t>
            </w:r>
          </w:p>
          <w:p w14:paraId="1225DCE1" w14:textId="77777777" w:rsidR="00302D64" w:rsidRDefault="00000000">
            <w:pPr>
              <w:keepNext/>
              <w:spacing w:before="60" w:after="20" w:line="245" w:lineRule="auto"/>
            </w:pPr>
            <w:r>
              <w:rPr>
                <w:b/>
                <w:color w:val="000000"/>
              </w:rPr>
              <w:t>3. URA – Muzej raziskovalnih vprašanj</w:t>
            </w:r>
          </w:p>
          <w:p w14:paraId="519765E6" w14:textId="77777777" w:rsidR="00302D64" w:rsidRDefault="00000000">
            <w:pPr>
              <w:spacing w:after="20" w:line="245" w:lineRule="auto"/>
            </w:pPr>
            <w:r>
              <w:rPr>
                <w:b/>
                <w:color w:val="000000"/>
                <w:sz w:val="16"/>
              </w:rPr>
              <w:t xml:space="preserve">Dejavnost učiteljice: </w:t>
            </w:r>
            <w:r>
              <w:rPr>
                <w:color w:val="000000"/>
                <w:sz w:val="16"/>
              </w:rPr>
              <w:t>Pokaže razliko med vprašanjem, na katero lahko odgovorimo z opazovanjem, in ugibanjem.</w:t>
            </w:r>
          </w:p>
          <w:p w14:paraId="382D114E" w14:textId="77777777" w:rsidR="00302D64" w:rsidRDefault="00000000">
            <w:pPr>
              <w:spacing w:after="20" w:line="245" w:lineRule="auto"/>
            </w:pPr>
            <w:r>
              <w:rPr>
                <w:b/>
                <w:color w:val="000000"/>
                <w:sz w:val="16"/>
              </w:rPr>
              <w:t xml:space="preserve">Dejavnost učencev: </w:t>
            </w:r>
            <w:r>
              <w:rPr>
                <w:color w:val="000000"/>
                <w:sz w:val="16"/>
              </w:rPr>
              <w:t>Izberejo primer, oblikujejo vprašanje ter predlagajo, kaj bi opazovali ali primerjali.</w:t>
            </w:r>
          </w:p>
          <w:p w14:paraId="33FDB4A1" w14:textId="77777777" w:rsidR="00302D64" w:rsidRDefault="00000000">
            <w:pPr>
              <w:spacing w:after="40" w:line="245" w:lineRule="auto"/>
            </w:pPr>
            <w:r>
              <w:rPr>
                <w:i/>
                <w:color w:val="D95BC6"/>
                <w:sz w:val="16"/>
              </w:rPr>
              <w:t>Predvideni dokaz: raziskovalno vprašanje in predlog opazovanja.</w:t>
            </w:r>
          </w:p>
          <w:tbl>
            <w:tblPr>
              <w:tblStyle w:val="Tabelamrea"/>
              <w:tblW w:w="0" w:type="auto"/>
              <w:jc w:val="center"/>
              <w:tblLayout w:type="fixed"/>
              <w:tblLook w:val="04A0" w:firstRow="1" w:lastRow="0" w:firstColumn="1" w:lastColumn="0" w:noHBand="0" w:noVBand="1"/>
            </w:tblPr>
            <w:tblGrid>
              <w:gridCol w:w="7087"/>
            </w:tblGrid>
            <w:tr w:rsidR="00302D64" w14:paraId="5E7E87EC" w14:textId="77777777">
              <w:trPr>
                <w:jc w:val="center"/>
              </w:trPr>
              <w:tc>
                <w:tcPr>
                  <w:tcW w:w="7087" w:type="dxa"/>
                  <w:shd w:val="clear" w:color="auto" w:fill="EDC9EA"/>
                  <w:tcMar>
                    <w:top w:w="45" w:type="dxa"/>
                    <w:left w:w="70" w:type="dxa"/>
                    <w:bottom w:w="45" w:type="dxa"/>
                    <w:right w:w="70" w:type="dxa"/>
                  </w:tcMar>
                </w:tcPr>
                <w:p w14:paraId="27074F6B" w14:textId="77777777" w:rsidR="00302D64" w:rsidRDefault="00000000">
                  <w:pPr>
                    <w:keepNext/>
                  </w:pPr>
                  <w:r>
                    <w:rPr>
                      <w:b/>
                      <w:color w:val="000000"/>
                    </w:rPr>
                    <w:t>UČENJE PO ŠTIRIH POSTAJAH (6–8 min na postajo)</w:t>
                  </w:r>
                </w:p>
              </w:tc>
            </w:tr>
          </w:tbl>
          <w:p w14:paraId="37315096"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9ED5AE3" w14:textId="77777777" w:rsidR="00302D64" w:rsidRDefault="00000000">
            <w:pPr>
              <w:spacing w:after="20" w:line="245" w:lineRule="auto"/>
            </w:pPr>
            <w:r>
              <w:rPr>
                <w:b/>
                <w:color w:val="000000"/>
                <w:sz w:val="16"/>
              </w:rPr>
              <w:t xml:space="preserve">RAZISKOVALNA POSTAJA – Živo, neživo ali nekoč živo: </w:t>
            </w:r>
            <w:r>
              <w:rPr>
                <w:color w:val="000000"/>
                <w:sz w:val="16"/>
              </w:rPr>
              <w:t>Predmete uvrstijo, položijo dokazno kartico in po pogovoru po potrebi spremenijo odločitev.</w:t>
            </w:r>
          </w:p>
          <w:p w14:paraId="21C4B2D9" w14:textId="77777777" w:rsidR="00302D64" w:rsidRDefault="00000000">
            <w:pPr>
              <w:spacing w:after="20" w:line="245" w:lineRule="auto"/>
            </w:pPr>
            <w:r>
              <w:rPr>
                <w:b/>
                <w:color w:val="000000"/>
                <w:sz w:val="16"/>
              </w:rPr>
              <w:t xml:space="preserve">PRAKTIČNA POSTAJA – Postaje potreb: </w:t>
            </w:r>
            <w:r>
              <w:rPr>
                <w:color w:val="000000"/>
                <w:sz w:val="16"/>
              </w:rPr>
              <w:t>Povežejo živo bitje z osnovnimi potrebami ter s telesom ponazorijo, kaj se zgodi ob pomanjkanju.</w:t>
            </w:r>
          </w:p>
          <w:p w14:paraId="120DF664" w14:textId="77777777" w:rsidR="00302D64" w:rsidRDefault="00000000">
            <w:pPr>
              <w:spacing w:after="20" w:line="245" w:lineRule="auto"/>
            </w:pPr>
            <w:r>
              <w:rPr>
                <w:b/>
                <w:color w:val="000000"/>
                <w:sz w:val="16"/>
              </w:rPr>
              <w:t xml:space="preserve">GIBALNO-SODELOVALNA POSTAJA – Muzej raziskovalnih vprašanj: </w:t>
            </w:r>
            <w:r>
              <w:rPr>
                <w:color w:val="000000"/>
                <w:sz w:val="16"/>
              </w:rPr>
              <w:t>Izberejo primer, oblikujejo vprašanje ter predlagajo, kaj bi opazovali ali primerjali.</w:t>
            </w:r>
          </w:p>
          <w:p w14:paraId="3CB21FB6" w14:textId="77777777" w:rsidR="00302D64" w:rsidRDefault="00000000">
            <w:pPr>
              <w:spacing w:after="20" w:line="245" w:lineRule="auto"/>
            </w:pPr>
            <w:r>
              <w:rPr>
                <w:b/>
                <w:color w:val="000000"/>
                <w:sz w:val="16"/>
              </w:rPr>
              <w:t xml:space="preserve">POSTAJA DOKAZA IN REFLEKSIJE: </w:t>
            </w:r>
            <w:r>
              <w:rPr>
                <w:color w:val="000000"/>
                <w:sz w:val="16"/>
              </w:rPr>
              <w:t>Izberejo en dokaz (razvrstitev z dokazom, pravilne povezave in razlaga),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3841557C" w14:textId="77777777">
              <w:trPr>
                <w:jc w:val="center"/>
              </w:trPr>
              <w:tc>
                <w:tcPr>
                  <w:tcW w:w="7087" w:type="dxa"/>
                  <w:shd w:val="clear" w:color="auto" w:fill="EDC9EA"/>
                  <w:tcMar>
                    <w:top w:w="45" w:type="dxa"/>
                    <w:left w:w="70" w:type="dxa"/>
                    <w:bottom w:w="45" w:type="dxa"/>
                    <w:right w:w="70" w:type="dxa"/>
                  </w:tcMar>
                </w:tcPr>
                <w:p w14:paraId="18776A9A" w14:textId="77777777" w:rsidR="00302D64" w:rsidRDefault="00000000">
                  <w:pPr>
                    <w:keepNext/>
                  </w:pPr>
                  <w:r>
                    <w:rPr>
                      <w:b/>
                      <w:color w:val="000000"/>
                    </w:rPr>
                    <w:t>POVRATNA INFORMACIJA UČITELJICE MED DELOM</w:t>
                  </w:r>
                </w:p>
              </w:tc>
            </w:tr>
          </w:tbl>
          <w:p w14:paraId="3D795116" w14:textId="77777777" w:rsidR="00302D64" w:rsidRDefault="00302D64"/>
          <w:p w14:paraId="72288711"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7D27B5C" w14:textId="77777777" w:rsidR="00302D64" w:rsidRDefault="00302D64"/>
          <w:p w14:paraId="00D3265B" w14:textId="77777777" w:rsidR="00302D64" w:rsidRDefault="00000000">
            <w:pPr>
              <w:spacing w:after="20" w:line="245" w:lineRule="auto"/>
            </w:pPr>
            <w:r>
              <w:rPr>
                <w:b/>
                <w:color w:val="000000"/>
                <w:sz w:val="17"/>
              </w:rPr>
              <w:t>1. URA</w:t>
            </w:r>
          </w:p>
          <w:p w14:paraId="3F7331CC" w14:textId="77777777" w:rsidR="00302D64" w:rsidRDefault="00000000">
            <w:pPr>
              <w:spacing w:after="40" w:line="245" w:lineRule="auto"/>
            </w:pPr>
            <w:r>
              <w:rPr>
                <w:color w:val="000000"/>
                <w:sz w:val="16"/>
              </w:rPr>
              <w:t>Predmete uvrstijo, položijo dokazno kartico in po pogovoru po potrebi spremenijo odločitev.</w:t>
            </w:r>
          </w:p>
          <w:p w14:paraId="414A368D" w14:textId="77777777" w:rsidR="00302D64" w:rsidRDefault="00000000">
            <w:pPr>
              <w:spacing w:line="245" w:lineRule="auto"/>
            </w:pPr>
            <w:r>
              <w:rPr>
                <w:b/>
                <w:color w:val="D95BC6"/>
                <w:sz w:val="16"/>
              </w:rPr>
              <w:t>DOKAZ</w:t>
            </w:r>
          </w:p>
          <w:p w14:paraId="571BA38D" w14:textId="77777777" w:rsidR="00302D64" w:rsidRDefault="00000000">
            <w:pPr>
              <w:spacing w:after="60" w:line="245" w:lineRule="auto"/>
            </w:pPr>
            <w:r>
              <w:rPr>
                <w:color w:val="D95BC6"/>
                <w:sz w:val="16"/>
              </w:rPr>
              <w:t>razvrstitev z dokazom</w:t>
            </w:r>
          </w:p>
          <w:p w14:paraId="5A5E3A61" w14:textId="77777777" w:rsidR="00302D64" w:rsidRDefault="00000000">
            <w:pPr>
              <w:spacing w:after="20" w:line="245" w:lineRule="auto"/>
            </w:pPr>
            <w:r>
              <w:rPr>
                <w:b/>
                <w:color w:val="000000"/>
                <w:sz w:val="17"/>
              </w:rPr>
              <w:t>2. URA</w:t>
            </w:r>
          </w:p>
          <w:p w14:paraId="6BF27320" w14:textId="77777777" w:rsidR="00302D64" w:rsidRDefault="00000000">
            <w:pPr>
              <w:spacing w:after="40" w:line="245" w:lineRule="auto"/>
            </w:pPr>
            <w:r>
              <w:rPr>
                <w:color w:val="000000"/>
                <w:sz w:val="16"/>
              </w:rPr>
              <w:t>Povežejo živo bitje z osnovnimi potrebami ter s telesom ponazorijo, kaj se zgodi ob pomanjkanju.</w:t>
            </w:r>
          </w:p>
          <w:p w14:paraId="4F37954D" w14:textId="77777777" w:rsidR="00302D64" w:rsidRDefault="00000000">
            <w:pPr>
              <w:spacing w:line="245" w:lineRule="auto"/>
            </w:pPr>
            <w:r>
              <w:rPr>
                <w:b/>
                <w:color w:val="D95BC6"/>
                <w:sz w:val="16"/>
              </w:rPr>
              <w:t>DOKAZ</w:t>
            </w:r>
          </w:p>
          <w:p w14:paraId="22677C6C" w14:textId="77777777" w:rsidR="00302D64" w:rsidRDefault="00000000">
            <w:pPr>
              <w:spacing w:after="60" w:line="245" w:lineRule="auto"/>
            </w:pPr>
            <w:r>
              <w:rPr>
                <w:color w:val="D95BC6"/>
                <w:sz w:val="16"/>
              </w:rPr>
              <w:t>pravilne povezave in razlaga</w:t>
            </w:r>
          </w:p>
          <w:p w14:paraId="771CFFB7" w14:textId="77777777" w:rsidR="00302D64" w:rsidRDefault="00000000">
            <w:pPr>
              <w:spacing w:after="20" w:line="245" w:lineRule="auto"/>
            </w:pPr>
            <w:r>
              <w:rPr>
                <w:b/>
                <w:color w:val="000000"/>
                <w:sz w:val="17"/>
              </w:rPr>
              <w:t>3. URA</w:t>
            </w:r>
          </w:p>
          <w:p w14:paraId="2E8B106F" w14:textId="77777777" w:rsidR="00302D64" w:rsidRDefault="00000000">
            <w:pPr>
              <w:spacing w:after="40" w:line="245" w:lineRule="auto"/>
            </w:pPr>
            <w:r>
              <w:rPr>
                <w:color w:val="000000"/>
                <w:sz w:val="16"/>
              </w:rPr>
              <w:t>Izberejo primer, oblikujejo vprašanje ter predlagajo, kaj bi opazovali ali primerjali.</w:t>
            </w:r>
          </w:p>
          <w:p w14:paraId="28023D08" w14:textId="77777777" w:rsidR="00302D64" w:rsidRDefault="00000000">
            <w:pPr>
              <w:spacing w:line="245" w:lineRule="auto"/>
            </w:pPr>
            <w:r>
              <w:rPr>
                <w:b/>
                <w:color w:val="D95BC6"/>
                <w:sz w:val="16"/>
              </w:rPr>
              <w:t>DOKAZ</w:t>
            </w:r>
          </w:p>
          <w:p w14:paraId="78EC130D" w14:textId="77777777" w:rsidR="00302D64" w:rsidRDefault="00000000">
            <w:pPr>
              <w:spacing w:after="60" w:line="245" w:lineRule="auto"/>
            </w:pPr>
            <w:r>
              <w:rPr>
                <w:color w:val="D95BC6"/>
                <w:sz w:val="16"/>
              </w:rPr>
              <w:t>raziskovalno vprašanje in predlog opazovanja</w:t>
            </w:r>
          </w:p>
        </w:tc>
      </w:tr>
    </w:tbl>
    <w:p w14:paraId="0E203F8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0AD495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632525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38CEEAD" w14:textId="77777777" w:rsidR="00302D64" w:rsidRDefault="00000000">
            <w:pPr>
              <w:jc w:val="center"/>
            </w:pPr>
            <w:r>
              <w:rPr>
                <w:b/>
                <w:color w:val="000000"/>
                <w:sz w:val="20"/>
              </w:rPr>
              <w:t>UČNE DEJAVNOSTI, METODE IN FORMATIVNO SPREMLJANJE</w:t>
            </w:r>
          </w:p>
        </w:tc>
      </w:tr>
      <w:tr w:rsidR="00302D64" w14:paraId="0F61977D" w14:textId="77777777">
        <w:trPr>
          <w:tblHeader/>
          <w:jc w:val="center"/>
        </w:trPr>
        <w:tc>
          <w:tcPr>
            <w:tcW w:w="4422" w:type="dxa"/>
            <w:vMerge/>
            <w:tcMar>
              <w:top w:w="70" w:type="dxa"/>
              <w:left w:w="90" w:type="dxa"/>
              <w:bottom w:w="70" w:type="dxa"/>
              <w:right w:w="90" w:type="dxa"/>
            </w:tcMar>
            <w:vAlign w:val="center"/>
          </w:tcPr>
          <w:p w14:paraId="72E3C7C0" w14:textId="77777777" w:rsidR="00302D64" w:rsidRDefault="00302D64"/>
        </w:tc>
        <w:tc>
          <w:tcPr>
            <w:tcW w:w="7087" w:type="dxa"/>
            <w:shd w:val="clear" w:color="auto" w:fill="FFFFFF"/>
            <w:tcMar>
              <w:top w:w="70" w:type="dxa"/>
              <w:left w:w="90" w:type="dxa"/>
              <w:bottom w:w="70" w:type="dxa"/>
              <w:right w:w="90" w:type="dxa"/>
            </w:tcMar>
            <w:vAlign w:val="center"/>
          </w:tcPr>
          <w:p w14:paraId="27730A96"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369DD76" w14:textId="77777777" w:rsidR="00302D64" w:rsidRDefault="00000000">
            <w:pPr>
              <w:jc w:val="center"/>
            </w:pPr>
            <w:r>
              <w:rPr>
                <w:b/>
                <w:color w:val="000000"/>
              </w:rPr>
              <w:t>UČENEC</w:t>
            </w:r>
          </w:p>
        </w:tc>
      </w:tr>
      <w:tr w:rsidR="00302D64" w14:paraId="75E5A0E3" w14:textId="77777777">
        <w:trPr>
          <w:jc w:val="center"/>
        </w:trPr>
        <w:tc>
          <w:tcPr>
            <w:tcW w:w="4422" w:type="dxa"/>
            <w:tcMar>
              <w:top w:w="70" w:type="dxa"/>
              <w:left w:w="90" w:type="dxa"/>
              <w:bottom w:w="70" w:type="dxa"/>
              <w:right w:w="90" w:type="dxa"/>
            </w:tcMar>
          </w:tcPr>
          <w:p w14:paraId="2DFD62EA" w14:textId="77777777" w:rsidR="00302D64" w:rsidRDefault="00302D64"/>
          <w:p w14:paraId="6CC86FF0" w14:textId="77777777" w:rsidR="00302D64" w:rsidRDefault="00000000">
            <w:pPr>
              <w:spacing w:after="40" w:line="245" w:lineRule="auto"/>
            </w:pPr>
            <w:r>
              <w:rPr>
                <w:b/>
                <w:color w:val="000000"/>
              </w:rPr>
              <w:t>FORMATIVNO SPREMLJANJE</w:t>
            </w:r>
          </w:p>
          <w:p w14:paraId="607B4E96" w14:textId="77777777" w:rsidR="00302D64" w:rsidRDefault="00000000">
            <w:pPr>
              <w:pStyle w:val="Oznaenseznam"/>
              <w:spacing w:after="16"/>
            </w:pPr>
            <w:r>
              <w:rPr>
                <w:color w:val="000000"/>
                <w:sz w:val="16"/>
              </w:rPr>
              <w:t>predznanje: začetni odgovor, razvrstitev ali prikaz</w:t>
            </w:r>
          </w:p>
          <w:p w14:paraId="7582A8D4" w14:textId="77777777" w:rsidR="00302D64" w:rsidRDefault="00000000">
            <w:pPr>
              <w:pStyle w:val="Oznaenseznam"/>
              <w:spacing w:after="16"/>
            </w:pPr>
            <w:r>
              <w:rPr>
                <w:color w:val="000000"/>
                <w:sz w:val="16"/>
              </w:rPr>
              <w:t>dokazi med učenjem: izvedba, skica, model, opazovalni zapis ali razlaga</w:t>
            </w:r>
          </w:p>
          <w:p w14:paraId="3093D323" w14:textId="77777777" w:rsidR="00302D64" w:rsidRDefault="00000000">
            <w:pPr>
              <w:pStyle w:val="Oznaenseznam"/>
              <w:spacing w:after="16"/>
            </w:pPr>
            <w:r>
              <w:rPr>
                <w:color w:val="000000"/>
                <w:sz w:val="16"/>
              </w:rPr>
              <w:t>povratna informacija: konkretna, vezana na kriterij in usmerjena v naslednji korak</w:t>
            </w:r>
          </w:p>
          <w:p w14:paraId="3217C4F3" w14:textId="77777777" w:rsidR="00302D64" w:rsidRDefault="00000000">
            <w:pPr>
              <w:pStyle w:val="Oznaenseznam"/>
              <w:spacing w:after="16"/>
            </w:pPr>
            <w:r>
              <w:rPr>
                <w:color w:val="000000"/>
                <w:sz w:val="16"/>
              </w:rPr>
              <w:t>samovrednotenje: semafor, prsti, izbrani simbol ali kratka poved</w:t>
            </w:r>
          </w:p>
          <w:p w14:paraId="54EB72F2" w14:textId="77777777" w:rsidR="00302D64" w:rsidRDefault="00000000">
            <w:pPr>
              <w:spacing w:before="40" w:after="20" w:line="245" w:lineRule="auto"/>
            </w:pPr>
            <w:r>
              <w:rPr>
                <w:b/>
                <w:color w:val="000000"/>
              </w:rPr>
              <w:t>VARNOST IN ODGOVORNOST</w:t>
            </w:r>
          </w:p>
          <w:p w14:paraId="67A5917E" w14:textId="77777777" w:rsidR="00302D64" w:rsidRDefault="00000000">
            <w:pPr>
              <w:spacing w:after="60" w:line="245" w:lineRule="auto"/>
            </w:pPr>
            <w:r>
              <w:rPr>
                <w:color w:val="000000"/>
                <w:sz w:val="16"/>
              </w:rPr>
              <w:t>Upošteva dogovorjena pravila varnega, spoštljivega in odgovornega dela.</w:t>
            </w:r>
          </w:p>
          <w:p w14:paraId="55CB77F9" w14:textId="77777777" w:rsidR="00302D64" w:rsidRDefault="00000000">
            <w:pPr>
              <w:spacing w:after="20" w:line="245" w:lineRule="auto"/>
            </w:pPr>
            <w:r>
              <w:rPr>
                <w:b/>
                <w:color w:val="000000"/>
              </w:rPr>
              <w:t>EVIDENCA PO IZVEDBI</w:t>
            </w:r>
          </w:p>
          <w:p w14:paraId="79C66631"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B4B64B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B6E1842" w14:textId="77777777">
              <w:trPr>
                <w:jc w:val="center"/>
              </w:trPr>
              <w:tc>
                <w:tcPr>
                  <w:tcW w:w="7087" w:type="dxa"/>
                  <w:shd w:val="clear" w:color="auto" w:fill="EDC9EA"/>
                  <w:tcMar>
                    <w:top w:w="45" w:type="dxa"/>
                    <w:left w:w="70" w:type="dxa"/>
                    <w:bottom w:w="45" w:type="dxa"/>
                    <w:right w:w="70" w:type="dxa"/>
                  </w:tcMar>
                </w:tcPr>
                <w:p w14:paraId="26642863" w14:textId="77777777" w:rsidR="00302D64" w:rsidRDefault="00000000">
                  <w:pPr>
                    <w:keepNext/>
                  </w:pPr>
                  <w:r>
                    <w:rPr>
                      <w:b/>
                      <w:color w:val="000000"/>
                    </w:rPr>
                    <w:t>VPRAŠANJA V PODPORO UČENJU</w:t>
                  </w:r>
                </w:p>
              </w:tc>
            </w:tr>
          </w:tbl>
          <w:p w14:paraId="79A581F3" w14:textId="77777777" w:rsidR="00302D64" w:rsidRDefault="00302D64">
            <w:pPr>
              <w:spacing w:line="20" w:lineRule="exact"/>
            </w:pPr>
          </w:p>
          <w:p w14:paraId="5D774FB8" w14:textId="77777777" w:rsidR="00302D64" w:rsidRDefault="00000000">
            <w:pPr>
              <w:pStyle w:val="Oznaenseznam"/>
              <w:spacing w:after="16"/>
            </w:pPr>
            <w:r>
              <w:rPr>
                <w:color w:val="000000"/>
                <w:sz w:val="16"/>
              </w:rPr>
              <w:t>Kaj si opazil/-a in kateri dokaz to pokaže?</w:t>
            </w:r>
          </w:p>
          <w:p w14:paraId="453A3D34" w14:textId="77777777" w:rsidR="00302D64" w:rsidRDefault="00000000">
            <w:pPr>
              <w:pStyle w:val="Oznaenseznam"/>
              <w:spacing w:after="16"/>
            </w:pPr>
            <w:r>
              <w:rPr>
                <w:color w:val="000000"/>
                <w:sz w:val="16"/>
              </w:rPr>
              <w:t>Kako si prišel/-la do svoje odločitve?</w:t>
            </w:r>
          </w:p>
          <w:p w14:paraId="664ADB4A" w14:textId="77777777" w:rsidR="00302D64" w:rsidRDefault="00000000">
            <w:pPr>
              <w:pStyle w:val="Oznaenseznam"/>
              <w:spacing w:after="16"/>
            </w:pPr>
            <w:r>
              <w:rPr>
                <w:color w:val="000000"/>
                <w:sz w:val="16"/>
              </w:rPr>
              <w:t>Kaj si pri ponovnem poskusu ohranil/-a enako in kaj spremenil/-a?</w:t>
            </w:r>
          </w:p>
          <w:p w14:paraId="60CB9932" w14:textId="77777777" w:rsidR="00302D64" w:rsidRDefault="00000000">
            <w:pPr>
              <w:pStyle w:val="Oznaenseznam"/>
              <w:spacing w:after="16"/>
            </w:pPr>
            <w:r>
              <w:rPr>
                <w:color w:val="000000"/>
                <w:sz w:val="16"/>
              </w:rPr>
              <w:t>Kateri kriterij že dosegaš? Kaj bo tvoj naslednji korak?</w:t>
            </w:r>
          </w:p>
          <w:p w14:paraId="7DC101E8"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08C4C73C" w14:textId="77777777">
              <w:trPr>
                <w:jc w:val="center"/>
              </w:trPr>
              <w:tc>
                <w:tcPr>
                  <w:tcW w:w="7087" w:type="dxa"/>
                  <w:shd w:val="clear" w:color="auto" w:fill="C6E7F3"/>
                  <w:tcMar>
                    <w:top w:w="45" w:type="dxa"/>
                    <w:left w:w="70" w:type="dxa"/>
                    <w:bottom w:w="45" w:type="dxa"/>
                    <w:right w:w="70" w:type="dxa"/>
                  </w:tcMar>
                </w:tcPr>
                <w:p w14:paraId="70730CF3" w14:textId="77777777" w:rsidR="00302D64" w:rsidRDefault="00000000">
                  <w:pPr>
                    <w:keepNext/>
                  </w:pPr>
                  <w:r>
                    <w:rPr>
                      <w:b/>
                      <w:color w:val="000000"/>
                    </w:rPr>
                    <w:t>ZAKLJUČNI DEL – UTRJEVANJE IN REFLEKSIJA (10–15 min)</w:t>
                  </w:r>
                </w:p>
              </w:tc>
            </w:tr>
          </w:tbl>
          <w:p w14:paraId="001BED24" w14:textId="77777777" w:rsidR="00302D64" w:rsidRDefault="00302D64">
            <w:pPr>
              <w:spacing w:line="20" w:lineRule="exact"/>
            </w:pPr>
          </w:p>
          <w:p w14:paraId="4A65353A"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F4A9E65" w14:textId="77777777">
              <w:trPr>
                <w:jc w:val="center"/>
              </w:trPr>
              <w:tc>
                <w:tcPr>
                  <w:tcW w:w="7087" w:type="dxa"/>
                  <w:shd w:val="clear" w:color="auto" w:fill="EDC9EA"/>
                  <w:tcMar>
                    <w:top w:w="45" w:type="dxa"/>
                    <w:left w:w="70" w:type="dxa"/>
                    <w:bottom w:w="45" w:type="dxa"/>
                    <w:right w:w="70" w:type="dxa"/>
                  </w:tcMar>
                </w:tcPr>
                <w:p w14:paraId="27B7BFED" w14:textId="77777777" w:rsidR="00302D64" w:rsidRDefault="00000000">
                  <w:pPr>
                    <w:keepNext/>
                  </w:pPr>
                  <w:r>
                    <w:rPr>
                      <w:b/>
                      <w:color w:val="000000"/>
                    </w:rPr>
                    <w:t>SAMOVREDNOTENJE</w:t>
                  </w:r>
                </w:p>
              </w:tc>
            </w:tr>
          </w:tbl>
          <w:p w14:paraId="7CAB647A" w14:textId="77777777" w:rsidR="00302D64" w:rsidRDefault="00302D64">
            <w:pPr>
              <w:spacing w:line="20" w:lineRule="exact"/>
            </w:pPr>
          </w:p>
          <w:p w14:paraId="563A89B7"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6588D88" w14:textId="77777777">
              <w:trPr>
                <w:jc w:val="center"/>
              </w:trPr>
              <w:tc>
                <w:tcPr>
                  <w:tcW w:w="7087" w:type="dxa"/>
                  <w:shd w:val="clear" w:color="auto" w:fill="EDC9EA"/>
                  <w:tcMar>
                    <w:top w:w="45" w:type="dxa"/>
                    <w:left w:w="70" w:type="dxa"/>
                    <w:bottom w:w="45" w:type="dxa"/>
                    <w:right w:w="70" w:type="dxa"/>
                  </w:tcMar>
                </w:tcPr>
                <w:p w14:paraId="1EC212D1" w14:textId="77777777" w:rsidR="00302D64" w:rsidRDefault="00000000">
                  <w:pPr>
                    <w:keepNext/>
                  </w:pPr>
                  <w:r>
                    <w:rPr>
                      <w:b/>
                      <w:color w:val="000000"/>
                    </w:rPr>
                    <w:t>VRSTNIŠKO VREDNOTENJE</w:t>
                  </w:r>
                </w:p>
              </w:tc>
            </w:tr>
          </w:tbl>
          <w:p w14:paraId="5E3A5752" w14:textId="77777777" w:rsidR="00302D64" w:rsidRDefault="00302D64">
            <w:pPr>
              <w:spacing w:line="20" w:lineRule="exact"/>
            </w:pPr>
          </w:p>
          <w:p w14:paraId="7F34D87A"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22FECAA4" w14:textId="77777777">
              <w:trPr>
                <w:jc w:val="center"/>
              </w:trPr>
              <w:tc>
                <w:tcPr>
                  <w:tcW w:w="7087" w:type="dxa"/>
                  <w:shd w:val="clear" w:color="auto" w:fill="EDC9EA"/>
                  <w:tcMar>
                    <w:top w:w="45" w:type="dxa"/>
                    <w:left w:w="70" w:type="dxa"/>
                    <w:bottom w:w="45" w:type="dxa"/>
                    <w:right w:w="70" w:type="dxa"/>
                  </w:tcMar>
                </w:tcPr>
                <w:p w14:paraId="2961AB8B" w14:textId="77777777" w:rsidR="00302D64" w:rsidRDefault="00000000">
                  <w:pPr>
                    <w:keepNext/>
                  </w:pPr>
                  <w:r>
                    <w:rPr>
                      <w:b/>
                      <w:color w:val="000000"/>
                    </w:rPr>
                    <w:t>SKUPNI POVZETEK</w:t>
                  </w:r>
                </w:p>
              </w:tc>
            </w:tr>
          </w:tbl>
          <w:p w14:paraId="23B0B292" w14:textId="77777777" w:rsidR="00302D64" w:rsidRDefault="00302D64"/>
          <w:p w14:paraId="4CBF5F55" w14:textId="77777777" w:rsidR="00302D64" w:rsidRDefault="00000000">
            <w:pPr>
              <w:spacing w:before="20" w:after="40" w:line="245" w:lineRule="auto"/>
            </w:pPr>
            <w:r>
              <w:rPr>
                <w:b/>
                <w:color w:val="000000"/>
                <w:sz w:val="17"/>
              </w:rPr>
              <w:t>Živa bitja rastejo, se spreminjajo in potrebujejo vodo, zrak, hrano oziroma svetlobo ter ustrezen prostor.</w:t>
            </w:r>
          </w:p>
        </w:tc>
        <w:tc>
          <w:tcPr>
            <w:tcW w:w="2551" w:type="dxa"/>
            <w:tcMar>
              <w:top w:w="70" w:type="dxa"/>
              <w:left w:w="90" w:type="dxa"/>
              <w:bottom w:w="70" w:type="dxa"/>
              <w:right w:w="90" w:type="dxa"/>
            </w:tcMar>
          </w:tcPr>
          <w:p w14:paraId="64B926FA" w14:textId="77777777" w:rsidR="00302D64" w:rsidRDefault="00302D64"/>
          <w:p w14:paraId="2E1942A0" w14:textId="77777777" w:rsidR="00302D64" w:rsidRDefault="00000000">
            <w:pPr>
              <w:spacing w:after="100" w:line="245" w:lineRule="auto"/>
            </w:pPr>
            <w:r>
              <w:rPr>
                <w:color w:val="000000"/>
                <w:sz w:val="16"/>
              </w:rPr>
              <w:t>Odgovarja na podporna vprašanja in se sklicuje na svoj dokaz.</w:t>
            </w:r>
          </w:p>
          <w:p w14:paraId="1A1DCCFE" w14:textId="77777777" w:rsidR="00302D64" w:rsidRDefault="00000000">
            <w:pPr>
              <w:spacing w:after="100" w:line="245" w:lineRule="auto"/>
            </w:pPr>
            <w:r>
              <w:rPr>
                <w:color w:val="000000"/>
                <w:sz w:val="16"/>
              </w:rPr>
              <w:t>Primerja začetno zamisel z ugotovitvijo ter pove ali pokaže, kaj se je naučil/-a.</w:t>
            </w:r>
          </w:p>
          <w:p w14:paraId="044DF016" w14:textId="77777777" w:rsidR="00302D64" w:rsidRDefault="00000000">
            <w:pPr>
              <w:spacing w:after="100" w:line="245" w:lineRule="auto"/>
            </w:pPr>
            <w:r>
              <w:rPr>
                <w:color w:val="000000"/>
                <w:sz w:val="16"/>
              </w:rPr>
              <w:t>Izbere raven doseganja in določi naslednji korak.</w:t>
            </w:r>
          </w:p>
          <w:p w14:paraId="3D003E3B" w14:textId="77777777" w:rsidR="00302D64" w:rsidRDefault="00000000">
            <w:pPr>
              <w:spacing w:after="100" w:line="245" w:lineRule="auto"/>
            </w:pPr>
            <w:r>
              <w:rPr>
                <w:color w:val="000000"/>
                <w:sz w:val="16"/>
              </w:rPr>
              <w:t>Sošolcu poda prijazen, konkreten odziv.</w:t>
            </w:r>
          </w:p>
          <w:p w14:paraId="4D6026CA" w14:textId="77777777" w:rsidR="00302D64" w:rsidRDefault="00000000">
            <w:pPr>
              <w:spacing w:after="20" w:line="245" w:lineRule="auto"/>
            </w:pPr>
            <w:r>
              <w:rPr>
                <w:b/>
                <w:color w:val="D95BC6"/>
                <w:sz w:val="17"/>
              </w:rPr>
              <w:t>DOKAZ O UČENJU</w:t>
            </w:r>
          </w:p>
          <w:p w14:paraId="7CBCE68D" w14:textId="77777777" w:rsidR="00302D64" w:rsidRDefault="00000000">
            <w:pPr>
              <w:spacing w:after="30" w:line="245" w:lineRule="auto"/>
            </w:pPr>
            <w:r>
              <w:rPr>
                <w:color w:val="D95BC6"/>
                <w:sz w:val="16"/>
              </w:rPr>
              <w:t>izvedba ali izdelek, razlaga, samovrednotenje in odziv na povratno informacijo</w:t>
            </w:r>
          </w:p>
        </w:tc>
      </w:tr>
    </w:tbl>
    <w:p w14:paraId="055A137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6025328" w14:textId="77777777">
        <w:trPr>
          <w:cantSplit/>
          <w:jc w:val="center"/>
        </w:trPr>
        <w:tc>
          <w:tcPr>
            <w:tcW w:w="14060" w:type="dxa"/>
            <w:gridSpan w:val="6"/>
            <w:tcMar>
              <w:top w:w="70" w:type="dxa"/>
              <w:left w:w="90" w:type="dxa"/>
              <w:bottom w:w="70" w:type="dxa"/>
              <w:right w:w="90" w:type="dxa"/>
            </w:tcMar>
            <w:vAlign w:val="center"/>
          </w:tcPr>
          <w:p w14:paraId="6BA8639C" w14:textId="77777777" w:rsidR="00302D64" w:rsidRDefault="00000000">
            <w:pPr>
              <w:jc w:val="center"/>
            </w:pPr>
            <w:r>
              <w:rPr>
                <w:b/>
                <w:color w:val="000000"/>
                <w:sz w:val="24"/>
              </w:rPr>
              <w:lastRenderedPageBreak/>
              <w:t>UČNA PRIPRAVA 11/39</w:t>
            </w:r>
          </w:p>
        </w:tc>
      </w:tr>
      <w:tr w:rsidR="00302D64" w14:paraId="5866D47F" w14:textId="77777777">
        <w:trPr>
          <w:jc w:val="center"/>
        </w:trPr>
        <w:tc>
          <w:tcPr>
            <w:tcW w:w="2665" w:type="dxa"/>
            <w:tcMar>
              <w:top w:w="70" w:type="dxa"/>
              <w:left w:w="90" w:type="dxa"/>
              <w:bottom w:w="70" w:type="dxa"/>
              <w:right w:w="90" w:type="dxa"/>
            </w:tcMar>
            <w:vAlign w:val="center"/>
          </w:tcPr>
          <w:p w14:paraId="123CE633"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557DCA3"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56B83633"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4042C53" w14:textId="77777777" w:rsidR="00302D64" w:rsidRDefault="00000000">
            <w:r>
              <w:rPr>
                <w:b/>
                <w:color w:val="000000"/>
                <w:sz w:val="16"/>
              </w:rPr>
              <w:t xml:space="preserve">NAČRTOVANI TERMIN: </w:t>
            </w:r>
            <w:r>
              <w:rPr>
                <w:color w:val="000000"/>
                <w:sz w:val="16"/>
              </w:rPr>
              <w:t>11. teden • 16.–20. 11. 2026</w:t>
            </w:r>
          </w:p>
        </w:tc>
        <w:tc>
          <w:tcPr>
            <w:tcW w:w="2268" w:type="dxa"/>
            <w:tcMar>
              <w:top w:w="70" w:type="dxa"/>
              <w:left w:w="90" w:type="dxa"/>
              <w:bottom w:w="70" w:type="dxa"/>
              <w:right w:w="90" w:type="dxa"/>
            </w:tcMar>
            <w:vAlign w:val="center"/>
          </w:tcPr>
          <w:p w14:paraId="5F25584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6B85377" w14:textId="77777777" w:rsidR="00302D64" w:rsidRDefault="00000000">
            <w:r>
              <w:rPr>
                <w:b/>
                <w:color w:val="000000"/>
                <w:sz w:val="16"/>
              </w:rPr>
              <w:t xml:space="preserve">ŠTEVILO UR: </w:t>
            </w:r>
            <w:r>
              <w:rPr>
                <w:color w:val="000000"/>
                <w:sz w:val="16"/>
              </w:rPr>
              <w:t>3</w:t>
            </w:r>
          </w:p>
        </w:tc>
      </w:tr>
      <w:tr w:rsidR="00302D64" w14:paraId="30453B4E" w14:textId="77777777">
        <w:trPr>
          <w:jc w:val="center"/>
        </w:trPr>
        <w:tc>
          <w:tcPr>
            <w:tcW w:w="14061" w:type="dxa"/>
            <w:gridSpan w:val="6"/>
            <w:tcMar>
              <w:top w:w="70" w:type="dxa"/>
              <w:left w:w="90" w:type="dxa"/>
              <w:bottom w:w="70" w:type="dxa"/>
              <w:right w:w="90" w:type="dxa"/>
            </w:tcMar>
            <w:vAlign w:val="center"/>
          </w:tcPr>
          <w:p w14:paraId="7BF2E4EC" w14:textId="77777777" w:rsidR="00302D64" w:rsidRDefault="00000000">
            <w:r>
              <w:t>TIP UČNE URE: obravnava, izkušenjsko raziskovanje, učenje po postajah, utrjevanje in formativno spremljanje</w:t>
            </w:r>
          </w:p>
        </w:tc>
      </w:tr>
      <w:tr w:rsidR="00302D64" w14:paraId="5B9DDEC8" w14:textId="77777777">
        <w:trPr>
          <w:cantSplit/>
          <w:jc w:val="center"/>
        </w:trPr>
        <w:tc>
          <w:tcPr>
            <w:tcW w:w="14060" w:type="dxa"/>
            <w:gridSpan w:val="6"/>
            <w:tcMar>
              <w:top w:w="70" w:type="dxa"/>
              <w:left w:w="90" w:type="dxa"/>
              <w:bottom w:w="70" w:type="dxa"/>
              <w:right w:w="90" w:type="dxa"/>
            </w:tcMar>
            <w:vAlign w:val="center"/>
          </w:tcPr>
          <w:p w14:paraId="6B00E5B1" w14:textId="77777777" w:rsidR="00302D64" w:rsidRDefault="00302D64"/>
          <w:p w14:paraId="1C78A6A6" w14:textId="77777777" w:rsidR="00302D64" w:rsidRDefault="00000000">
            <w:pPr>
              <w:spacing w:line="245" w:lineRule="auto"/>
            </w:pPr>
            <w:r>
              <w:rPr>
                <w:b/>
                <w:color w:val="000000"/>
                <w:sz w:val="17"/>
              </w:rPr>
              <w:t xml:space="preserve">UČNI SKLOP: </w:t>
            </w:r>
            <w:r>
              <w:rPr>
                <w:color w:val="000000"/>
                <w:sz w:val="17"/>
              </w:rPr>
              <w:t>JESEN, SNOVI IN ŽIVA BITJA</w:t>
            </w:r>
          </w:p>
        </w:tc>
      </w:tr>
      <w:tr w:rsidR="00302D64" w14:paraId="6C925C65" w14:textId="77777777">
        <w:trPr>
          <w:cantSplit/>
          <w:jc w:val="center"/>
        </w:trPr>
        <w:tc>
          <w:tcPr>
            <w:tcW w:w="14060" w:type="dxa"/>
            <w:gridSpan w:val="6"/>
            <w:tcMar>
              <w:top w:w="70" w:type="dxa"/>
              <w:left w:w="90" w:type="dxa"/>
              <w:bottom w:w="70" w:type="dxa"/>
              <w:right w:w="90" w:type="dxa"/>
            </w:tcMar>
            <w:vAlign w:val="center"/>
          </w:tcPr>
          <w:p w14:paraId="52788C80" w14:textId="77777777" w:rsidR="00302D64" w:rsidRDefault="00302D64"/>
          <w:p w14:paraId="75B2EF47" w14:textId="77777777" w:rsidR="00302D64" w:rsidRDefault="00000000">
            <w:pPr>
              <w:spacing w:line="245" w:lineRule="auto"/>
            </w:pPr>
            <w:r>
              <w:rPr>
                <w:b/>
                <w:color w:val="000000"/>
                <w:sz w:val="17"/>
              </w:rPr>
              <w:t xml:space="preserve">UČNA TEMA: </w:t>
            </w:r>
            <w:r>
              <w:rPr>
                <w:color w:val="000000"/>
                <w:sz w:val="17"/>
              </w:rPr>
              <w:t>ŽIVLJENJSKA OKOLJA</w:t>
            </w:r>
          </w:p>
        </w:tc>
      </w:tr>
      <w:tr w:rsidR="00302D64" w14:paraId="575D6E78" w14:textId="77777777">
        <w:trPr>
          <w:cantSplit/>
          <w:jc w:val="center"/>
        </w:trPr>
        <w:tc>
          <w:tcPr>
            <w:tcW w:w="14060" w:type="dxa"/>
            <w:gridSpan w:val="6"/>
            <w:tcMar>
              <w:top w:w="70" w:type="dxa"/>
              <w:left w:w="90" w:type="dxa"/>
              <w:bottom w:w="70" w:type="dxa"/>
              <w:right w:w="90" w:type="dxa"/>
            </w:tcMar>
            <w:vAlign w:val="center"/>
          </w:tcPr>
          <w:p w14:paraId="45EF7438" w14:textId="77777777" w:rsidR="00302D64" w:rsidRDefault="00302D64"/>
          <w:p w14:paraId="0E4A66FB" w14:textId="77777777" w:rsidR="00302D64" w:rsidRDefault="00000000">
            <w:pPr>
              <w:spacing w:line="245" w:lineRule="auto"/>
            </w:pPr>
            <w:r>
              <w:rPr>
                <w:b/>
                <w:color w:val="000000"/>
                <w:sz w:val="17"/>
              </w:rPr>
              <w:t xml:space="preserve">KNJIŽEVNO IZHODIŠČE IN MOTIV: </w:t>
            </w:r>
            <w:r>
              <w:rPr>
                <w:color w:val="000000"/>
                <w:sz w:val="17"/>
              </w:rPr>
              <w:t>»Hvaležni medved« – slovenska ljudska pravljica • gozd, življenjski prostor, pomoč in hvaležnost</w:t>
            </w:r>
          </w:p>
        </w:tc>
      </w:tr>
      <w:tr w:rsidR="00302D64" w14:paraId="262537B0" w14:textId="77777777">
        <w:trPr>
          <w:cantSplit/>
          <w:jc w:val="center"/>
        </w:trPr>
        <w:tc>
          <w:tcPr>
            <w:tcW w:w="14060" w:type="dxa"/>
            <w:gridSpan w:val="6"/>
            <w:tcMar>
              <w:top w:w="70" w:type="dxa"/>
              <w:left w:w="90" w:type="dxa"/>
              <w:bottom w:w="70" w:type="dxa"/>
              <w:right w:w="90" w:type="dxa"/>
            </w:tcMar>
            <w:vAlign w:val="center"/>
          </w:tcPr>
          <w:p w14:paraId="3663CFC8" w14:textId="77777777" w:rsidR="00302D64" w:rsidRDefault="00302D64"/>
          <w:p w14:paraId="2E26EB7F" w14:textId="77777777" w:rsidR="00302D64" w:rsidRDefault="00000000">
            <w:pPr>
              <w:spacing w:line="245" w:lineRule="auto"/>
            </w:pPr>
            <w:r>
              <w:rPr>
                <w:b/>
                <w:color w:val="000000"/>
                <w:sz w:val="17"/>
              </w:rPr>
              <w:t xml:space="preserve">UČNE ENOTE: </w:t>
            </w:r>
            <w:r>
              <w:rPr>
                <w:color w:val="000000"/>
                <w:sz w:val="17"/>
              </w:rPr>
              <w:t>1. ura – Koti življenjskih okolij • 2. ura – Mikrookolje pod lupo • 3. ura – Kodeks skrbnega raziskovalca</w:t>
            </w:r>
          </w:p>
        </w:tc>
      </w:tr>
      <w:tr w:rsidR="00302D64" w14:paraId="5CC1F76A" w14:textId="77777777">
        <w:trPr>
          <w:cantSplit/>
          <w:jc w:val="center"/>
        </w:trPr>
        <w:tc>
          <w:tcPr>
            <w:tcW w:w="14060" w:type="dxa"/>
            <w:gridSpan w:val="6"/>
            <w:tcMar>
              <w:top w:w="70" w:type="dxa"/>
              <w:left w:w="90" w:type="dxa"/>
              <w:bottom w:w="70" w:type="dxa"/>
              <w:right w:w="90" w:type="dxa"/>
            </w:tcMar>
            <w:vAlign w:val="center"/>
          </w:tcPr>
          <w:p w14:paraId="7CD61886" w14:textId="77777777" w:rsidR="00302D64" w:rsidRDefault="00302D64"/>
          <w:p w14:paraId="3C77D8B9"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0962BDB7" w14:textId="77777777">
        <w:trPr>
          <w:cantSplit/>
          <w:jc w:val="center"/>
        </w:trPr>
        <w:tc>
          <w:tcPr>
            <w:tcW w:w="14060" w:type="dxa"/>
            <w:gridSpan w:val="6"/>
            <w:tcMar>
              <w:top w:w="70" w:type="dxa"/>
              <w:left w:w="90" w:type="dxa"/>
              <w:bottom w:w="70" w:type="dxa"/>
              <w:right w:w="90" w:type="dxa"/>
            </w:tcMar>
            <w:vAlign w:val="center"/>
          </w:tcPr>
          <w:p w14:paraId="183D7EEB" w14:textId="77777777" w:rsidR="00302D64" w:rsidRDefault="00302D64"/>
          <w:p w14:paraId="0A3AB5F2"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39BF33F3" w14:textId="77777777">
        <w:trPr>
          <w:cantSplit/>
          <w:jc w:val="center"/>
        </w:trPr>
        <w:tc>
          <w:tcPr>
            <w:tcW w:w="14060" w:type="dxa"/>
            <w:gridSpan w:val="6"/>
            <w:tcMar>
              <w:top w:w="70" w:type="dxa"/>
              <w:left w:w="90" w:type="dxa"/>
              <w:bottom w:w="70" w:type="dxa"/>
              <w:right w:w="90" w:type="dxa"/>
            </w:tcMar>
            <w:vAlign w:val="center"/>
          </w:tcPr>
          <w:p w14:paraId="2C14BCD2" w14:textId="77777777" w:rsidR="00302D64" w:rsidRDefault="00302D64"/>
          <w:p w14:paraId="329C85A1"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6AFD950D" w14:textId="77777777">
        <w:trPr>
          <w:cantSplit/>
          <w:jc w:val="center"/>
        </w:trPr>
        <w:tc>
          <w:tcPr>
            <w:tcW w:w="14060" w:type="dxa"/>
            <w:gridSpan w:val="6"/>
            <w:tcMar>
              <w:top w:w="70" w:type="dxa"/>
              <w:left w:w="90" w:type="dxa"/>
              <w:bottom w:w="70" w:type="dxa"/>
              <w:right w:w="90" w:type="dxa"/>
            </w:tcMar>
            <w:vAlign w:val="center"/>
          </w:tcPr>
          <w:p w14:paraId="7738CF89" w14:textId="77777777" w:rsidR="00302D64" w:rsidRDefault="00302D64"/>
          <w:p w14:paraId="597EA7F0" w14:textId="77777777" w:rsidR="00302D64" w:rsidRDefault="00000000">
            <w:pPr>
              <w:spacing w:line="245" w:lineRule="auto"/>
            </w:pPr>
            <w:r>
              <w:rPr>
                <w:b/>
                <w:color w:val="000000"/>
                <w:sz w:val="17"/>
              </w:rPr>
              <w:t xml:space="preserve">MEDPREDMETNE POVEZAVE: </w:t>
            </w:r>
            <w:r>
              <w:rPr>
                <w:color w:val="000000"/>
                <w:sz w:val="17"/>
              </w:rPr>
              <w:t>SLJ – opis opažanja; MAT – povezovanje in razvrščanje; LUM – terenska skica; ŠPO – tiha raziskovalna pot</w:t>
            </w:r>
          </w:p>
        </w:tc>
      </w:tr>
      <w:tr w:rsidR="00302D64" w14:paraId="515BC376" w14:textId="77777777">
        <w:trPr>
          <w:cantSplit/>
          <w:jc w:val="center"/>
        </w:trPr>
        <w:tc>
          <w:tcPr>
            <w:tcW w:w="14060" w:type="dxa"/>
            <w:gridSpan w:val="6"/>
            <w:tcMar>
              <w:top w:w="70" w:type="dxa"/>
              <w:left w:w="90" w:type="dxa"/>
              <w:bottom w:w="70" w:type="dxa"/>
              <w:right w:w="90" w:type="dxa"/>
            </w:tcMar>
            <w:vAlign w:val="center"/>
          </w:tcPr>
          <w:p w14:paraId="1D4BFF06" w14:textId="77777777" w:rsidR="00302D64" w:rsidRDefault="00302D64"/>
          <w:p w14:paraId="078340DB" w14:textId="77777777" w:rsidR="00302D64" w:rsidRDefault="00000000">
            <w:pPr>
              <w:spacing w:line="245" w:lineRule="auto"/>
            </w:pPr>
            <w:r>
              <w:rPr>
                <w:b/>
                <w:color w:val="000000"/>
                <w:sz w:val="17"/>
              </w:rPr>
              <w:t xml:space="preserve">UČNA SREDSTVA IN PRIPOMOČKI: </w:t>
            </w:r>
            <w:r>
              <w:rPr>
                <w:color w:val="000000"/>
                <w:sz w:val="17"/>
              </w:rPr>
              <w:t>Hvaležni medved, posnetki zvokov, slike okolij in organizmov, naravni predmeti, povečevalna stekla, opazovalni okvirji, papir, podloge</w:t>
            </w:r>
          </w:p>
        </w:tc>
      </w:tr>
      <w:tr w:rsidR="00302D64" w14:paraId="2C0F8885" w14:textId="77777777">
        <w:trPr>
          <w:cantSplit/>
          <w:jc w:val="center"/>
        </w:trPr>
        <w:tc>
          <w:tcPr>
            <w:tcW w:w="14060" w:type="dxa"/>
            <w:gridSpan w:val="6"/>
            <w:tcMar>
              <w:top w:w="70" w:type="dxa"/>
              <w:left w:w="90" w:type="dxa"/>
              <w:bottom w:w="70" w:type="dxa"/>
              <w:right w:w="90" w:type="dxa"/>
            </w:tcMar>
            <w:vAlign w:val="center"/>
          </w:tcPr>
          <w:p w14:paraId="48665EA8" w14:textId="77777777" w:rsidR="00302D64" w:rsidRDefault="00302D64"/>
          <w:p w14:paraId="1A4A363D"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1ED9D2F5" w14:textId="77777777">
        <w:trPr>
          <w:cantSplit/>
          <w:jc w:val="center"/>
        </w:trPr>
        <w:tc>
          <w:tcPr>
            <w:tcW w:w="14060" w:type="dxa"/>
            <w:gridSpan w:val="6"/>
            <w:tcMar>
              <w:top w:w="70" w:type="dxa"/>
              <w:left w:w="90" w:type="dxa"/>
              <w:bottom w:w="70" w:type="dxa"/>
              <w:right w:w="90" w:type="dxa"/>
            </w:tcMar>
            <w:vAlign w:val="center"/>
          </w:tcPr>
          <w:p w14:paraId="6AF51F4B" w14:textId="77777777" w:rsidR="00302D64" w:rsidRDefault="00302D64"/>
          <w:p w14:paraId="58BE7D4D"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36526C4A" w14:textId="77777777">
        <w:trPr>
          <w:cantSplit/>
          <w:jc w:val="center"/>
        </w:trPr>
        <w:tc>
          <w:tcPr>
            <w:tcW w:w="14060" w:type="dxa"/>
            <w:gridSpan w:val="6"/>
            <w:tcMar>
              <w:top w:w="70" w:type="dxa"/>
              <w:left w:w="90" w:type="dxa"/>
              <w:bottom w:w="70" w:type="dxa"/>
              <w:right w:w="90" w:type="dxa"/>
            </w:tcMar>
            <w:vAlign w:val="center"/>
          </w:tcPr>
          <w:p w14:paraId="257ECEA2" w14:textId="77777777" w:rsidR="00302D64" w:rsidRDefault="00302D64"/>
          <w:p w14:paraId="0CC9D739" w14:textId="77777777" w:rsidR="00302D64" w:rsidRDefault="00000000">
            <w:pPr>
              <w:spacing w:line="245" w:lineRule="auto"/>
            </w:pPr>
            <w:r>
              <w:rPr>
                <w:b/>
                <w:color w:val="000000"/>
                <w:sz w:val="16"/>
              </w:rPr>
              <w:t xml:space="preserve">VARNOST: </w:t>
            </w:r>
            <w:r>
              <w:rPr>
                <w:color w:val="000000"/>
                <w:sz w:val="16"/>
              </w:rPr>
              <w:t>Učenci ne prijemajo neznanih rastlin, gliv ali živali; po terenskem delu si umijejo roke.</w:t>
            </w:r>
          </w:p>
        </w:tc>
      </w:tr>
    </w:tbl>
    <w:p w14:paraId="131130C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B078E2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588BFE6"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A369539" w14:textId="77777777" w:rsidR="00302D64" w:rsidRDefault="00000000">
            <w:pPr>
              <w:jc w:val="center"/>
            </w:pPr>
            <w:r>
              <w:rPr>
                <w:b/>
                <w:color w:val="000000"/>
                <w:sz w:val="20"/>
              </w:rPr>
              <w:t>UČNE DEJAVNOSTI, METODE IN FORMATIVNO SPREMLJANJE</w:t>
            </w:r>
          </w:p>
        </w:tc>
      </w:tr>
      <w:tr w:rsidR="00302D64" w14:paraId="09F4696F" w14:textId="77777777">
        <w:trPr>
          <w:tblHeader/>
          <w:jc w:val="center"/>
        </w:trPr>
        <w:tc>
          <w:tcPr>
            <w:tcW w:w="4422" w:type="dxa"/>
            <w:vMerge/>
            <w:tcMar>
              <w:top w:w="70" w:type="dxa"/>
              <w:left w:w="90" w:type="dxa"/>
              <w:bottom w:w="70" w:type="dxa"/>
              <w:right w:w="90" w:type="dxa"/>
            </w:tcMar>
            <w:vAlign w:val="center"/>
          </w:tcPr>
          <w:p w14:paraId="4BE5AEA9" w14:textId="77777777" w:rsidR="00302D64" w:rsidRDefault="00302D64"/>
        </w:tc>
        <w:tc>
          <w:tcPr>
            <w:tcW w:w="7087" w:type="dxa"/>
            <w:shd w:val="clear" w:color="auto" w:fill="FFFFFF"/>
            <w:tcMar>
              <w:top w:w="70" w:type="dxa"/>
              <w:left w:w="90" w:type="dxa"/>
              <w:bottom w:w="70" w:type="dxa"/>
              <w:right w:w="90" w:type="dxa"/>
            </w:tcMar>
            <w:vAlign w:val="center"/>
          </w:tcPr>
          <w:p w14:paraId="456A553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B543EA8" w14:textId="77777777" w:rsidR="00302D64" w:rsidRDefault="00000000">
            <w:pPr>
              <w:jc w:val="center"/>
            </w:pPr>
            <w:r>
              <w:rPr>
                <w:b/>
                <w:color w:val="000000"/>
              </w:rPr>
              <w:t>UČENEC</w:t>
            </w:r>
          </w:p>
        </w:tc>
      </w:tr>
      <w:tr w:rsidR="00302D64" w14:paraId="73BE050F" w14:textId="77777777">
        <w:trPr>
          <w:jc w:val="center"/>
        </w:trPr>
        <w:tc>
          <w:tcPr>
            <w:tcW w:w="4422" w:type="dxa"/>
            <w:tcMar>
              <w:top w:w="70" w:type="dxa"/>
              <w:left w:w="90" w:type="dxa"/>
              <w:bottom w:w="70" w:type="dxa"/>
              <w:right w:w="90" w:type="dxa"/>
            </w:tcMar>
          </w:tcPr>
          <w:p w14:paraId="007D75DC" w14:textId="77777777" w:rsidR="00302D64" w:rsidRDefault="00302D64"/>
          <w:p w14:paraId="681F24AE" w14:textId="77777777" w:rsidR="00302D64" w:rsidRDefault="00000000">
            <w:pPr>
              <w:spacing w:after="60" w:line="245" w:lineRule="auto"/>
            </w:pPr>
            <w:r>
              <w:rPr>
                <w:b/>
                <w:color w:val="000000"/>
              </w:rPr>
              <w:t>UČNI CILJI</w:t>
            </w:r>
          </w:p>
          <w:p w14:paraId="0DCF040D" w14:textId="77777777" w:rsidR="00302D64" w:rsidRDefault="00000000">
            <w:pPr>
              <w:spacing w:after="20" w:line="245" w:lineRule="auto"/>
            </w:pPr>
            <w:r>
              <w:rPr>
                <w:b/>
                <w:color w:val="000000"/>
                <w:sz w:val="17"/>
              </w:rPr>
              <w:t>SPLOŠNI</w:t>
            </w:r>
          </w:p>
          <w:p w14:paraId="59DB27AF" w14:textId="77777777" w:rsidR="00302D64" w:rsidRDefault="00000000">
            <w:pPr>
              <w:pStyle w:val="Oznaenseznam"/>
              <w:spacing w:after="16"/>
            </w:pPr>
            <w:r>
              <w:rPr>
                <w:color w:val="000000"/>
                <w:sz w:val="16"/>
              </w:rPr>
              <w:t>razvija radovednost ter sistematično opazuje, primerja, razvršča in sporoča ugotovitve</w:t>
            </w:r>
          </w:p>
          <w:p w14:paraId="478E50EC" w14:textId="77777777" w:rsidR="00302D64" w:rsidRDefault="00000000">
            <w:pPr>
              <w:pStyle w:val="Oznaenseznam"/>
              <w:spacing w:after="16"/>
            </w:pPr>
            <w:r>
              <w:rPr>
                <w:color w:val="000000"/>
                <w:sz w:val="16"/>
              </w:rPr>
              <w:t>sodeluje, posluša druge in svoja opažanja izraža na razvojno primeren način</w:t>
            </w:r>
          </w:p>
          <w:p w14:paraId="39C33A3D" w14:textId="77777777" w:rsidR="00302D64" w:rsidRDefault="00000000">
            <w:pPr>
              <w:pStyle w:val="Oznaenseznam"/>
              <w:spacing w:after="16"/>
            </w:pPr>
            <w:r>
              <w:rPr>
                <w:color w:val="000000"/>
                <w:sz w:val="16"/>
              </w:rPr>
              <w:t>ravna varno, odgovorno in skrbno do sebe, drugih ter okolja</w:t>
            </w:r>
          </w:p>
          <w:p w14:paraId="119DFB19" w14:textId="77777777" w:rsidR="00302D64" w:rsidRDefault="00000000">
            <w:pPr>
              <w:pStyle w:val="Oznaenseznam"/>
              <w:spacing w:after="16"/>
            </w:pPr>
            <w:r>
              <w:rPr>
                <w:color w:val="000000"/>
                <w:sz w:val="16"/>
              </w:rPr>
              <w:t>ob kriterijih spremlja svoje učenje in sprejema opisno povratno informacijo</w:t>
            </w:r>
          </w:p>
          <w:p w14:paraId="74B6A5C0" w14:textId="77777777" w:rsidR="00302D64" w:rsidRDefault="00000000">
            <w:pPr>
              <w:spacing w:before="40" w:after="20" w:line="245" w:lineRule="auto"/>
            </w:pPr>
            <w:r>
              <w:rPr>
                <w:b/>
                <w:color w:val="000000"/>
                <w:sz w:val="17"/>
              </w:rPr>
              <w:t>OPERATIVNI</w:t>
            </w:r>
          </w:p>
          <w:p w14:paraId="1E01B562" w14:textId="77777777" w:rsidR="00302D64" w:rsidRDefault="00000000">
            <w:pPr>
              <w:pStyle w:val="Oznaenseznam"/>
              <w:spacing w:after="16"/>
            </w:pPr>
            <w:r>
              <w:rPr>
                <w:color w:val="000000"/>
                <w:sz w:val="16"/>
              </w:rPr>
              <w:t>poveže živa bitja z okoljem</w:t>
            </w:r>
          </w:p>
          <w:p w14:paraId="4298232E" w14:textId="77777777" w:rsidR="00302D64" w:rsidRDefault="00000000">
            <w:pPr>
              <w:pStyle w:val="Oznaenseznam"/>
              <w:spacing w:after="16"/>
            </w:pPr>
            <w:r>
              <w:rPr>
                <w:color w:val="000000"/>
                <w:sz w:val="16"/>
              </w:rPr>
              <w:t>opazuje lokalno okolje</w:t>
            </w:r>
          </w:p>
          <w:p w14:paraId="618A667D" w14:textId="77777777" w:rsidR="00302D64" w:rsidRDefault="00000000">
            <w:pPr>
              <w:pStyle w:val="Oznaenseznam"/>
              <w:spacing w:after="16"/>
            </w:pPr>
            <w:r>
              <w:rPr>
                <w:color w:val="000000"/>
                <w:sz w:val="16"/>
              </w:rPr>
              <w:t>ravna spoštljivo do organizmov</w:t>
            </w:r>
          </w:p>
          <w:p w14:paraId="158AADE4" w14:textId="77777777" w:rsidR="00302D64" w:rsidRDefault="00000000">
            <w:pPr>
              <w:spacing w:before="40" w:after="20" w:line="245" w:lineRule="auto"/>
            </w:pPr>
            <w:r>
              <w:rPr>
                <w:b/>
                <w:color w:val="000000"/>
                <w:sz w:val="17"/>
              </w:rPr>
              <w:t>PRIČAKOVANI DOSEŽKI / STANDARDI</w:t>
            </w:r>
          </w:p>
          <w:p w14:paraId="043DCD90" w14:textId="77777777" w:rsidR="00302D64" w:rsidRDefault="00000000">
            <w:pPr>
              <w:pStyle w:val="Oznaenseznam"/>
              <w:spacing w:after="16"/>
            </w:pPr>
            <w:r>
              <w:rPr>
                <w:color w:val="000000"/>
                <w:sz w:val="16"/>
              </w:rPr>
              <w:t>ob konkretni ali slikovni opori poveže živa bitja z okoljem</w:t>
            </w:r>
          </w:p>
          <w:p w14:paraId="5203B699" w14:textId="77777777" w:rsidR="00302D64" w:rsidRDefault="00000000">
            <w:pPr>
              <w:pStyle w:val="Oznaenseznam"/>
              <w:spacing w:after="16"/>
            </w:pPr>
            <w:r>
              <w:rPr>
                <w:color w:val="000000"/>
                <w:sz w:val="16"/>
              </w:rPr>
              <w:t>ob konkretni ali slikovni opori opazuje lokalno okolje</w:t>
            </w:r>
          </w:p>
          <w:p w14:paraId="7380E8A4" w14:textId="77777777" w:rsidR="00302D64" w:rsidRDefault="00000000">
            <w:pPr>
              <w:pStyle w:val="Oznaenseznam"/>
              <w:spacing w:after="16"/>
            </w:pPr>
            <w:r>
              <w:rPr>
                <w:color w:val="000000"/>
                <w:sz w:val="16"/>
              </w:rPr>
              <w:t>ob konkretni ali slikovni opori ravna spoštljivo do organizmov</w:t>
            </w:r>
          </w:p>
        </w:tc>
        <w:tc>
          <w:tcPr>
            <w:tcW w:w="7087" w:type="dxa"/>
            <w:tcMar>
              <w:top w:w="70" w:type="dxa"/>
              <w:left w:w="90" w:type="dxa"/>
              <w:bottom w:w="70" w:type="dxa"/>
              <w:right w:w="90" w:type="dxa"/>
            </w:tcMar>
          </w:tcPr>
          <w:p w14:paraId="3369CC5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0C66F4E" w14:textId="77777777">
              <w:trPr>
                <w:jc w:val="center"/>
              </w:trPr>
              <w:tc>
                <w:tcPr>
                  <w:tcW w:w="7087" w:type="dxa"/>
                  <w:shd w:val="clear" w:color="auto" w:fill="C6E7F3"/>
                  <w:tcMar>
                    <w:top w:w="45" w:type="dxa"/>
                    <w:left w:w="70" w:type="dxa"/>
                    <w:bottom w:w="45" w:type="dxa"/>
                    <w:right w:w="70" w:type="dxa"/>
                  </w:tcMar>
                </w:tcPr>
                <w:p w14:paraId="7CD1340A" w14:textId="77777777" w:rsidR="00302D64" w:rsidRDefault="00000000">
                  <w:pPr>
                    <w:keepNext/>
                  </w:pPr>
                  <w:r>
                    <w:rPr>
                      <w:b/>
                      <w:color w:val="000000"/>
                    </w:rPr>
                    <w:t>UVODNI DEL – motivacija, aktivacija predznanja in namen učenja (15–20 min)</w:t>
                  </w:r>
                </w:p>
              </w:tc>
            </w:tr>
          </w:tbl>
          <w:p w14:paraId="57A8A6A0" w14:textId="77777777" w:rsidR="00302D64" w:rsidRDefault="00302D64">
            <w:pPr>
              <w:spacing w:line="20" w:lineRule="exact"/>
            </w:pPr>
          </w:p>
          <w:p w14:paraId="7C0D372B" w14:textId="77777777" w:rsidR="00302D64" w:rsidRDefault="00000000">
            <w:pPr>
              <w:spacing w:before="40" w:after="60" w:line="245" w:lineRule="auto"/>
            </w:pPr>
            <w:r>
              <w:rPr>
                <w:color w:val="000000"/>
                <w:sz w:val="17"/>
              </w:rPr>
              <w:t>Hvaležni medved je izgubil pot do primernega bivališča. Učenci iz zvokov, sledi in naravnih predmetov sklepajo, v katerem življenjskem okolju se nahaja.</w:t>
            </w:r>
          </w:p>
          <w:tbl>
            <w:tblPr>
              <w:tblStyle w:val="Tabelamrea"/>
              <w:tblW w:w="0" w:type="auto"/>
              <w:jc w:val="center"/>
              <w:tblLayout w:type="fixed"/>
              <w:tblLook w:val="04A0" w:firstRow="1" w:lastRow="0" w:firstColumn="1" w:lastColumn="0" w:noHBand="0" w:noVBand="1"/>
            </w:tblPr>
            <w:tblGrid>
              <w:gridCol w:w="7087"/>
            </w:tblGrid>
            <w:tr w:rsidR="00302D64" w14:paraId="020F6E3B" w14:textId="77777777">
              <w:trPr>
                <w:jc w:val="center"/>
              </w:trPr>
              <w:tc>
                <w:tcPr>
                  <w:tcW w:w="7087" w:type="dxa"/>
                  <w:shd w:val="clear" w:color="auto" w:fill="EDC9EA"/>
                  <w:tcMar>
                    <w:top w:w="45" w:type="dxa"/>
                    <w:left w:w="70" w:type="dxa"/>
                    <w:bottom w:w="45" w:type="dxa"/>
                    <w:right w:w="70" w:type="dxa"/>
                  </w:tcMar>
                </w:tcPr>
                <w:p w14:paraId="220A5945" w14:textId="77777777" w:rsidR="00302D64" w:rsidRDefault="00000000">
                  <w:pPr>
                    <w:keepNext/>
                  </w:pPr>
                  <w:r>
                    <w:rPr>
                      <w:b/>
                      <w:color w:val="000000"/>
                    </w:rPr>
                    <w:t>NAMENI UČENJA</w:t>
                  </w:r>
                </w:p>
              </w:tc>
            </w:tr>
          </w:tbl>
          <w:p w14:paraId="25048FD2" w14:textId="77777777" w:rsidR="00302D64" w:rsidRDefault="00302D64">
            <w:pPr>
              <w:spacing w:line="20" w:lineRule="exact"/>
            </w:pPr>
          </w:p>
          <w:p w14:paraId="3B0E4295" w14:textId="77777777" w:rsidR="00302D64" w:rsidRDefault="00000000">
            <w:pPr>
              <w:spacing w:before="20" w:after="20" w:line="245" w:lineRule="auto"/>
            </w:pPr>
            <w:r>
              <w:rPr>
                <w:color w:val="000000"/>
                <w:sz w:val="16"/>
              </w:rPr>
              <w:t>Učimo se zato, da bomo lažje razumeli in odgovorno uporabili znanje v vsakdanjih situacijah.</w:t>
            </w:r>
          </w:p>
          <w:p w14:paraId="2D1D3010" w14:textId="77777777" w:rsidR="00302D64" w:rsidRDefault="00000000">
            <w:pPr>
              <w:pStyle w:val="Oznaenseznam"/>
              <w:spacing w:after="16"/>
            </w:pPr>
            <w:r>
              <w:rPr>
                <w:color w:val="000000"/>
                <w:sz w:val="16"/>
              </w:rPr>
              <w:t>povežem živa bitja z okoljem</w:t>
            </w:r>
          </w:p>
          <w:p w14:paraId="53C998CC" w14:textId="77777777" w:rsidR="00302D64" w:rsidRDefault="00000000">
            <w:pPr>
              <w:pStyle w:val="Oznaenseznam"/>
              <w:spacing w:after="16"/>
            </w:pPr>
            <w:r>
              <w:rPr>
                <w:color w:val="000000"/>
                <w:sz w:val="16"/>
              </w:rPr>
              <w:t>opazujem lokalno okolje</w:t>
            </w:r>
          </w:p>
          <w:p w14:paraId="77F7B2C8" w14:textId="77777777" w:rsidR="00302D64" w:rsidRDefault="00000000">
            <w:pPr>
              <w:pStyle w:val="Oznaenseznam"/>
              <w:spacing w:after="16"/>
            </w:pPr>
            <w:r>
              <w:rPr>
                <w:color w:val="000000"/>
                <w:sz w:val="16"/>
              </w:rPr>
              <w:t>ravnam spoštljivo do organizmov</w:t>
            </w:r>
          </w:p>
          <w:tbl>
            <w:tblPr>
              <w:tblStyle w:val="Tabelamrea"/>
              <w:tblW w:w="0" w:type="auto"/>
              <w:jc w:val="center"/>
              <w:tblLayout w:type="fixed"/>
              <w:tblLook w:val="04A0" w:firstRow="1" w:lastRow="0" w:firstColumn="1" w:lastColumn="0" w:noHBand="0" w:noVBand="1"/>
            </w:tblPr>
            <w:tblGrid>
              <w:gridCol w:w="7087"/>
            </w:tblGrid>
            <w:tr w:rsidR="00302D64" w14:paraId="37119405" w14:textId="77777777">
              <w:trPr>
                <w:jc w:val="center"/>
              </w:trPr>
              <w:tc>
                <w:tcPr>
                  <w:tcW w:w="7087" w:type="dxa"/>
                  <w:shd w:val="clear" w:color="auto" w:fill="EDC9EA"/>
                  <w:tcMar>
                    <w:top w:w="45" w:type="dxa"/>
                    <w:left w:w="70" w:type="dxa"/>
                    <w:bottom w:w="45" w:type="dxa"/>
                    <w:right w:w="70" w:type="dxa"/>
                  </w:tcMar>
                </w:tcPr>
                <w:p w14:paraId="74929957" w14:textId="77777777" w:rsidR="00302D64" w:rsidRDefault="00000000">
                  <w:pPr>
                    <w:keepNext/>
                  </w:pPr>
                  <w:r>
                    <w:rPr>
                      <w:b/>
                      <w:color w:val="000000"/>
                    </w:rPr>
                    <w:t>PREVERJANJE PREDZNANJA</w:t>
                  </w:r>
                </w:p>
              </w:tc>
            </w:tr>
          </w:tbl>
          <w:p w14:paraId="38684F92" w14:textId="77777777" w:rsidR="00302D64" w:rsidRDefault="00302D64">
            <w:pPr>
              <w:spacing w:line="20" w:lineRule="exact"/>
            </w:pPr>
          </w:p>
          <w:p w14:paraId="14C16005" w14:textId="77777777" w:rsidR="00302D64" w:rsidRDefault="00000000">
            <w:pPr>
              <w:pStyle w:val="Oznaenseznam"/>
              <w:spacing w:after="16"/>
            </w:pPr>
            <w:r>
              <w:rPr>
                <w:color w:val="000000"/>
                <w:sz w:val="16"/>
              </w:rPr>
              <w:t>Kaj življenjsko okolje daje živemu bitju?</w:t>
            </w:r>
          </w:p>
          <w:p w14:paraId="598D5A56" w14:textId="77777777" w:rsidR="00302D64" w:rsidRDefault="00000000">
            <w:pPr>
              <w:pStyle w:val="Oznaenseznam"/>
              <w:spacing w:after="16"/>
            </w:pPr>
            <w:r>
              <w:rPr>
                <w:color w:val="000000"/>
                <w:sz w:val="16"/>
              </w:rPr>
              <w:t>Kako se v naravi vedem, da organizmov ne motim ali poškodujem?</w:t>
            </w:r>
          </w:p>
          <w:p w14:paraId="1ECF69C3"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FD8E720" w14:textId="77777777">
              <w:trPr>
                <w:jc w:val="center"/>
              </w:trPr>
              <w:tc>
                <w:tcPr>
                  <w:tcW w:w="7087" w:type="dxa"/>
                  <w:shd w:val="clear" w:color="auto" w:fill="EDC9EA"/>
                  <w:tcMar>
                    <w:top w:w="45" w:type="dxa"/>
                    <w:left w:w="70" w:type="dxa"/>
                    <w:bottom w:w="45" w:type="dxa"/>
                    <w:right w:w="70" w:type="dxa"/>
                  </w:tcMar>
                </w:tcPr>
                <w:p w14:paraId="1619337C" w14:textId="77777777" w:rsidR="00302D64" w:rsidRDefault="00000000">
                  <w:pPr>
                    <w:keepNext/>
                  </w:pPr>
                  <w:r>
                    <w:rPr>
                      <w:b/>
                      <w:color w:val="000000"/>
                    </w:rPr>
                    <w:t>KRITERIJI USPEŠNOSTI</w:t>
                  </w:r>
                </w:p>
              </w:tc>
            </w:tr>
          </w:tbl>
          <w:p w14:paraId="1F27909E" w14:textId="77777777" w:rsidR="00302D64" w:rsidRDefault="00302D64"/>
          <w:p w14:paraId="4BE3B6A5" w14:textId="77777777" w:rsidR="00302D64" w:rsidRDefault="00000000">
            <w:pPr>
              <w:spacing w:before="20" w:after="20" w:line="245" w:lineRule="auto"/>
            </w:pPr>
            <w:r>
              <w:rPr>
                <w:b/>
                <w:color w:val="000000"/>
                <w:sz w:val="16"/>
              </w:rPr>
              <w:t>Uspešen/-na bom, ko:</w:t>
            </w:r>
          </w:p>
          <w:p w14:paraId="79E2A916" w14:textId="77777777" w:rsidR="00302D64" w:rsidRDefault="00000000">
            <w:pPr>
              <w:pStyle w:val="Oznaenseznam"/>
              <w:spacing w:after="16"/>
            </w:pPr>
            <w:r>
              <w:rPr>
                <w:color w:val="000000"/>
                <w:sz w:val="16"/>
              </w:rPr>
              <w:t>povežem živa bitja z okoljem</w:t>
            </w:r>
          </w:p>
          <w:p w14:paraId="077DA655" w14:textId="77777777" w:rsidR="00302D64" w:rsidRDefault="00000000">
            <w:pPr>
              <w:pStyle w:val="Oznaenseznam"/>
              <w:spacing w:after="16"/>
            </w:pPr>
            <w:r>
              <w:rPr>
                <w:color w:val="000000"/>
                <w:sz w:val="16"/>
              </w:rPr>
              <w:t>opazujem lokalno okolje</w:t>
            </w:r>
          </w:p>
          <w:p w14:paraId="7A62CFBC" w14:textId="77777777" w:rsidR="00302D64" w:rsidRDefault="00000000">
            <w:pPr>
              <w:pStyle w:val="Oznaenseznam"/>
              <w:spacing w:after="16"/>
            </w:pPr>
            <w:r>
              <w:rPr>
                <w:color w:val="000000"/>
                <w:sz w:val="16"/>
              </w:rPr>
              <w:t>ravnam spoštljivo do organizmov</w:t>
            </w:r>
          </w:p>
          <w:p w14:paraId="3BC85CBA"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109A281C" w14:textId="77777777" w:rsidR="00302D64" w:rsidRDefault="00302D64"/>
          <w:p w14:paraId="05017A2A" w14:textId="77777777" w:rsidR="00302D64" w:rsidRDefault="00000000">
            <w:pPr>
              <w:spacing w:after="80" w:line="245" w:lineRule="auto"/>
            </w:pPr>
            <w:r>
              <w:rPr>
                <w:color w:val="000000"/>
                <w:sz w:val="16"/>
              </w:rPr>
              <w:t>Posluša ali opazuje književno oziroma predmetno izhodišče ter se vključi z gibom, sliko ali besedo.</w:t>
            </w:r>
          </w:p>
          <w:p w14:paraId="24B85562" w14:textId="77777777" w:rsidR="00302D64" w:rsidRDefault="00000000">
            <w:pPr>
              <w:spacing w:after="80" w:line="245" w:lineRule="auto"/>
            </w:pPr>
            <w:r>
              <w:rPr>
                <w:color w:val="000000"/>
                <w:sz w:val="16"/>
              </w:rPr>
              <w:t>Pove, pokaže ali nariše, kaj že ve. Posluša zamisli drugih.</w:t>
            </w:r>
          </w:p>
          <w:p w14:paraId="4EB045F3" w14:textId="77777777" w:rsidR="00302D64" w:rsidRDefault="00000000">
            <w:pPr>
              <w:spacing w:after="100" w:line="245" w:lineRule="auto"/>
            </w:pPr>
            <w:r>
              <w:rPr>
                <w:color w:val="000000"/>
                <w:sz w:val="16"/>
              </w:rPr>
              <w:t>Sodeluje pri razumevanju namenov in kriterijev uspešnosti.</w:t>
            </w:r>
          </w:p>
          <w:p w14:paraId="5B7861B4" w14:textId="77777777" w:rsidR="00302D64" w:rsidRDefault="00000000">
            <w:pPr>
              <w:spacing w:after="20" w:line="245" w:lineRule="auto"/>
            </w:pPr>
            <w:r>
              <w:rPr>
                <w:b/>
                <w:color w:val="D95BC6"/>
                <w:sz w:val="17"/>
              </w:rPr>
              <w:t>DOKAZ O UČENJU</w:t>
            </w:r>
          </w:p>
          <w:p w14:paraId="34491BD8" w14:textId="77777777" w:rsidR="00302D64" w:rsidRDefault="00000000">
            <w:pPr>
              <w:spacing w:after="30" w:line="245" w:lineRule="auto"/>
            </w:pPr>
            <w:r>
              <w:rPr>
                <w:color w:val="D95BC6"/>
                <w:sz w:val="16"/>
              </w:rPr>
              <w:t>začetna zamisel, razvrstitev, risba ali ustni odgovor</w:t>
            </w:r>
          </w:p>
        </w:tc>
      </w:tr>
    </w:tbl>
    <w:p w14:paraId="5BD4F74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5EFD22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1E342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5C4B20F" w14:textId="77777777" w:rsidR="00302D64" w:rsidRDefault="00000000">
            <w:pPr>
              <w:jc w:val="center"/>
            </w:pPr>
            <w:r>
              <w:rPr>
                <w:b/>
                <w:color w:val="000000"/>
                <w:sz w:val="20"/>
              </w:rPr>
              <w:t>UČNE DEJAVNOSTI, METODE IN FORMATIVNO SPREMLJANJE</w:t>
            </w:r>
          </w:p>
        </w:tc>
      </w:tr>
      <w:tr w:rsidR="00302D64" w14:paraId="4F4C172C" w14:textId="77777777">
        <w:trPr>
          <w:tblHeader/>
          <w:jc w:val="center"/>
        </w:trPr>
        <w:tc>
          <w:tcPr>
            <w:tcW w:w="4422" w:type="dxa"/>
            <w:vMerge/>
            <w:tcMar>
              <w:top w:w="70" w:type="dxa"/>
              <w:left w:w="90" w:type="dxa"/>
              <w:bottom w:w="70" w:type="dxa"/>
              <w:right w:w="90" w:type="dxa"/>
            </w:tcMar>
            <w:vAlign w:val="center"/>
          </w:tcPr>
          <w:p w14:paraId="1C5CE5F3" w14:textId="77777777" w:rsidR="00302D64" w:rsidRDefault="00302D64"/>
        </w:tc>
        <w:tc>
          <w:tcPr>
            <w:tcW w:w="7087" w:type="dxa"/>
            <w:shd w:val="clear" w:color="auto" w:fill="FFFFFF"/>
            <w:tcMar>
              <w:top w:w="70" w:type="dxa"/>
              <w:left w:w="90" w:type="dxa"/>
              <w:bottom w:w="70" w:type="dxa"/>
              <w:right w:w="90" w:type="dxa"/>
            </w:tcMar>
            <w:vAlign w:val="center"/>
          </w:tcPr>
          <w:p w14:paraId="32EE6A5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F71E431" w14:textId="77777777" w:rsidR="00302D64" w:rsidRDefault="00000000">
            <w:pPr>
              <w:jc w:val="center"/>
            </w:pPr>
            <w:r>
              <w:rPr>
                <w:b/>
                <w:color w:val="000000"/>
              </w:rPr>
              <w:t>UČENEC</w:t>
            </w:r>
          </w:p>
        </w:tc>
      </w:tr>
      <w:tr w:rsidR="00302D64" w14:paraId="688F6493" w14:textId="77777777">
        <w:trPr>
          <w:jc w:val="center"/>
        </w:trPr>
        <w:tc>
          <w:tcPr>
            <w:tcW w:w="4422" w:type="dxa"/>
            <w:tcMar>
              <w:top w:w="70" w:type="dxa"/>
              <w:left w:w="90" w:type="dxa"/>
              <w:bottom w:w="70" w:type="dxa"/>
              <w:right w:w="90" w:type="dxa"/>
            </w:tcMar>
          </w:tcPr>
          <w:p w14:paraId="3521D810" w14:textId="77777777" w:rsidR="00302D64" w:rsidRDefault="00302D64"/>
          <w:p w14:paraId="6E6AB8EC" w14:textId="77777777" w:rsidR="00302D64" w:rsidRDefault="00000000">
            <w:pPr>
              <w:spacing w:after="40" w:line="245" w:lineRule="auto"/>
            </w:pPr>
            <w:r>
              <w:rPr>
                <w:b/>
                <w:color w:val="000000"/>
              </w:rPr>
              <w:t>KLJUČNI POJMI</w:t>
            </w:r>
          </w:p>
          <w:p w14:paraId="0F453125" w14:textId="77777777" w:rsidR="00302D64" w:rsidRDefault="00000000">
            <w:pPr>
              <w:spacing w:after="80" w:line="245" w:lineRule="auto"/>
            </w:pPr>
            <w:r>
              <w:rPr>
                <w:color w:val="000000"/>
                <w:sz w:val="16"/>
              </w:rPr>
              <w:t>življenjsko okolje, gozd, travnik, voda, naselje, zavetje, sled, organizem, opazovanje, varovanje narave</w:t>
            </w:r>
          </w:p>
          <w:p w14:paraId="6C7B1235" w14:textId="77777777" w:rsidR="00302D64" w:rsidRDefault="00000000">
            <w:pPr>
              <w:spacing w:after="20" w:line="245" w:lineRule="auto"/>
            </w:pPr>
            <w:r>
              <w:rPr>
                <w:b/>
                <w:color w:val="000000"/>
              </w:rPr>
              <w:t>DOKAZI O UČENJU</w:t>
            </w:r>
          </w:p>
          <w:p w14:paraId="48767D2E" w14:textId="77777777" w:rsidR="00302D64" w:rsidRDefault="00000000">
            <w:pPr>
              <w:pStyle w:val="Oznaenseznam"/>
              <w:spacing w:after="16"/>
            </w:pPr>
            <w:r>
              <w:rPr>
                <w:color w:val="000000"/>
                <w:sz w:val="16"/>
              </w:rPr>
              <w:t>povezava organizem–okolje–potreba</w:t>
            </w:r>
          </w:p>
          <w:p w14:paraId="04AD265B" w14:textId="77777777" w:rsidR="00302D64" w:rsidRDefault="00000000">
            <w:pPr>
              <w:pStyle w:val="Oznaenseznam"/>
              <w:spacing w:after="16"/>
            </w:pPr>
            <w:r>
              <w:rPr>
                <w:color w:val="000000"/>
                <w:sz w:val="16"/>
              </w:rPr>
              <w:t>terenska skica in opis mesta</w:t>
            </w:r>
          </w:p>
          <w:p w14:paraId="01A51FF8" w14:textId="77777777" w:rsidR="00302D64" w:rsidRDefault="00000000">
            <w:pPr>
              <w:pStyle w:val="Oznaenseznam"/>
              <w:spacing w:after="16"/>
            </w:pPr>
            <w:r>
              <w:rPr>
                <w:color w:val="000000"/>
                <w:sz w:val="16"/>
              </w:rPr>
              <w:t>slikovni kodeks in praktična izvedba</w:t>
            </w:r>
          </w:p>
          <w:p w14:paraId="36C81555" w14:textId="77777777" w:rsidR="00302D64" w:rsidRDefault="00000000">
            <w:pPr>
              <w:spacing w:before="40" w:after="20" w:line="245" w:lineRule="auto"/>
            </w:pPr>
            <w:r>
              <w:rPr>
                <w:b/>
                <w:color w:val="000000"/>
              </w:rPr>
              <w:t>MEDPREDMETNA POVEZAVA</w:t>
            </w:r>
          </w:p>
          <w:p w14:paraId="34E7261D" w14:textId="77777777" w:rsidR="00302D64" w:rsidRDefault="00000000">
            <w:pPr>
              <w:spacing w:after="60" w:line="245" w:lineRule="auto"/>
            </w:pPr>
            <w:r>
              <w:rPr>
                <w:color w:val="000000"/>
                <w:sz w:val="16"/>
              </w:rPr>
              <w:t>SLJ – opis opažanja; MAT – povezovanje in razvrščanje; LUM – terenska skica; ŠPO – tiha raziskovalna pot</w:t>
            </w:r>
          </w:p>
          <w:p w14:paraId="22ADE960" w14:textId="77777777" w:rsidR="00302D64" w:rsidRDefault="00000000">
            <w:pPr>
              <w:spacing w:after="20" w:line="245" w:lineRule="auto"/>
            </w:pPr>
            <w:r>
              <w:rPr>
                <w:b/>
                <w:color w:val="000000"/>
              </w:rPr>
              <w:t>POUČEVANJE V GIBANJU</w:t>
            </w:r>
          </w:p>
          <w:p w14:paraId="04DEBC41"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6FE8BBD0" w14:textId="77777777" w:rsidR="00302D64" w:rsidRDefault="00000000">
            <w:pPr>
              <w:spacing w:after="20" w:line="245" w:lineRule="auto"/>
            </w:pPr>
            <w:r>
              <w:rPr>
                <w:b/>
                <w:color w:val="000000"/>
              </w:rPr>
              <w:t>UČENJE PO ŠTIRIH POSTAJAH</w:t>
            </w:r>
          </w:p>
          <w:p w14:paraId="4E7A0F3A"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3BA6F6DE" w14:textId="77777777" w:rsidR="00302D64" w:rsidRDefault="00000000">
            <w:pPr>
              <w:spacing w:after="20" w:line="245" w:lineRule="auto"/>
            </w:pPr>
            <w:r>
              <w:rPr>
                <w:b/>
                <w:color w:val="000000"/>
              </w:rPr>
              <w:t>DIFERENCIACIJA IN VKLJUČEVANJE</w:t>
            </w:r>
          </w:p>
          <w:p w14:paraId="0F59717A" w14:textId="77777777" w:rsidR="00302D64" w:rsidRDefault="00000000">
            <w:pPr>
              <w:spacing w:after="60" w:line="245" w:lineRule="auto"/>
            </w:pPr>
            <w:r>
              <w:rPr>
                <w:color w:val="000000"/>
                <w:sz w:val="16"/>
              </w:rPr>
              <w:t>Določi se miren opazovalni par in majhno območje; učenec lahko uporabi fotografijo; naprednejši primerja dve mikrookolji.</w:t>
            </w:r>
          </w:p>
          <w:p w14:paraId="75630C17" w14:textId="77777777" w:rsidR="00302D64" w:rsidRDefault="00000000">
            <w:pPr>
              <w:spacing w:after="20" w:line="245" w:lineRule="auto"/>
            </w:pPr>
            <w:r>
              <w:rPr>
                <w:b/>
                <w:color w:val="000000"/>
              </w:rPr>
              <w:t>SPREMLJANJE</w:t>
            </w:r>
          </w:p>
          <w:p w14:paraId="73D3C617"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E63446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E6D4921" w14:textId="77777777">
              <w:trPr>
                <w:jc w:val="center"/>
              </w:trPr>
              <w:tc>
                <w:tcPr>
                  <w:tcW w:w="7087" w:type="dxa"/>
                  <w:shd w:val="clear" w:color="auto" w:fill="C6E7F3"/>
                  <w:tcMar>
                    <w:top w:w="45" w:type="dxa"/>
                    <w:left w:w="70" w:type="dxa"/>
                    <w:bottom w:w="45" w:type="dxa"/>
                    <w:right w:w="70" w:type="dxa"/>
                  </w:tcMar>
                </w:tcPr>
                <w:p w14:paraId="61435052" w14:textId="77777777" w:rsidR="00302D64" w:rsidRDefault="00000000">
                  <w:pPr>
                    <w:keepNext/>
                  </w:pPr>
                  <w:r>
                    <w:t>GLAVNI DEL – IZKUŠENJSKO IN POSTAJNO UČENJE (3 šolske ure)</w:t>
                  </w:r>
                </w:p>
              </w:tc>
            </w:tr>
          </w:tbl>
          <w:p w14:paraId="719B740A" w14:textId="77777777" w:rsidR="00302D64" w:rsidRDefault="00302D64">
            <w:pPr>
              <w:spacing w:line="20" w:lineRule="exact"/>
            </w:pPr>
          </w:p>
          <w:p w14:paraId="73BFA9FA" w14:textId="77777777" w:rsidR="00302D64" w:rsidRDefault="00000000">
            <w:pPr>
              <w:keepNext/>
              <w:spacing w:before="60" w:after="20" w:line="245" w:lineRule="auto"/>
            </w:pPr>
            <w:r>
              <w:rPr>
                <w:b/>
                <w:color w:val="000000"/>
              </w:rPr>
              <w:t>1. URA – Koti življenjskih okolij</w:t>
            </w:r>
          </w:p>
          <w:p w14:paraId="1AE8CFE3" w14:textId="77777777" w:rsidR="00302D64" w:rsidRDefault="00000000">
            <w:pPr>
              <w:spacing w:after="20" w:line="245" w:lineRule="auto"/>
            </w:pPr>
            <w:r>
              <w:rPr>
                <w:b/>
                <w:color w:val="000000"/>
                <w:sz w:val="16"/>
              </w:rPr>
              <w:t xml:space="preserve">Dejavnost učiteljice: </w:t>
            </w:r>
            <w:r>
              <w:rPr>
                <w:color w:val="000000"/>
                <w:sz w:val="16"/>
              </w:rPr>
              <w:t>Uredi gozd, travnik, voda in naselje kot prostorske kote s fotografijami in značilnostmi.</w:t>
            </w:r>
          </w:p>
          <w:p w14:paraId="707BF8E0" w14:textId="77777777" w:rsidR="00302D64" w:rsidRDefault="00000000">
            <w:pPr>
              <w:spacing w:after="20" w:line="245" w:lineRule="auto"/>
            </w:pPr>
            <w:r>
              <w:rPr>
                <w:b/>
                <w:color w:val="000000"/>
                <w:sz w:val="16"/>
              </w:rPr>
              <w:t xml:space="preserve">Dejavnost učencev: </w:t>
            </w:r>
            <w:r>
              <w:rPr>
                <w:color w:val="000000"/>
                <w:sz w:val="16"/>
              </w:rPr>
              <w:t>Z izbrano sliko organizma poiščejo okolje, nato povedo eno potrebo, ki jo tam zadovolji.</w:t>
            </w:r>
          </w:p>
          <w:p w14:paraId="5F07992B" w14:textId="77777777" w:rsidR="00302D64" w:rsidRDefault="00000000">
            <w:pPr>
              <w:spacing w:after="40" w:line="245" w:lineRule="auto"/>
            </w:pPr>
            <w:r>
              <w:rPr>
                <w:i/>
                <w:color w:val="D95BC6"/>
                <w:sz w:val="16"/>
              </w:rPr>
              <w:t>Predvideni dokaz: povezava organizem–okolje–potreba.</w:t>
            </w:r>
          </w:p>
          <w:p w14:paraId="418BE0C3" w14:textId="77777777" w:rsidR="00302D64" w:rsidRDefault="00000000">
            <w:pPr>
              <w:keepNext/>
              <w:spacing w:before="60" w:after="20" w:line="245" w:lineRule="auto"/>
            </w:pPr>
            <w:r>
              <w:rPr>
                <w:b/>
                <w:color w:val="000000"/>
              </w:rPr>
              <w:t>2. URA – Mikrookolje pod lupo</w:t>
            </w:r>
          </w:p>
          <w:p w14:paraId="2E3A6006" w14:textId="77777777" w:rsidR="00302D64" w:rsidRDefault="00000000">
            <w:pPr>
              <w:spacing w:after="20" w:line="245" w:lineRule="auto"/>
            </w:pPr>
            <w:r>
              <w:rPr>
                <w:b/>
                <w:color w:val="000000"/>
                <w:sz w:val="16"/>
              </w:rPr>
              <w:t xml:space="preserve">Dejavnost učiteljice: </w:t>
            </w:r>
            <w:r>
              <w:rPr>
                <w:color w:val="000000"/>
                <w:sz w:val="16"/>
              </w:rPr>
              <w:t>Na varnem delu šolske okolice vodi tiho opazovanje tal, lubja, listja in razpok brez odvzemanja živali.</w:t>
            </w:r>
          </w:p>
          <w:p w14:paraId="10828F17" w14:textId="77777777" w:rsidR="00302D64" w:rsidRDefault="00000000">
            <w:pPr>
              <w:spacing w:after="20" w:line="245" w:lineRule="auto"/>
            </w:pPr>
            <w:r>
              <w:rPr>
                <w:b/>
                <w:color w:val="000000"/>
                <w:sz w:val="16"/>
              </w:rPr>
              <w:t xml:space="preserve">Dejavnost učencev: </w:t>
            </w:r>
            <w:r>
              <w:rPr>
                <w:color w:val="000000"/>
                <w:sz w:val="16"/>
              </w:rPr>
              <w:t>Opazujejo, skicirajo eno živo bitje ali sled ter opišejo, kje so jo našli.</w:t>
            </w:r>
          </w:p>
          <w:p w14:paraId="7BB80EB6" w14:textId="77777777" w:rsidR="00302D64" w:rsidRDefault="00000000">
            <w:pPr>
              <w:spacing w:after="40" w:line="245" w:lineRule="auto"/>
            </w:pPr>
            <w:r>
              <w:rPr>
                <w:i/>
                <w:color w:val="D95BC6"/>
                <w:sz w:val="16"/>
              </w:rPr>
              <w:t>Predvideni dokaz: terenska skica in opis mesta.</w:t>
            </w:r>
          </w:p>
          <w:p w14:paraId="5F196682" w14:textId="77777777" w:rsidR="00302D64" w:rsidRDefault="00000000">
            <w:pPr>
              <w:keepNext/>
              <w:spacing w:before="60" w:after="20" w:line="245" w:lineRule="auto"/>
            </w:pPr>
            <w:r>
              <w:rPr>
                <w:b/>
                <w:color w:val="000000"/>
              </w:rPr>
              <w:t>3. URA – Kodeks skrbnega raziskovalca</w:t>
            </w:r>
          </w:p>
          <w:p w14:paraId="6C7E75F2" w14:textId="77777777" w:rsidR="00302D64" w:rsidRDefault="00000000">
            <w:pPr>
              <w:spacing w:after="20" w:line="245" w:lineRule="auto"/>
            </w:pPr>
            <w:r>
              <w:rPr>
                <w:b/>
                <w:color w:val="000000"/>
                <w:sz w:val="16"/>
              </w:rPr>
              <w:t xml:space="preserve">Dejavnost učiteljice: </w:t>
            </w:r>
            <w:r>
              <w:rPr>
                <w:color w:val="000000"/>
                <w:sz w:val="16"/>
              </w:rPr>
              <w:t>Predstavi situacije primerno/neprimerno ravnanje in omogoči popravljanje ravnanja.</w:t>
            </w:r>
          </w:p>
          <w:p w14:paraId="4A7FB442" w14:textId="77777777" w:rsidR="00302D64" w:rsidRDefault="00000000">
            <w:pPr>
              <w:spacing w:after="20" w:line="245" w:lineRule="auto"/>
            </w:pPr>
            <w:r>
              <w:rPr>
                <w:b/>
                <w:color w:val="000000"/>
                <w:sz w:val="16"/>
              </w:rPr>
              <w:t xml:space="preserve">Dejavnost učencev: </w:t>
            </w:r>
            <w:r>
              <w:rPr>
                <w:color w:val="000000"/>
                <w:sz w:val="16"/>
              </w:rPr>
              <w:t>Odigrajo skrbno ravnanje ter skupno oblikujejo slikovna pravila za opazovanje narave.</w:t>
            </w:r>
          </w:p>
          <w:p w14:paraId="20331ED2" w14:textId="77777777" w:rsidR="00302D64" w:rsidRDefault="00000000">
            <w:pPr>
              <w:spacing w:after="40" w:line="245" w:lineRule="auto"/>
            </w:pPr>
            <w:r>
              <w:rPr>
                <w:i/>
                <w:color w:val="D95BC6"/>
                <w:sz w:val="16"/>
              </w:rPr>
              <w:t>Predvideni dokaz: slikovni kodeks in praktična izvedba.</w:t>
            </w:r>
          </w:p>
          <w:tbl>
            <w:tblPr>
              <w:tblStyle w:val="Tabelamrea"/>
              <w:tblW w:w="0" w:type="auto"/>
              <w:jc w:val="center"/>
              <w:tblLayout w:type="fixed"/>
              <w:tblLook w:val="04A0" w:firstRow="1" w:lastRow="0" w:firstColumn="1" w:lastColumn="0" w:noHBand="0" w:noVBand="1"/>
            </w:tblPr>
            <w:tblGrid>
              <w:gridCol w:w="7087"/>
            </w:tblGrid>
            <w:tr w:rsidR="00302D64" w14:paraId="72DFDB58" w14:textId="77777777">
              <w:trPr>
                <w:jc w:val="center"/>
              </w:trPr>
              <w:tc>
                <w:tcPr>
                  <w:tcW w:w="7087" w:type="dxa"/>
                  <w:shd w:val="clear" w:color="auto" w:fill="EDC9EA"/>
                  <w:tcMar>
                    <w:top w:w="45" w:type="dxa"/>
                    <w:left w:w="70" w:type="dxa"/>
                    <w:bottom w:w="45" w:type="dxa"/>
                    <w:right w:w="70" w:type="dxa"/>
                  </w:tcMar>
                </w:tcPr>
                <w:p w14:paraId="643225C5" w14:textId="77777777" w:rsidR="00302D64" w:rsidRDefault="00000000">
                  <w:pPr>
                    <w:keepNext/>
                  </w:pPr>
                  <w:r>
                    <w:rPr>
                      <w:b/>
                      <w:color w:val="000000"/>
                    </w:rPr>
                    <w:t>UČENJE PO ŠTIRIH POSTAJAH (6–8 min na postajo)</w:t>
                  </w:r>
                </w:p>
              </w:tc>
            </w:tr>
          </w:tbl>
          <w:p w14:paraId="10EEA493"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2E2C5A91" w14:textId="77777777" w:rsidR="00302D64" w:rsidRDefault="00000000">
            <w:pPr>
              <w:spacing w:after="20" w:line="245" w:lineRule="auto"/>
            </w:pPr>
            <w:r>
              <w:rPr>
                <w:b/>
                <w:color w:val="000000"/>
                <w:sz w:val="16"/>
              </w:rPr>
              <w:t xml:space="preserve">RAZISKOVALNA POSTAJA – Koti življenjskih okolij: </w:t>
            </w:r>
            <w:r>
              <w:rPr>
                <w:color w:val="000000"/>
                <w:sz w:val="16"/>
              </w:rPr>
              <w:t>Z izbrano sliko organizma poiščejo okolje, nato povedo eno potrebo, ki jo tam zadovolji.</w:t>
            </w:r>
          </w:p>
          <w:p w14:paraId="769B4B3B" w14:textId="77777777" w:rsidR="00302D64" w:rsidRDefault="00000000">
            <w:pPr>
              <w:spacing w:after="20" w:line="245" w:lineRule="auto"/>
            </w:pPr>
            <w:r>
              <w:rPr>
                <w:b/>
                <w:color w:val="000000"/>
                <w:sz w:val="16"/>
              </w:rPr>
              <w:t xml:space="preserve">PRAKTIČNA POSTAJA – Mikrookolje pod lupo: </w:t>
            </w:r>
            <w:r>
              <w:rPr>
                <w:color w:val="000000"/>
                <w:sz w:val="16"/>
              </w:rPr>
              <w:t>Opazujejo, skicirajo eno živo bitje ali sled ter opišejo, kje so jo našli.</w:t>
            </w:r>
          </w:p>
          <w:p w14:paraId="3EA21F7A" w14:textId="77777777" w:rsidR="00302D64" w:rsidRDefault="00000000">
            <w:pPr>
              <w:spacing w:after="20" w:line="245" w:lineRule="auto"/>
            </w:pPr>
            <w:r>
              <w:rPr>
                <w:b/>
                <w:color w:val="000000"/>
                <w:sz w:val="16"/>
              </w:rPr>
              <w:t xml:space="preserve">GIBALNO-SODELOVALNA POSTAJA – Kodeks skrbnega raziskovalca: </w:t>
            </w:r>
            <w:r>
              <w:rPr>
                <w:color w:val="000000"/>
                <w:sz w:val="16"/>
              </w:rPr>
              <w:t>Odigrajo skrbno ravnanje ter skupno oblikujejo slikovna pravila za opazovanje narave.</w:t>
            </w:r>
          </w:p>
          <w:p w14:paraId="6C9E6DB3" w14:textId="77777777" w:rsidR="00302D64" w:rsidRDefault="00000000">
            <w:pPr>
              <w:spacing w:after="20" w:line="245" w:lineRule="auto"/>
            </w:pPr>
            <w:r>
              <w:rPr>
                <w:b/>
                <w:color w:val="000000"/>
                <w:sz w:val="16"/>
              </w:rPr>
              <w:t xml:space="preserve">POSTAJA DOKAZA IN REFLEKSIJE: </w:t>
            </w:r>
            <w:r>
              <w:rPr>
                <w:color w:val="000000"/>
                <w:sz w:val="16"/>
              </w:rPr>
              <w:t>Izberejo en dokaz (povezava organizem–okolje–potreba, terenska skica in opis mesta),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70D36699" w14:textId="77777777">
              <w:trPr>
                <w:jc w:val="center"/>
              </w:trPr>
              <w:tc>
                <w:tcPr>
                  <w:tcW w:w="7087" w:type="dxa"/>
                  <w:shd w:val="clear" w:color="auto" w:fill="EDC9EA"/>
                  <w:tcMar>
                    <w:top w:w="45" w:type="dxa"/>
                    <w:left w:w="70" w:type="dxa"/>
                    <w:bottom w:w="45" w:type="dxa"/>
                    <w:right w:w="70" w:type="dxa"/>
                  </w:tcMar>
                </w:tcPr>
                <w:p w14:paraId="14E358D4" w14:textId="77777777" w:rsidR="00302D64" w:rsidRDefault="00000000">
                  <w:pPr>
                    <w:keepNext/>
                  </w:pPr>
                  <w:r>
                    <w:rPr>
                      <w:b/>
                      <w:color w:val="000000"/>
                    </w:rPr>
                    <w:t>POVRATNA INFORMACIJA UČITELJICE MED DELOM</w:t>
                  </w:r>
                </w:p>
              </w:tc>
            </w:tr>
          </w:tbl>
          <w:p w14:paraId="7913F483" w14:textId="77777777" w:rsidR="00302D64" w:rsidRDefault="00302D64"/>
          <w:p w14:paraId="0D984C64"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6B7431D" w14:textId="77777777" w:rsidR="00302D64" w:rsidRDefault="00302D64"/>
          <w:p w14:paraId="5F967E82" w14:textId="77777777" w:rsidR="00302D64" w:rsidRDefault="00000000">
            <w:pPr>
              <w:spacing w:after="20" w:line="245" w:lineRule="auto"/>
            </w:pPr>
            <w:r>
              <w:rPr>
                <w:b/>
                <w:color w:val="000000"/>
                <w:sz w:val="17"/>
              </w:rPr>
              <w:t>1. URA</w:t>
            </w:r>
          </w:p>
          <w:p w14:paraId="2B802C4D" w14:textId="77777777" w:rsidR="00302D64" w:rsidRDefault="00000000">
            <w:pPr>
              <w:spacing w:after="40" w:line="245" w:lineRule="auto"/>
            </w:pPr>
            <w:r>
              <w:rPr>
                <w:color w:val="000000"/>
                <w:sz w:val="16"/>
              </w:rPr>
              <w:t>Z izbrano sliko organizma poiščejo okolje, nato povedo eno potrebo, ki jo tam zadovolji.</w:t>
            </w:r>
          </w:p>
          <w:p w14:paraId="6F304F1A" w14:textId="77777777" w:rsidR="00302D64" w:rsidRDefault="00000000">
            <w:pPr>
              <w:spacing w:line="245" w:lineRule="auto"/>
            </w:pPr>
            <w:r>
              <w:rPr>
                <w:b/>
                <w:color w:val="D95BC6"/>
                <w:sz w:val="16"/>
              </w:rPr>
              <w:t>DOKAZ</w:t>
            </w:r>
          </w:p>
          <w:p w14:paraId="2B577D13" w14:textId="77777777" w:rsidR="00302D64" w:rsidRDefault="00000000">
            <w:pPr>
              <w:spacing w:after="60" w:line="245" w:lineRule="auto"/>
            </w:pPr>
            <w:r>
              <w:rPr>
                <w:color w:val="D95BC6"/>
                <w:sz w:val="16"/>
              </w:rPr>
              <w:t>povezava organizem–okolje–potreba</w:t>
            </w:r>
          </w:p>
          <w:p w14:paraId="566619A4" w14:textId="77777777" w:rsidR="00302D64" w:rsidRDefault="00000000">
            <w:pPr>
              <w:spacing w:after="20" w:line="245" w:lineRule="auto"/>
            </w:pPr>
            <w:r>
              <w:rPr>
                <w:b/>
                <w:color w:val="000000"/>
                <w:sz w:val="17"/>
              </w:rPr>
              <w:t>2. URA</w:t>
            </w:r>
          </w:p>
          <w:p w14:paraId="25F29D51" w14:textId="77777777" w:rsidR="00302D64" w:rsidRDefault="00000000">
            <w:pPr>
              <w:spacing w:after="40" w:line="245" w:lineRule="auto"/>
            </w:pPr>
            <w:r>
              <w:rPr>
                <w:color w:val="000000"/>
                <w:sz w:val="16"/>
              </w:rPr>
              <w:t>Opazujejo, skicirajo eno živo bitje ali sled ter opišejo, kje so jo našli.</w:t>
            </w:r>
          </w:p>
          <w:p w14:paraId="678A061D" w14:textId="77777777" w:rsidR="00302D64" w:rsidRDefault="00000000">
            <w:pPr>
              <w:spacing w:line="245" w:lineRule="auto"/>
            </w:pPr>
            <w:r>
              <w:rPr>
                <w:b/>
                <w:color w:val="D95BC6"/>
                <w:sz w:val="16"/>
              </w:rPr>
              <w:t>DOKAZ</w:t>
            </w:r>
          </w:p>
          <w:p w14:paraId="351970A2" w14:textId="77777777" w:rsidR="00302D64" w:rsidRDefault="00000000">
            <w:pPr>
              <w:spacing w:after="60" w:line="245" w:lineRule="auto"/>
            </w:pPr>
            <w:r>
              <w:rPr>
                <w:color w:val="D95BC6"/>
                <w:sz w:val="16"/>
              </w:rPr>
              <w:t>terenska skica in opis mesta</w:t>
            </w:r>
          </w:p>
          <w:p w14:paraId="2C02D87C" w14:textId="77777777" w:rsidR="00302D64" w:rsidRDefault="00000000">
            <w:pPr>
              <w:spacing w:after="20" w:line="245" w:lineRule="auto"/>
            </w:pPr>
            <w:r>
              <w:rPr>
                <w:b/>
                <w:color w:val="000000"/>
                <w:sz w:val="17"/>
              </w:rPr>
              <w:t>3. URA</w:t>
            </w:r>
          </w:p>
          <w:p w14:paraId="0437DA87" w14:textId="77777777" w:rsidR="00302D64" w:rsidRDefault="00000000">
            <w:pPr>
              <w:spacing w:after="40" w:line="245" w:lineRule="auto"/>
            </w:pPr>
            <w:r>
              <w:rPr>
                <w:color w:val="000000"/>
                <w:sz w:val="16"/>
              </w:rPr>
              <w:t>Odigrajo skrbno ravnanje ter skupno oblikujejo slikovna pravila za opazovanje narave.</w:t>
            </w:r>
          </w:p>
          <w:p w14:paraId="6DC71979" w14:textId="77777777" w:rsidR="00302D64" w:rsidRDefault="00000000">
            <w:pPr>
              <w:spacing w:line="245" w:lineRule="auto"/>
            </w:pPr>
            <w:r>
              <w:rPr>
                <w:b/>
                <w:color w:val="D95BC6"/>
                <w:sz w:val="16"/>
              </w:rPr>
              <w:t>DOKAZ</w:t>
            </w:r>
          </w:p>
          <w:p w14:paraId="0A292C26" w14:textId="77777777" w:rsidR="00302D64" w:rsidRDefault="00000000">
            <w:pPr>
              <w:spacing w:after="60" w:line="245" w:lineRule="auto"/>
            </w:pPr>
            <w:r>
              <w:rPr>
                <w:color w:val="D95BC6"/>
                <w:sz w:val="16"/>
              </w:rPr>
              <w:t>slikovni kodeks in praktična izvedba</w:t>
            </w:r>
          </w:p>
        </w:tc>
      </w:tr>
    </w:tbl>
    <w:p w14:paraId="6012532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E2BB6B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A0C499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702AEF" w14:textId="77777777" w:rsidR="00302D64" w:rsidRDefault="00000000">
            <w:pPr>
              <w:jc w:val="center"/>
            </w:pPr>
            <w:r>
              <w:rPr>
                <w:b/>
                <w:color w:val="000000"/>
                <w:sz w:val="20"/>
              </w:rPr>
              <w:t>UČNE DEJAVNOSTI, METODE IN FORMATIVNO SPREMLJANJE</w:t>
            </w:r>
          </w:p>
        </w:tc>
      </w:tr>
      <w:tr w:rsidR="00302D64" w14:paraId="644B31CF" w14:textId="77777777">
        <w:trPr>
          <w:tblHeader/>
          <w:jc w:val="center"/>
        </w:trPr>
        <w:tc>
          <w:tcPr>
            <w:tcW w:w="4422" w:type="dxa"/>
            <w:vMerge/>
            <w:tcMar>
              <w:top w:w="70" w:type="dxa"/>
              <w:left w:w="90" w:type="dxa"/>
              <w:bottom w:w="70" w:type="dxa"/>
              <w:right w:w="90" w:type="dxa"/>
            </w:tcMar>
            <w:vAlign w:val="center"/>
          </w:tcPr>
          <w:p w14:paraId="4E0D648B" w14:textId="77777777" w:rsidR="00302D64" w:rsidRDefault="00302D64"/>
        </w:tc>
        <w:tc>
          <w:tcPr>
            <w:tcW w:w="7087" w:type="dxa"/>
            <w:shd w:val="clear" w:color="auto" w:fill="FFFFFF"/>
            <w:tcMar>
              <w:top w:w="70" w:type="dxa"/>
              <w:left w:w="90" w:type="dxa"/>
              <w:bottom w:w="70" w:type="dxa"/>
              <w:right w:w="90" w:type="dxa"/>
            </w:tcMar>
            <w:vAlign w:val="center"/>
          </w:tcPr>
          <w:p w14:paraId="72D70F12"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6A18EE" w14:textId="77777777" w:rsidR="00302D64" w:rsidRDefault="00000000">
            <w:pPr>
              <w:jc w:val="center"/>
            </w:pPr>
            <w:r>
              <w:rPr>
                <w:b/>
                <w:color w:val="000000"/>
              </w:rPr>
              <w:t>UČENEC</w:t>
            </w:r>
          </w:p>
        </w:tc>
      </w:tr>
      <w:tr w:rsidR="00302D64" w14:paraId="14099151" w14:textId="77777777">
        <w:trPr>
          <w:jc w:val="center"/>
        </w:trPr>
        <w:tc>
          <w:tcPr>
            <w:tcW w:w="4422" w:type="dxa"/>
            <w:tcMar>
              <w:top w:w="70" w:type="dxa"/>
              <w:left w:w="90" w:type="dxa"/>
              <w:bottom w:w="70" w:type="dxa"/>
              <w:right w:w="90" w:type="dxa"/>
            </w:tcMar>
          </w:tcPr>
          <w:p w14:paraId="33C2B9C0" w14:textId="77777777" w:rsidR="00302D64" w:rsidRDefault="00302D64"/>
          <w:p w14:paraId="505CD5A3" w14:textId="77777777" w:rsidR="00302D64" w:rsidRDefault="00000000">
            <w:pPr>
              <w:spacing w:after="40" w:line="245" w:lineRule="auto"/>
            </w:pPr>
            <w:r>
              <w:rPr>
                <w:b/>
                <w:color w:val="000000"/>
              </w:rPr>
              <w:t>FORMATIVNO SPREMLJANJE</w:t>
            </w:r>
          </w:p>
          <w:p w14:paraId="147CB4B8" w14:textId="77777777" w:rsidR="00302D64" w:rsidRDefault="00000000">
            <w:pPr>
              <w:pStyle w:val="Oznaenseznam"/>
              <w:spacing w:after="16"/>
            </w:pPr>
            <w:r>
              <w:rPr>
                <w:color w:val="000000"/>
                <w:sz w:val="16"/>
              </w:rPr>
              <w:t>predznanje: začetni odgovor, razvrstitev ali prikaz</w:t>
            </w:r>
          </w:p>
          <w:p w14:paraId="0F2DBCE8" w14:textId="77777777" w:rsidR="00302D64" w:rsidRDefault="00000000">
            <w:pPr>
              <w:pStyle w:val="Oznaenseznam"/>
              <w:spacing w:after="16"/>
            </w:pPr>
            <w:r>
              <w:rPr>
                <w:color w:val="000000"/>
                <w:sz w:val="16"/>
              </w:rPr>
              <w:t>dokazi med učenjem: izvedba, skica, model, opazovalni zapis ali razlaga</w:t>
            </w:r>
          </w:p>
          <w:p w14:paraId="68B4BD63" w14:textId="77777777" w:rsidR="00302D64" w:rsidRDefault="00000000">
            <w:pPr>
              <w:pStyle w:val="Oznaenseznam"/>
              <w:spacing w:after="16"/>
            </w:pPr>
            <w:r>
              <w:rPr>
                <w:color w:val="000000"/>
                <w:sz w:val="16"/>
              </w:rPr>
              <w:t>povratna informacija: konkretna, vezana na kriterij in usmerjena v naslednji korak</w:t>
            </w:r>
          </w:p>
          <w:p w14:paraId="78D26623" w14:textId="77777777" w:rsidR="00302D64" w:rsidRDefault="00000000">
            <w:pPr>
              <w:pStyle w:val="Oznaenseznam"/>
              <w:spacing w:after="16"/>
            </w:pPr>
            <w:r>
              <w:rPr>
                <w:color w:val="000000"/>
                <w:sz w:val="16"/>
              </w:rPr>
              <w:t>samovrednotenje: semafor, prsti, izbrani simbol ali kratka poved</w:t>
            </w:r>
          </w:p>
          <w:p w14:paraId="3AA5517D" w14:textId="77777777" w:rsidR="00302D64" w:rsidRDefault="00000000">
            <w:pPr>
              <w:spacing w:before="40" w:after="20" w:line="245" w:lineRule="auto"/>
            </w:pPr>
            <w:r>
              <w:rPr>
                <w:b/>
                <w:color w:val="000000"/>
              </w:rPr>
              <w:t>VARNOST IN ODGOVORNOST</w:t>
            </w:r>
          </w:p>
          <w:p w14:paraId="7333FD27" w14:textId="77777777" w:rsidR="00302D64" w:rsidRDefault="00000000">
            <w:pPr>
              <w:spacing w:after="60" w:line="245" w:lineRule="auto"/>
            </w:pPr>
            <w:r>
              <w:rPr>
                <w:color w:val="000000"/>
                <w:sz w:val="16"/>
              </w:rPr>
              <w:t>Učenci ne prijemajo neznanih rastlin, gliv ali živali; po terenskem delu si umijejo roke.</w:t>
            </w:r>
          </w:p>
          <w:p w14:paraId="2C83ABB8" w14:textId="77777777" w:rsidR="00302D64" w:rsidRDefault="00000000">
            <w:pPr>
              <w:spacing w:after="20" w:line="245" w:lineRule="auto"/>
            </w:pPr>
            <w:r>
              <w:rPr>
                <w:b/>
                <w:color w:val="000000"/>
              </w:rPr>
              <w:t>EVIDENCA PO IZVEDBI</w:t>
            </w:r>
          </w:p>
          <w:p w14:paraId="525F70B5"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3273B8C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917E506" w14:textId="77777777">
              <w:trPr>
                <w:jc w:val="center"/>
              </w:trPr>
              <w:tc>
                <w:tcPr>
                  <w:tcW w:w="7087" w:type="dxa"/>
                  <w:shd w:val="clear" w:color="auto" w:fill="EDC9EA"/>
                  <w:tcMar>
                    <w:top w:w="45" w:type="dxa"/>
                    <w:left w:w="70" w:type="dxa"/>
                    <w:bottom w:w="45" w:type="dxa"/>
                    <w:right w:w="70" w:type="dxa"/>
                  </w:tcMar>
                </w:tcPr>
                <w:p w14:paraId="1C8583A4" w14:textId="77777777" w:rsidR="00302D64" w:rsidRDefault="00000000">
                  <w:pPr>
                    <w:keepNext/>
                  </w:pPr>
                  <w:r>
                    <w:rPr>
                      <w:b/>
                      <w:color w:val="000000"/>
                    </w:rPr>
                    <w:t>VPRAŠANJA V PODPORO UČENJU</w:t>
                  </w:r>
                </w:p>
              </w:tc>
            </w:tr>
          </w:tbl>
          <w:p w14:paraId="34B9E4BB" w14:textId="77777777" w:rsidR="00302D64" w:rsidRDefault="00302D64">
            <w:pPr>
              <w:spacing w:line="20" w:lineRule="exact"/>
            </w:pPr>
          </w:p>
          <w:p w14:paraId="5A88B3B2" w14:textId="77777777" w:rsidR="00302D64" w:rsidRDefault="00000000">
            <w:pPr>
              <w:pStyle w:val="Oznaenseznam"/>
              <w:spacing w:after="16"/>
            </w:pPr>
            <w:r>
              <w:rPr>
                <w:color w:val="000000"/>
                <w:sz w:val="16"/>
              </w:rPr>
              <w:t>Kaj si opazil/-a in kateri dokaz to pokaže?</w:t>
            </w:r>
          </w:p>
          <w:p w14:paraId="4962A4BB" w14:textId="77777777" w:rsidR="00302D64" w:rsidRDefault="00000000">
            <w:pPr>
              <w:pStyle w:val="Oznaenseznam"/>
              <w:spacing w:after="16"/>
            </w:pPr>
            <w:r>
              <w:rPr>
                <w:color w:val="000000"/>
                <w:sz w:val="16"/>
              </w:rPr>
              <w:t>Kako si prišel/-la do svoje odločitve?</w:t>
            </w:r>
          </w:p>
          <w:p w14:paraId="68567771" w14:textId="77777777" w:rsidR="00302D64" w:rsidRDefault="00000000">
            <w:pPr>
              <w:pStyle w:val="Oznaenseznam"/>
              <w:spacing w:after="16"/>
            </w:pPr>
            <w:r>
              <w:rPr>
                <w:color w:val="000000"/>
                <w:sz w:val="16"/>
              </w:rPr>
              <w:t>Kaj si pri ponovnem poskusu ohranil/-a enako in kaj spremenil/-a?</w:t>
            </w:r>
          </w:p>
          <w:p w14:paraId="58311E43" w14:textId="77777777" w:rsidR="00302D64" w:rsidRDefault="00000000">
            <w:pPr>
              <w:pStyle w:val="Oznaenseznam"/>
              <w:spacing w:after="16"/>
            </w:pPr>
            <w:r>
              <w:rPr>
                <w:color w:val="000000"/>
                <w:sz w:val="16"/>
              </w:rPr>
              <w:t>Kateri kriterij že dosegaš? Kaj bo tvoj naslednji korak?</w:t>
            </w:r>
          </w:p>
          <w:p w14:paraId="6F62E5FA"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4806B680" w14:textId="77777777">
              <w:trPr>
                <w:jc w:val="center"/>
              </w:trPr>
              <w:tc>
                <w:tcPr>
                  <w:tcW w:w="7087" w:type="dxa"/>
                  <w:shd w:val="clear" w:color="auto" w:fill="C6E7F3"/>
                  <w:tcMar>
                    <w:top w:w="45" w:type="dxa"/>
                    <w:left w:w="70" w:type="dxa"/>
                    <w:bottom w:w="45" w:type="dxa"/>
                    <w:right w:w="70" w:type="dxa"/>
                  </w:tcMar>
                </w:tcPr>
                <w:p w14:paraId="401D8867" w14:textId="77777777" w:rsidR="00302D64" w:rsidRDefault="00000000">
                  <w:pPr>
                    <w:keepNext/>
                  </w:pPr>
                  <w:r>
                    <w:rPr>
                      <w:b/>
                      <w:color w:val="000000"/>
                    </w:rPr>
                    <w:t>ZAKLJUČNI DEL – UTRJEVANJE IN REFLEKSIJA (10–15 min)</w:t>
                  </w:r>
                </w:p>
              </w:tc>
            </w:tr>
          </w:tbl>
          <w:p w14:paraId="44943998" w14:textId="77777777" w:rsidR="00302D64" w:rsidRDefault="00302D64">
            <w:pPr>
              <w:spacing w:line="20" w:lineRule="exact"/>
            </w:pPr>
          </w:p>
          <w:p w14:paraId="0572680B"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68577768" w14:textId="77777777">
              <w:trPr>
                <w:jc w:val="center"/>
              </w:trPr>
              <w:tc>
                <w:tcPr>
                  <w:tcW w:w="7087" w:type="dxa"/>
                  <w:shd w:val="clear" w:color="auto" w:fill="EDC9EA"/>
                  <w:tcMar>
                    <w:top w:w="45" w:type="dxa"/>
                    <w:left w:w="70" w:type="dxa"/>
                    <w:bottom w:w="45" w:type="dxa"/>
                    <w:right w:w="70" w:type="dxa"/>
                  </w:tcMar>
                </w:tcPr>
                <w:p w14:paraId="110E3016" w14:textId="77777777" w:rsidR="00302D64" w:rsidRDefault="00000000">
                  <w:pPr>
                    <w:keepNext/>
                  </w:pPr>
                  <w:r>
                    <w:rPr>
                      <w:b/>
                      <w:color w:val="000000"/>
                    </w:rPr>
                    <w:t>SAMOVREDNOTENJE</w:t>
                  </w:r>
                </w:p>
              </w:tc>
            </w:tr>
          </w:tbl>
          <w:p w14:paraId="7E8CD28E" w14:textId="77777777" w:rsidR="00302D64" w:rsidRDefault="00302D64">
            <w:pPr>
              <w:spacing w:line="20" w:lineRule="exact"/>
            </w:pPr>
          </w:p>
          <w:p w14:paraId="7B768280"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72BA4BA" w14:textId="77777777">
              <w:trPr>
                <w:jc w:val="center"/>
              </w:trPr>
              <w:tc>
                <w:tcPr>
                  <w:tcW w:w="7087" w:type="dxa"/>
                  <w:shd w:val="clear" w:color="auto" w:fill="EDC9EA"/>
                  <w:tcMar>
                    <w:top w:w="45" w:type="dxa"/>
                    <w:left w:w="70" w:type="dxa"/>
                    <w:bottom w:w="45" w:type="dxa"/>
                    <w:right w:w="70" w:type="dxa"/>
                  </w:tcMar>
                </w:tcPr>
                <w:p w14:paraId="0C795E84" w14:textId="77777777" w:rsidR="00302D64" w:rsidRDefault="00000000">
                  <w:pPr>
                    <w:keepNext/>
                  </w:pPr>
                  <w:r>
                    <w:rPr>
                      <w:b/>
                      <w:color w:val="000000"/>
                    </w:rPr>
                    <w:t>VRSTNIŠKO VREDNOTENJE</w:t>
                  </w:r>
                </w:p>
              </w:tc>
            </w:tr>
          </w:tbl>
          <w:p w14:paraId="505B44F1" w14:textId="77777777" w:rsidR="00302D64" w:rsidRDefault="00302D64">
            <w:pPr>
              <w:spacing w:line="20" w:lineRule="exact"/>
            </w:pPr>
          </w:p>
          <w:p w14:paraId="5870B56E"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014B5FBE" w14:textId="77777777">
              <w:trPr>
                <w:jc w:val="center"/>
              </w:trPr>
              <w:tc>
                <w:tcPr>
                  <w:tcW w:w="7087" w:type="dxa"/>
                  <w:shd w:val="clear" w:color="auto" w:fill="EDC9EA"/>
                  <w:tcMar>
                    <w:top w:w="45" w:type="dxa"/>
                    <w:left w:w="70" w:type="dxa"/>
                    <w:bottom w:w="45" w:type="dxa"/>
                    <w:right w:w="70" w:type="dxa"/>
                  </w:tcMar>
                </w:tcPr>
                <w:p w14:paraId="76ED1BAB" w14:textId="77777777" w:rsidR="00302D64" w:rsidRDefault="00000000">
                  <w:pPr>
                    <w:keepNext/>
                  </w:pPr>
                  <w:r>
                    <w:rPr>
                      <w:b/>
                      <w:color w:val="000000"/>
                    </w:rPr>
                    <w:t>SKUPNI POVZETEK</w:t>
                  </w:r>
                </w:p>
              </w:tc>
            </w:tr>
          </w:tbl>
          <w:p w14:paraId="43A4AFCD" w14:textId="77777777" w:rsidR="00302D64" w:rsidRDefault="00302D64"/>
          <w:p w14:paraId="1FF912A8" w14:textId="77777777" w:rsidR="00302D64" w:rsidRDefault="00000000">
            <w:pPr>
              <w:spacing w:before="20" w:after="40" w:line="245" w:lineRule="auto"/>
            </w:pPr>
            <w:r>
              <w:rPr>
                <w:b/>
                <w:color w:val="000000"/>
                <w:sz w:val="17"/>
              </w:rPr>
              <w:t>Živo bitje je povezano z okoljem, kjer najde svoje potrebe. Naravo opazujem mirno in skrbno.</w:t>
            </w:r>
          </w:p>
        </w:tc>
        <w:tc>
          <w:tcPr>
            <w:tcW w:w="2551" w:type="dxa"/>
            <w:tcMar>
              <w:top w:w="70" w:type="dxa"/>
              <w:left w:w="90" w:type="dxa"/>
              <w:bottom w:w="70" w:type="dxa"/>
              <w:right w:w="90" w:type="dxa"/>
            </w:tcMar>
          </w:tcPr>
          <w:p w14:paraId="314D8B67" w14:textId="77777777" w:rsidR="00302D64" w:rsidRDefault="00302D64"/>
          <w:p w14:paraId="06E9B621" w14:textId="77777777" w:rsidR="00302D64" w:rsidRDefault="00000000">
            <w:pPr>
              <w:spacing w:after="100" w:line="245" w:lineRule="auto"/>
            </w:pPr>
            <w:r>
              <w:rPr>
                <w:color w:val="000000"/>
                <w:sz w:val="16"/>
              </w:rPr>
              <w:t>Odgovarja na podporna vprašanja in se sklicuje na svoj dokaz.</w:t>
            </w:r>
          </w:p>
          <w:p w14:paraId="4EFCBCF2" w14:textId="77777777" w:rsidR="00302D64" w:rsidRDefault="00000000">
            <w:pPr>
              <w:spacing w:after="100" w:line="245" w:lineRule="auto"/>
            </w:pPr>
            <w:r>
              <w:rPr>
                <w:color w:val="000000"/>
                <w:sz w:val="16"/>
              </w:rPr>
              <w:t>Primerja začetno zamisel z ugotovitvijo ter pove ali pokaže, kaj se je naučil/-a.</w:t>
            </w:r>
          </w:p>
          <w:p w14:paraId="50E96927" w14:textId="77777777" w:rsidR="00302D64" w:rsidRDefault="00000000">
            <w:pPr>
              <w:spacing w:after="100" w:line="245" w:lineRule="auto"/>
            </w:pPr>
            <w:r>
              <w:rPr>
                <w:color w:val="000000"/>
                <w:sz w:val="16"/>
              </w:rPr>
              <w:t>Izbere raven doseganja in določi naslednji korak.</w:t>
            </w:r>
          </w:p>
          <w:p w14:paraId="2573E3D2" w14:textId="77777777" w:rsidR="00302D64" w:rsidRDefault="00000000">
            <w:pPr>
              <w:spacing w:after="100" w:line="245" w:lineRule="auto"/>
            </w:pPr>
            <w:r>
              <w:rPr>
                <w:color w:val="000000"/>
                <w:sz w:val="16"/>
              </w:rPr>
              <w:t>Sošolcu poda prijazen, konkreten odziv.</w:t>
            </w:r>
          </w:p>
          <w:p w14:paraId="69F7C348" w14:textId="77777777" w:rsidR="00302D64" w:rsidRDefault="00000000">
            <w:pPr>
              <w:spacing w:after="20" w:line="245" w:lineRule="auto"/>
            </w:pPr>
            <w:r>
              <w:rPr>
                <w:b/>
                <w:color w:val="D95BC6"/>
                <w:sz w:val="17"/>
              </w:rPr>
              <w:t>DOKAZ O UČENJU</w:t>
            </w:r>
          </w:p>
          <w:p w14:paraId="610B92BF" w14:textId="77777777" w:rsidR="00302D64" w:rsidRDefault="00000000">
            <w:pPr>
              <w:spacing w:after="30" w:line="245" w:lineRule="auto"/>
            </w:pPr>
            <w:r>
              <w:rPr>
                <w:color w:val="D95BC6"/>
                <w:sz w:val="16"/>
              </w:rPr>
              <w:t>izvedba ali izdelek, razlaga, samovrednotenje in odziv na povratno informacijo</w:t>
            </w:r>
          </w:p>
        </w:tc>
      </w:tr>
    </w:tbl>
    <w:p w14:paraId="4E18816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5BB01DA" w14:textId="77777777">
        <w:trPr>
          <w:cantSplit/>
          <w:jc w:val="center"/>
        </w:trPr>
        <w:tc>
          <w:tcPr>
            <w:tcW w:w="14060" w:type="dxa"/>
            <w:gridSpan w:val="6"/>
            <w:tcMar>
              <w:top w:w="70" w:type="dxa"/>
              <w:left w:w="90" w:type="dxa"/>
              <w:bottom w:w="70" w:type="dxa"/>
              <w:right w:w="90" w:type="dxa"/>
            </w:tcMar>
            <w:vAlign w:val="center"/>
          </w:tcPr>
          <w:p w14:paraId="1D2A2ADC" w14:textId="77777777" w:rsidR="00302D64" w:rsidRDefault="00000000">
            <w:pPr>
              <w:jc w:val="center"/>
            </w:pPr>
            <w:r>
              <w:rPr>
                <w:b/>
                <w:color w:val="000000"/>
                <w:sz w:val="24"/>
              </w:rPr>
              <w:lastRenderedPageBreak/>
              <w:t>UČNA PRIPRAVA 12/39</w:t>
            </w:r>
          </w:p>
        </w:tc>
      </w:tr>
      <w:tr w:rsidR="00302D64" w14:paraId="153E6C18" w14:textId="77777777">
        <w:trPr>
          <w:jc w:val="center"/>
        </w:trPr>
        <w:tc>
          <w:tcPr>
            <w:tcW w:w="2665" w:type="dxa"/>
            <w:tcMar>
              <w:top w:w="70" w:type="dxa"/>
              <w:left w:w="90" w:type="dxa"/>
              <w:bottom w:w="70" w:type="dxa"/>
              <w:right w:w="90" w:type="dxa"/>
            </w:tcMar>
            <w:vAlign w:val="center"/>
          </w:tcPr>
          <w:p w14:paraId="2242F06C"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D0E2C2F"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23C1F5D2"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3003EBF" w14:textId="77777777" w:rsidR="00302D64" w:rsidRDefault="00000000">
            <w:r>
              <w:rPr>
                <w:b/>
                <w:color w:val="000000"/>
                <w:sz w:val="16"/>
              </w:rPr>
              <w:t xml:space="preserve">NAČRTOVANI TERMIN: </w:t>
            </w:r>
            <w:r>
              <w:rPr>
                <w:color w:val="000000"/>
                <w:sz w:val="16"/>
              </w:rPr>
              <w:t>12. teden • 23.–27. 11. 2026</w:t>
            </w:r>
          </w:p>
        </w:tc>
        <w:tc>
          <w:tcPr>
            <w:tcW w:w="2268" w:type="dxa"/>
            <w:tcMar>
              <w:top w:w="70" w:type="dxa"/>
              <w:left w:w="90" w:type="dxa"/>
              <w:bottom w:w="70" w:type="dxa"/>
              <w:right w:w="90" w:type="dxa"/>
            </w:tcMar>
            <w:vAlign w:val="center"/>
          </w:tcPr>
          <w:p w14:paraId="1B740DD7"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E43AC86" w14:textId="77777777" w:rsidR="00302D64" w:rsidRDefault="00000000">
            <w:r>
              <w:rPr>
                <w:b/>
                <w:color w:val="000000"/>
                <w:sz w:val="16"/>
              </w:rPr>
              <w:t xml:space="preserve">ŠTEVILO UR: </w:t>
            </w:r>
            <w:r>
              <w:rPr>
                <w:color w:val="000000"/>
                <w:sz w:val="16"/>
              </w:rPr>
              <w:t>2</w:t>
            </w:r>
          </w:p>
        </w:tc>
      </w:tr>
      <w:tr w:rsidR="00302D64" w14:paraId="367C1001" w14:textId="77777777">
        <w:trPr>
          <w:jc w:val="center"/>
        </w:trPr>
        <w:tc>
          <w:tcPr>
            <w:tcW w:w="14061" w:type="dxa"/>
            <w:gridSpan w:val="6"/>
            <w:tcMar>
              <w:top w:w="70" w:type="dxa"/>
              <w:left w:w="90" w:type="dxa"/>
              <w:bottom w:w="70" w:type="dxa"/>
              <w:right w:w="90" w:type="dxa"/>
            </w:tcMar>
            <w:vAlign w:val="center"/>
          </w:tcPr>
          <w:p w14:paraId="16C59F46" w14:textId="77777777" w:rsidR="00302D64" w:rsidRDefault="00000000">
            <w:r>
              <w:t>TIP UČNE URE: obravnava, izkušenjsko raziskovanje, učenje po postajah, utrjevanje in formativno spremljanje</w:t>
            </w:r>
          </w:p>
        </w:tc>
      </w:tr>
      <w:tr w:rsidR="00302D64" w14:paraId="7A27BB2A" w14:textId="77777777">
        <w:trPr>
          <w:cantSplit/>
          <w:jc w:val="center"/>
        </w:trPr>
        <w:tc>
          <w:tcPr>
            <w:tcW w:w="14060" w:type="dxa"/>
            <w:gridSpan w:val="6"/>
            <w:tcMar>
              <w:top w:w="70" w:type="dxa"/>
              <w:left w:w="90" w:type="dxa"/>
              <w:bottom w:w="70" w:type="dxa"/>
              <w:right w:w="90" w:type="dxa"/>
            </w:tcMar>
            <w:vAlign w:val="center"/>
          </w:tcPr>
          <w:p w14:paraId="507ECC75" w14:textId="77777777" w:rsidR="00302D64" w:rsidRDefault="00302D64"/>
          <w:p w14:paraId="2B767308" w14:textId="77777777" w:rsidR="00302D64" w:rsidRDefault="00000000">
            <w:pPr>
              <w:spacing w:line="245" w:lineRule="auto"/>
            </w:pPr>
            <w:r>
              <w:rPr>
                <w:b/>
                <w:color w:val="000000"/>
                <w:sz w:val="17"/>
              </w:rPr>
              <w:t xml:space="preserve">UČNI SKLOP: </w:t>
            </w:r>
            <w:r>
              <w:rPr>
                <w:color w:val="000000"/>
                <w:sz w:val="17"/>
              </w:rPr>
              <w:t>JESEN, SNOVI IN ŽIVA BITJA</w:t>
            </w:r>
          </w:p>
        </w:tc>
      </w:tr>
      <w:tr w:rsidR="00302D64" w14:paraId="170D9391" w14:textId="77777777">
        <w:trPr>
          <w:cantSplit/>
          <w:jc w:val="center"/>
        </w:trPr>
        <w:tc>
          <w:tcPr>
            <w:tcW w:w="14060" w:type="dxa"/>
            <w:gridSpan w:val="6"/>
            <w:tcMar>
              <w:top w:w="70" w:type="dxa"/>
              <w:left w:w="90" w:type="dxa"/>
              <w:bottom w:w="70" w:type="dxa"/>
              <w:right w:w="90" w:type="dxa"/>
            </w:tcMar>
            <w:vAlign w:val="center"/>
          </w:tcPr>
          <w:p w14:paraId="6144427A" w14:textId="77777777" w:rsidR="00302D64" w:rsidRDefault="00302D64"/>
          <w:p w14:paraId="12B724DB" w14:textId="77777777" w:rsidR="00302D64" w:rsidRDefault="00000000">
            <w:pPr>
              <w:spacing w:line="245" w:lineRule="auto"/>
            </w:pPr>
            <w:r>
              <w:rPr>
                <w:b/>
                <w:color w:val="000000"/>
                <w:sz w:val="17"/>
              </w:rPr>
              <w:t xml:space="preserve">UČNA TEMA: </w:t>
            </w:r>
            <w:r>
              <w:rPr>
                <w:color w:val="000000"/>
                <w:sz w:val="17"/>
              </w:rPr>
              <w:t>SNOVI IN ODPADKI</w:t>
            </w:r>
          </w:p>
        </w:tc>
      </w:tr>
      <w:tr w:rsidR="00302D64" w14:paraId="06A861FA" w14:textId="77777777">
        <w:trPr>
          <w:cantSplit/>
          <w:jc w:val="center"/>
        </w:trPr>
        <w:tc>
          <w:tcPr>
            <w:tcW w:w="14060" w:type="dxa"/>
            <w:gridSpan w:val="6"/>
            <w:tcMar>
              <w:top w:w="70" w:type="dxa"/>
              <w:left w:w="90" w:type="dxa"/>
              <w:bottom w:w="70" w:type="dxa"/>
              <w:right w:w="90" w:type="dxa"/>
            </w:tcMar>
            <w:vAlign w:val="center"/>
          </w:tcPr>
          <w:p w14:paraId="7EE2E961" w14:textId="77777777" w:rsidR="00302D64" w:rsidRDefault="00302D64"/>
          <w:p w14:paraId="622027EC" w14:textId="77777777" w:rsidR="00302D64" w:rsidRDefault="00000000">
            <w:pPr>
              <w:spacing w:line="245" w:lineRule="auto"/>
            </w:pPr>
            <w:r>
              <w:rPr>
                <w:b/>
                <w:color w:val="000000"/>
                <w:sz w:val="17"/>
              </w:rPr>
              <w:t xml:space="preserve">KNJIŽEVNO IZHODIŠČE IN MOTIV: </w:t>
            </w:r>
            <w:r>
              <w:rPr>
                <w:color w:val="000000"/>
                <w:sz w:val="17"/>
              </w:rPr>
              <w:t>»Tri botre lisičice« – slovenska ljudska pravljica • gozd, iznajdljivost, snovi in odgovorna raba materialov</w:t>
            </w:r>
          </w:p>
        </w:tc>
      </w:tr>
      <w:tr w:rsidR="00302D64" w14:paraId="0D407EDA" w14:textId="77777777">
        <w:trPr>
          <w:cantSplit/>
          <w:jc w:val="center"/>
        </w:trPr>
        <w:tc>
          <w:tcPr>
            <w:tcW w:w="14060" w:type="dxa"/>
            <w:gridSpan w:val="6"/>
            <w:tcMar>
              <w:top w:w="70" w:type="dxa"/>
              <w:left w:w="90" w:type="dxa"/>
              <w:bottom w:w="70" w:type="dxa"/>
              <w:right w:w="90" w:type="dxa"/>
            </w:tcMar>
            <w:vAlign w:val="center"/>
          </w:tcPr>
          <w:p w14:paraId="04C3741D" w14:textId="77777777" w:rsidR="00302D64" w:rsidRDefault="00302D64"/>
          <w:p w14:paraId="594A2A2A" w14:textId="77777777" w:rsidR="00302D64" w:rsidRDefault="00000000">
            <w:pPr>
              <w:spacing w:line="245" w:lineRule="auto"/>
            </w:pPr>
            <w:r>
              <w:rPr>
                <w:b/>
                <w:color w:val="000000"/>
                <w:sz w:val="17"/>
              </w:rPr>
              <w:t xml:space="preserve">UČNE ENOTE: </w:t>
            </w:r>
            <w:r>
              <w:rPr>
                <w:color w:val="000000"/>
                <w:sz w:val="17"/>
              </w:rPr>
              <w:t>1. ura – Detektivi materialov • 2. ura – Od odpadka do nove uporabe</w:t>
            </w:r>
          </w:p>
        </w:tc>
      </w:tr>
      <w:tr w:rsidR="00302D64" w14:paraId="24151784" w14:textId="77777777">
        <w:trPr>
          <w:cantSplit/>
          <w:jc w:val="center"/>
        </w:trPr>
        <w:tc>
          <w:tcPr>
            <w:tcW w:w="14060" w:type="dxa"/>
            <w:gridSpan w:val="6"/>
            <w:tcMar>
              <w:top w:w="70" w:type="dxa"/>
              <w:left w:w="90" w:type="dxa"/>
              <w:bottom w:w="70" w:type="dxa"/>
              <w:right w:w="90" w:type="dxa"/>
            </w:tcMar>
            <w:vAlign w:val="center"/>
          </w:tcPr>
          <w:p w14:paraId="7E4F32C1" w14:textId="77777777" w:rsidR="00302D64" w:rsidRDefault="00302D64"/>
          <w:p w14:paraId="3F5B13D8"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3628FB0E" w14:textId="77777777">
        <w:trPr>
          <w:cantSplit/>
          <w:jc w:val="center"/>
        </w:trPr>
        <w:tc>
          <w:tcPr>
            <w:tcW w:w="14060" w:type="dxa"/>
            <w:gridSpan w:val="6"/>
            <w:tcMar>
              <w:top w:w="70" w:type="dxa"/>
              <w:left w:w="90" w:type="dxa"/>
              <w:bottom w:w="70" w:type="dxa"/>
              <w:right w:w="90" w:type="dxa"/>
            </w:tcMar>
            <w:vAlign w:val="center"/>
          </w:tcPr>
          <w:p w14:paraId="5833F8D2" w14:textId="77777777" w:rsidR="00302D64" w:rsidRDefault="00302D64"/>
          <w:p w14:paraId="5CDD7045"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12F036E6" w14:textId="77777777">
        <w:trPr>
          <w:cantSplit/>
          <w:jc w:val="center"/>
        </w:trPr>
        <w:tc>
          <w:tcPr>
            <w:tcW w:w="14060" w:type="dxa"/>
            <w:gridSpan w:val="6"/>
            <w:tcMar>
              <w:top w:w="70" w:type="dxa"/>
              <w:left w:w="90" w:type="dxa"/>
              <w:bottom w:w="70" w:type="dxa"/>
              <w:right w:w="90" w:type="dxa"/>
            </w:tcMar>
            <w:vAlign w:val="center"/>
          </w:tcPr>
          <w:p w14:paraId="5D3428D1" w14:textId="77777777" w:rsidR="00302D64" w:rsidRDefault="00302D64"/>
          <w:p w14:paraId="350EC6DF"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305F74CF" w14:textId="77777777">
        <w:trPr>
          <w:cantSplit/>
          <w:jc w:val="center"/>
        </w:trPr>
        <w:tc>
          <w:tcPr>
            <w:tcW w:w="14060" w:type="dxa"/>
            <w:gridSpan w:val="6"/>
            <w:tcMar>
              <w:top w:w="70" w:type="dxa"/>
              <w:left w:w="90" w:type="dxa"/>
              <w:bottom w:w="70" w:type="dxa"/>
              <w:right w:w="90" w:type="dxa"/>
            </w:tcMar>
            <w:vAlign w:val="center"/>
          </w:tcPr>
          <w:p w14:paraId="2476DFE3" w14:textId="77777777" w:rsidR="00302D64" w:rsidRDefault="00302D64"/>
          <w:p w14:paraId="7F77C221" w14:textId="77777777" w:rsidR="00302D64" w:rsidRDefault="00000000">
            <w:pPr>
              <w:spacing w:line="245" w:lineRule="auto"/>
            </w:pPr>
            <w:r>
              <w:rPr>
                <w:b/>
                <w:color w:val="000000"/>
                <w:sz w:val="17"/>
              </w:rPr>
              <w:t xml:space="preserve">MEDPREDMETNE POVEZAVE: </w:t>
            </w:r>
            <w:r>
              <w:rPr>
                <w:color w:val="000000"/>
                <w:sz w:val="17"/>
              </w:rPr>
              <w:t>MAT – razvrščanje po lastnosti; LUM – ustvarjanje iz odpadnega materiala; SLJ – razlaga izbire; ŠPO – razvrščevalna štafeta</w:t>
            </w:r>
          </w:p>
        </w:tc>
      </w:tr>
      <w:tr w:rsidR="00302D64" w14:paraId="24C87BA9" w14:textId="77777777">
        <w:trPr>
          <w:cantSplit/>
          <w:jc w:val="center"/>
        </w:trPr>
        <w:tc>
          <w:tcPr>
            <w:tcW w:w="14060" w:type="dxa"/>
            <w:gridSpan w:val="6"/>
            <w:tcMar>
              <w:top w:w="70" w:type="dxa"/>
              <w:left w:w="90" w:type="dxa"/>
              <w:bottom w:w="70" w:type="dxa"/>
              <w:right w:w="90" w:type="dxa"/>
            </w:tcMar>
            <w:vAlign w:val="center"/>
          </w:tcPr>
          <w:p w14:paraId="5910F6C0" w14:textId="77777777" w:rsidR="00302D64" w:rsidRDefault="00302D64"/>
          <w:p w14:paraId="7AD6FD83" w14:textId="77777777" w:rsidR="00302D64" w:rsidRDefault="00000000">
            <w:pPr>
              <w:spacing w:line="245" w:lineRule="auto"/>
            </w:pPr>
            <w:r>
              <w:rPr>
                <w:b/>
                <w:color w:val="000000"/>
                <w:sz w:val="17"/>
              </w:rPr>
              <w:t xml:space="preserve">UČNA SREDSTVA IN PRIPOMOČKI: </w:t>
            </w:r>
            <w:r>
              <w:rPr>
                <w:color w:val="000000"/>
                <w:sz w:val="17"/>
              </w:rPr>
              <w:t>čisti predmeti iz papirja, lesa, kovine, stekla in plastike, rokavice, slikovni zabojniki, varne škarje, lepilo, vrvica</w:t>
            </w:r>
          </w:p>
        </w:tc>
      </w:tr>
      <w:tr w:rsidR="00302D64" w14:paraId="77E6AA7E" w14:textId="77777777">
        <w:trPr>
          <w:cantSplit/>
          <w:jc w:val="center"/>
        </w:trPr>
        <w:tc>
          <w:tcPr>
            <w:tcW w:w="14060" w:type="dxa"/>
            <w:gridSpan w:val="6"/>
            <w:tcMar>
              <w:top w:w="70" w:type="dxa"/>
              <w:left w:w="90" w:type="dxa"/>
              <w:bottom w:w="70" w:type="dxa"/>
              <w:right w:w="90" w:type="dxa"/>
            </w:tcMar>
            <w:vAlign w:val="center"/>
          </w:tcPr>
          <w:p w14:paraId="3A3CB99E" w14:textId="77777777" w:rsidR="00302D64" w:rsidRDefault="00302D64"/>
          <w:p w14:paraId="46A9B738"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3DB0E985" w14:textId="77777777">
        <w:trPr>
          <w:cantSplit/>
          <w:jc w:val="center"/>
        </w:trPr>
        <w:tc>
          <w:tcPr>
            <w:tcW w:w="14060" w:type="dxa"/>
            <w:gridSpan w:val="6"/>
            <w:tcMar>
              <w:top w:w="70" w:type="dxa"/>
              <w:left w:w="90" w:type="dxa"/>
              <w:bottom w:w="70" w:type="dxa"/>
              <w:right w:w="90" w:type="dxa"/>
            </w:tcMar>
            <w:vAlign w:val="center"/>
          </w:tcPr>
          <w:p w14:paraId="6727AB18" w14:textId="77777777" w:rsidR="00302D64" w:rsidRDefault="00302D64"/>
          <w:p w14:paraId="77DB935A" w14:textId="77777777" w:rsidR="00302D64" w:rsidRDefault="00000000">
            <w:pPr>
              <w:spacing w:line="245" w:lineRule="auto"/>
            </w:pPr>
            <w:r>
              <w:rPr>
                <w:b/>
                <w:color w:val="000000"/>
                <w:sz w:val="16"/>
              </w:rPr>
              <w:t xml:space="preserve">OCENJEVANJE / DAN DEJAVNOSTI: </w:t>
            </w:r>
            <w:r>
              <w:rPr>
                <w:color w:val="000000"/>
                <w:sz w:val="16"/>
              </w:rPr>
              <w:t>KULTURNI DAN</w:t>
            </w:r>
          </w:p>
        </w:tc>
      </w:tr>
      <w:tr w:rsidR="00302D64" w14:paraId="2F27B215" w14:textId="77777777">
        <w:trPr>
          <w:cantSplit/>
          <w:jc w:val="center"/>
        </w:trPr>
        <w:tc>
          <w:tcPr>
            <w:tcW w:w="14060" w:type="dxa"/>
            <w:gridSpan w:val="6"/>
            <w:tcMar>
              <w:top w:w="70" w:type="dxa"/>
              <w:left w:w="90" w:type="dxa"/>
              <w:bottom w:w="70" w:type="dxa"/>
              <w:right w:w="90" w:type="dxa"/>
            </w:tcMar>
            <w:vAlign w:val="center"/>
          </w:tcPr>
          <w:p w14:paraId="46FB56AD" w14:textId="77777777" w:rsidR="00302D64" w:rsidRDefault="00302D64"/>
          <w:p w14:paraId="33391001" w14:textId="77777777" w:rsidR="00302D64" w:rsidRDefault="00000000">
            <w:pPr>
              <w:spacing w:line="245" w:lineRule="auto"/>
            </w:pPr>
            <w:r>
              <w:rPr>
                <w:b/>
                <w:color w:val="000000"/>
                <w:sz w:val="16"/>
              </w:rPr>
              <w:t xml:space="preserve">VARNOST: </w:t>
            </w:r>
            <w:r>
              <w:rPr>
                <w:color w:val="000000"/>
                <w:sz w:val="16"/>
              </w:rPr>
              <w:t>Uporabljajo se le čisti, nepoškodovani materiali; nevarni ali ostri predmeti so prikazani samo na sliki.</w:t>
            </w:r>
          </w:p>
        </w:tc>
      </w:tr>
    </w:tbl>
    <w:p w14:paraId="20E7A08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C8802F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0721A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9A2FB1B" w14:textId="77777777" w:rsidR="00302D64" w:rsidRDefault="00000000">
            <w:pPr>
              <w:jc w:val="center"/>
            </w:pPr>
            <w:r>
              <w:rPr>
                <w:b/>
                <w:color w:val="000000"/>
                <w:sz w:val="20"/>
              </w:rPr>
              <w:t>UČNE DEJAVNOSTI, METODE IN FORMATIVNO SPREMLJANJE</w:t>
            </w:r>
          </w:p>
        </w:tc>
      </w:tr>
      <w:tr w:rsidR="00302D64" w14:paraId="27356924" w14:textId="77777777">
        <w:trPr>
          <w:tblHeader/>
          <w:jc w:val="center"/>
        </w:trPr>
        <w:tc>
          <w:tcPr>
            <w:tcW w:w="4422" w:type="dxa"/>
            <w:vMerge/>
            <w:tcMar>
              <w:top w:w="70" w:type="dxa"/>
              <w:left w:w="90" w:type="dxa"/>
              <w:bottom w:w="70" w:type="dxa"/>
              <w:right w:w="90" w:type="dxa"/>
            </w:tcMar>
            <w:vAlign w:val="center"/>
          </w:tcPr>
          <w:p w14:paraId="48E6947F" w14:textId="77777777" w:rsidR="00302D64" w:rsidRDefault="00302D64"/>
        </w:tc>
        <w:tc>
          <w:tcPr>
            <w:tcW w:w="7087" w:type="dxa"/>
            <w:shd w:val="clear" w:color="auto" w:fill="FFFFFF"/>
            <w:tcMar>
              <w:top w:w="70" w:type="dxa"/>
              <w:left w:w="90" w:type="dxa"/>
              <w:bottom w:w="70" w:type="dxa"/>
              <w:right w:w="90" w:type="dxa"/>
            </w:tcMar>
            <w:vAlign w:val="center"/>
          </w:tcPr>
          <w:p w14:paraId="50DBB30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76F62FE" w14:textId="77777777" w:rsidR="00302D64" w:rsidRDefault="00000000">
            <w:pPr>
              <w:jc w:val="center"/>
            </w:pPr>
            <w:r>
              <w:rPr>
                <w:b/>
                <w:color w:val="000000"/>
              </w:rPr>
              <w:t>UČENEC</w:t>
            </w:r>
          </w:p>
        </w:tc>
      </w:tr>
      <w:tr w:rsidR="00302D64" w14:paraId="0CC8BB50" w14:textId="77777777">
        <w:trPr>
          <w:jc w:val="center"/>
        </w:trPr>
        <w:tc>
          <w:tcPr>
            <w:tcW w:w="4422" w:type="dxa"/>
            <w:tcMar>
              <w:top w:w="70" w:type="dxa"/>
              <w:left w:w="90" w:type="dxa"/>
              <w:bottom w:w="70" w:type="dxa"/>
              <w:right w:w="90" w:type="dxa"/>
            </w:tcMar>
          </w:tcPr>
          <w:p w14:paraId="470F4CC4" w14:textId="77777777" w:rsidR="00302D64" w:rsidRDefault="00302D64"/>
          <w:p w14:paraId="3100C802" w14:textId="77777777" w:rsidR="00302D64" w:rsidRDefault="00000000">
            <w:pPr>
              <w:spacing w:after="60" w:line="245" w:lineRule="auto"/>
            </w:pPr>
            <w:r>
              <w:rPr>
                <w:b/>
                <w:color w:val="000000"/>
              </w:rPr>
              <w:t>UČNI CILJI</w:t>
            </w:r>
          </w:p>
          <w:p w14:paraId="0605AF2D" w14:textId="77777777" w:rsidR="00302D64" w:rsidRDefault="00000000">
            <w:pPr>
              <w:spacing w:after="20" w:line="245" w:lineRule="auto"/>
            </w:pPr>
            <w:r>
              <w:rPr>
                <w:b/>
                <w:color w:val="000000"/>
                <w:sz w:val="17"/>
              </w:rPr>
              <w:t>SPLOŠNI</w:t>
            </w:r>
          </w:p>
          <w:p w14:paraId="231DF88A" w14:textId="77777777" w:rsidR="00302D64" w:rsidRDefault="00000000">
            <w:pPr>
              <w:pStyle w:val="Oznaenseznam"/>
              <w:spacing w:after="16"/>
            </w:pPr>
            <w:r>
              <w:rPr>
                <w:color w:val="000000"/>
                <w:sz w:val="16"/>
              </w:rPr>
              <w:t>razvija radovednost ter sistematično opazuje, primerja, razvršča in sporoča ugotovitve</w:t>
            </w:r>
          </w:p>
          <w:p w14:paraId="4FD47988" w14:textId="77777777" w:rsidR="00302D64" w:rsidRDefault="00000000">
            <w:pPr>
              <w:pStyle w:val="Oznaenseznam"/>
              <w:spacing w:after="16"/>
            </w:pPr>
            <w:r>
              <w:rPr>
                <w:color w:val="000000"/>
                <w:sz w:val="16"/>
              </w:rPr>
              <w:t>sodeluje, posluša druge in svoja opažanja izraža na razvojno primeren način</w:t>
            </w:r>
          </w:p>
          <w:p w14:paraId="2547477A" w14:textId="77777777" w:rsidR="00302D64" w:rsidRDefault="00000000">
            <w:pPr>
              <w:pStyle w:val="Oznaenseznam"/>
              <w:spacing w:after="16"/>
            </w:pPr>
            <w:r>
              <w:rPr>
                <w:color w:val="000000"/>
                <w:sz w:val="16"/>
              </w:rPr>
              <w:t>ravna varno, odgovorno in skrbno do sebe, drugih ter okolja</w:t>
            </w:r>
          </w:p>
          <w:p w14:paraId="3A8DCA78" w14:textId="77777777" w:rsidR="00302D64" w:rsidRDefault="00000000">
            <w:pPr>
              <w:pStyle w:val="Oznaenseznam"/>
              <w:spacing w:after="16"/>
            </w:pPr>
            <w:r>
              <w:rPr>
                <w:color w:val="000000"/>
                <w:sz w:val="16"/>
              </w:rPr>
              <w:t>ob kriterijih spremlja svoje učenje in sprejema opisno povratno informacijo</w:t>
            </w:r>
          </w:p>
          <w:p w14:paraId="6C9D2B71" w14:textId="77777777" w:rsidR="00302D64" w:rsidRDefault="00000000">
            <w:pPr>
              <w:spacing w:before="40" w:after="20" w:line="245" w:lineRule="auto"/>
            </w:pPr>
            <w:r>
              <w:rPr>
                <w:b/>
                <w:color w:val="000000"/>
                <w:sz w:val="17"/>
              </w:rPr>
              <w:t>OPERATIVNI</w:t>
            </w:r>
          </w:p>
          <w:p w14:paraId="649883B0" w14:textId="77777777" w:rsidR="00302D64" w:rsidRDefault="00000000">
            <w:pPr>
              <w:pStyle w:val="Oznaenseznam"/>
              <w:spacing w:after="16"/>
            </w:pPr>
            <w:r>
              <w:rPr>
                <w:color w:val="000000"/>
                <w:sz w:val="16"/>
              </w:rPr>
              <w:t>prepozna papir, les, kovino, steklo in plastiko</w:t>
            </w:r>
          </w:p>
          <w:p w14:paraId="4A00D7AB" w14:textId="77777777" w:rsidR="00302D64" w:rsidRDefault="00000000">
            <w:pPr>
              <w:pStyle w:val="Oznaenseznam"/>
              <w:spacing w:after="16"/>
            </w:pPr>
            <w:r>
              <w:rPr>
                <w:color w:val="000000"/>
                <w:sz w:val="16"/>
              </w:rPr>
              <w:t>razvršča odpadke</w:t>
            </w:r>
          </w:p>
          <w:p w14:paraId="1D5EA812" w14:textId="77777777" w:rsidR="00302D64" w:rsidRDefault="00000000">
            <w:pPr>
              <w:pStyle w:val="Oznaenseznam"/>
              <w:spacing w:after="16"/>
            </w:pPr>
            <w:r>
              <w:rPr>
                <w:color w:val="000000"/>
                <w:sz w:val="16"/>
              </w:rPr>
              <w:t>pojasni ponovno uporabo</w:t>
            </w:r>
          </w:p>
          <w:p w14:paraId="5362720F" w14:textId="77777777" w:rsidR="00302D64" w:rsidRDefault="00000000">
            <w:pPr>
              <w:spacing w:before="40" w:after="20" w:line="245" w:lineRule="auto"/>
            </w:pPr>
            <w:r>
              <w:rPr>
                <w:b/>
                <w:color w:val="000000"/>
                <w:sz w:val="17"/>
              </w:rPr>
              <w:t>PRIČAKOVANI DOSEŽKI / STANDARDI</w:t>
            </w:r>
          </w:p>
          <w:p w14:paraId="02BE9A25" w14:textId="77777777" w:rsidR="00302D64" w:rsidRDefault="00000000">
            <w:pPr>
              <w:pStyle w:val="Oznaenseznam"/>
              <w:spacing w:after="16"/>
            </w:pPr>
            <w:r>
              <w:rPr>
                <w:color w:val="000000"/>
                <w:sz w:val="16"/>
              </w:rPr>
              <w:t>ob konkretni ali slikovni opori prepozna papir, les, kovino, steklo in plastiko</w:t>
            </w:r>
          </w:p>
          <w:p w14:paraId="652C381C" w14:textId="77777777" w:rsidR="00302D64" w:rsidRDefault="00000000">
            <w:pPr>
              <w:pStyle w:val="Oznaenseznam"/>
              <w:spacing w:after="16"/>
            </w:pPr>
            <w:r>
              <w:rPr>
                <w:color w:val="000000"/>
                <w:sz w:val="16"/>
              </w:rPr>
              <w:t>ob konkretni ali slikovni opori razvršča odpadke</w:t>
            </w:r>
          </w:p>
          <w:p w14:paraId="6C716CA1" w14:textId="77777777" w:rsidR="00302D64" w:rsidRDefault="00000000">
            <w:pPr>
              <w:pStyle w:val="Oznaenseznam"/>
              <w:spacing w:after="16"/>
            </w:pPr>
            <w:r>
              <w:rPr>
                <w:color w:val="000000"/>
                <w:sz w:val="16"/>
              </w:rPr>
              <w:t>ob konkretni ali slikovni opori pojasni ponovno uporabo</w:t>
            </w:r>
          </w:p>
        </w:tc>
        <w:tc>
          <w:tcPr>
            <w:tcW w:w="7087" w:type="dxa"/>
            <w:tcMar>
              <w:top w:w="70" w:type="dxa"/>
              <w:left w:w="90" w:type="dxa"/>
              <w:bottom w:w="70" w:type="dxa"/>
              <w:right w:w="90" w:type="dxa"/>
            </w:tcMar>
          </w:tcPr>
          <w:p w14:paraId="566140E4"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6B88B69" w14:textId="77777777">
              <w:trPr>
                <w:jc w:val="center"/>
              </w:trPr>
              <w:tc>
                <w:tcPr>
                  <w:tcW w:w="7087" w:type="dxa"/>
                  <w:shd w:val="clear" w:color="auto" w:fill="C6E7F3"/>
                  <w:tcMar>
                    <w:top w:w="45" w:type="dxa"/>
                    <w:left w:w="70" w:type="dxa"/>
                    <w:bottom w:w="45" w:type="dxa"/>
                    <w:right w:w="70" w:type="dxa"/>
                  </w:tcMar>
                </w:tcPr>
                <w:p w14:paraId="6C0353F3" w14:textId="77777777" w:rsidR="00302D64" w:rsidRDefault="00000000">
                  <w:pPr>
                    <w:keepNext/>
                  </w:pPr>
                  <w:r>
                    <w:rPr>
                      <w:b/>
                      <w:color w:val="000000"/>
                    </w:rPr>
                    <w:t>UVODNI DEL – motivacija, aktivacija predznanja in namen učenja (15–20 min)</w:t>
                  </w:r>
                </w:p>
              </w:tc>
            </w:tr>
          </w:tbl>
          <w:p w14:paraId="00C917FC" w14:textId="77777777" w:rsidR="00302D64" w:rsidRDefault="00302D64">
            <w:pPr>
              <w:spacing w:line="20" w:lineRule="exact"/>
            </w:pPr>
          </w:p>
          <w:p w14:paraId="3DA9D40C" w14:textId="77777777" w:rsidR="00302D64" w:rsidRDefault="00000000">
            <w:pPr>
              <w:spacing w:before="40" w:after="60" w:line="245" w:lineRule="auto"/>
            </w:pPr>
            <w:r>
              <w:rPr>
                <w:color w:val="000000"/>
                <w:sz w:val="17"/>
              </w:rPr>
              <w:t>Tri lisičice prinesejo košaro predmetov in prosijo za pomoč: iz česa so, kam sodijo po uporabi in kaj z njimi naredimo, ko jih ne potrebujemo več.</w:t>
            </w:r>
          </w:p>
          <w:tbl>
            <w:tblPr>
              <w:tblStyle w:val="Tabelamrea"/>
              <w:tblW w:w="0" w:type="auto"/>
              <w:jc w:val="center"/>
              <w:tblLayout w:type="fixed"/>
              <w:tblLook w:val="04A0" w:firstRow="1" w:lastRow="0" w:firstColumn="1" w:lastColumn="0" w:noHBand="0" w:noVBand="1"/>
            </w:tblPr>
            <w:tblGrid>
              <w:gridCol w:w="7087"/>
            </w:tblGrid>
            <w:tr w:rsidR="00302D64" w14:paraId="1220181A" w14:textId="77777777">
              <w:trPr>
                <w:jc w:val="center"/>
              </w:trPr>
              <w:tc>
                <w:tcPr>
                  <w:tcW w:w="7087" w:type="dxa"/>
                  <w:shd w:val="clear" w:color="auto" w:fill="EDC9EA"/>
                  <w:tcMar>
                    <w:top w:w="45" w:type="dxa"/>
                    <w:left w:w="70" w:type="dxa"/>
                    <w:bottom w:w="45" w:type="dxa"/>
                    <w:right w:w="70" w:type="dxa"/>
                  </w:tcMar>
                </w:tcPr>
                <w:p w14:paraId="37389E5D" w14:textId="77777777" w:rsidR="00302D64" w:rsidRDefault="00000000">
                  <w:pPr>
                    <w:keepNext/>
                  </w:pPr>
                  <w:r>
                    <w:rPr>
                      <w:b/>
                      <w:color w:val="000000"/>
                    </w:rPr>
                    <w:t>NAMENI UČENJA</w:t>
                  </w:r>
                </w:p>
              </w:tc>
            </w:tr>
          </w:tbl>
          <w:p w14:paraId="74494767" w14:textId="77777777" w:rsidR="00302D64" w:rsidRDefault="00302D64">
            <w:pPr>
              <w:spacing w:line="20" w:lineRule="exact"/>
            </w:pPr>
          </w:p>
          <w:p w14:paraId="3A452FD5" w14:textId="77777777" w:rsidR="00302D64" w:rsidRDefault="00000000">
            <w:pPr>
              <w:spacing w:before="20" w:after="20" w:line="245" w:lineRule="auto"/>
            </w:pPr>
            <w:r>
              <w:rPr>
                <w:color w:val="000000"/>
                <w:sz w:val="16"/>
              </w:rPr>
              <w:t>Učimo se zato, da bomo lažje razumeli in odgovorno uporabili znanje v vsakdanjih situacijah.</w:t>
            </w:r>
          </w:p>
          <w:p w14:paraId="0B48CA23" w14:textId="77777777" w:rsidR="00302D64" w:rsidRDefault="00000000">
            <w:pPr>
              <w:pStyle w:val="Oznaenseznam"/>
              <w:spacing w:after="16"/>
            </w:pPr>
            <w:r>
              <w:rPr>
                <w:color w:val="000000"/>
                <w:sz w:val="16"/>
              </w:rPr>
              <w:t>prepoznam papir, les, kovino, steklo in plastiko</w:t>
            </w:r>
          </w:p>
          <w:p w14:paraId="027F4655" w14:textId="77777777" w:rsidR="00302D64" w:rsidRDefault="00000000">
            <w:pPr>
              <w:pStyle w:val="Oznaenseznam"/>
              <w:spacing w:after="16"/>
            </w:pPr>
            <w:r>
              <w:rPr>
                <w:color w:val="000000"/>
                <w:sz w:val="16"/>
              </w:rPr>
              <w:t>razvrščam odpadke</w:t>
            </w:r>
          </w:p>
          <w:p w14:paraId="67B9E565" w14:textId="77777777" w:rsidR="00302D64" w:rsidRDefault="00000000">
            <w:pPr>
              <w:pStyle w:val="Oznaenseznam"/>
              <w:spacing w:after="16"/>
            </w:pPr>
            <w:r>
              <w:rPr>
                <w:color w:val="000000"/>
                <w:sz w:val="16"/>
              </w:rPr>
              <w:t>pojasnim ponovno uporabo</w:t>
            </w:r>
          </w:p>
          <w:tbl>
            <w:tblPr>
              <w:tblStyle w:val="Tabelamrea"/>
              <w:tblW w:w="0" w:type="auto"/>
              <w:jc w:val="center"/>
              <w:tblLayout w:type="fixed"/>
              <w:tblLook w:val="04A0" w:firstRow="1" w:lastRow="0" w:firstColumn="1" w:lastColumn="0" w:noHBand="0" w:noVBand="1"/>
            </w:tblPr>
            <w:tblGrid>
              <w:gridCol w:w="7087"/>
            </w:tblGrid>
            <w:tr w:rsidR="00302D64" w14:paraId="2AAD4A0D" w14:textId="77777777">
              <w:trPr>
                <w:jc w:val="center"/>
              </w:trPr>
              <w:tc>
                <w:tcPr>
                  <w:tcW w:w="7087" w:type="dxa"/>
                  <w:shd w:val="clear" w:color="auto" w:fill="EDC9EA"/>
                  <w:tcMar>
                    <w:top w:w="45" w:type="dxa"/>
                    <w:left w:w="70" w:type="dxa"/>
                    <w:bottom w:w="45" w:type="dxa"/>
                    <w:right w:w="70" w:type="dxa"/>
                  </w:tcMar>
                </w:tcPr>
                <w:p w14:paraId="61A24E93" w14:textId="77777777" w:rsidR="00302D64" w:rsidRDefault="00000000">
                  <w:pPr>
                    <w:keepNext/>
                  </w:pPr>
                  <w:r>
                    <w:rPr>
                      <w:b/>
                      <w:color w:val="000000"/>
                    </w:rPr>
                    <w:t>PREVERJANJE PREDZNANJA</w:t>
                  </w:r>
                </w:p>
              </w:tc>
            </w:tr>
          </w:tbl>
          <w:p w14:paraId="54FE96BC" w14:textId="77777777" w:rsidR="00302D64" w:rsidRDefault="00302D64">
            <w:pPr>
              <w:spacing w:line="20" w:lineRule="exact"/>
            </w:pPr>
          </w:p>
          <w:p w14:paraId="45E9851C" w14:textId="77777777" w:rsidR="00302D64" w:rsidRDefault="00000000">
            <w:pPr>
              <w:pStyle w:val="Oznaenseznam"/>
              <w:spacing w:after="16"/>
            </w:pPr>
            <w:r>
              <w:rPr>
                <w:color w:val="000000"/>
                <w:sz w:val="16"/>
              </w:rPr>
              <w:t>Po katerih lastnostih prepoznam papir, les, kovino, steklo in plastiko?</w:t>
            </w:r>
          </w:p>
          <w:p w14:paraId="2AA462B5" w14:textId="77777777" w:rsidR="00302D64" w:rsidRDefault="00000000">
            <w:pPr>
              <w:pStyle w:val="Oznaenseznam"/>
              <w:spacing w:after="16"/>
            </w:pPr>
            <w:r>
              <w:rPr>
                <w:color w:val="000000"/>
                <w:sz w:val="16"/>
              </w:rPr>
              <w:t>Kdaj lahko predmet ponovno uporabim?</w:t>
            </w:r>
          </w:p>
          <w:p w14:paraId="7F6B83EE"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C2E3424" w14:textId="77777777">
              <w:trPr>
                <w:jc w:val="center"/>
              </w:trPr>
              <w:tc>
                <w:tcPr>
                  <w:tcW w:w="7087" w:type="dxa"/>
                  <w:shd w:val="clear" w:color="auto" w:fill="EDC9EA"/>
                  <w:tcMar>
                    <w:top w:w="45" w:type="dxa"/>
                    <w:left w:w="70" w:type="dxa"/>
                    <w:bottom w:w="45" w:type="dxa"/>
                    <w:right w:w="70" w:type="dxa"/>
                  </w:tcMar>
                </w:tcPr>
                <w:p w14:paraId="5AB13AEB" w14:textId="77777777" w:rsidR="00302D64" w:rsidRDefault="00000000">
                  <w:pPr>
                    <w:keepNext/>
                  </w:pPr>
                  <w:r>
                    <w:rPr>
                      <w:b/>
                      <w:color w:val="000000"/>
                    </w:rPr>
                    <w:t>KRITERIJI USPEŠNOSTI</w:t>
                  </w:r>
                </w:p>
              </w:tc>
            </w:tr>
          </w:tbl>
          <w:p w14:paraId="7393430F" w14:textId="77777777" w:rsidR="00302D64" w:rsidRDefault="00302D64"/>
          <w:p w14:paraId="73808B8F" w14:textId="77777777" w:rsidR="00302D64" w:rsidRDefault="00000000">
            <w:pPr>
              <w:spacing w:before="20" w:after="20" w:line="245" w:lineRule="auto"/>
            </w:pPr>
            <w:r>
              <w:rPr>
                <w:b/>
                <w:color w:val="000000"/>
                <w:sz w:val="16"/>
              </w:rPr>
              <w:t>Uspešen/-na bom, ko:</w:t>
            </w:r>
          </w:p>
          <w:p w14:paraId="2576E98F" w14:textId="77777777" w:rsidR="00302D64" w:rsidRDefault="00000000">
            <w:pPr>
              <w:pStyle w:val="Oznaenseznam"/>
              <w:spacing w:after="16"/>
            </w:pPr>
            <w:r>
              <w:rPr>
                <w:color w:val="000000"/>
                <w:sz w:val="16"/>
              </w:rPr>
              <w:t>prepoznam papir, les, kovino, steklo in plastiko</w:t>
            </w:r>
          </w:p>
          <w:p w14:paraId="5DEAC91F" w14:textId="77777777" w:rsidR="00302D64" w:rsidRDefault="00000000">
            <w:pPr>
              <w:pStyle w:val="Oznaenseznam"/>
              <w:spacing w:after="16"/>
            </w:pPr>
            <w:r>
              <w:rPr>
                <w:color w:val="000000"/>
                <w:sz w:val="16"/>
              </w:rPr>
              <w:t>razvrščam odpadke</w:t>
            </w:r>
          </w:p>
          <w:p w14:paraId="1332909E" w14:textId="77777777" w:rsidR="00302D64" w:rsidRDefault="00000000">
            <w:pPr>
              <w:pStyle w:val="Oznaenseznam"/>
              <w:spacing w:after="16"/>
            </w:pPr>
            <w:r>
              <w:rPr>
                <w:color w:val="000000"/>
                <w:sz w:val="16"/>
              </w:rPr>
              <w:t>pojasnim ponovno uporabo</w:t>
            </w:r>
          </w:p>
          <w:p w14:paraId="15E2B586"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355A8B08" w14:textId="77777777" w:rsidR="00302D64" w:rsidRDefault="00302D64"/>
          <w:p w14:paraId="6D9471F8" w14:textId="77777777" w:rsidR="00302D64" w:rsidRDefault="00000000">
            <w:pPr>
              <w:spacing w:after="80" w:line="245" w:lineRule="auto"/>
            </w:pPr>
            <w:r>
              <w:rPr>
                <w:color w:val="000000"/>
                <w:sz w:val="16"/>
              </w:rPr>
              <w:t>Posluša ali opazuje književno oziroma predmetno izhodišče ter se vključi z gibom, sliko ali besedo.</w:t>
            </w:r>
          </w:p>
          <w:p w14:paraId="72E51C8B" w14:textId="77777777" w:rsidR="00302D64" w:rsidRDefault="00000000">
            <w:pPr>
              <w:spacing w:after="80" w:line="245" w:lineRule="auto"/>
            </w:pPr>
            <w:r>
              <w:rPr>
                <w:color w:val="000000"/>
                <w:sz w:val="16"/>
              </w:rPr>
              <w:t>Pove, pokaže ali nariše, kaj že ve. Posluša zamisli drugih.</w:t>
            </w:r>
          </w:p>
          <w:p w14:paraId="5A84FE99" w14:textId="77777777" w:rsidR="00302D64" w:rsidRDefault="00000000">
            <w:pPr>
              <w:spacing w:after="100" w:line="245" w:lineRule="auto"/>
            </w:pPr>
            <w:r>
              <w:rPr>
                <w:color w:val="000000"/>
                <w:sz w:val="16"/>
              </w:rPr>
              <w:t>Sodeluje pri razumevanju namenov in kriterijev uspešnosti.</w:t>
            </w:r>
          </w:p>
          <w:p w14:paraId="3B282865" w14:textId="77777777" w:rsidR="00302D64" w:rsidRDefault="00000000">
            <w:pPr>
              <w:spacing w:after="20" w:line="245" w:lineRule="auto"/>
            </w:pPr>
            <w:r>
              <w:rPr>
                <w:b/>
                <w:color w:val="D95BC6"/>
                <w:sz w:val="17"/>
              </w:rPr>
              <w:t>DOKAZ O UČENJU</w:t>
            </w:r>
          </w:p>
          <w:p w14:paraId="0EA28B5A" w14:textId="77777777" w:rsidR="00302D64" w:rsidRDefault="00000000">
            <w:pPr>
              <w:spacing w:after="30" w:line="245" w:lineRule="auto"/>
            </w:pPr>
            <w:r>
              <w:rPr>
                <w:color w:val="D95BC6"/>
                <w:sz w:val="16"/>
              </w:rPr>
              <w:t>začetna zamisel, razvrstitev, risba ali ustni odgovor</w:t>
            </w:r>
          </w:p>
        </w:tc>
      </w:tr>
    </w:tbl>
    <w:p w14:paraId="0BC6A7B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BEE4F6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F1C94B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81C84E" w14:textId="77777777" w:rsidR="00302D64" w:rsidRDefault="00000000">
            <w:pPr>
              <w:jc w:val="center"/>
            </w:pPr>
            <w:r>
              <w:rPr>
                <w:b/>
                <w:color w:val="000000"/>
                <w:sz w:val="20"/>
              </w:rPr>
              <w:t>UČNE DEJAVNOSTI, METODE IN FORMATIVNO SPREMLJANJE</w:t>
            </w:r>
          </w:p>
        </w:tc>
      </w:tr>
      <w:tr w:rsidR="00302D64" w14:paraId="71237A7E" w14:textId="77777777">
        <w:trPr>
          <w:tblHeader/>
          <w:jc w:val="center"/>
        </w:trPr>
        <w:tc>
          <w:tcPr>
            <w:tcW w:w="4422" w:type="dxa"/>
            <w:vMerge/>
            <w:tcMar>
              <w:top w:w="70" w:type="dxa"/>
              <w:left w:w="90" w:type="dxa"/>
              <w:bottom w:w="70" w:type="dxa"/>
              <w:right w:w="90" w:type="dxa"/>
            </w:tcMar>
            <w:vAlign w:val="center"/>
          </w:tcPr>
          <w:p w14:paraId="2068C796" w14:textId="77777777" w:rsidR="00302D64" w:rsidRDefault="00302D64"/>
        </w:tc>
        <w:tc>
          <w:tcPr>
            <w:tcW w:w="7087" w:type="dxa"/>
            <w:shd w:val="clear" w:color="auto" w:fill="FFFFFF"/>
            <w:tcMar>
              <w:top w:w="70" w:type="dxa"/>
              <w:left w:w="90" w:type="dxa"/>
              <w:bottom w:w="70" w:type="dxa"/>
              <w:right w:w="90" w:type="dxa"/>
            </w:tcMar>
            <w:vAlign w:val="center"/>
          </w:tcPr>
          <w:p w14:paraId="6EBD7C9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6608D8E" w14:textId="77777777" w:rsidR="00302D64" w:rsidRDefault="00000000">
            <w:pPr>
              <w:jc w:val="center"/>
            </w:pPr>
            <w:r>
              <w:rPr>
                <w:b/>
                <w:color w:val="000000"/>
              </w:rPr>
              <w:t>UČENEC</w:t>
            </w:r>
          </w:p>
        </w:tc>
      </w:tr>
      <w:tr w:rsidR="00302D64" w14:paraId="66E0D7D5" w14:textId="77777777">
        <w:trPr>
          <w:jc w:val="center"/>
        </w:trPr>
        <w:tc>
          <w:tcPr>
            <w:tcW w:w="4422" w:type="dxa"/>
            <w:tcMar>
              <w:top w:w="70" w:type="dxa"/>
              <w:left w:w="90" w:type="dxa"/>
              <w:bottom w:w="70" w:type="dxa"/>
              <w:right w:w="90" w:type="dxa"/>
            </w:tcMar>
          </w:tcPr>
          <w:p w14:paraId="791F21FD" w14:textId="77777777" w:rsidR="00302D64" w:rsidRDefault="00302D64"/>
          <w:p w14:paraId="3A67EE9B" w14:textId="77777777" w:rsidR="00302D64" w:rsidRDefault="00000000">
            <w:pPr>
              <w:spacing w:after="40" w:line="245" w:lineRule="auto"/>
            </w:pPr>
            <w:r>
              <w:rPr>
                <w:b/>
                <w:color w:val="000000"/>
              </w:rPr>
              <w:t>KLJUČNI POJMI</w:t>
            </w:r>
          </w:p>
          <w:p w14:paraId="4039885A" w14:textId="77777777" w:rsidR="00302D64" w:rsidRDefault="00000000">
            <w:pPr>
              <w:spacing w:after="80" w:line="245" w:lineRule="auto"/>
            </w:pPr>
            <w:r>
              <w:rPr>
                <w:color w:val="000000"/>
                <w:sz w:val="16"/>
              </w:rPr>
              <w:t>predmet, material, papir, les, kovina, steklo, plastika, odpadek, ločevanje, ponovna uporaba</w:t>
            </w:r>
          </w:p>
          <w:p w14:paraId="7A30A894" w14:textId="77777777" w:rsidR="00302D64" w:rsidRDefault="00000000">
            <w:pPr>
              <w:spacing w:after="20" w:line="245" w:lineRule="auto"/>
            </w:pPr>
            <w:r>
              <w:rPr>
                <w:b/>
                <w:color w:val="000000"/>
              </w:rPr>
              <w:t>DOKAZI O UČENJU</w:t>
            </w:r>
          </w:p>
          <w:p w14:paraId="37C02556" w14:textId="77777777" w:rsidR="00302D64" w:rsidRDefault="00000000">
            <w:pPr>
              <w:pStyle w:val="Oznaenseznam"/>
              <w:spacing w:after="16"/>
            </w:pPr>
            <w:r>
              <w:rPr>
                <w:color w:val="000000"/>
                <w:sz w:val="16"/>
              </w:rPr>
              <w:t>razvrstitev predmetov po materialu</w:t>
            </w:r>
          </w:p>
          <w:p w14:paraId="6165198D" w14:textId="77777777" w:rsidR="00302D64" w:rsidRDefault="00000000">
            <w:pPr>
              <w:pStyle w:val="Oznaenseznam"/>
              <w:spacing w:after="16"/>
            </w:pPr>
            <w:r>
              <w:rPr>
                <w:color w:val="000000"/>
                <w:sz w:val="16"/>
              </w:rPr>
              <w:t>ločevanje in model ponovne uporabe</w:t>
            </w:r>
          </w:p>
          <w:p w14:paraId="7E9210BC" w14:textId="77777777" w:rsidR="00302D64" w:rsidRDefault="00000000">
            <w:pPr>
              <w:spacing w:before="40" w:after="20" w:line="245" w:lineRule="auto"/>
            </w:pPr>
            <w:r>
              <w:rPr>
                <w:b/>
                <w:color w:val="000000"/>
              </w:rPr>
              <w:t>MEDPREDMETNA POVEZAVA</w:t>
            </w:r>
          </w:p>
          <w:p w14:paraId="4498E652" w14:textId="77777777" w:rsidR="00302D64" w:rsidRDefault="00000000">
            <w:pPr>
              <w:spacing w:after="60" w:line="245" w:lineRule="auto"/>
            </w:pPr>
            <w:r>
              <w:rPr>
                <w:color w:val="000000"/>
                <w:sz w:val="16"/>
              </w:rPr>
              <w:t>MAT – razvrščanje po lastnosti; LUM – ustvarjanje iz odpadnega materiala; SLJ – razlaga izbire; ŠPO – razvrščevalna štafeta</w:t>
            </w:r>
          </w:p>
          <w:p w14:paraId="38C8B287" w14:textId="77777777" w:rsidR="00302D64" w:rsidRDefault="00000000">
            <w:pPr>
              <w:spacing w:after="20" w:line="245" w:lineRule="auto"/>
            </w:pPr>
            <w:r>
              <w:rPr>
                <w:b/>
                <w:color w:val="000000"/>
              </w:rPr>
              <w:t>POUČEVANJE V GIBANJU</w:t>
            </w:r>
          </w:p>
          <w:p w14:paraId="0675BD9D"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6DF7D7F8" w14:textId="77777777" w:rsidR="00302D64" w:rsidRDefault="00000000">
            <w:pPr>
              <w:spacing w:after="20" w:line="245" w:lineRule="auto"/>
            </w:pPr>
            <w:r>
              <w:rPr>
                <w:b/>
                <w:color w:val="000000"/>
              </w:rPr>
              <w:t>UČENJE PO ŠTIRIH POSTAJAH</w:t>
            </w:r>
          </w:p>
          <w:p w14:paraId="58253E2D"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27CF3292" w14:textId="77777777" w:rsidR="00302D64" w:rsidRDefault="00000000">
            <w:pPr>
              <w:spacing w:after="20" w:line="245" w:lineRule="auto"/>
            </w:pPr>
            <w:r>
              <w:rPr>
                <w:b/>
                <w:color w:val="000000"/>
              </w:rPr>
              <w:t>DIFERENCIACIJA IN VKLJUČEVANJE</w:t>
            </w:r>
          </w:p>
          <w:p w14:paraId="52D3C5EF" w14:textId="77777777" w:rsidR="00302D64" w:rsidRDefault="00000000">
            <w:pPr>
              <w:spacing w:after="60" w:line="245" w:lineRule="auto"/>
            </w:pPr>
            <w:r>
              <w:rPr>
                <w:color w:val="000000"/>
                <w:sz w:val="16"/>
              </w:rPr>
              <w:t>Steklo nadomesti fotografija ali varen zaprt vzorec; uporabijo se taktilne in slikovne oznake; naprednejši presodi predmet iz več materialov.</w:t>
            </w:r>
          </w:p>
          <w:p w14:paraId="215D32D3" w14:textId="77777777" w:rsidR="00302D64" w:rsidRDefault="00000000">
            <w:pPr>
              <w:spacing w:after="20" w:line="245" w:lineRule="auto"/>
            </w:pPr>
            <w:r>
              <w:rPr>
                <w:b/>
                <w:color w:val="000000"/>
              </w:rPr>
              <w:t>SPREMLJANJE</w:t>
            </w:r>
          </w:p>
          <w:p w14:paraId="0F7389B2"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E761840"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C9024F3" w14:textId="77777777">
              <w:trPr>
                <w:jc w:val="center"/>
              </w:trPr>
              <w:tc>
                <w:tcPr>
                  <w:tcW w:w="7087" w:type="dxa"/>
                  <w:shd w:val="clear" w:color="auto" w:fill="C6E7F3"/>
                  <w:tcMar>
                    <w:top w:w="45" w:type="dxa"/>
                    <w:left w:w="70" w:type="dxa"/>
                    <w:bottom w:w="45" w:type="dxa"/>
                    <w:right w:w="70" w:type="dxa"/>
                  </w:tcMar>
                </w:tcPr>
                <w:p w14:paraId="738D3DFE" w14:textId="77777777" w:rsidR="00302D64" w:rsidRDefault="00000000">
                  <w:pPr>
                    <w:keepNext/>
                  </w:pPr>
                  <w:r>
                    <w:t>GLAVNI DEL – IZKUŠENJSKO IN POSTAJNO UČENJE (2 šolski uri)</w:t>
                  </w:r>
                </w:p>
              </w:tc>
            </w:tr>
          </w:tbl>
          <w:p w14:paraId="10E63281" w14:textId="77777777" w:rsidR="00302D64" w:rsidRDefault="00302D64">
            <w:pPr>
              <w:spacing w:line="20" w:lineRule="exact"/>
            </w:pPr>
          </w:p>
          <w:p w14:paraId="6A2C497D" w14:textId="77777777" w:rsidR="00302D64" w:rsidRDefault="00000000">
            <w:pPr>
              <w:keepNext/>
              <w:spacing w:before="60" w:after="20" w:line="245" w:lineRule="auto"/>
            </w:pPr>
            <w:r>
              <w:rPr>
                <w:b/>
                <w:color w:val="000000"/>
              </w:rPr>
              <w:t>1. URA – Detektivi materialov</w:t>
            </w:r>
          </w:p>
          <w:p w14:paraId="400C3D51" w14:textId="77777777" w:rsidR="00302D64" w:rsidRDefault="00000000">
            <w:pPr>
              <w:spacing w:after="20" w:line="245" w:lineRule="auto"/>
            </w:pPr>
            <w:r>
              <w:rPr>
                <w:b/>
                <w:color w:val="000000"/>
                <w:sz w:val="16"/>
              </w:rPr>
              <w:t xml:space="preserve">Dejavnost učiteljice: </w:t>
            </w:r>
            <w:r>
              <w:rPr>
                <w:color w:val="000000"/>
                <w:sz w:val="16"/>
              </w:rPr>
              <w:t>Omogoči varno tipanje, opazovanje in primerjanje predmetov ter pojasni razliko med predmetom in materialom.</w:t>
            </w:r>
          </w:p>
          <w:p w14:paraId="30991E66" w14:textId="77777777" w:rsidR="00302D64" w:rsidRDefault="00000000">
            <w:pPr>
              <w:spacing w:after="20" w:line="245" w:lineRule="auto"/>
            </w:pPr>
            <w:r>
              <w:rPr>
                <w:b/>
                <w:color w:val="000000"/>
                <w:sz w:val="16"/>
              </w:rPr>
              <w:t xml:space="preserve">Dejavnost učencev: </w:t>
            </w:r>
            <w:r>
              <w:rPr>
                <w:color w:val="000000"/>
                <w:sz w:val="16"/>
              </w:rPr>
              <w:t>Predmete razvrstijo po materialu in izberejo lastnost, ki je pomagala pri odločitvi.</w:t>
            </w:r>
          </w:p>
          <w:p w14:paraId="7D2FFDF3" w14:textId="77777777" w:rsidR="00302D64" w:rsidRDefault="00000000">
            <w:pPr>
              <w:spacing w:after="40" w:line="245" w:lineRule="auto"/>
            </w:pPr>
            <w:r>
              <w:rPr>
                <w:i/>
                <w:color w:val="D95BC6"/>
                <w:sz w:val="16"/>
              </w:rPr>
              <w:t>Predvideni dokaz: razvrstitev predmetov po materialu.</w:t>
            </w:r>
          </w:p>
          <w:p w14:paraId="352E5DBF" w14:textId="77777777" w:rsidR="00302D64" w:rsidRDefault="00000000">
            <w:pPr>
              <w:keepNext/>
              <w:spacing w:before="60" w:after="20" w:line="245" w:lineRule="auto"/>
            </w:pPr>
            <w:r>
              <w:rPr>
                <w:b/>
                <w:color w:val="000000"/>
              </w:rPr>
              <w:t>2. URA – Od odpadka do nove uporabe</w:t>
            </w:r>
          </w:p>
          <w:p w14:paraId="4ECF35A3" w14:textId="77777777" w:rsidR="00302D64" w:rsidRDefault="00000000">
            <w:pPr>
              <w:spacing w:after="20" w:line="245" w:lineRule="auto"/>
            </w:pPr>
            <w:r>
              <w:rPr>
                <w:b/>
                <w:color w:val="000000"/>
                <w:sz w:val="16"/>
              </w:rPr>
              <w:t xml:space="preserve">Dejavnost učiteljice: </w:t>
            </w:r>
            <w:r>
              <w:rPr>
                <w:color w:val="000000"/>
                <w:sz w:val="16"/>
              </w:rPr>
              <w:t>Pripravi čiste odpadne materiale, zabojnike in izziv, naj skupina izbere predmet za ponovno uporabo.</w:t>
            </w:r>
          </w:p>
          <w:p w14:paraId="7E499277" w14:textId="77777777" w:rsidR="00302D64" w:rsidRDefault="00000000">
            <w:pPr>
              <w:spacing w:after="20" w:line="245" w:lineRule="auto"/>
            </w:pPr>
            <w:r>
              <w:rPr>
                <w:b/>
                <w:color w:val="000000"/>
                <w:sz w:val="16"/>
              </w:rPr>
              <w:t xml:space="preserve">Dejavnost učencev: </w:t>
            </w:r>
            <w:r>
              <w:rPr>
                <w:color w:val="000000"/>
                <w:sz w:val="16"/>
              </w:rPr>
              <w:t>Pravilno ločijo, iz enega materiala oblikujejo novo uporabno rešitev in jo predstavijo.</w:t>
            </w:r>
          </w:p>
          <w:p w14:paraId="6784E0C8" w14:textId="77777777" w:rsidR="00302D64" w:rsidRDefault="00000000">
            <w:pPr>
              <w:spacing w:after="40" w:line="245" w:lineRule="auto"/>
            </w:pPr>
            <w:r>
              <w:rPr>
                <w:i/>
                <w:color w:val="D95BC6"/>
                <w:sz w:val="16"/>
              </w:rPr>
              <w:t>Predvideni dokaz: ločevanje in model ponovne uporabe.</w:t>
            </w:r>
          </w:p>
          <w:tbl>
            <w:tblPr>
              <w:tblStyle w:val="Tabelamrea"/>
              <w:tblW w:w="0" w:type="auto"/>
              <w:jc w:val="center"/>
              <w:tblLayout w:type="fixed"/>
              <w:tblLook w:val="04A0" w:firstRow="1" w:lastRow="0" w:firstColumn="1" w:lastColumn="0" w:noHBand="0" w:noVBand="1"/>
            </w:tblPr>
            <w:tblGrid>
              <w:gridCol w:w="7087"/>
            </w:tblGrid>
            <w:tr w:rsidR="00302D64" w14:paraId="55E43FEE" w14:textId="77777777">
              <w:trPr>
                <w:jc w:val="center"/>
              </w:trPr>
              <w:tc>
                <w:tcPr>
                  <w:tcW w:w="7087" w:type="dxa"/>
                  <w:shd w:val="clear" w:color="auto" w:fill="EDC9EA"/>
                  <w:tcMar>
                    <w:top w:w="45" w:type="dxa"/>
                    <w:left w:w="70" w:type="dxa"/>
                    <w:bottom w:w="45" w:type="dxa"/>
                    <w:right w:w="70" w:type="dxa"/>
                  </w:tcMar>
                </w:tcPr>
                <w:p w14:paraId="6FB034BE" w14:textId="77777777" w:rsidR="00302D64" w:rsidRDefault="00000000">
                  <w:pPr>
                    <w:keepNext/>
                  </w:pPr>
                  <w:r>
                    <w:rPr>
                      <w:b/>
                      <w:color w:val="000000"/>
                    </w:rPr>
                    <w:t>UČENJE PO ŠTIRIH POSTAJAH (6–8 min na postajo)</w:t>
                  </w:r>
                </w:p>
              </w:tc>
            </w:tr>
          </w:tbl>
          <w:p w14:paraId="30755E4F"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21AFD62A" w14:textId="77777777" w:rsidR="00302D64" w:rsidRDefault="00000000">
            <w:pPr>
              <w:spacing w:after="20" w:line="245" w:lineRule="auto"/>
            </w:pPr>
            <w:r>
              <w:rPr>
                <w:b/>
                <w:color w:val="000000"/>
                <w:sz w:val="16"/>
              </w:rPr>
              <w:t xml:space="preserve">RAZISKOVALNA POSTAJA – Detektivi materialov: </w:t>
            </w:r>
            <w:r>
              <w:rPr>
                <w:color w:val="000000"/>
                <w:sz w:val="16"/>
              </w:rPr>
              <w:t>Predmete razvrstijo po materialu in izberejo lastnost, ki je pomagala pri odločitvi.</w:t>
            </w:r>
          </w:p>
          <w:p w14:paraId="71B7DE73" w14:textId="77777777" w:rsidR="00302D64" w:rsidRDefault="00000000">
            <w:pPr>
              <w:spacing w:after="20" w:line="245" w:lineRule="auto"/>
            </w:pPr>
            <w:r>
              <w:rPr>
                <w:b/>
                <w:color w:val="000000"/>
                <w:sz w:val="16"/>
              </w:rPr>
              <w:t xml:space="preserve">PRAKTIČNA POSTAJA – Od odpadka do nove uporabe: </w:t>
            </w:r>
            <w:r>
              <w:rPr>
                <w:color w:val="000000"/>
                <w:sz w:val="16"/>
              </w:rPr>
              <w:t>Pravilno ločijo, iz enega materiala oblikujejo novo uporabno rešitev in jo predstavijo.</w:t>
            </w:r>
          </w:p>
          <w:p w14:paraId="35DDCFC6"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1978AB49" w14:textId="77777777" w:rsidR="00302D64" w:rsidRDefault="00000000">
            <w:pPr>
              <w:spacing w:after="20" w:line="245" w:lineRule="auto"/>
            </w:pPr>
            <w:r>
              <w:rPr>
                <w:b/>
                <w:color w:val="000000"/>
                <w:sz w:val="16"/>
              </w:rPr>
              <w:t xml:space="preserve">POSTAJA DOKAZA IN REFLEKSIJE: </w:t>
            </w:r>
            <w:r>
              <w:rPr>
                <w:color w:val="000000"/>
                <w:sz w:val="16"/>
              </w:rPr>
              <w:t>Izberejo en dokaz (razvrstitev predmetov po materialu, ločevanje in model ponovne uporabe),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207F9C3C" w14:textId="77777777">
              <w:trPr>
                <w:jc w:val="center"/>
              </w:trPr>
              <w:tc>
                <w:tcPr>
                  <w:tcW w:w="7087" w:type="dxa"/>
                  <w:shd w:val="clear" w:color="auto" w:fill="EDC9EA"/>
                  <w:tcMar>
                    <w:top w:w="45" w:type="dxa"/>
                    <w:left w:w="70" w:type="dxa"/>
                    <w:bottom w:w="45" w:type="dxa"/>
                    <w:right w:w="70" w:type="dxa"/>
                  </w:tcMar>
                </w:tcPr>
                <w:p w14:paraId="454FC684" w14:textId="77777777" w:rsidR="00302D64" w:rsidRDefault="00000000">
                  <w:pPr>
                    <w:keepNext/>
                  </w:pPr>
                  <w:r>
                    <w:rPr>
                      <w:b/>
                      <w:color w:val="000000"/>
                    </w:rPr>
                    <w:t>POVRATNA INFORMACIJA UČITELJICE MED DELOM</w:t>
                  </w:r>
                </w:p>
              </w:tc>
            </w:tr>
          </w:tbl>
          <w:p w14:paraId="5A995AF3" w14:textId="77777777" w:rsidR="00302D64" w:rsidRDefault="00302D64"/>
          <w:p w14:paraId="4842FC1C"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4CCEA439" w14:textId="77777777" w:rsidR="00302D64" w:rsidRDefault="00302D64"/>
          <w:p w14:paraId="2E7F07AF" w14:textId="77777777" w:rsidR="00302D64" w:rsidRDefault="00000000">
            <w:pPr>
              <w:spacing w:after="20" w:line="245" w:lineRule="auto"/>
            </w:pPr>
            <w:r>
              <w:rPr>
                <w:b/>
                <w:color w:val="000000"/>
                <w:sz w:val="17"/>
              </w:rPr>
              <w:t>1. URA</w:t>
            </w:r>
          </w:p>
          <w:p w14:paraId="5A568A68" w14:textId="77777777" w:rsidR="00302D64" w:rsidRDefault="00000000">
            <w:pPr>
              <w:spacing w:after="40" w:line="245" w:lineRule="auto"/>
            </w:pPr>
            <w:r>
              <w:rPr>
                <w:color w:val="000000"/>
                <w:sz w:val="16"/>
              </w:rPr>
              <w:t>Predmete razvrstijo po materialu in izberejo lastnost, ki je pomagala pri odločitvi.</w:t>
            </w:r>
          </w:p>
          <w:p w14:paraId="45089CB6" w14:textId="77777777" w:rsidR="00302D64" w:rsidRDefault="00000000">
            <w:pPr>
              <w:spacing w:line="245" w:lineRule="auto"/>
            </w:pPr>
            <w:r>
              <w:rPr>
                <w:b/>
                <w:color w:val="D95BC6"/>
                <w:sz w:val="16"/>
              </w:rPr>
              <w:t>DOKAZ</w:t>
            </w:r>
          </w:p>
          <w:p w14:paraId="7670BF4A" w14:textId="77777777" w:rsidR="00302D64" w:rsidRDefault="00000000">
            <w:pPr>
              <w:spacing w:after="60" w:line="245" w:lineRule="auto"/>
            </w:pPr>
            <w:r>
              <w:rPr>
                <w:color w:val="D95BC6"/>
                <w:sz w:val="16"/>
              </w:rPr>
              <w:t>razvrstitev predmetov po materialu</w:t>
            </w:r>
          </w:p>
          <w:p w14:paraId="5E677D88" w14:textId="77777777" w:rsidR="00302D64" w:rsidRDefault="00000000">
            <w:pPr>
              <w:spacing w:after="20" w:line="245" w:lineRule="auto"/>
            </w:pPr>
            <w:r>
              <w:rPr>
                <w:b/>
                <w:color w:val="000000"/>
                <w:sz w:val="17"/>
              </w:rPr>
              <w:t>2. URA</w:t>
            </w:r>
          </w:p>
          <w:p w14:paraId="4347A9CA" w14:textId="77777777" w:rsidR="00302D64" w:rsidRDefault="00000000">
            <w:pPr>
              <w:spacing w:after="40" w:line="245" w:lineRule="auto"/>
            </w:pPr>
            <w:r>
              <w:rPr>
                <w:color w:val="000000"/>
                <w:sz w:val="16"/>
              </w:rPr>
              <w:t>Pravilno ločijo, iz enega materiala oblikujejo novo uporabno rešitev in jo predstavijo.</w:t>
            </w:r>
          </w:p>
          <w:p w14:paraId="2F498CFD" w14:textId="77777777" w:rsidR="00302D64" w:rsidRDefault="00000000">
            <w:pPr>
              <w:spacing w:line="245" w:lineRule="auto"/>
            </w:pPr>
            <w:r>
              <w:rPr>
                <w:b/>
                <w:color w:val="D95BC6"/>
                <w:sz w:val="16"/>
              </w:rPr>
              <w:t>DOKAZ</w:t>
            </w:r>
          </w:p>
          <w:p w14:paraId="33B2A140" w14:textId="77777777" w:rsidR="00302D64" w:rsidRDefault="00000000">
            <w:pPr>
              <w:spacing w:after="60" w:line="245" w:lineRule="auto"/>
            </w:pPr>
            <w:r>
              <w:rPr>
                <w:color w:val="D95BC6"/>
                <w:sz w:val="16"/>
              </w:rPr>
              <w:t>ločevanje in model ponovne uporabe</w:t>
            </w:r>
          </w:p>
        </w:tc>
      </w:tr>
    </w:tbl>
    <w:p w14:paraId="5AC5007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38813E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AE9E6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FFFCDD5" w14:textId="77777777" w:rsidR="00302D64" w:rsidRDefault="00000000">
            <w:pPr>
              <w:jc w:val="center"/>
            </w:pPr>
            <w:r>
              <w:rPr>
                <w:b/>
                <w:color w:val="000000"/>
                <w:sz w:val="20"/>
              </w:rPr>
              <w:t>UČNE DEJAVNOSTI, METODE IN FORMATIVNO SPREMLJANJE</w:t>
            </w:r>
          </w:p>
        </w:tc>
      </w:tr>
      <w:tr w:rsidR="00302D64" w14:paraId="359C4EEF" w14:textId="77777777">
        <w:trPr>
          <w:tblHeader/>
          <w:jc w:val="center"/>
        </w:trPr>
        <w:tc>
          <w:tcPr>
            <w:tcW w:w="4422" w:type="dxa"/>
            <w:vMerge/>
            <w:tcMar>
              <w:top w:w="70" w:type="dxa"/>
              <w:left w:w="90" w:type="dxa"/>
              <w:bottom w:w="70" w:type="dxa"/>
              <w:right w:w="90" w:type="dxa"/>
            </w:tcMar>
            <w:vAlign w:val="center"/>
          </w:tcPr>
          <w:p w14:paraId="766FA515" w14:textId="77777777" w:rsidR="00302D64" w:rsidRDefault="00302D64"/>
        </w:tc>
        <w:tc>
          <w:tcPr>
            <w:tcW w:w="7087" w:type="dxa"/>
            <w:shd w:val="clear" w:color="auto" w:fill="FFFFFF"/>
            <w:tcMar>
              <w:top w:w="70" w:type="dxa"/>
              <w:left w:w="90" w:type="dxa"/>
              <w:bottom w:w="70" w:type="dxa"/>
              <w:right w:w="90" w:type="dxa"/>
            </w:tcMar>
            <w:vAlign w:val="center"/>
          </w:tcPr>
          <w:p w14:paraId="341D0A9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92D3021" w14:textId="77777777" w:rsidR="00302D64" w:rsidRDefault="00000000">
            <w:pPr>
              <w:jc w:val="center"/>
            </w:pPr>
            <w:r>
              <w:rPr>
                <w:b/>
                <w:color w:val="000000"/>
              </w:rPr>
              <w:t>UČENEC</w:t>
            </w:r>
          </w:p>
        </w:tc>
      </w:tr>
      <w:tr w:rsidR="00302D64" w14:paraId="10A6D49C" w14:textId="77777777">
        <w:trPr>
          <w:jc w:val="center"/>
        </w:trPr>
        <w:tc>
          <w:tcPr>
            <w:tcW w:w="4422" w:type="dxa"/>
            <w:tcMar>
              <w:top w:w="70" w:type="dxa"/>
              <w:left w:w="90" w:type="dxa"/>
              <w:bottom w:w="70" w:type="dxa"/>
              <w:right w:w="90" w:type="dxa"/>
            </w:tcMar>
          </w:tcPr>
          <w:p w14:paraId="488D04B6" w14:textId="77777777" w:rsidR="00302D64" w:rsidRDefault="00302D64"/>
          <w:p w14:paraId="64FA8472" w14:textId="77777777" w:rsidR="00302D64" w:rsidRDefault="00000000">
            <w:pPr>
              <w:spacing w:after="40" w:line="245" w:lineRule="auto"/>
            </w:pPr>
            <w:r>
              <w:rPr>
                <w:b/>
                <w:color w:val="000000"/>
              </w:rPr>
              <w:t>FORMATIVNO SPREMLJANJE</w:t>
            </w:r>
          </w:p>
          <w:p w14:paraId="79B7EA71" w14:textId="77777777" w:rsidR="00302D64" w:rsidRDefault="00000000">
            <w:pPr>
              <w:pStyle w:val="Oznaenseznam"/>
              <w:spacing w:after="16"/>
            </w:pPr>
            <w:r>
              <w:rPr>
                <w:color w:val="000000"/>
                <w:sz w:val="16"/>
              </w:rPr>
              <w:t>predznanje: začetni odgovor, razvrstitev ali prikaz</w:t>
            </w:r>
          </w:p>
          <w:p w14:paraId="1FA9F9DF" w14:textId="77777777" w:rsidR="00302D64" w:rsidRDefault="00000000">
            <w:pPr>
              <w:pStyle w:val="Oznaenseznam"/>
              <w:spacing w:after="16"/>
            </w:pPr>
            <w:r>
              <w:rPr>
                <w:color w:val="000000"/>
                <w:sz w:val="16"/>
              </w:rPr>
              <w:t>dokazi med učenjem: izvedba, skica, model, opazovalni zapis ali razlaga</w:t>
            </w:r>
          </w:p>
          <w:p w14:paraId="56E3AD90" w14:textId="77777777" w:rsidR="00302D64" w:rsidRDefault="00000000">
            <w:pPr>
              <w:pStyle w:val="Oznaenseznam"/>
              <w:spacing w:after="16"/>
            </w:pPr>
            <w:r>
              <w:rPr>
                <w:color w:val="000000"/>
                <w:sz w:val="16"/>
              </w:rPr>
              <w:t>povratna informacija: konkretna, vezana na kriterij in usmerjena v naslednji korak</w:t>
            </w:r>
          </w:p>
          <w:p w14:paraId="77864713" w14:textId="77777777" w:rsidR="00302D64" w:rsidRDefault="00000000">
            <w:pPr>
              <w:pStyle w:val="Oznaenseznam"/>
              <w:spacing w:after="16"/>
            </w:pPr>
            <w:r>
              <w:rPr>
                <w:color w:val="000000"/>
                <w:sz w:val="16"/>
              </w:rPr>
              <w:t>samovrednotenje: semafor, prsti, izbrani simbol ali kratka poved</w:t>
            </w:r>
          </w:p>
          <w:p w14:paraId="756194F7" w14:textId="77777777" w:rsidR="00302D64" w:rsidRDefault="00000000">
            <w:pPr>
              <w:spacing w:before="40" w:after="20" w:line="245" w:lineRule="auto"/>
            </w:pPr>
            <w:r>
              <w:rPr>
                <w:b/>
                <w:color w:val="000000"/>
              </w:rPr>
              <w:t>VARNOST IN ODGOVORNOST</w:t>
            </w:r>
          </w:p>
          <w:p w14:paraId="3B9CCBAE" w14:textId="77777777" w:rsidR="00302D64" w:rsidRDefault="00000000">
            <w:pPr>
              <w:spacing w:after="60" w:line="245" w:lineRule="auto"/>
            </w:pPr>
            <w:r>
              <w:rPr>
                <w:color w:val="000000"/>
                <w:sz w:val="16"/>
              </w:rPr>
              <w:t>Uporabljajo se le čisti, nepoškodovani materiali; nevarni ali ostri predmeti so prikazani samo na sliki.</w:t>
            </w:r>
          </w:p>
          <w:p w14:paraId="093EA71C" w14:textId="77777777" w:rsidR="00302D64" w:rsidRDefault="00000000">
            <w:pPr>
              <w:spacing w:after="20" w:line="245" w:lineRule="auto"/>
            </w:pPr>
            <w:r>
              <w:rPr>
                <w:b/>
                <w:color w:val="000000"/>
              </w:rPr>
              <w:t>EVIDENCA PO IZVEDBI</w:t>
            </w:r>
          </w:p>
          <w:p w14:paraId="439D88EE"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0D9AEF4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E6079F4" w14:textId="77777777">
              <w:trPr>
                <w:jc w:val="center"/>
              </w:trPr>
              <w:tc>
                <w:tcPr>
                  <w:tcW w:w="7087" w:type="dxa"/>
                  <w:shd w:val="clear" w:color="auto" w:fill="EDC9EA"/>
                  <w:tcMar>
                    <w:top w:w="45" w:type="dxa"/>
                    <w:left w:w="70" w:type="dxa"/>
                    <w:bottom w:w="45" w:type="dxa"/>
                    <w:right w:w="70" w:type="dxa"/>
                  </w:tcMar>
                </w:tcPr>
                <w:p w14:paraId="0BDB127A" w14:textId="77777777" w:rsidR="00302D64" w:rsidRDefault="00000000">
                  <w:pPr>
                    <w:keepNext/>
                  </w:pPr>
                  <w:r>
                    <w:rPr>
                      <w:b/>
                      <w:color w:val="000000"/>
                    </w:rPr>
                    <w:t>VPRAŠANJA V PODPORO UČENJU</w:t>
                  </w:r>
                </w:p>
              </w:tc>
            </w:tr>
          </w:tbl>
          <w:p w14:paraId="06338938" w14:textId="77777777" w:rsidR="00302D64" w:rsidRDefault="00302D64">
            <w:pPr>
              <w:spacing w:line="20" w:lineRule="exact"/>
            </w:pPr>
          </w:p>
          <w:p w14:paraId="0223DB53" w14:textId="77777777" w:rsidR="00302D64" w:rsidRDefault="00000000">
            <w:pPr>
              <w:pStyle w:val="Oznaenseznam"/>
              <w:spacing w:after="16"/>
            </w:pPr>
            <w:r>
              <w:rPr>
                <w:color w:val="000000"/>
                <w:sz w:val="16"/>
              </w:rPr>
              <w:t>Kaj si opazil/-a in kateri dokaz to pokaže?</w:t>
            </w:r>
          </w:p>
          <w:p w14:paraId="34A1B88C" w14:textId="77777777" w:rsidR="00302D64" w:rsidRDefault="00000000">
            <w:pPr>
              <w:pStyle w:val="Oznaenseznam"/>
              <w:spacing w:after="16"/>
            </w:pPr>
            <w:r>
              <w:rPr>
                <w:color w:val="000000"/>
                <w:sz w:val="16"/>
              </w:rPr>
              <w:t>Kako si prišel/-la do svoje odločitve?</w:t>
            </w:r>
          </w:p>
          <w:p w14:paraId="3B31B1F2" w14:textId="77777777" w:rsidR="00302D64" w:rsidRDefault="00000000">
            <w:pPr>
              <w:pStyle w:val="Oznaenseznam"/>
              <w:spacing w:after="16"/>
            </w:pPr>
            <w:r>
              <w:rPr>
                <w:color w:val="000000"/>
                <w:sz w:val="16"/>
              </w:rPr>
              <w:t>Kaj si pri ponovnem poskusu ohranil/-a enako in kaj spremenil/-a?</w:t>
            </w:r>
          </w:p>
          <w:p w14:paraId="7C846EA5" w14:textId="77777777" w:rsidR="00302D64" w:rsidRDefault="00000000">
            <w:pPr>
              <w:pStyle w:val="Oznaenseznam"/>
              <w:spacing w:after="16"/>
            </w:pPr>
            <w:r>
              <w:rPr>
                <w:color w:val="000000"/>
                <w:sz w:val="16"/>
              </w:rPr>
              <w:t>Kateri kriterij že dosegaš? Kaj bo tvoj naslednji korak?</w:t>
            </w:r>
          </w:p>
          <w:p w14:paraId="7F95B90E"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6CC323BA" w14:textId="77777777">
              <w:trPr>
                <w:jc w:val="center"/>
              </w:trPr>
              <w:tc>
                <w:tcPr>
                  <w:tcW w:w="7087" w:type="dxa"/>
                  <w:shd w:val="clear" w:color="auto" w:fill="C6E7F3"/>
                  <w:tcMar>
                    <w:top w:w="45" w:type="dxa"/>
                    <w:left w:w="70" w:type="dxa"/>
                    <w:bottom w:w="45" w:type="dxa"/>
                    <w:right w:w="70" w:type="dxa"/>
                  </w:tcMar>
                </w:tcPr>
                <w:p w14:paraId="2DE95DE0" w14:textId="77777777" w:rsidR="00302D64" w:rsidRDefault="00000000">
                  <w:pPr>
                    <w:keepNext/>
                  </w:pPr>
                  <w:r>
                    <w:rPr>
                      <w:b/>
                      <w:color w:val="000000"/>
                    </w:rPr>
                    <w:t>ZAKLJUČNI DEL – UTRJEVANJE IN REFLEKSIJA (10–15 min)</w:t>
                  </w:r>
                </w:p>
              </w:tc>
            </w:tr>
          </w:tbl>
          <w:p w14:paraId="153E901B" w14:textId="77777777" w:rsidR="00302D64" w:rsidRDefault="00302D64">
            <w:pPr>
              <w:spacing w:line="20" w:lineRule="exact"/>
            </w:pPr>
          </w:p>
          <w:p w14:paraId="1C2B2744"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6A67CF33" w14:textId="77777777">
              <w:trPr>
                <w:jc w:val="center"/>
              </w:trPr>
              <w:tc>
                <w:tcPr>
                  <w:tcW w:w="7087" w:type="dxa"/>
                  <w:shd w:val="clear" w:color="auto" w:fill="EDC9EA"/>
                  <w:tcMar>
                    <w:top w:w="45" w:type="dxa"/>
                    <w:left w:w="70" w:type="dxa"/>
                    <w:bottom w:w="45" w:type="dxa"/>
                    <w:right w:w="70" w:type="dxa"/>
                  </w:tcMar>
                </w:tcPr>
                <w:p w14:paraId="3E8E0BCF" w14:textId="77777777" w:rsidR="00302D64" w:rsidRDefault="00000000">
                  <w:pPr>
                    <w:keepNext/>
                  </w:pPr>
                  <w:r>
                    <w:rPr>
                      <w:b/>
                      <w:color w:val="000000"/>
                    </w:rPr>
                    <w:t>SAMOVREDNOTENJE</w:t>
                  </w:r>
                </w:p>
              </w:tc>
            </w:tr>
          </w:tbl>
          <w:p w14:paraId="2B84D0EA" w14:textId="77777777" w:rsidR="00302D64" w:rsidRDefault="00302D64">
            <w:pPr>
              <w:spacing w:line="20" w:lineRule="exact"/>
            </w:pPr>
          </w:p>
          <w:p w14:paraId="214F5E60"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5F5007CD" w14:textId="77777777">
              <w:trPr>
                <w:jc w:val="center"/>
              </w:trPr>
              <w:tc>
                <w:tcPr>
                  <w:tcW w:w="7087" w:type="dxa"/>
                  <w:shd w:val="clear" w:color="auto" w:fill="EDC9EA"/>
                  <w:tcMar>
                    <w:top w:w="45" w:type="dxa"/>
                    <w:left w:w="70" w:type="dxa"/>
                    <w:bottom w:w="45" w:type="dxa"/>
                    <w:right w:w="70" w:type="dxa"/>
                  </w:tcMar>
                </w:tcPr>
                <w:p w14:paraId="7CE459A5" w14:textId="77777777" w:rsidR="00302D64" w:rsidRDefault="00000000">
                  <w:pPr>
                    <w:keepNext/>
                  </w:pPr>
                  <w:r>
                    <w:rPr>
                      <w:b/>
                      <w:color w:val="000000"/>
                    </w:rPr>
                    <w:t>VRSTNIŠKO VREDNOTENJE</w:t>
                  </w:r>
                </w:p>
              </w:tc>
            </w:tr>
          </w:tbl>
          <w:p w14:paraId="1C481CDD" w14:textId="77777777" w:rsidR="00302D64" w:rsidRDefault="00302D64">
            <w:pPr>
              <w:spacing w:line="20" w:lineRule="exact"/>
            </w:pPr>
          </w:p>
          <w:p w14:paraId="15881883"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0FA26CF3" w14:textId="77777777">
              <w:trPr>
                <w:jc w:val="center"/>
              </w:trPr>
              <w:tc>
                <w:tcPr>
                  <w:tcW w:w="7087" w:type="dxa"/>
                  <w:shd w:val="clear" w:color="auto" w:fill="EDC9EA"/>
                  <w:tcMar>
                    <w:top w:w="45" w:type="dxa"/>
                    <w:left w:w="70" w:type="dxa"/>
                    <w:bottom w:w="45" w:type="dxa"/>
                    <w:right w:w="70" w:type="dxa"/>
                  </w:tcMar>
                </w:tcPr>
                <w:p w14:paraId="21212558" w14:textId="77777777" w:rsidR="00302D64" w:rsidRDefault="00000000">
                  <w:pPr>
                    <w:keepNext/>
                  </w:pPr>
                  <w:r>
                    <w:rPr>
                      <w:b/>
                      <w:color w:val="000000"/>
                    </w:rPr>
                    <w:t>SKUPNI POVZETEK</w:t>
                  </w:r>
                </w:p>
              </w:tc>
            </w:tr>
          </w:tbl>
          <w:p w14:paraId="653A60CB" w14:textId="77777777" w:rsidR="00302D64" w:rsidRDefault="00302D64"/>
          <w:p w14:paraId="0BA046A2" w14:textId="77777777" w:rsidR="00302D64" w:rsidRDefault="00000000">
            <w:pPr>
              <w:spacing w:before="20" w:after="40" w:line="245" w:lineRule="auto"/>
            </w:pPr>
            <w:r>
              <w:rPr>
                <w:b/>
                <w:color w:val="000000"/>
                <w:sz w:val="17"/>
              </w:rPr>
              <w:t>Predmet je narejen iz materiala z določenimi lastnostmi. Odpadke pravilno ločujem in predmete smiselno ponovno uporabim.</w:t>
            </w:r>
          </w:p>
        </w:tc>
        <w:tc>
          <w:tcPr>
            <w:tcW w:w="2551" w:type="dxa"/>
            <w:tcMar>
              <w:top w:w="70" w:type="dxa"/>
              <w:left w:w="90" w:type="dxa"/>
              <w:bottom w:w="70" w:type="dxa"/>
              <w:right w:w="90" w:type="dxa"/>
            </w:tcMar>
          </w:tcPr>
          <w:p w14:paraId="1EC26422" w14:textId="77777777" w:rsidR="00302D64" w:rsidRDefault="00302D64"/>
          <w:p w14:paraId="2288376F" w14:textId="77777777" w:rsidR="00302D64" w:rsidRDefault="00000000">
            <w:pPr>
              <w:spacing w:after="100" w:line="245" w:lineRule="auto"/>
            </w:pPr>
            <w:r>
              <w:rPr>
                <w:color w:val="000000"/>
                <w:sz w:val="16"/>
              </w:rPr>
              <w:t>Odgovarja na podporna vprašanja in se sklicuje na svoj dokaz.</w:t>
            </w:r>
          </w:p>
          <w:p w14:paraId="5EC350F3" w14:textId="77777777" w:rsidR="00302D64" w:rsidRDefault="00000000">
            <w:pPr>
              <w:spacing w:after="100" w:line="245" w:lineRule="auto"/>
            </w:pPr>
            <w:r>
              <w:rPr>
                <w:color w:val="000000"/>
                <w:sz w:val="16"/>
              </w:rPr>
              <w:t>Primerja začetno zamisel z ugotovitvijo ter pove ali pokaže, kaj se je naučil/-a.</w:t>
            </w:r>
          </w:p>
          <w:p w14:paraId="060559E4" w14:textId="77777777" w:rsidR="00302D64" w:rsidRDefault="00000000">
            <w:pPr>
              <w:spacing w:after="100" w:line="245" w:lineRule="auto"/>
            </w:pPr>
            <w:r>
              <w:rPr>
                <w:color w:val="000000"/>
                <w:sz w:val="16"/>
              </w:rPr>
              <w:t>Izbere raven doseganja in določi naslednji korak.</w:t>
            </w:r>
          </w:p>
          <w:p w14:paraId="16562A9D" w14:textId="77777777" w:rsidR="00302D64" w:rsidRDefault="00000000">
            <w:pPr>
              <w:spacing w:after="100" w:line="245" w:lineRule="auto"/>
            </w:pPr>
            <w:r>
              <w:rPr>
                <w:color w:val="000000"/>
                <w:sz w:val="16"/>
              </w:rPr>
              <w:t>Sošolcu poda prijazen, konkreten odziv.</w:t>
            </w:r>
          </w:p>
          <w:p w14:paraId="02AD9803" w14:textId="77777777" w:rsidR="00302D64" w:rsidRDefault="00000000">
            <w:pPr>
              <w:spacing w:after="20" w:line="245" w:lineRule="auto"/>
            </w:pPr>
            <w:r>
              <w:rPr>
                <w:b/>
                <w:color w:val="D95BC6"/>
                <w:sz w:val="17"/>
              </w:rPr>
              <w:t>DOKAZ O UČENJU</w:t>
            </w:r>
          </w:p>
          <w:p w14:paraId="58AD6FCC" w14:textId="77777777" w:rsidR="00302D64" w:rsidRDefault="00000000">
            <w:pPr>
              <w:spacing w:after="30" w:line="245" w:lineRule="auto"/>
            </w:pPr>
            <w:r>
              <w:rPr>
                <w:color w:val="D95BC6"/>
                <w:sz w:val="16"/>
              </w:rPr>
              <w:t>izvedba ali izdelek, razlaga, samovrednotenje in odziv na povratno informacijo</w:t>
            </w:r>
          </w:p>
        </w:tc>
      </w:tr>
    </w:tbl>
    <w:p w14:paraId="6B37139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2C7D5575" w14:textId="77777777">
        <w:trPr>
          <w:cantSplit/>
          <w:jc w:val="center"/>
        </w:trPr>
        <w:tc>
          <w:tcPr>
            <w:tcW w:w="14060" w:type="dxa"/>
            <w:gridSpan w:val="6"/>
            <w:tcMar>
              <w:top w:w="70" w:type="dxa"/>
              <w:left w:w="90" w:type="dxa"/>
              <w:bottom w:w="70" w:type="dxa"/>
              <w:right w:w="90" w:type="dxa"/>
            </w:tcMar>
            <w:vAlign w:val="center"/>
          </w:tcPr>
          <w:p w14:paraId="3AF6E35E" w14:textId="77777777" w:rsidR="00302D64" w:rsidRDefault="00000000">
            <w:pPr>
              <w:jc w:val="center"/>
            </w:pPr>
            <w:r>
              <w:rPr>
                <w:b/>
                <w:color w:val="000000"/>
                <w:sz w:val="24"/>
              </w:rPr>
              <w:lastRenderedPageBreak/>
              <w:t>UČNA PRIPRAVA 13/39</w:t>
            </w:r>
          </w:p>
        </w:tc>
      </w:tr>
      <w:tr w:rsidR="00302D64" w14:paraId="1A2DA328" w14:textId="77777777">
        <w:trPr>
          <w:jc w:val="center"/>
        </w:trPr>
        <w:tc>
          <w:tcPr>
            <w:tcW w:w="2665" w:type="dxa"/>
            <w:tcMar>
              <w:top w:w="70" w:type="dxa"/>
              <w:left w:w="90" w:type="dxa"/>
              <w:bottom w:w="70" w:type="dxa"/>
              <w:right w:w="90" w:type="dxa"/>
            </w:tcMar>
            <w:vAlign w:val="center"/>
          </w:tcPr>
          <w:p w14:paraId="5F4427D8"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4B9681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67DB9718"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E4051E7" w14:textId="77777777" w:rsidR="00302D64" w:rsidRDefault="00000000">
            <w:r>
              <w:rPr>
                <w:b/>
                <w:color w:val="000000"/>
                <w:sz w:val="16"/>
              </w:rPr>
              <w:t xml:space="preserve">NAČRTOVANI TERMIN: </w:t>
            </w:r>
            <w:r>
              <w:rPr>
                <w:color w:val="000000"/>
                <w:sz w:val="16"/>
              </w:rPr>
              <w:t>13. teden • 30. 11.–4. 12. 2026</w:t>
            </w:r>
          </w:p>
        </w:tc>
        <w:tc>
          <w:tcPr>
            <w:tcW w:w="2268" w:type="dxa"/>
            <w:tcMar>
              <w:top w:w="70" w:type="dxa"/>
              <w:left w:w="90" w:type="dxa"/>
              <w:bottom w:w="70" w:type="dxa"/>
              <w:right w:w="90" w:type="dxa"/>
            </w:tcMar>
            <w:vAlign w:val="center"/>
          </w:tcPr>
          <w:p w14:paraId="3492F11F"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43902D0" w14:textId="77777777" w:rsidR="00302D64" w:rsidRDefault="00000000">
            <w:r>
              <w:rPr>
                <w:b/>
                <w:color w:val="000000"/>
                <w:sz w:val="16"/>
              </w:rPr>
              <w:t xml:space="preserve">ŠTEVILO UR: </w:t>
            </w:r>
            <w:r>
              <w:rPr>
                <w:color w:val="000000"/>
                <w:sz w:val="16"/>
              </w:rPr>
              <w:t>3</w:t>
            </w:r>
          </w:p>
        </w:tc>
      </w:tr>
      <w:tr w:rsidR="00302D64" w14:paraId="1535EEF8" w14:textId="77777777">
        <w:trPr>
          <w:jc w:val="center"/>
        </w:trPr>
        <w:tc>
          <w:tcPr>
            <w:tcW w:w="14061" w:type="dxa"/>
            <w:gridSpan w:val="6"/>
            <w:tcMar>
              <w:top w:w="70" w:type="dxa"/>
              <w:left w:w="90" w:type="dxa"/>
              <w:bottom w:w="70" w:type="dxa"/>
              <w:right w:w="90" w:type="dxa"/>
            </w:tcMar>
            <w:vAlign w:val="center"/>
          </w:tcPr>
          <w:p w14:paraId="63D8F4D8" w14:textId="77777777" w:rsidR="00302D64" w:rsidRDefault="00000000">
            <w:r>
              <w:t>TIP UČNE URE: obravnava, izkušenjsko raziskovanje, učenje po postajah, utrjevanje in formativno spremljanje</w:t>
            </w:r>
          </w:p>
        </w:tc>
      </w:tr>
      <w:tr w:rsidR="00302D64" w14:paraId="52AF43A2" w14:textId="77777777">
        <w:trPr>
          <w:cantSplit/>
          <w:jc w:val="center"/>
        </w:trPr>
        <w:tc>
          <w:tcPr>
            <w:tcW w:w="14060" w:type="dxa"/>
            <w:gridSpan w:val="6"/>
            <w:tcMar>
              <w:top w:w="70" w:type="dxa"/>
              <w:left w:w="90" w:type="dxa"/>
              <w:bottom w:w="70" w:type="dxa"/>
              <w:right w:w="90" w:type="dxa"/>
            </w:tcMar>
            <w:vAlign w:val="center"/>
          </w:tcPr>
          <w:p w14:paraId="511D542B" w14:textId="77777777" w:rsidR="00302D64" w:rsidRDefault="00302D64"/>
          <w:p w14:paraId="6D32D8AD" w14:textId="77777777" w:rsidR="00302D64" w:rsidRDefault="00000000">
            <w:pPr>
              <w:spacing w:line="245" w:lineRule="auto"/>
            </w:pPr>
            <w:r>
              <w:rPr>
                <w:b/>
                <w:color w:val="000000"/>
                <w:sz w:val="17"/>
              </w:rPr>
              <w:t xml:space="preserve">UČNI SKLOP: </w:t>
            </w:r>
            <w:r>
              <w:rPr>
                <w:color w:val="000000"/>
                <w:sz w:val="17"/>
              </w:rPr>
              <w:t>MOJA DRUŽINA, SKUPNOST IN PRAZNOVANJA</w:t>
            </w:r>
          </w:p>
        </w:tc>
      </w:tr>
      <w:tr w:rsidR="00302D64" w14:paraId="0F960C50" w14:textId="77777777">
        <w:trPr>
          <w:cantSplit/>
          <w:jc w:val="center"/>
        </w:trPr>
        <w:tc>
          <w:tcPr>
            <w:tcW w:w="14060" w:type="dxa"/>
            <w:gridSpan w:val="6"/>
            <w:tcMar>
              <w:top w:w="70" w:type="dxa"/>
              <w:left w:w="90" w:type="dxa"/>
              <w:bottom w:w="70" w:type="dxa"/>
              <w:right w:w="90" w:type="dxa"/>
            </w:tcMar>
            <w:vAlign w:val="center"/>
          </w:tcPr>
          <w:p w14:paraId="28C26F27" w14:textId="77777777" w:rsidR="00302D64" w:rsidRDefault="00302D64"/>
          <w:p w14:paraId="462EE1B7" w14:textId="77777777" w:rsidR="00302D64" w:rsidRDefault="00000000">
            <w:pPr>
              <w:spacing w:line="245" w:lineRule="auto"/>
            </w:pPr>
            <w:r>
              <w:rPr>
                <w:b/>
                <w:color w:val="000000"/>
                <w:sz w:val="17"/>
              </w:rPr>
              <w:t xml:space="preserve">UČNA TEMA: </w:t>
            </w:r>
            <w:r>
              <w:rPr>
                <w:color w:val="000000"/>
                <w:sz w:val="17"/>
              </w:rPr>
              <w:t>DRUŽINA IN ODNOSI</w:t>
            </w:r>
          </w:p>
        </w:tc>
      </w:tr>
      <w:tr w:rsidR="00302D64" w14:paraId="770EF488" w14:textId="77777777">
        <w:trPr>
          <w:cantSplit/>
          <w:jc w:val="center"/>
        </w:trPr>
        <w:tc>
          <w:tcPr>
            <w:tcW w:w="14060" w:type="dxa"/>
            <w:gridSpan w:val="6"/>
            <w:tcMar>
              <w:top w:w="70" w:type="dxa"/>
              <w:left w:w="90" w:type="dxa"/>
              <w:bottom w:w="70" w:type="dxa"/>
              <w:right w:w="90" w:type="dxa"/>
            </w:tcMar>
            <w:vAlign w:val="center"/>
          </w:tcPr>
          <w:p w14:paraId="0A6322F2" w14:textId="77777777" w:rsidR="00302D64" w:rsidRDefault="00302D64"/>
          <w:p w14:paraId="18405524" w14:textId="77777777" w:rsidR="00302D64" w:rsidRDefault="00000000">
            <w:pPr>
              <w:spacing w:line="245" w:lineRule="auto"/>
            </w:pPr>
            <w:r>
              <w:rPr>
                <w:b/>
                <w:color w:val="000000"/>
                <w:sz w:val="17"/>
              </w:rPr>
              <w:t xml:space="preserve">KNJIŽEVNO IZHODIŠČE IN MOTIV: </w:t>
            </w:r>
            <w:r>
              <w:rPr>
                <w:color w:val="000000"/>
                <w:sz w:val="17"/>
              </w:rPr>
              <w:t>»Moj dežnik je lahko balon« – Ela Peroci • družina, domišljija in pot v drugačen svet</w:t>
            </w:r>
          </w:p>
        </w:tc>
      </w:tr>
      <w:tr w:rsidR="00302D64" w14:paraId="5782EDA8" w14:textId="77777777">
        <w:trPr>
          <w:cantSplit/>
          <w:jc w:val="center"/>
        </w:trPr>
        <w:tc>
          <w:tcPr>
            <w:tcW w:w="14060" w:type="dxa"/>
            <w:gridSpan w:val="6"/>
            <w:tcMar>
              <w:top w:w="70" w:type="dxa"/>
              <w:left w:w="90" w:type="dxa"/>
              <w:bottom w:w="70" w:type="dxa"/>
              <w:right w:w="90" w:type="dxa"/>
            </w:tcMar>
            <w:vAlign w:val="center"/>
          </w:tcPr>
          <w:p w14:paraId="13C7F6ED" w14:textId="77777777" w:rsidR="00302D64" w:rsidRDefault="00302D64"/>
          <w:p w14:paraId="79589CC3" w14:textId="77777777" w:rsidR="00302D64" w:rsidRDefault="00000000">
            <w:pPr>
              <w:spacing w:line="245" w:lineRule="auto"/>
            </w:pPr>
            <w:r>
              <w:rPr>
                <w:b/>
                <w:color w:val="000000"/>
                <w:sz w:val="17"/>
              </w:rPr>
              <w:t xml:space="preserve">UČNE ENOTE: </w:t>
            </w:r>
            <w:r>
              <w:rPr>
                <w:color w:val="000000"/>
                <w:sz w:val="17"/>
              </w:rPr>
              <w:t>1. ura – Različne družine, skupne potrebe • 2. ura – Mreža pomoči • 3. ura – Krog zasebnosti</w:t>
            </w:r>
          </w:p>
        </w:tc>
      </w:tr>
      <w:tr w:rsidR="00302D64" w14:paraId="729227E9" w14:textId="77777777">
        <w:trPr>
          <w:cantSplit/>
          <w:jc w:val="center"/>
        </w:trPr>
        <w:tc>
          <w:tcPr>
            <w:tcW w:w="14060" w:type="dxa"/>
            <w:gridSpan w:val="6"/>
            <w:tcMar>
              <w:top w:w="70" w:type="dxa"/>
              <w:left w:w="90" w:type="dxa"/>
              <w:bottom w:w="70" w:type="dxa"/>
              <w:right w:w="90" w:type="dxa"/>
            </w:tcMar>
            <w:vAlign w:val="center"/>
          </w:tcPr>
          <w:p w14:paraId="54E439F2" w14:textId="77777777" w:rsidR="00302D64" w:rsidRDefault="00302D64"/>
          <w:p w14:paraId="528FD2AD"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2F8A2DF9" w14:textId="77777777">
        <w:trPr>
          <w:cantSplit/>
          <w:jc w:val="center"/>
        </w:trPr>
        <w:tc>
          <w:tcPr>
            <w:tcW w:w="14060" w:type="dxa"/>
            <w:gridSpan w:val="6"/>
            <w:tcMar>
              <w:top w:w="70" w:type="dxa"/>
              <w:left w:w="90" w:type="dxa"/>
              <w:bottom w:w="70" w:type="dxa"/>
              <w:right w:w="90" w:type="dxa"/>
            </w:tcMar>
            <w:vAlign w:val="center"/>
          </w:tcPr>
          <w:p w14:paraId="6C121984" w14:textId="77777777" w:rsidR="00302D64" w:rsidRDefault="00302D64"/>
          <w:p w14:paraId="0D69D12C"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382A986" w14:textId="77777777">
        <w:trPr>
          <w:cantSplit/>
          <w:jc w:val="center"/>
        </w:trPr>
        <w:tc>
          <w:tcPr>
            <w:tcW w:w="14060" w:type="dxa"/>
            <w:gridSpan w:val="6"/>
            <w:tcMar>
              <w:top w:w="70" w:type="dxa"/>
              <w:left w:w="90" w:type="dxa"/>
              <w:bottom w:w="70" w:type="dxa"/>
              <w:right w:w="90" w:type="dxa"/>
            </w:tcMar>
            <w:vAlign w:val="center"/>
          </w:tcPr>
          <w:p w14:paraId="63126AA5" w14:textId="77777777" w:rsidR="00302D64" w:rsidRDefault="00302D64"/>
          <w:p w14:paraId="549216D4"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C275626" w14:textId="77777777">
        <w:trPr>
          <w:cantSplit/>
          <w:jc w:val="center"/>
        </w:trPr>
        <w:tc>
          <w:tcPr>
            <w:tcW w:w="14060" w:type="dxa"/>
            <w:gridSpan w:val="6"/>
            <w:tcMar>
              <w:top w:w="70" w:type="dxa"/>
              <w:left w:w="90" w:type="dxa"/>
              <w:bottom w:w="70" w:type="dxa"/>
              <w:right w:w="90" w:type="dxa"/>
            </w:tcMar>
            <w:vAlign w:val="center"/>
          </w:tcPr>
          <w:p w14:paraId="46AE1960" w14:textId="77777777" w:rsidR="00302D64" w:rsidRDefault="00302D64"/>
          <w:p w14:paraId="20104B59" w14:textId="77777777" w:rsidR="00302D64" w:rsidRDefault="00000000">
            <w:pPr>
              <w:spacing w:line="245" w:lineRule="auto"/>
            </w:pPr>
            <w:r>
              <w:rPr>
                <w:b/>
                <w:color w:val="000000"/>
                <w:sz w:val="17"/>
              </w:rPr>
              <w:t xml:space="preserve">MEDPREDMETNE POVEZAVE: </w:t>
            </w:r>
            <w:r>
              <w:rPr>
                <w:color w:val="000000"/>
                <w:sz w:val="17"/>
              </w:rPr>
              <w:t>SLJ – spoštljivo pripovedovanje; LUM – simbol varnega prostora; DRUŽBENA IN ČUSTVENA PISMENOST – odnosi in zasebnost; ŠPO – mreža z vrvico</w:t>
            </w:r>
          </w:p>
        </w:tc>
      </w:tr>
      <w:tr w:rsidR="00302D64" w14:paraId="658023CF" w14:textId="77777777">
        <w:trPr>
          <w:cantSplit/>
          <w:jc w:val="center"/>
        </w:trPr>
        <w:tc>
          <w:tcPr>
            <w:tcW w:w="14060" w:type="dxa"/>
            <w:gridSpan w:val="6"/>
            <w:tcMar>
              <w:top w:w="70" w:type="dxa"/>
              <w:left w:w="90" w:type="dxa"/>
              <w:bottom w:w="70" w:type="dxa"/>
              <w:right w:w="90" w:type="dxa"/>
            </w:tcMar>
            <w:vAlign w:val="center"/>
          </w:tcPr>
          <w:p w14:paraId="7C20A7D9" w14:textId="77777777" w:rsidR="00302D64" w:rsidRDefault="00302D64"/>
          <w:p w14:paraId="0BD42AF1" w14:textId="77777777" w:rsidR="00302D64" w:rsidRDefault="00000000">
            <w:pPr>
              <w:spacing w:line="245" w:lineRule="auto"/>
            </w:pPr>
            <w:r>
              <w:rPr>
                <w:b/>
                <w:color w:val="000000"/>
                <w:sz w:val="17"/>
              </w:rPr>
              <w:t xml:space="preserve">UČNA SREDSTVA IN PRIPOMOČKI: </w:t>
            </w:r>
            <w:r>
              <w:rPr>
                <w:color w:val="000000"/>
                <w:sz w:val="17"/>
              </w:rPr>
              <w:t>Moj dežnik je lahko balon, dežnik, vključujoče slike družin, vrvica, kartice pomoči in opravil, talni krogi zasebnosti</w:t>
            </w:r>
          </w:p>
        </w:tc>
      </w:tr>
      <w:tr w:rsidR="00302D64" w14:paraId="4616403B" w14:textId="77777777">
        <w:trPr>
          <w:cantSplit/>
          <w:jc w:val="center"/>
        </w:trPr>
        <w:tc>
          <w:tcPr>
            <w:tcW w:w="14060" w:type="dxa"/>
            <w:gridSpan w:val="6"/>
            <w:tcMar>
              <w:top w:w="70" w:type="dxa"/>
              <w:left w:w="90" w:type="dxa"/>
              <w:bottom w:w="70" w:type="dxa"/>
              <w:right w:w="90" w:type="dxa"/>
            </w:tcMar>
            <w:vAlign w:val="center"/>
          </w:tcPr>
          <w:p w14:paraId="7FEAA83E" w14:textId="77777777" w:rsidR="00302D64" w:rsidRDefault="00302D64"/>
          <w:p w14:paraId="68454FE0"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50E206BB" w14:textId="77777777">
        <w:trPr>
          <w:cantSplit/>
          <w:jc w:val="center"/>
        </w:trPr>
        <w:tc>
          <w:tcPr>
            <w:tcW w:w="14060" w:type="dxa"/>
            <w:gridSpan w:val="6"/>
            <w:tcMar>
              <w:top w:w="70" w:type="dxa"/>
              <w:left w:w="90" w:type="dxa"/>
              <w:bottom w:w="70" w:type="dxa"/>
              <w:right w:w="90" w:type="dxa"/>
            </w:tcMar>
            <w:vAlign w:val="center"/>
          </w:tcPr>
          <w:p w14:paraId="5EAAFAF0" w14:textId="77777777" w:rsidR="00302D64" w:rsidRDefault="00302D64"/>
          <w:p w14:paraId="6069AB6B"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49E871BD" w14:textId="77777777">
        <w:trPr>
          <w:cantSplit/>
          <w:jc w:val="center"/>
        </w:trPr>
        <w:tc>
          <w:tcPr>
            <w:tcW w:w="14060" w:type="dxa"/>
            <w:gridSpan w:val="6"/>
            <w:tcMar>
              <w:top w:w="70" w:type="dxa"/>
              <w:left w:w="90" w:type="dxa"/>
              <w:bottom w:w="70" w:type="dxa"/>
              <w:right w:w="90" w:type="dxa"/>
            </w:tcMar>
            <w:vAlign w:val="center"/>
          </w:tcPr>
          <w:p w14:paraId="0A290C21" w14:textId="77777777" w:rsidR="00302D64" w:rsidRDefault="00302D64"/>
          <w:p w14:paraId="63C2F972"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75604C0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11E9D0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A50B53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455D71" w14:textId="77777777" w:rsidR="00302D64" w:rsidRDefault="00000000">
            <w:pPr>
              <w:jc w:val="center"/>
            </w:pPr>
            <w:r>
              <w:rPr>
                <w:b/>
                <w:color w:val="000000"/>
                <w:sz w:val="20"/>
              </w:rPr>
              <w:t>UČNE DEJAVNOSTI, METODE IN FORMATIVNO SPREMLJANJE</w:t>
            </w:r>
          </w:p>
        </w:tc>
      </w:tr>
      <w:tr w:rsidR="00302D64" w14:paraId="211F3F90" w14:textId="77777777">
        <w:trPr>
          <w:tblHeader/>
          <w:jc w:val="center"/>
        </w:trPr>
        <w:tc>
          <w:tcPr>
            <w:tcW w:w="4422" w:type="dxa"/>
            <w:vMerge/>
            <w:tcMar>
              <w:top w:w="70" w:type="dxa"/>
              <w:left w:w="90" w:type="dxa"/>
              <w:bottom w:w="70" w:type="dxa"/>
              <w:right w:w="90" w:type="dxa"/>
            </w:tcMar>
            <w:vAlign w:val="center"/>
          </w:tcPr>
          <w:p w14:paraId="6E7BF63A" w14:textId="77777777" w:rsidR="00302D64" w:rsidRDefault="00302D64"/>
        </w:tc>
        <w:tc>
          <w:tcPr>
            <w:tcW w:w="7087" w:type="dxa"/>
            <w:shd w:val="clear" w:color="auto" w:fill="FFFFFF"/>
            <w:tcMar>
              <w:top w:w="70" w:type="dxa"/>
              <w:left w:w="90" w:type="dxa"/>
              <w:bottom w:w="70" w:type="dxa"/>
              <w:right w:w="90" w:type="dxa"/>
            </w:tcMar>
            <w:vAlign w:val="center"/>
          </w:tcPr>
          <w:p w14:paraId="24A20E9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16E36A" w14:textId="77777777" w:rsidR="00302D64" w:rsidRDefault="00000000">
            <w:pPr>
              <w:jc w:val="center"/>
            </w:pPr>
            <w:r>
              <w:rPr>
                <w:b/>
                <w:color w:val="000000"/>
              </w:rPr>
              <w:t>UČENEC</w:t>
            </w:r>
          </w:p>
        </w:tc>
      </w:tr>
      <w:tr w:rsidR="00302D64" w14:paraId="6D43B4D2" w14:textId="77777777">
        <w:trPr>
          <w:jc w:val="center"/>
        </w:trPr>
        <w:tc>
          <w:tcPr>
            <w:tcW w:w="4422" w:type="dxa"/>
            <w:tcMar>
              <w:top w:w="70" w:type="dxa"/>
              <w:left w:w="90" w:type="dxa"/>
              <w:bottom w:w="70" w:type="dxa"/>
              <w:right w:w="90" w:type="dxa"/>
            </w:tcMar>
          </w:tcPr>
          <w:p w14:paraId="46D63A13" w14:textId="77777777" w:rsidR="00302D64" w:rsidRDefault="00302D64"/>
          <w:p w14:paraId="237EBEAD" w14:textId="77777777" w:rsidR="00302D64" w:rsidRDefault="00000000">
            <w:pPr>
              <w:spacing w:after="60" w:line="245" w:lineRule="auto"/>
            </w:pPr>
            <w:r>
              <w:rPr>
                <w:b/>
                <w:color w:val="000000"/>
              </w:rPr>
              <w:t>UČNI CILJI</w:t>
            </w:r>
          </w:p>
          <w:p w14:paraId="5065A92C" w14:textId="77777777" w:rsidR="00302D64" w:rsidRDefault="00000000">
            <w:pPr>
              <w:spacing w:after="20" w:line="245" w:lineRule="auto"/>
            </w:pPr>
            <w:r>
              <w:rPr>
                <w:b/>
                <w:color w:val="000000"/>
                <w:sz w:val="17"/>
              </w:rPr>
              <w:t>SPLOŠNI</w:t>
            </w:r>
          </w:p>
          <w:p w14:paraId="6717CAE8" w14:textId="77777777" w:rsidR="00302D64" w:rsidRDefault="00000000">
            <w:pPr>
              <w:pStyle w:val="Oznaenseznam"/>
              <w:spacing w:after="16"/>
            </w:pPr>
            <w:r>
              <w:rPr>
                <w:color w:val="000000"/>
                <w:sz w:val="16"/>
              </w:rPr>
              <w:t>razvija radovednost ter sistematično opazuje, primerja, razvršča in sporoča ugotovitve</w:t>
            </w:r>
          </w:p>
          <w:p w14:paraId="16D022E4" w14:textId="77777777" w:rsidR="00302D64" w:rsidRDefault="00000000">
            <w:pPr>
              <w:pStyle w:val="Oznaenseznam"/>
              <w:spacing w:after="16"/>
            </w:pPr>
            <w:r>
              <w:rPr>
                <w:color w:val="000000"/>
                <w:sz w:val="16"/>
              </w:rPr>
              <w:t>sodeluje, posluša druge in svoja opažanja izraža na razvojno primeren način</w:t>
            </w:r>
          </w:p>
          <w:p w14:paraId="49D73AED" w14:textId="77777777" w:rsidR="00302D64" w:rsidRDefault="00000000">
            <w:pPr>
              <w:pStyle w:val="Oznaenseznam"/>
              <w:spacing w:after="16"/>
            </w:pPr>
            <w:r>
              <w:rPr>
                <w:color w:val="000000"/>
                <w:sz w:val="16"/>
              </w:rPr>
              <w:t>ravna varno, odgovorno in skrbno do sebe, drugih ter okolja</w:t>
            </w:r>
          </w:p>
          <w:p w14:paraId="60FC757B" w14:textId="77777777" w:rsidR="00302D64" w:rsidRDefault="00000000">
            <w:pPr>
              <w:pStyle w:val="Oznaenseznam"/>
              <w:spacing w:after="16"/>
            </w:pPr>
            <w:r>
              <w:rPr>
                <w:color w:val="000000"/>
                <w:sz w:val="16"/>
              </w:rPr>
              <w:t>ob kriterijih spremlja svoje učenje in sprejema opisno povratno informacijo</w:t>
            </w:r>
          </w:p>
          <w:p w14:paraId="5033D24A" w14:textId="77777777" w:rsidR="00302D64" w:rsidRDefault="00000000">
            <w:pPr>
              <w:spacing w:before="40" w:after="20" w:line="245" w:lineRule="auto"/>
            </w:pPr>
            <w:r>
              <w:rPr>
                <w:b/>
                <w:color w:val="000000"/>
                <w:sz w:val="17"/>
              </w:rPr>
              <w:t>OPERATIVNI</w:t>
            </w:r>
          </w:p>
          <w:p w14:paraId="6F173C38" w14:textId="77777777" w:rsidR="00302D64" w:rsidRDefault="00000000">
            <w:pPr>
              <w:pStyle w:val="Oznaenseznam"/>
              <w:spacing w:after="16"/>
            </w:pPr>
            <w:r>
              <w:rPr>
                <w:color w:val="000000"/>
                <w:sz w:val="16"/>
              </w:rPr>
              <w:t>spozna različne družinske skupnosti</w:t>
            </w:r>
          </w:p>
          <w:p w14:paraId="696E1A4A" w14:textId="77777777" w:rsidR="00302D64" w:rsidRDefault="00000000">
            <w:pPr>
              <w:pStyle w:val="Oznaenseznam"/>
              <w:spacing w:after="16"/>
            </w:pPr>
            <w:r>
              <w:rPr>
                <w:color w:val="000000"/>
                <w:sz w:val="16"/>
              </w:rPr>
              <w:t>pojasni svojo vlogo in pomoč</w:t>
            </w:r>
          </w:p>
          <w:p w14:paraId="3FF38317" w14:textId="77777777" w:rsidR="00302D64" w:rsidRDefault="00000000">
            <w:pPr>
              <w:pStyle w:val="Oznaenseznam"/>
              <w:spacing w:after="16"/>
            </w:pPr>
            <w:r>
              <w:rPr>
                <w:color w:val="000000"/>
                <w:sz w:val="16"/>
              </w:rPr>
              <w:t>spoštuje zasebnost in različnost</w:t>
            </w:r>
          </w:p>
          <w:p w14:paraId="7BF8ED02" w14:textId="77777777" w:rsidR="00302D64" w:rsidRDefault="00000000">
            <w:pPr>
              <w:spacing w:before="40" w:after="20" w:line="245" w:lineRule="auto"/>
            </w:pPr>
            <w:r>
              <w:rPr>
                <w:b/>
                <w:color w:val="000000"/>
                <w:sz w:val="17"/>
              </w:rPr>
              <w:t>PRIČAKOVANI DOSEŽKI / STANDARDI</w:t>
            </w:r>
          </w:p>
          <w:p w14:paraId="17A955E6" w14:textId="77777777" w:rsidR="00302D64" w:rsidRDefault="00000000">
            <w:pPr>
              <w:pStyle w:val="Oznaenseznam"/>
              <w:spacing w:after="16"/>
            </w:pPr>
            <w:r>
              <w:rPr>
                <w:color w:val="000000"/>
                <w:sz w:val="16"/>
              </w:rPr>
              <w:t>ob konkretni ali slikovni opori spozna različne družinske skupnosti</w:t>
            </w:r>
          </w:p>
          <w:p w14:paraId="565108E2" w14:textId="77777777" w:rsidR="00302D64" w:rsidRDefault="00000000">
            <w:pPr>
              <w:pStyle w:val="Oznaenseznam"/>
              <w:spacing w:after="16"/>
            </w:pPr>
            <w:r>
              <w:rPr>
                <w:color w:val="000000"/>
                <w:sz w:val="16"/>
              </w:rPr>
              <w:t>ob konkretni ali slikovni opori pojasni svojo vlogo in pomoč</w:t>
            </w:r>
          </w:p>
          <w:p w14:paraId="7DCEA602" w14:textId="77777777" w:rsidR="00302D64" w:rsidRDefault="00000000">
            <w:pPr>
              <w:pStyle w:val="Oznaenseznam"/>
              <w:spacing w:after="16"/>
            </w:pPr>
            <w:r>
              <w:rPr>
                <w:color w:val="000000"/>
                <w:sz w:val="16"/>
              </w:rPr>
              <w:t>ob konkretni ali slikovni opori spoštuje zasebnost in različnost</w:t>
            </w:r>
          </w:p>
        </w:tc>
        <w:tc>
          <w:tcPr>
            <w:tcW w:w="7087" w:type="dxa"/>
            <w:tcMar>
              <w:top w:w="70" w:type="dxa"/>
              <w:left w:w="90" w:type="dxa"/>
              <w:bottom w:w="70" w:type="dxa"/>
              <w:right w:w="90" w:type="dxa"/>
            </w:tcMar>
          </w:tcPr>
          <w:p w14:paraId="7BC387B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2F5E3AD" w14:textId="77777777">
              <w:trPr>
                <w:jc w:val="center"/>
              </w:trPr>
              <w:tc>
                <w:tcPr>
                  <w:tcW w:w="7087" w:type="dxa"/>
                  <w:shd w:val="clear" w:color="auto" w:fill="C6E7F3"/>
                  <w:tcMar>
                    <w:top w:w="45" w:type="dxa"/>
                    <w:left w:w="70" w:type="dxa"/>
                    <w:bottom w:w="45" w:type="dxa"/>
                    <w:right w:w="70" w:type="dxa"/>
                  </w:tcMar>
                </w:tcPr>
                <w:p w14:paraId="173B8F51" w14:textId="77777777" w:rsidR="00302D64" w:rsidRDefault="00000000">
                  <w:pPr>
                    <w:keepNext/>
                  </w:pPr>
                  <w:r>
                    <w:rPr>
                      <w:b/>
                      <w:color w:val="000000"/>
                    </w:rPr>
                    <w:t>UVODNI DEL – motivacija, aktivacija predznanja in namen učenja (15–20 min)</w:t>
                  </w:r>
                </w:p>
              </w:tc>
            </w:tr>
          </w:tbl>
          <w:p w14:paraId="0E2C481B" w14:textId="77777777" w:rsidR="00302D64" w:rsidRDefault="00302D64">
            <w:pPr>
              <w:spacing w:line="20" w:lineRule="exact"/>
            </w:pPr>
          </w:p>
          <w:p w14:paraId="53D6E8A2" w14:textId="77777777" w:rsidR="00302D64" w:rsidRDefault="00000000">
            <w:pPr>
              <w:spacing w:before="40" w:after="60" w:line="245" w:lineRule="auto"/>
            </w:pPr>
            <w:r>
              <w:rPr>
                <w:color w:val="000000"/>
                <w:sz w:val="17"/>
              </w:rPr>
              <w:t>Dežnik iz zgodbe postane simbol varnega prostora. Pod njim so različne fotografije družin, učenci pa opazujejo podobnosti in razlike brez presojanja.</w:t>
            </w:r>
          </w:p>
          <w:tbl>
            <w:tblPr>
              <w:tblStyle w:val="Tabelamrea"/>
              <w:tblW w:w="0" w:type="auto"/>
              <w:jc w:val="center"/>
              <w:tblLayout w:type="fixed"/>
              <w:tblLook w:val="04A0" w:firstRow="1" w:lastRow="0" w:firstColumn="1" w:lastColumn="0" w:noHBand="0" w:noVBand="1"/>
            </w:tblPr>
            <w:tblGrid>
              <w:gridCol w:w="7087"/>
            </w:tblGrid>
            <w:tr w:rsidR="00302D64" w14:paraId="0FBB7C3A" w14:textId="77777777">
              <w:trPr>
                <w:jc w:val="center"/>
              </w:trPr>
              <w:tc>
                <w:tcPr>
                  <w:tcW w:w="7087" w:type="dxa"/>
                  <w:shd w:val="clear" w:color="auto" w:fill="EDC9EA"/>
                  <w:tcMar>
                    <w:top w:w="45" w:type="dxa"/>
                    <w:left w:w="70" w:type="dxa"/>
                    <w:bottom w:w="45" w:type="dxa"/>
                    <w:right w:w="70" w:type="dxa"/>
                  </w:tcMar>
                </w:tcPr>
                <w:p w14:paraId="76A76ADC" w14:textId="77777777" w:rsidR="00302D64" w:rsidRDefault="00000000">
                  <w:pPr>
                    <w:keepNext/>
                  </w:pPr>
                  <w:r>
                    <w:rPr>
                      <w:b/>
                      <w:color w:val="000000"/>
                    </w:rPr>
                    <w:t>NAMENI UČENJA</w:t>
                  </w:r>
                </w:p>
              </w:tc>
            </w:tr>
          </w:tbl>
          <w:p w14:paraId="26996BC1" w14:textId="77777777" w:rsidR="00302D64" w:rsidRDefault="00302D64">
            <w:pPr>
              <w:spacing w:line="20" w:lineRule="exact"/>
            </w:pPr>
          </w:p>
          <w:p w14:paraId="66C784CE" w14:textId="77777777" w:rsidR="00302D64" w:rsidRDefault="00000000">
            <w:pPr>
              <w:spacing w:before="20" w:after="20" w:line="245" w:lineRule="auto"/>
            </w:pPr>
            <w:r>
              <w:rPr>
                <w:color w:val="000000"/>
                <w:sz w:val="16"/>
              </w:rPr>
              <w:t>Učimo se zato, da bomo lažje razumeli in odgovorno uporabili znanje v vsakdanjih situacijah.</w:t>
            </w:r>
          </w:p>
          <w:p w14:paraId="0F3ECDCC" w14:textId="77777777" w:rsidR="00302D64" w:rsidRDefault="00000000">
            <w:pPr>
              <w:pStyle w:val="Oznaenseznam"/>
              <w:spacing w:after="16"/>
            </w:pPr>
            <w:r>
              <w:rPr>
                <w:color w:val="000000"/>
                <w:sz w:val="16"/>
              </w:rPr>
              <w:t>spoznam različne družinske skupnosti</w:t>
            </w:r>
          </w:p>
          <w:p w14:paraId="7769C15B" w14:textId="77777777" w:rsidR="00302D64" w:rsidRDefault="00000000">
            <w:pPr>
              <w:pStyle w:val="Oznaenseznam"/>
              <w:spacing w:after="16"/>
            </w:pPr>
            <w:r>
              <w:rPr>
                <w:color w:val="000000"/>
                <w:sz w:val="16"/>
              </w:rPr>
              <w:t>pojasnim svojo vlogo in pomoč</w:t>
            </w:r>
          </w:p>
          <w:p w14:paraId="2F2BAD61" w14:textId="77777777" w:rsidR="00302D64" w:rsidRDefault="00000000">
            <w:pPr>
              <w:pStyle w:val="Oznaenseznam"/>
              <w:spacing w:after="16"/>
            </w:pPr>
            <w:r>
              <w:rPr>
                <w:color w:val="000000"/>
                <w:sz w:val="16"/>
              </w:rPr>
              <w:t>spoštujem zasebnost in različnost</w:t>
            </w:r>
          </w:p>
          <w:tbl>
            <w:tblPr>
              <w:tblStyle w:val="Tabelamrea"/>
              <w:tblW w:w="0" w:type="auto"/>
              <w:jc w:val="center"/>
              <w:tblLayout w:type="fixed"/>
              <w:tblLook w:val="04A0" w:firstRow="1" w:lastRow="0" w:firstColumn="1" w:lastColumn="0" w:noHBand="0" w:noVBand="1"/>
            </w:tblPr>
            <w:tblGrid>
              <w:gridCol w:w="7087"/>
            </w:tblGrid>
            <w:tr w:rsidR="00302D64" w14:paraId="5FCF9BE7" w14:textId="77777777">
              <w:trPr>
                <w:jc w:val="center"/>
              </w:trPr>
              <w:tc>
                <w:tcPr>
                  <w:tcW w:w="7087" w:type="dxa"/>
                  <w:shd w:val="clear" w:color="auto" w:fill="EDC9EA"/>
                  <w:tcMar>
                    <w:top w:w="45" w:type="dxa"/>
                    <w:left w:w="70" w:type="dxa"/>
                    <w:bottom w:w="45" w:type="dxa"/>
                    <w:right w:w="70" w:type="dxa"/>
                  </w:tcMar>
                </w:tcPr>
                <w:p w14:paraId="39A73CAD" w14:textId="77777777" w:rsidR="00302D64" w:rsidRDefault="00000000">
                  <w:pPr>
                    <w:keepNext/>
                  </w:pPr>
                  <w:r>
                    <w:rPr>
                      <w:b/>
                      <w:color w:val="000000"/>
                    </w:rPr>
                    <w:t>PREVERJANJE PREDZNANJA</w:t>
                  </w:r>
                </w:p>
              </w:tc>
            </w:tr>
          </w:tbl>
          <w:p w14:paraId="3A9CCBB4" w14:textId="77777777" w:rsidR="00302D64" w:rsidRDefault="00302D64">
            <w:pPr>
              <w:spacing w:line="20" w:lineRule="exact"/>
            </w:pPr>
          </w:p>
          <w:p w14:paraId="2C3F899D" w14:textId="77777777" w:rsidR="00302D64" w:rsidRDefault="00000000">
            <w:pPr>
              <w:pStyle w:val="Oznaenseznam"/>
              <w:spacing w:after="16"/>
            </w:pPr>
            <w:r>
              <w:rPr>
                <w:color w:val="000000"/>
                <w:sz w:val="16"/>
              </w:rPr>
              <w:t>Kdo so ljudje, ki zame skrbijo?</w:t>
            </w:r>
          </w:p>
          <w:p w14:paraId="1C8F21FB" w14:textId="77777777" w:rsidR="00302D64" w:rsidRDefault="00000000">
            <w:pPr>
              <w:pStyle w:val="Oznaenseznam"/>
              <w:spacing w:after="16"/>
            </w:pPr>
            <w:r>
              <w:rPr>
                <w:color w:val="000000"/>
                <w:sz w:val="16"/>
              </w:rPr>
              <w:t>Katere podatke o sebi in družini lahko povem vsem in katere le zaupanja vredni osebi?</w:t>
            </w:r>
          </w:p>
          <w:p w14:paraId="3A175AC6"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46AFAE6E" w14:textId="77777777">
              <w:trPr>
                <w:jc w:val="center"/>
              </w:trPr>
              <w:tc>
                <w:tcPr>
                  <w:tcW w:w="7087" w:type="dxa"/>
                  <w:shd w:val="clear" w:color="auto" w:fill="EDC9EA"/>
                  <w:tcMar>
                    <w:top w:w="45" w:type="dxa"/>
                    <w:left w:w="70" w:type="dxa"/>
                    <w:bottom w:w="45" w:type="dxa"/>
                    <w:right w:w="70" w:type="dxa"/>
                  </w:tcMar>
                </w:tcPr>
                <w:p w14:paraId="2D022770" w14:textId="77777777" w:rsidR="00302D64" w:rsidRDefault="00000000">
                  <w:pPr>
                    <w:keepNext/>
                  </w:pPr>
                  <w:r>
                    <w:rPr>
                      <w:b/>
                      <w:color w:val="000000"/>
                    </w:rPr>
                    <w:t>KRITERIJI USPEŠNOSTI</w:t>
                  </w:r>
                </w:p>
              </w:tc>
            </w:tr>
          </w:tbl>
          <w:p w14:paraId="5CC39B62" w14:textId="77777777" w:rsidR="00302D64" w:rsidRDefault="00302D64"/>
          <w:p w14:paraId="572CEE3E" w14:textId="77777777" w:rsidR="00302D64" w:rsidRDefault="00000000">
            <w:pPr>
              <w:spacing w:before="20" w:after="20" w:line="245" w:lineRule="auto"/>
            </w:pPr>
            <w:r>
              <w:rPr>
                <w:b/>
                <w:color w:val="000000"/>
                <w:sz w:val="16"/>
              </w:rPr>
              <w:t>Uspešen/-na bom, ko:</w:t>
            </w:r>
          </w:p>
          <w:p w14:paraId="71BCB316" w14:textId="77777777" w:rsidR="00302D64" w:rsidRDefault="00000000">
            <w:pPr>
              <w:pStyle w:val="Oznaenseznam"/>
              <w:spacing w:after="16"/>
            </w:pPr>
            <w:r>
              <w:rPr>
                <w:color w:val="000000"/>
                <w:sz w:val="16"/>
              </w:rPr>
              <w:t>spoznam različne družinske skupnosti</w:t>
            </w:r>
          </w:p>
          <w:p w14:paraId="6F2F48C7" w14:textId="77777777" w:rsidR="00302D64" w:rsidRDefault="00000000">
            <w:pPr>
              <w:pStyle w:val="Oznaenseznam"/>
              <w:spacing w:after="16"/>
            </w:pPr>
            <w:r>
              <w:rPr>
                <w:color w:val="000000"/>
                <w:sz w:val="16"/>
              </w:rPr>
              <w:t>pojasnim svojo vlogo in pomoč</w:t>
            </w:r>
          </w:p>
          <w:p w14:paraId="0407E8D1" w14:textId="77777777" w:rsidR="00302D64" w:rsidRDefault="00000000">
            <w:pPr>
              <w:pStyle w:val="Oznaenseznam"/>
              <w:spacing w:after="16"/>
            </w:pPr>
            <w:r>
              <w:rPr>
                <w:color w:val="000000"/>
                <w:sz w:val="16"/>
              </w:rPr>
              <w:t>spoštujem zasebnost in različnost</w:t>
            </w:r>
          </w:p>
          <w:p w14:paraId="3E7B4A68"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1AE23F44" w14:textId="77777777" w:rsidR="00302D64" w:rsidRDefault="00302D64"/>
          <w:p w14:paraId="74A1D21E" w14:textId="77777777" w:rsidR="00302D64" w:rsidRDefault="00000000">
            <w:pPr>
              <w:spacing w:after="80" w:line="245" w:lineRule="auto"/>
            </w:pPr>
            <w:r>
              <w:rPr>
                <w:color w:val="000000"/>
                <w:sz w:val="16"/>
              </w:rPr>
              <w:t>Posluša ali opazuje književno oziroma predmetno izhodišče ter se vključi z gibom, sliko ali besedo.</w:t>
            </w:r>
          </w:p>
          <w:p w14:paraId="7F06AE7F" w14:textId="77777777" w:rsidR="00302D64" w:rsidRDefault="00000000">
            <w:pPr>
              <w:spacing w:after="80" w:line="245" w:lineRule="auto"/>
            </w:pPr>
            <w:r>
              <w:rPr>
                <w:color w:val="000000"/>
                <w:sz w:val="16"/>
              </w:rPr>
              <w:t>Pove, pokaže ali nariše, kaj že ve. Posluša zamisli drugih.</w:t>
            </w:r>
          </w:p>
          <w:p w14:paraId="3E614A07" w14:textId="77777777" w:rsidR="00302D64" w:rsidRDefault="00000000">
            <w:pPr>
              <w:spacing w:after="100" w:line="245" w:lineRule="auto"/>
            </w:pPr>
            <w:r>
              <w:rPr>
                <w:color w:val="000000"/>
                <w:sz w:val="16"/>
              </w:rPr>
              <w:t>Sodeluje pri razumevanju namenov in kriterijev uspešnosti.</w:t>
            </w:r>
          </w:p>
          <w:p w14:paraId="3561CD2E" w14:textId="77777777" w:rsidR="00302D64" w:rsidRDefault="00000000">
            <w:pPr>
              <w:spacing w:after="20" w:line="245" w:lineRule="auto"/>
            </w:pPr>
            <w:r>
              <w:rPr>
                <w:b/>
                <w:color w:val="D95BC6"/>
                <w:sz w:val="17"/>
              </w:rPr>
              <w:t>DOKAZ O UČENJU</w:t>
            </w:r>
          </w:p>
          <w:p w14:paraId="04092100" w14:textId="77777777" w:rsidR="00302D64" w:rsidRDefault="00000000">
            <w:pPr>
              <w:spacing w:after="30" w:line="245" w:lineRule="auto"/>
            </w:pPr>
            <w:r>
              <w:rPr>
                <w:color w:val="D95BC6"/>
                <w:sz w:val="16"/>
              </w:rPr>
              <w:t>začetna zamisel, razvrstitev, risba ali ustni odgovor</w:t>
            </w:r>
          </w:p>
        </w:tc>
      </w:tr>
    </w:tbl>
    <w:p w14:paraId="597CC27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D4943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3E2C5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63729BE" w14:textId="77777777" w:rsidR="00302D64" w:rsidRDefault="00000000">
            <w:pPr>
              <w:jc w:val="center"/>
            </w:pPr>
            <w:r>
              <w:rPr>
                <w:b/>
                <w:color w:val="000000"/>
                <w:sz w:val="20"/>
              </w:rPr>
              <w:t>UČNE DEJAVNOSTI, METODE IN FORMATIVNO SPREMLJANJE</w:t>
            </w:r>
          </w:p>
        </w:tc>
      </w:tr>
      <w:tr w:rsidR="00302D64" w14:paraId="67F9C16C" w14:textId="77777777">
        <w:trPr>
          <w:tblHeader/>
          <w:jc w:val="center"/>
        </w:trPr>
        <w:tc>
          <w:tcPr>
            <w:tcW w:w="4422" w:type="dxa"/>
            <w:vMerge/>
            <w:tcMar>
              <w:top w:w="70" w:type="dxa"/>
              <w:left w:w="90" w:type="dxa"/>
              <w:bottom w:w="70" w:type="dxa"/>
              <w:right w:w="90" w:type="dxa"/>
            </w:tcMar>
            <w:vAlign w:val="center"/>
          </w:tcPr>
          <w:p w14:paraId="0EB71687" w14:textId="77777777" w:rsidR="00302D64" w:rsidRDefault="00302D64"/>
        </w:tc>
        <w:tc>
          <w:tcPr>
            <w:tcW w:w="7087" w:type="dxa"/>
            <w:shd w:val="clear" w:color="auto" w:fill="FFFFFF"/>
            <w:tcMar>
              <w:top w:w="70" w:type="dxa"/>
              <w:left w:w="90" w:type="dxa"/>
              <w:bottom w:w="70" w:type="dxa"/>
              <w:right w:w="90" w:type="dxa"/>
            </w:tcMar>
            <w:vAlign w:val="center"/>
          </w:tcPr>
          <w:p w14:paraId="20E7ED1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807AF3" w14:textId="77777777" w:rsidR="00302D64" w:rsidRDefault="00000000">
            <w:pPr>
              <w:jc w:val="center"/>
            </w:pPr>
            <w:r>
              <w:rPr>
                <w:b/>
                <w:color w:val="000000"/>
              </w:rPr>
              <w:t>UČENEC</w:t>
            </w:r>
          </w:p>
        </w:tc>
      </w:tr>
      <w:tr w:rsidR="00302D64" w14:paraId="0A83209E" w14:textId="77777777">
        <w:trPr>
          <w:jc w:val="center"/>
        </w:trPr>
        <w:tc>
          <w:tcPr>
            <w:tcW w:w="4422" w:type="dxa"/>
            <w:tcMar>
              <w:top w:w="70" w:type="dxa"/>
              <w:left w:w="90" w:type="dxa"/>
              <w:bottom w:w="70" w:type="dxa"/>
              <w:right w:w="90" w:type="dxa"/>
            </w:tcMar>
          </w:tcPr>
          <w:p w14:paraId="737E43E4" w14:textId="77777777" w:rsidR="00302D64" w:rsidRDefault="00302D64"/>
          <w:p w14:paraId="4DFF851A" w14:textId="77777777" w:rsidR="00302D64" w:rsidRDefault="00000000">
            <w:pPr>
              <w:spacing w:after="40" w:line="245" w:lineRule="auto"/>
            </w:pPr>
            <w:r>
              <w:rPr>
                <w:b/>
                <w:color w:val="000000"/>
              </w:rPr>
              <w:t>KLJUČNI POJMI</w:t>
            </w:r>
          </w:p>
          <w:p w14:paraId="5EA21946" w14:textId="77777777" w:rsidR="00302D64" w:rsidRDefault="00000000">
            <w:pPr>
              <w:spacing w:after="80" w:line="245" w:lineRule="auto"/>
            </w:pPr>
            <w:r>
              <w:rPr>
                <w:color w:val="000000"/>
                <w:sz w:val="16"/>
              </w:rPr>
              <w:t>družina, skupnost, skrb, pomoč, vloga, različnost, zasebnost, osebni podatek, zaupanja vredna oseba</w:t>
            </w:r>
          </w:p>
          <w:p w14:paraId="0BB082AD" w14:textId="77777777" w:rsidR="00302D64" w:rsidRDefault="00000000">
            <w:pPr>
              <w:spacing w:after="20" w:line="245" w:lineRule="auto"/>
            </w:pPr>
            <w:r>
              <w:rPr>
                <w:b/>
                <w:color w:val="000000"/>
              </w:rPr>
              <w:t>DOKAZI O UČENJU</w:t>
            </w:r>
          </w:p>
          <w:p w14:paraId="0D91DE13" w14:textId="77777777" w:rsidR="00302D64" w:rsidRDefault="00000000">
            <w:pPr>
              <w:pStyle w:val="Oznaenseznam"/>
              <w:spacing w:after="16"/>
            </w:pPr>
            <w:r>
              <w:rPr>
                <w:color w:val="000000"/>
                <w:sz w:val="16"/>
              </w:rPr>
              <w:t>ustni opis brez stereotipov</w:t>
            </w:r>
          </w:p>
          <w:p w14:paraId="30012D5C" w14:textId="77777777" w:rsidR="00302D64" w:rsidRDefault="00000000">
            <w:pPr>
              <w:pStyle w:val="Oznaenseznam"/>
              <w:spacing w:after="16"/>
            </w:pPr>
            <w:r>
              <w:rPr>
                <w:color w:val="000000"/>
                <w:sz w:val="16"/>
              </w:rPr>
              <w:t>izbrana in pojasnjena pomoč</w:t>
            </w:r>
          </w:p>
          <w:p w14:paraId="3835ED93" w14:textId="77777777" w:rsidR="00302D64" w:rsidRDefault="00000000">
            <w:pPr>
              <w:pStyle w:val="Oznaenseznam"/>
              <w:spacing w:after="16"/>
            </w:pPr>
            <w:r>
              <w:rPr>
                <w:color w:val="000000"/>
                <w:sz w:val="16"/>
              </w:rPr>
              <w:t>razvrstitev podatkov in varna odločitev</w:t>
            </w:r>
          </w:p>
          <w:p w14:paraId="07E8015D" w14:textId="77777777" w:rsidR="00302D64" w:rsidRDefault="00000000">
            <w:pPr>
              <w:spacing w:before="40" w:after="20" w:line="245" w:lineRule="auto"/>
            </w:pPr>
            <w:r>
              <w:rPr>
                <w:b/>
                <w:color w:val="000000"/>
              </w:rPr>
              <w:t>MEDPREDMETNA POVEZAVA</w:t>
            </w:r>
          </w:p>
          <w:p w14:paraId="6A8901E8" w14:textId="77777777" w:rsidR="00302D64" w:rsidRDefault="00000000">
            <w:pPr>
              <w:spacing w:after="60" w:line="245" w:lineRule="auto"/>
            </w:pPr>
            <w:r>
              <w:rPr>
                <w:color w:val="000000"/>
                <w:sz w:val="16"/>
              </w:rPr>
              <w:t>SLJ – spoštljivo pripovedovanje; LUM – simbol varnega prostora; DRUŽBENA IN ČUSTVENA PISMENOST – odnosi in zasebnost; ŠPO – mreža z vrvico</w:t>
            </w:r>
          </w:p>
          <w:p w14:paraId="251B192B" w14:textId="77777777" w:rsidR="00302D64" w:rsidRDefault="00000000">
            <w:pPr>
              <w:spacing w:after="20" w:line="245" w:lineRule="auto"/>
            </w:pPr>
            <w:r>
              <w:rPr>
                <w:b/>
                <w:color w:val="000000"/>
              </w:rPr>
              <w:t>POUČEVANJE V GIBANJU</w:t>
            </w:r>
          </w:p>
          <w:p w14:paraId="1BA15214"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6D6795F" w14:textId="77777777" w:rsidR="00302D64" w:rsidRDefault="00000000">
            <w:pPr>
              <w:spacing w:after="20" w:line="245" w:lineRule="auto"/>
            </w:pPr>
            <w:r>
              <w:rPr>
                <w:b/>
                <w:color w:val="000000"/>
              </w:rPr>
              <w:t>UČENJE PO ŠTIRIH POSTAJAH</w:t>
            </w:r>
          </w:p>
          <w:p w14:paraId="3CFAFC84"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03B626FA" w14:textId="77777777" w:rsidR="00302D64" w:rsidRDefault="00000000">
            <w:pPr>
              <w:spacing w:after="20" w:line="245" w:lineRule="auto"/>
            </w:pPr>
            <w:r>
              <w:rPr>
                <w:b/>
                <w:color w:val="000000"/>
              </w:rPr>
              <w:t>DIFERENCIACIJA IN VKLJUČEVANJE</w:t>
            </w:r>
          </w:p>
          <w:p w14:paraId="7E02022F" w14:textId="77777777" w:rsidR="00302D64" w:rsidRDefault="00000000">
            <w:pPr>
              <w:spacing w:after="60" w:line="245" w:lineRule="auto"/>
            </w:pPr>
            <w:r>
              <w:rPr>
                <w:color w:val="000000"/>
                <w:sz w:val="16"/>
              </w:rPr>
              <w:t>Učenec ni pozvan k razkrivanju družinskih podatkov in lahko govori o izmišljeni družini; naprednejši pojasni, zakaj je zasebnost pomembna.</w:t>
            </w:r>
          </w:p>
          <w:p w14:paraId="2E1ABC36" w14:textId="77777777" w:rsidR="00302D64" w:rsidRDefault="00000000">
            <w:pPr>
              <w:spacing w:after="20" w:line="245" w:lineRule="auto"/>
            </w:pPr>
            <w:r>
              <w:rPr>
                <w:b/>
                <w:color w:val="000000"/>
              </w:rPr>
              <w:t>SPREMLJANJE</w:t>
            </w:r>
          </w:p>
          <w:p w14:paraId="52B33643"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0358F9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281C36B" w14:textId="77777777">
              <w:trPr>
                <w:jc w:val="center"/>
              </w:trPr>
              <w:tc>
                <w:tcPr>
                  <w:tcW w:w="7087" w:type="dxa"/>
                  <w:shd w:val="clear" w:color="auto" w:fill="C6E7F3"/>
                  <w:tcMar>
                    <w:top w:w="45" w:type="dxa"/>
                    <w:left w:w="70" w:type="dxa"/>
                    <w:bottom w:w="45" w:type="dxa"/>
                    <w:right w:w="70" w:type="dxa"/>
                  </w:tcMar>
                </w:tcPr>
                <w:p w14:paraId="61D2793B" w14:textId="77777777" w:rsidR="00302D64" w:rsidRDefault="00000000">
                  <w:pPr>
                    <w:keepNext/>
                  </w:pPr>
                  <w:r>
                    <w:t>GLAVNI DEL – IZKUŠENJSKO IN POSTAJNO UČENJE (3 šolske ure)</w:t>
                  </w:r>
                </w:p>
              </w:tc>
            </w:tr>
          </w:tbl>
          <w:p w14:paraId="2732CACC" w14:textId="77777777" w:rsidR="00302D64" w:rsidRDefault="00302D64">
            <w:pPr>
              <w:spacing w:line="20" w:lineRule="exact"/>
            </w:pPr>
          </w:p>
          <w:p w14:paraId="629AAF4D" w14:textId="77777777" w:rsidR="00302D64" w:rsidRDefault="00000000">
            <w:pPr>
              <w:keepNext/>
              <w:spacing w:before="60" w:after="20" w:line="245" w:lineRule="auto"/>
            </w:pPr>
            <w:r>
              <w:rPr>
                <w:b/>
                <w:color w:val="000000"/>
              </w:rPr>
              <w:t>1. URA – Različne družine, skupne potrebe</w:t>
            </w:r>
          </w:p>
          <w:p w14:paraId="634409D7" w14:textId="77777777" w:rsidR="00302D64" w:rsidRDefault="00000000">
            <w:pPr>
              <w:spacing w:after="20" w:line="245" w:lineRule="auto"/>
            </w:pPr>
            <w:r>
              <w:rPr>
                <w:b/>
                <w:color w:val="000000"/>
                <w:sz w:val="16"/>
              </w:rPr>
              <w:t xml:space="preserve">Dejavnost učiteljice: </w:t>
            </w:r>
            <w:r>
              <w:rPr>
                <w:color w:val="000000"/>
                <w:sz w:val="16"/>
              </w:rPr>
              <w:t>Uporabi vključujoče ilustracije družin in vodi opisovanje brez zahteve po razkrivanju osebnih okoliščin.</w:t>
            </w:r>
          </w:p>
          <w:p w14:paraId="443A7A63" w14:textId="77777777" w:rsidR="00302D64" w:rsidRDefault="00000000">
            <w:pPr>
              <w:spacing w:after="20" w:line="245" w:lineRule="auto"/>
            </w:pPr>
            <w:r>
              <w:rPr>
                <w:b/>
                <w:color w:val="000000"/>
                <w:sz w:val="16"/>
              </w:rPr>
              <w:t xml:space="preserve">Dejavnost učencev: </w:t>
            </w:r>
            <w:r>
              <w:rPr>
                <w:color w:val="000000"/>
                <w:sz w:val="16"/>
              </w:rPr>
              <w:t>Poiščejo, kaj družine lahko povezuje, ter spoštljivo poimenujejo različne oblike skupnosti.</w:t>
            </w:r>
          </w:p>
          <w:p w14:paraId="1275F66B" w14:textId="77777777" w:rsidR="00302D64" w:rsidRDefault="00000000">
            <w:pPr>
              <w:spacing w:after="40" w:line="245" w:lineRule="auto"/>
            </w:pPr>
            <w:r>
              <w:rPr>
                <w:i/>
                <w:color w:val="D95BC6"/>
                <w:sz w:val="16"/>
              </w:rPr>
              <w:t>Predvideni dokaz: ustni opis brez stereotipov.</w:t>
            </w:r>
          </w:p>
          <w:p w14:paraId="527B212A" w14:textId="77777777" w:rsidR="00302D64" w:rsidRDefault="00000000">
            <w:pPr>
              <w:keepNext/>
              <w:spacing w:before="60" w:after="20" w:line="245" w:lineRule="auto"/>
            </w:pPr>
            <w:r>
              <w:rPr>
                <w:b/>
                <w:color w:val="000000"/>
              </w:rPr>
              <w:t>2. URA – Mreža pomoči</w:t>
            </w:r>
          </w:p>
          <w:p w14:paraId="58B42E3C" w14:textId="77777777" w:rsidR="00302D64" w:rsidRDefault="00000000">
            <w:pPr>
              <w:spacing w:after="20" w:line="245" w:lineRule="auto"/>
            </w:pPr>
            <w:r>
              <w:rPr>
                <w:b/>
                <w:color w:val="000000"/>
                <w:sz w:val="16"/>
              </w:rPr>
              <w:t xml:space="preserve">Dejavnost učiteljice: </w:t>
            </w:r>
            <w:r>
              <w:rPr>
                <w:color w:val="000000"/>
                <w:sz w:val="16"/>
              </w:rPr>
              <w:t>Z vrvico ponazori medsebojno pomoč in ponudi kartice domačih opravil ter skrbi.</w:t>
            </w:r>
          </w:p>
          <w:p w14:paraId="135E95CE" w14:textId="77777777" w:rsidR="00302D64" w:rsidRDefault="00000000">
            <w:pPr>
              <w:spacing w:after="20" w:line="245" w:lineRule="auto"/>
            </w:pPr>
            <w:r>
              <w:rPr>
                <w:b/>
                <w:color w:val="000000"/>
                <w:sz w:val="16"/>
              </w:rPr>
              <w:t xml:space="preserve">Dejavnost učencev: </w:t>
            </w:r>
            <w:r>
              <w:rPr>
                <w:color w:val="000000"/>
                <w:sz w:val="16"/>
              </w:rPr>
              <w:t>Izberejo način, kako lahko prispevajo doma, in ga praktično ponazorijo.</w:t>
            </w:r>
          </w:p>
          <w:p w14:paraId="2EA5C9CB" w14:textId="77777777" w:rsidR="00302D64" w:rsidRDefault="00000000">
            <w:pPr>
              <w:spacing w:after="40" w:line="245" w:lineRule="auto"/>
            </w:pPr>
            <w:r>
              <w:rPr>
                <w:i/>
                <w:color w:val="D95BC6"/>
                <w:sz w:val="16"/>
              </w:rPr>
              <w:t>Predvideni dokaz: izbrana in pojasnjena pomoč.</w:t>
            </w:r>
          </w:p>
          <w:p w14:paraId="293B2EF0" w14:textId="77777777" w:rsidR="00302D64" w:rsidRDefault="00000000">
            <w:pPr>
              <w:keepNext/>
              <w:spacing w:before="60" w:after="20" w:line="245" w:lineRule="auto"/>
            </w:pPr>
            <w:r>
              <w:rPr>
                <w:b/>
                <w:color w:val="000000"/>
              </w:rPr>
              <w:t>3. URA – Krog zasebnosti</w:t>
            </w:r>
          </w:p>
          <w:p w14:paraId="5E847DE2" w14:textId="77777777" w:rsidR="00302D64" w:rsidRDefault="00000000">
            <w:pPr>
              <w:spacing w:after="20" w:line="245" w:lineRule="auto"/>
            </w:pPr>
            <w:r>
              <w:rPr>
                <w:b/>
                <w:color w:val="000000"/>
                <w:sz w:val="16"/>
              </w:rPr>
              <w:t xml:space="preserve">Dejavnost učiteljice: </w:t>
            </w:r>
            <w:r>
              <w:rPr>
                <w:color w:val="000000"/>
                <w:sz w:val="16"/>
              </w:rPr>
              <w:t>Razloži javni podatek, osebni podatek in zasebno doživljanje s konkretnimi primeri.</w:t>
            </w:r>
          </w:p>
          <w:p w14:paraId="1BDE38FF" w14:textId="77777777" w:rsidR="00302D64" w:rsidRDefault="00000000">
            <w:pPr>
              <w:spacing w:after="20" w:line="245" w:lineRule="auto"/>
            </w:pPr>
            <w:r>
              <w:rPr>
                <w:b/>
                <w:color w:val="000000"/>
                <w:sz w:val="16"/>
              </w:rPr>
              <w:t xml:space="preserve">Dejavnost učencev: </w:t>
            </w:r>
            <w:r>
              <w:rPr>
                <w:color w:val="000000"/>
                <w:sz w:val="16"/>
              </w:rPr>
              <w:t>Kartice položijo v kroge lahko povem vsem / povem zaupanja vredni osebi ter pojasnijo eno odločitev.</w:t>
            </w:r>
          </w:p>
          <w:p w14:paraId="373D45B6" w14:textId="77777777" w:rsidR="00302D64" w:rsidRDefault="00000000">
            <w:pPr>
              <w:spacing w:after="40" w:line="245" w:lineRule="auto"/>
            </w:pPr>
            <w:r>
              <w:rPr>
                <w:i/>
                <w:color w:val="D95BC6"/>
                <w:sz w:val="16"/>
              </w:rPr>
              <w:t>Predvideni dokaz: razvrstitev podatkov in varna odločitev.</w:t>
            </w:r>
          </w:p>
          <w:tbl>
            <w:tblPr>
              <w:tblStyle w:val="Tabelamrea"/>
              <w:tblW w:w="0" w:type="auto"/>
              <w:jc w:val="center"/>
              <w:tblLayout w:type="fixed"/>
              <w:tblLook w:val="04A0" w:firstRow="1" w:lastRow="0" w:firstColumn="1" w:lastColumn="0" w:noHBand="0" w:noVBand="1"/>
            </w:tblPr>
            <w:tblGrid>
              <w:gridCol w:w="7087"/>
            </w:tblGrid>
            <w:tr w:rsidR="00302D64" w14:paraId="0093B966" w14:textId="77777777">
              <w:trPr>
                <w:jc w:val="center"/>
              </w:trPr>
              <w:tc>
                <w:tcPr>
                  <w:tcW w:w="7087" w:type="dxa"/>
                  <w:shd w:val="clear" w:color="auto" w:fill="EDC9EA"/>
                  <w:tcMar>
                    <w:top w:w="45" w:type="dxa"/>
                    <w:left w:w="70" w:type="dxa"/>
                    <w:bottom w:w="45" w:type="dxa"/>
                    <w:right w:w="70" w:type="dxa"/>
                  </w:tcMar>
                </w:tcPr>
                <w:p w14:paraId="44A81E00" w14:textId="77777777" w:rsidR="00302D64" w:rsidRDefault="00000000">
                  <w:pPr>
                    <w:keepNext/>
                  </w:pPr>
                  <w:r>
                    <w:rPr>
                      <w:b/>
                      <w:color w:val="000000"/>
                    </w:rPr>
                    <w:t>UČENJE PO ŠTIRIH POSTAJAH (6–8 min na postajo)</w:t>
                  </w:r>
                </w:p>
              </w:tc>
            </w:tr>
          </w:tbl>
          <w:p w14:paraId="3E3C37E6"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27395517" w14:textId="77777777" w:rsidR="00302D64" w:rsidRDefault="00000000">
            <w:pPr>
              <w:spacing w:after="20" w:line="245" w:lineRule="auto"/>
            </w:pPr>
            <w:r>
              <w:rPr>
                <w:b/>
                <w:color w:val="000000"/>
                <w:sz w:val="16"/>
              </w:rPr>
              <w:t xml:space="preserve">RAZISKOVALNA POSTAJA – Različne družine, skupne potrebe: </w:t>
            </w:r>
            <w:r>
              <w:rPr>
                <w:color w:val="000000"/>
                <w:sz w:val="16"/>
              </w:rPr>
              <w:t>Poiščejo, kaj družine lahko povezuje, ter spoštljivo poimenujejo različne oblike skupnosti.</w:t>
            </w:r>
          </w:p>
          <w:p w14:paraId="5D820CD3" w14:textId="77777777" w:rsidR="00302D64" w:rsidRDefault="00000000">
            <w:pPr>
              <w:spacing w:after="20" w:line="245" w:lineRule="auto"/>
            </w:pPr>
            <w:r>
              <w:rPr>
                <w:b/>
                <w:color w:val="000000"/>
                <w:sz w:val="16"/>
              </w:rPr>
              <w:t xml:space="preserve">PRAKTIČNA POSTAJA – Mreža pomoči: </w:t>
            </w:r>
            <w:r>
              <w:rPr>
                <w:color w:val="000000"/>
                <w:sz w:val="16"/>
              </w:rPr>
              <w:t>Izberejo način, kako lahko prispevajo doma, in ga praktično ponazorijo.</w:t>
            </w:r>
          </w:p>
          <w:p w14:paraId="6132E0B4" w14:textId="77777777" w:rsidR="00302D64" w:rsidRDefault="00000000">
            <w:pPr>
              <w:spacing w:after="20" w:line="245" w:lineRule="auto"/>
            </w:pPr>
            <w:r>
              <w:rPr>
                <w:b/>
                <w:color w:val="000000"/>
                <w:sz w:val="16"/>
              </w:rPr>
              <w:t xml:space="preserve">GIBALNO-SODELOVALNA POSTAJA – Krog zasebnosti: </w:t>
            </w:r>
            <w:r>
              <w:rPr>
                <w:color w:val="000000"/>
                <w:sz w:val="16"/>
              </w:rPr>
              <w:t>Kartice položijo v kroge lahko povem vsem / povem zaupanja vredni osebi ter pojasnijo eno odločitev.</w:t>
            </w:r>
          </w:p>
          <w:p w14:paraId="77E3425D" w14:textId="77777777" w:rsidR="00302D64" w:rsidRDefault="00000000">
            <w:pPr>
              <w:spacing w:after="20" w:line="245" w:lineRule="auto"/>
            </w:pPr>
            <w:r>
              <w:rPr>
                <w:b/>
                <w:color w:val="000000"/>
                <w:sz w:val="16"/>
              </w:rPr>
              <w:t xml:space="preserve">POSTAJA DOKAZA IN REFLEKSIJE: </w:t>
            </w:r>
            <w:r>
              <w:rPr>
                <w:color w:val="000000"/>
                <w:sz w:val="16"/>
              </w:rPr>
              <w:t>Izberejo en dokaz (ustni opis brez stereotipov, izbrana in pojasnjena pomoč),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179EE31D" w14:textId="77777777">
              <w:trPr>
                <w:jc w:val="center"/>
              </w:trPr>
              <w:tc>
                <w:tcPr>
                  <w:tcW w:w="7087" w:type="dxa"/>
                  <w:shd w:val="clear" w:color="auto" w:fill="EDC9EA"/>
                  <w:tcMar>
                    <w:top w:w="45" w:type="dxa"/>
                    <w:left w:w="70" w:type="dxa"/>
                    <w:bottom w:w="45" w:type="dxa"/>
                    <w:right w:w="70" w:type="dxa"/>
                  </w:tcMar>
                </w:tcPr>
                <w:p w14:paraId="6475D5FB" w14:textId="77777777" w:rsidR="00302D64" w:rsidRDefault="00000000">
                  <w:pPr>
                    <w:keepNext/>
                  </w:pPr>
                  <w:r>
                    <w:rPr>
                      <w:b/>
                      <w:color w:val="000000"/>
                    </w:rPr>
                    <w:t>POVRATNA INFORMACIJA UČITELJICE MED DELOM</w:t>
                  </w:r>
                </w:p>
              </w:tc>
            </w:tr>
          </w:tbl>
          <w:p w14:paraId="457B9CB6" w14:textId="77777777" w:rsidR="00302D64" w:rsidRDefault="00302D64"/>
          <w:p w14:paraId="3237CF67"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21C81BB" w14:textId="77777777" w:rsidR="00302D64" w:rsidRDefault="00302D64"/>
          <w:p w14:paraId="3AA99835" w14:textId="77777777" w:rsidR="00302D64" w:rsidRDefault="00000000">
            <w:pPr>
              <w:spacing w:after="20" w:line="245" w:lineRule="auto"/>
            </w:pPr>
            <w:r>
              <w:rPr>
                <w:b/>
                <w:color w:val="000000"/>
                <w:sz w:val="17"/>
              </w:rPr>
              <w:t>1. URA</w:t>
            </w:r>
          </w:p>
          <w:p w14:paraId="174108B7" w14:textId="77777777" w:rsidR="00302D64" w:rsidRDefault="00000000">
            <w:pPr>
              <w:spacing w:after="40" w:line="245" w:lineRule="auto"/>
            </w:pPr>
            <w:r>
              <w:rPr>
                <w:color w:val="000000"/>
                <w:sz w:val="16"/>
              </w:rPr>
              <w:t>Poiščejo, kaj družine lahko povezuje, ter spoštljivo poimenujejo različne oblike skupnosti.</w:t>
            </w:r>
          </w:p>
          <w:p w14:paraId="34F817B1" w14:textId="77777777" w:rsidR="00302D64" w:rsidRDefault="00000000">
            <w:pPr>
              <w:spacing w:line="245" w:lineRule="auto"/>
            </w:pPr>
            <w:r>
              <w:rPr>
                <w:b/>
                <w:color w:val="D95BC6"/>
                <w:sz w:val="16"/>
              </w:rPr>
              <w:t>DOKAZ</w:t>
            </w:r>
          </w:p>
          <w:p w14:paraId="2CB1B885" w14:textId="77777777" w:rsidR="00302D64" w:rsidRDefault="00000000">
            <w:pPr>
              <w:spacing w:after="60" w:line="245" w:lineRule="auto"/>
            </w:pPr>
            <w:r>
              <w:rPr>
                <w:color w:val="D95BC6"/>
                <w:sz w:val="16"/>
              </w:rPr>
              <w:t>ustni opis brez stereotipov</w:t>
            </w:r>
          </w:p>
          <w:p w14:paraId="39008A47" w14:textId="77777777" w:rsidR="00302D64" w:rsidRDefault="00000000">
            <w:pPr>
              <w:spacing w:after="20" w:line="245" w:lineRule="auto"/>
            </w:pPr>
            <w:r>
              <w:rPr>
                <w:b/>
                <w:color w:val="000000"/>
                <w:sz w:val="17"/>
              </w:rPr>
              <w:t>2. URA</w:t>
            </w:r>
          </w:p>
          <w:p w14:paraId="64C595F7" w14:textId="77777777" w:rsidR="00302D64" w:rsidRDefault="00000000">
            <w:pPr>
              <w:spacing w:after="40" w:line="245" w:lineRule="auto"/>
            </w:pPr>
            <w:r>
              <w:rPr>
                <w:color w:val="000000"/>
                <w:sz w:val="16"/>
              </w:rPr>
              <w:t>Izberejo način, kako lahko prispevajo doma, in ga praktično ponazorijo.</w:t>
            </w:r>
          </w:p>
          <w:p w14:paraId="0B170C36" w14:textId="77777777" w:rsidR="00302D64" w:rsidRDefault="00000000">
            <w:pPr>
              <w:spacing w:line="245" w:lineRule="auto"/>
            </w:pPr>
            <w:r>
              <w:rPr>
                <w:b/>
                <w:color w:val="D95BC6"/>
                <w:sz w:val="16"/>
              </w:rPr>
              <w:t>DOKAZ</w:t>
            </w:r>
          </w:p>
          <w:p w14:paraId="0E3C212D" w14:textId="77777777" w:rsidR="00302D64" w:rsidRDefault="00000000">
            <w:pPr>
              <w:spacing w:after="60" w:line="245" w:lineRule="auto"/>
            </w:pPr>
            <w:r>
              <w:rPr>
                <w:color w:val="D95BC6"/>
                <w:sz w:val="16"/>
              </w:rPr>
              <w:t>izbrana in pojasnjena pomoč</w:t>
            </w:r>
          </w:p>
          <w:p w14:paraId="33D17F9C" w14:textId="77777777" w:rsidR="00302D64" w:rsidRDefault="00000000">
            <w:pPr>
              <w:spacing w:after="20" w:line="245" w:lineRule="auto"/>
            </w:pPr>
            <w:r>
              <w:rPr>
                <w:b/>
                <w:color w:val="000000"/>
                <w:sz w:val="17"/>
              </w:rPr>
              <w:t>3. URA</w:t>
            </w:r>
          </w:p>
          <w:p w14:paraId="0719495C" w14:textId="77777777" w:rsidR="00302D64" w:rsidRDefault="00000000">
            <w:pPr>
              <w:spacing w:after="40" w:line="245" w:lineRule="auto"/>
            </w:pPr>
            <w:r>
              <w:rPr>
                <w:color w:val="000000"/>
                <w:sz w:val="16"/>
              </w:rPr>
              <w:t>Kartice položijo v kroge lahko povem vsem / povem zaupanja vredni osebi ter pojasnijo eno odločitev.</w:t>
            </w:r>
          </w:p>
          <w:p w14:paraId="701FFF0C" w14:textId="77777777" w:rsidR="00302D64" w:rsidRDefault="00000000">
            <w:pPr>
              <w:spacing w:line="245" w:lineRule="auto"/>
            </w:pPr>
            <w:r>
              <w:rPr>
                <w:b/>
                <w:color w:val="D95BC6"/>
                <w:sz w:val="16"/>
              </w:rPr>
              <w:t>DOKAZ</w:t>
            </w:r>
          </w:p>
          <w:p w14:paraId="16886B25" w14:textId="77777777" w:rsidR="00302D64" w:rsidRDefault="00000000">
            <w:pPr>
              <w:spacing w:after="60" w:line="245" w:lineRule="auto"/>
            </w:pPr>
            <w:r>
              <w:rPr>
                <w:color w:val="D95BC6"/>
                <w:sz w:val="16"/>
              </w:rPr>
              <w:t>razvrstitev podatkov in varna odločitev</w:t>
            </w:r>
          </w:p>
        </w:tc>
      </w:tr>
    </w:tbl>
    <w:p w14:paraId="63870D6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FE791D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196D7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D88B07E" w14:textId="77777777" w:rsidR="00302D64" w:rsidRDefault="00000000">
            <w:pPr>
              <w:jc w:val="center"/>
            </w:pPr>
            <w:r>
              <w:rPr>
                <w:b/>
                <w:color w:val="000000"/>
                <w:sz w:val="20"/>
              </w:rPr>
              <w:t>UČNE DEJAVNOSTI, METODE IN FORMATIVNO SPREMLJANJE</w:t>
            </w:r>
          </w:p>
        </w:tc>
      </w:tr>
      <w:tr w:rsidR="00302D64" w14:paraId="74822DF0" w14:textId="77777777">
        <w:trPr>
          <w:tblHeader/>
          <w:jc w:val="center"/>
        </w:trPr>
        <w:tc>
          <w:tcPr>
            <w:tcW w:w="4422" w:type="dxa"/>
            <w:vMerge/>
            <w:tcMar>
              <w:top w:w="70" w:type="dxa"/>
              <w:left w:w="90" w:type="dxa"/>
              <w:bottom w:w="70" w:type="dxa"/>
              <w:right w:w="90" w:type="dxa"/>
            </w:tcMar>
            <w:vAlign w:val="center"/>
          </w:tcPr>
          <w:p w14:paraId="11D2A433" w14:textId="77777777" w:rsidR="00302D64" w:rsidRDefault="00302D64"/>
        </w:tc>
        <w:tc>
          <w:tcPr>
            <w:tcW w:w="7087" w:type="dxa"/>
            <w:shd w:val="clear" w:color="auto" w:fill="FFFFFF"/>
            <w:tcMar>
              <w:top w:w="70" w:type="dxa"/>
              <w:left w:w="90" w:type="dxa"/>
              <w:bottom w:w="70" w:type="dxa"/>
              <w:right w:w="90" w:type="dxa"/>
            </w:tcMar>
            <w:vAlign w:val="center"/>
          </w:tcPr>
          <w:p w14:paraId="58F1E9C1"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3A177EA" w14:textId="77777777" w:rsidR="00302D64" w:rsidRDefault="00000000">
            <w:pPr>
              <w:jc w:val="center"/>
            </w:pPr>
            <w:r>
              <w:rPr>
                <w:b/>
                <w:color w:val="000000"/>
              </w:rPr>
              <w:t>UČENEC</w:t>
            </w:r>
          </w:p>
        </w:tc>
      </w:tr>
      <w:tr w:rsidR="00302D64" w14:paraId="54793783" w14:textId="77777777">
        <w:trPr>
          <w:jc w:val="center"/>
        </w:trPr>
        <w:tc>
          <w:tcPr>
            <w:tcW w:w="4422" w:type="dxa"/>
            <w:tcMar>
              <w:top w:w="70" w:type="dxa"/>
              <w:left w:w="90" w:type="dxa"/>
              <w:bottom w:w="70" w:type="dxa"/>
              <w:right w:w="90" w:type="dxa"/>
            </w:tcMar>
          </w:tcPr>
          <w:p w14:paraId="41293989" w14:textId="77777777" w:rsidR="00302D64" w:rsidRDefault="00302D64"/>
          <w:p w14:paraId="65912598" w14:textId="77777777" w:rsidR="00302D64" w:rsidRDefault="00000000">
            <w:pPr>
              <w:spacing w:after="40" w:line="245" w:lineRule="auto"/>
            </w:pPr>
            <w:r>
              <w:rPr>
                <w:b/>
                <w:color w:val="000000"/>
              </w:rPr>
              <w:t>FORMATIVNO SPREMLJANJE</w:t>
            </w:r>
          </w:p>
          <w:p w14:paraId="0C5C167B" w14:textId="77777777" w:rsidR="00302D64" w:rsidRDefault="00000000">
            <w:pPr>
              <w:pStyle w:val="Oznaenseznam"/>
              <w:spacing w:after="16"/>
            </w:pPr>
            <w:r>
              <w:rPr>
                <w:color w:val="000000"/>
                <w:sz w:val="16"/>
              </w:rPr>
              <w:t>predznanje: začetni odgovor, razvrstitev ali prikaz</w:t>
            </w:r>
          </w:p>
          <w:p w14:paraId="43D7337E" w14:textId="77777777" w:rsidR="00302D64" w:rsidRDefault="00000000">
            <w:pPr>
              <w:pStyle w:val="Oznaenseznam"/>
              <w:spacing w:after="16"/>
            </w:pPr>
            <w:r>
              <w:rPr>
                <w:color w:val="000000"/>
                <w:sz w:val="16"/>
              </w:rPr>
              <w:t>dokazi med učenjem: izvedba, skica, model, opazovalni zapis ali razlaga</w:t>
            </w:r>
          </w:p>
          <w:p w14:paraId="31DF3534" w14:textId="77777777" w:rsidR="00302D64" w:rsidRDefault="00000000">
            <w:pPr>
              <w:pStyle w:val="Oznaenseznam"/>
              <w:spacing w:after="16"/>
            </w:pPr>
            <w:r>
              <w:rPr>
                <w:color w:val="000000"/>
                <w:sz w:val="16"/>
              </w:rPr>
              <w:t>povratna informacija: konkretna, vezana na kriterij in usmerjena v naslednji korak</w:t>
            </w:r>
          </w:p>
          <w:p w14:paraId="5B08C9DB" w14:textId="77777777" w:rsidR="00302D64" w:rsidRDefault="00000000">
            <w:pPr>
              <w:pStyle w:val="Oznaenseznam"/>
              <w:spacing w:after="16"/>
            </w:pPr>
            <w:r>
              <w:rPr>
                <w:color w:val="000000"/>
                <w:sz w:val="16"/>
              </w:rPr>
              <w:t>samovrednotenje: semafor, prsti, izbrani simbol ali kratka poved</w:t>
            </w:r>
          </w:p>
          <w:p w14:paraId="7B34B8B6" w14:textId="77777777" w:rsidR="00302D64" w:rsidRDefault="00000000">
            <w:pPr>
              <w:spacing w:before="40" w:after="20" w:line="245" w:lineRule="auto"/>
            </w:pPr>
            <w:r>
              <w:rPr>
                <w:b/>
                <w:color w:val="000000"/>
              </w:rPr>
              <w:t>VARNOST IN ODGOVORNOST</w:t>
            </w:r>
          </w:p>
          <w:p w14:paraId="309F1C5F" w14:textId="77777777" w:rsidR="00302D64" w:rsidRDefault="00000000">
            <w:pPr>
              <w:spacing w:after="60" w:line="245" w:lineRule="auto"/>
            </w:pPr>
            <w:r>
              <w:rPr>
                <w:color w:val="000000"/>
                <w:sz w:val="16"/>
              </w:rPr>
              <w:t>Upošteva dogovorjena pravila varnega, spoštljivega in odgovornega dela.</w:t>
            </w:r>
          </w:p>
          <w:p w14:paraId="631044E6" w14:textId="77777777" w:rsidR="00302D64" w:rsidRDefault="00000000">
            <w:pPr>
              <w:spacing w:after="20" w:line="245" w:lineRule="auto"/>
            </w:pPr>
            <w:r>
              <w:rPr>
                <w:b/>
                <w:color w:val="000000"/>
              </w:rPr>
              <w:t>EVIDENCA PO IZVEDBI</w:t>
            </w:r>
          </w:p>
          <w:p w14:paraId="023003F9"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071527D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4E961B7" w14:textId="77777777">
              <w:trPr>
                <w:jc w:val="center"/>
              </w:trPr>
              <w:tc>
                <w:tcPr>
                  <w:tcW w:w="7087" w:type="dxa"/>
                  <w:shd w:val="clear" w:color="auto" w:fill="EDC9EA"/>
                  <w:tcMar>
                    <w:top w:w="45" w:type="dxa"/>
                    <w:left w:w="70" w:type="dxa"/>
                    <w:bottom w:w="45" w:type="dxa"/>
                    <w:right w:w="70" w:type="dxa"/>
                  </w:tcMar>
                </w:tcPr>
                <w:p w14:paraId="51A57E41" w14:textId="77777777" w:rsidR="00302D64" w:rsidRDefault="00000000">
                  <w:pPr>
                    <w:keepNext/>
                  </w:pPr>
                  <w:r>
                    <w:rPr>
                      <w:b/>
                      <w:color w:val="000000"/>
                    </w:rPr>
                    <w:t>VPRAŠANJA V PODPORO UČENJU</w:t>
                  </w:r>
                </w:p>
              </w:tc>
            </w:tr>
          </w:tbl>
          <w:p w14:paraId="1856796F" w14:textId="77777777" w:rsidR="00302D64" w:rsidRDefault="00302D64">
            <w:pPr>
              <w:spacing w:line="20" w:lineRule="exact"/>
            </w:pPr>
          </w:p>
          <w:p w14:paraId="487D4388" w14:textId="77777777" w:rsidR="00302D64" w:rsidRDefault="00000000">
            <w:pPr>
              <w:pStyle w:val="Oznaenseznam"/>
              <w:spacing w:after="16"/>
            </w:pPr>
            <w:r>
              <w:rPr>
                <w:color w:val="000000"/>
                <w:sz w:val="16"/>
              </w:rPr>
              <w:t>Kaj si opazil/-a in kateri dokaz to pokaže?</w:t>
            </w:r>
          </w:p>
          <w:p w14:paraId="089498B1" w14:textId="77777777" w:rsidR="00302D64" w:rsidRDefault="00000000">
            <w:pPr>
              <w:pStyle w:val="Oznaenseznam"/>
              <w:spacing w:after="16"/>
            </w:pPr>
            <w:r>
              <w:rPr>
                <w:color w:val="000000"/>
                <w:sz w:val="16"/>
              </w:rPr>
              <w:t>Kako si prišel/-la do svoje odločitve?</w:t>
            </w:r>
          </w:p>
          <w:p w14:paraId="47B28170" w14:textId="77777777" w:rsidR="00302D64" w:rsidRDefault="00000000">
            <w:pPr>
              <w:pStyle w:val="Oznaenseznam"/>
              <w:spacing w:after="16"/>
            </w:pPr>
            <w:r>
              <w:rPr>
                <w:color w:val="000000"/>
                <w:sz w:val="16"/>
              </w:rPr>
              <w:t>Kaj si pri ponovnem poskusu ohranil/-a enako in kaj spremenil/-a?</w:t>
            </w:r>
          </w:p>
          <w:p w14:paraId="261C75F0" w14:textId="77777777" w:rsidR="00302D64" w:rsidRDefault="00000000">
            <w:pPr>
              <w:pStyle w:val="Oznaenseznam"/>
              <w:spacing w:after="16"/>
            </w:pPr>
            <w:r>
              <w:rPr>
                <w:color w:val="000000"/>
                <w:sz w:val="16"/>
              </w:rPr>
              <w:t>Kateri kriterij že dosegaš? Kaj bo tvoj naslednji korak?</w:t>
            </w:r>
          </w:p>
          <w:p w14:paraId="2CE54045"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27A1749" w14:textId="77777777">
              <w:trPr>
                <w:jc w:val="center"/>
              </w:trPr>
              <w:tc>
                <w:tcPr>
                  <w:tcW w:w="7087" w:type="dxa"/>
                  <w:shd w:val="clear" w:color="auto" w:fill="C6E7F3"/>
                  <w:tcMar>
                    <w:top w:w="45" w:type="dxa"/>
                    <w:left w:w="70" w:type="dxa"/>
                    <w:bottom w:w="45" w:type="dxa"/>
                    <w:right w:w="70" w:type="dxa"/>
                  </w:tcMar>
                </w:tcPr>
                <w:p w14:paraId="71DF66DD" w14:textId="77777777" w:rsidR="00302D64" w:rsidRDefault="00000000">
                  <w:pPr>
                    <w:keepNext/>
                  </w:pPr>
                  <w:r>
                    <w:rPr>
                      <w:b/>
                      <w:color w:val="000000"/>
                    </w:rPr>
                    <w:t>ZAKLJUČNI DEL – UTRJEVANJE IN REFLEKSIJA (10–15 min)</w:t>
                  </w:r>
                </w:p>
              </w:tc>
            </w:tr>
          </w:tbl>
          <w:p w14:paraId="40DC0DAE" w14:textId="77777777" w:rsidR="00302D64" w:rsidRDefault="00302D64">
            <w:pPr>
              <w:spacing w:line="20" w:lineRule="exact"/>
            </w:pPr>
          </w:p>
          <w:p w14:paraId="5505B4F6"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204AD653" w14:textId="77777777">
              <w:trPr>
                <w:jc w:val="center"/>
              </w:trPr>
              <w:tc>
                <w:tcPr>
                  <w:tcW w:w="7087" w:type="dxa"/>
                  <w:shd w:val="clear" w:color="auto" w:fill="EDC9EA"/>
                  <w:tcMar>
                    <w:top w:w="45" w:type="dxa"/>
                    <w:left w:w="70" w:type="dxa"/>
                    <w:bottom w:w="45" w:type="dxa"/>
                    <w:right w:w="70" w:type="dxa"/>
                  </w:tcMar>
                </w:tcPr>
                <w:p w14:paraId="56FC18A8" w14:textId="77777777" w:rsidR="00302D64" w:rsidRDefault="00000000">
                  <w:pPr>
                    <w:keepNext/>
                  </w:pPr>
                  <w:r>
                    <w:rPr>
                      <w:b/>
                      <w:color w:val="000000"/>
                    </w:rPr>
                    <w:t>SAMOVREDNOTENJE</w:t>
                  </w:r>
                </w:p>
              </w:tc>
            </w:tr>
          </w:tbl>
          <w:p w14:paraId="720CFA34" w14:textId="77777777" w:rsidR="00302D64" w:rsidRDefault="00302D64">
            <w:pPr>
              <w:spacing w:line="20" w:lineRule="exact"/>
            </w:pPr>
          </w:p>
          <w:p w14:paraId="76E784B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5E32EE11" w14:textId="77777777">
              <w:trPr>
                <w:jc w:val="center"/>
              </w:trPr>
              <w:tc>
                <w:tcPr>
                  <w:tcW w:w="7087" w:type="dxa"/>
                  <w:shd w:val="clear" w:color="auto" w:fill="EDC9EA"/>
                  <w:tcMar>
                    <w:top w:w="45" w:type="dxa"/>
                    <w:left w:w="70" w:type="dxa"/>
                    <w:bottom w:w="45" w:type="dxa"/>
                    <w:right w:w="70" w:type="dxa"/>
                  </w:tcMar>
                </w:tcPr>
                <w:p w14:paraId="2ADC3D93" w14:textId="77777777" w:rsidR="00302D64" w:rsidRDefault="00000000">
                  <w:pPr>
                    <w:keepNext/>
                  </w:pPr>
                  <w:r>
                    <w:rPr>
                      <w:b/>
                      <w:color w:val="000000"/>
                    </w:rPr>
                    <w:t>VRSTNIŠKO VREDNOTENJE</w:t>
                  </w:r>
                </w:p>
              </w:tc>
            </w:tr>
          </w:tbl>
          <w:p w14:paraId="62E3EED2" w14:textId="77777777" w:rsidR="00302D64" w:rsidRDefault="00302D64">
            <w:pPr>
              <w:spacing w:line="20" w:lineRule="exact"/>
            </w:pPr>
          </w:p>
          <w:p w14:paraId="5D4DD6AA"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0BA24A93" w14:textId="77777777">
              <w:trPr>
                <w:jc w:val="center"/>
              </w:trPr>
              <w:tc>
                <w:tcPr>
                  <w:tcW w:w="7087" w:type="dxa"/>
                  <w:shd w:val="clear" w:color="auto" w:fill="EDC9EA"/>
                  <w:tcMar>
                    <w:top w:w="45" w:type="dxa"/>
                    <w:left w:w="70" w:type="dxa"/>
                    <w:bottom w:w="45" w:type="dxa"/>
                    <w:right w:w="70" w:type="dxa"/>
                  </w:tcMar>
                </w:tcPr>
                <w:p w14:paraId="0E311293" w14:textId="77777777" w:rsidR="00302D64" w:rsidRDefault="00000000">
                  <w:pPr>
                    <w:keepNext/>
                  </w:pPr>
                  <w:r>
                    <w:rPr>
                      <w:b/>
                      <w:color w:val="000000"/>
                    </w:rPr>
                    <w:t>SKUPNI POVZETEK</w:t>
                  </w:r>
                </w:p>
              </w:tc>
            </w:tr>
          </w:tbl>
          <w:p w14:paraId="6C13B394" w14:textId="77777777" w:rsidR="00302D64" w:rsidRDefault="00302D64"/>
          <w:p w14:paraId="4ADD2E39" w14:textId="77777777" w:rsidR="00302D64" w:rsidRDefault="00000000">
            <w:pPr>
              <w:spacing w:before="20" w:after="40" w:line="245" w:lineRule="auto"/>
            </w:pPr>
            <w:r>
              <w:rPr>
                <w:b/>
                <w:color w:val="000000"/>
                <w:sz w:val="17"/>
              </w:rPr>
              <w:t>Družine so različne. V skupnosti si pomagamo, spoštujemo zasebnost in skrbno ravnamo z osebnimi podatki.</w:t>
            </w:r>
          </w:p>
        </w:tc>
        <w:tc>
          <w:tcPr>
            <w:tcW w:w="2551" w:type="dxa"/>
            <w:tcMar>
              <w:top w:w="70" w:type="dxa"/>
              <w:left w:w="90" w:type="dxa"/>
              <w:bottom w:w="70" w:type="dxa"/>
              <w:right w:w="90" w:type="dxa"/>
            </w:tcMar>
          </w:tcPr>
          <w:p w14:paraId="22432B7B" w14:textId="77777777" w:rsidR="00302D64" w:rsidRDefault="00302D64"/>
          <w:p w14:paraId="05E7E14F" w14:textId="77777777" w:rsidR="00302D64" w:rsidRDefault="00000000">
            <w:pPr>
              <w:spacing w:after="100" w:line="245" w:lineRule="auto"/>
            </w:pPr>
            <w:r>
              <w:rPr>
                <w:color w:val="000000"/>
                <w:sz w:val="16"/>
              </w:rPr>
              <w:t>Odgovarja na podporna vprašanja in se sklicuje na svoj dokaz.</w:t>
            </w:r>
          </w:p>
          <w:p w14:paraId="2BBB3C16" w14:textId="77777777" w:rsidR="00302D64" w:rsidRDefault="00000000">
            <w:pPr>
              <w:spacing w:after="100" w:line="245" w:lineRule="auto"/>
            </w:pPr>
            <w:r>
              <w:rPr>
                <w:color w:val="000000"/>
                <w:sz w:val="16"/>
              </w:rPr>
              <w:t>Primerja začetno zamisel z ugotovitvijo ter pove ali pokaže, kaj se je naučil/-a.</w:t>
            </w:r>
          </w:p>
          <w:p w14:paraId="48FCEE29" w14:textId="77777777" w:rsidR="00302D64" w:rsidRDefault="00000000">
            <w:pPr>
              <w:spacing w:after="100" w:line="245" w:lineRule="auto"/>
            </w:pPr>
            <w:r>
              <w:rPr>
                <w:color w:val="000000"/>
                <w:sz w:val="16"/>
              </w:rPr>
              <w:t>Izbere raven doseganja in določi naslednji korak.</w:t>
            </w:r>
          </w:p>
          <w:p w14:paraId="2A497064" w14:textId="77777777" w:rsidR="00302D64" w:rsidRDefault="00000000">
            <w:pPr>
              <w:spacing w:after="100" w:line="245" w:lineRule="auto"/>
            </w:pPr>
            <w:r>
              <w:rPr>
                <w:color w:val="000000"/>
                <w:sz w:val="16"/>
              </w:rPr>
              <w:t>Sošolcu poda prijazen, konkreten odziv.</w:t>
            </w:r>
          </w:p>
          <w:p w14:paraId="5E696978" w14:textId="77777777" w:rsidR="00302D64" w:rsidRDefault="00000000">
            <w:pPr>
              <w:spacing w:after="20" w:line="245" w:lineRule="auto"/>
            </w:pPr>
            <w:r>
              <w:rPr>
                <w:b/>
                <w:color w:val="D95BC6"/>
                <w:sz w:val="17"/>
              </w:rPr>
              <w:t>DOKAZ O UČENJU</w:t>
            </w:r>
          </w:p>
          <w:p w14:paraId="0D0002D4" w14:textId="77777777" w:rsidR="00302D64" w:rsidRDefault="00000000">
            <w:pPr>
              <w:spacing w:after="30" w:line="245" w:lineRule="auto"/>
            </w:pPr>
            <w:r>
              <w:rPr>
                <w:color w:val="D95BC6"/>
                <w:sz w:val="16"/>
              </w:rPr>
              <w:t>izvedba ali izdelek, razlaga, samovrednotenje in odziv na povratno informacijo</w:t>
            </w:r>
          </w:p>
        </w:tc>
      </w:tr>
    </w:tbl>
    <w:p w14:paraId="495374C8"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0ED0A5A6" w14:textId="77777777">
        <w:trPr>
          <w:cantSplit/>
          <w:jc w:val="center"/>
        </w:trPr>
        <w:tc>
          <w:tcPr>
            <w:tcW w:w="14060" w:type="dxa"/>
            <w:gridSpan w:val="6"/>
            <w:tcMar>
              <w:top w:w="70" w:type="dxa"/>
              <w:left w:w="90" w:type="dxa"/>
              <w:bottom w:w="70" w:type="dxa"/>
              <w:right w:w="90" w:type="dxa"/>
            </w:tcMar>
            <w:vAlign w:val="center"/>
          </w:tcPr>
          <w:p w14:paraId="21B3EE7B" w14:textId="77777777" w:rsidR="00302D64" w:rsidRDefault="00000000">
            <w:pPr>
              <w:jc w:val="center"/>
            </w:pPr>
            <w:r>
              <w:rPr>
                <w:b/>
                <w:color w:val="000000"/>
                <w:sz w:val="24"/>
              </w:rPr>
              <w:lastRenderedPageBreak/>
              <w:t>UČNA PRIPRAVA 14/39</w:t>
            </w:r>
          </w:p>
        </w:tc>
      </w:tr>
      <w:tr w:rsidR="00302D64" w14:paraId="6327BD72" w14:textId="77777777">
        <w:trPr>
          <w:jc w:val="center"/>
        </w:trPr>
        <w:tc>
          <w:tcPr>
            <w:tcW w:w="2665" w:type="dxa"/>
            <w:tcMar>
              <w:top w:w="70" w:type="dxa"/>
              <w:left w:w="90" w:type="dxa"/>
              <w:bottom w:w="70" w:type="dxa"/>
              <w:right w:w="90" w:type="dxa"/>
            </w:tcMar>
            <w:vAlign w:val="center"/>
          </w:tcPr>
          <w:p w14:paraId="756F974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50BBE62"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3E93A0F9"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0935576" w14:textId="77777777" w:rsidR="00302D64" w:rsidRDefault="00000000">
            <w:r>
              <w:rPr>
                <w:b/>
                <w:color w:val="000000"/>
                <w:sz w:val="16"/>
              </w:rPr>
              <w:t xml:space="preserve">NAČRTOVANI TERMIN: </w:t>
            </w:r>
            <w:r>
              <w:rPr>
                <w:color w:val="000000"/>
                <w:sz w:val="16"/>
              </w:rPr>
              <w:t>14. teden • 7.–11. 12. 2026</w:t>
            </w:r>
          </w:p>
        </w:tc>
        <w:tc>
          <w:tcPr>
            <w:tcW w:w="2268" w:type="dxa"/>
            <w:tcMar>
              <w:top w:w="70" w:type="dxa"/>
              <w:left w:w="90" w:type="dxa"/>
              <w:bottom w:w="70" w:type="dxa"/>
              <w:right w:w="90" w:type="dxa"/>
            </w:tcMar>
            <w:vAlign w:val="center"/>
          </w:tcPr>
          <w:p w14:paraId="6F426402"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103A041" w14:textId="77777777" w:rsidR="00302D64" w:rsidRDefault="00000000">
            <w:r>
              <w:rPr>
                <w:b/>
                <w:color w:val="000000"/>
                <w:sz w:val="16"/>
              </w:rPr>
              <w:t xml:space="preserve">ŠTEVILO UR: </w:t>
            </w:r>
            <w:r>
              <w:rPr>
                <w:color w:val="000000"/>
                <w:sz w:val="16"/>
              </w:rPr>
              <w:t>3</w:t>
            </w:r>
          </w:p>
        </w:tc>
      </w:tr>
      <w:tr w:rsidR="00302D64" w14:paraId="1C015235" w14:textId="77777777">
        <w:trPr>
          <w:jc w:val="center"/>
        </w:trPr>
        <w:tc>
          <w:tcPr>
            <w:tcW w:w="14061" w:type="dxa"/>
            <w:gridSpan w:val="6"/>
            <w:tcMar>
              <w:top w:w="70" w:type="dxa"/>
              <w:left w:w="90" w:type="dxa"/>
              <w:bottom w:w="70" w:type="dxa"/>
              <w:right w:w="90" w:type="dxa"/>
            </w:tcMar>
            <w:vAlign w:val="center"/>
          </w:tcPr>
          <w:p w14:paraId="069BA478" w14:textId="77777777" w:rsidR="00302D64" w:rsidRDefault="00000000">
            <w:r>
              <w:t>TIP UČNE URE: obravnava, izkušenjsko raziskovanje, učenje po postajah, utrjevanje in formativno spremljanje</w:t>
            </w:r>
          </w:p>
        </w:tc>
      </w:tr>
      <w:tr w:rsidR="00302D64" w14:paraId="18A6E3FD" w14:textId="77777777">
        <w:trPr>
          <w:cantSplit/>
          <w:jc w:val="center"/>
        </w:trPr>
        <w:tc>
          <w:tcPr>
            <w:tcW w:w="14060" w:type="dxa"/>
            <w:gridSpan w:val="6"/>
            <w:tcMar>
              <w:top w:w="70" w:type="dxa"/>
              <w:left w:w="90" w:type="dxa"/>
              <w:bottom w:w="70" w:type="dxa"/>
              <w:right w:w="90" w:type="dxa"/>
            </w:tcMar>
            <w:vAlign w:val="center"/>
          </w:tcPr>
          <w:p w14:paraId="79BB8115" w14:textId="77777777" w:rsidR="00302D64" w:rsidRDefault="00302D64"/>
          <w:p w14:paraId="29540DEC" w14:textId="77777777" w:rsidR="00302D64" w:rsidRDefault="00000000">
            <w:pPr>
              <w:spacing w:line="245" w:lineRule="auto"/>
            </w:pPr>
            <w:r>
              <w:rPr>
                <w:b/>
                <w:color w:val="000000"/>
                <w:sz w:val="17"/>
              </w:rPr>
              <w:t xml:space="preserve">UČNI SKLOP: </w:t>
            </w:r>
            <w:r>
              <w:rPr>
                <w:color w:val="000000"/>
                <w:sz w:val="17"/>
              </w:rPr>
              <w:t>MOJA DRUŽINA, SKUPNOST IN PRAZNOVANJA</w:t>
            </w:r>
          </w:p>
        </w:tc>
      </w:tr>
      <w:tr w:rsidR="00302D64" w14:paraId="40772468" w14:textId="77777777">
        <w:trPr>
          <w:cantSplit/>
          <w:jc w:val="center"/>
        </w:trPr>
        <w:tc>
          <w:tcPr>
            <w:tcW w:w="14060" w:type="dxa"/>
            <w:gridSpan w:val="6"/>
            <w:tcMar>
              <w:top w:w="70" w:type="dxa"/>
              <w:left w:w="90" w:type="dxa"/>
              <w:bottom w:w="70" w:type="dxa"/>
              <w:right w:w="90" w:type="dxa"/>
            </w:tcMar>
            <w:vAlign w:val="center"/>
          </w:tcPr>
          <w:p w14:paraId="55851ECD" w14:textId="77777777" w:rsidR="00302D64" w:rsidRDefault="00302D64"/>
          <w:p w14:paraId="6EFB79A8" w14:textId="77777777" w:rsidR="00302D64" w:rsidRDefault="00000000">
            <w:pPr>
              <w:spacing w:line="245" w:lineRule="auto"/>
            </w:pPr>
            <w:r>
              <w:rPr>
                <w:b/>
                <w:color w:val="000000"/>
                <w:sz w:val="17"/>
              </w:rPr>
              <w:t xml:space="preserve">UČNA TEMA: </w:t>
            </w:r>
            <w:r>
              <w:rPr>
                <w:color w:val="000000"/>
                <w:sz w:val="17"/>
              </w:rPr>
              <w:t>PRAVICE IN DOLŽNOSTI</w:t>
            </w:r>
          </w:p>
        </w:tc>
      </w:tr>
      <w:tr w:rsidR="00302D64" w14:paraId="1258DCA8" w14:textId="77777777">
        <w:trPr>
          <w:cantSplit/>
          <w:jc w:val="center"/>
        </w:trPr>
        <w:tc>
          <w:tcPr>
            <w:tcW w:w="14060" w:type="dxa"/>
            <w:gridSpan w:val="6"/>
            <w:tcMar>
              <w:top w:w="70" w:type="dxa"/>
              <w:left w:w="90" w:type="dxa"/>
              <w:bottom w:w="70" w:type="dxa"/>
              <w:right w:w="90" w:type="dxa"/>
            </w:tcMar>
            <w:vAlign w:val="center"/>
          </w:tcPr>
          <w:p w14:paraId="35BC85B8" w14:textId="77777777" w:rsidR="00302D64" w:rsidRDefault="00302D64"/>
          <w:p w14:paraId="1C62B8D1" w14:textId="77777777" w:rsidR="00302D64" w:rsidRDefault="00000000">
            <w:pPr>
              <w:spacing w:line="245" w:lineRule="auto"/>
            </w:pPr>
            <w:r>
              <w:rPr>
                <w:b/>
                <w:color w:val="000000"/>
                <w:sz w:val="17"/>
              </w:rPr>
              <w:t xml:space="preserve">KNJIŽEVNO IZHODIŠČE IN MOTIV: </w:t>
            </w:r>
            <w:r>
              <w:rPr>
                <w:color w:val="000000"/>
                <w:sz w:val="17"/>
              </w:rPr>
              <w:t>»Pekarna Mišmaš« – Svetlana Makarovič • delo v skupnosti, odgovornost in pravična delitev</w:t>
            </w:r>
          </w:p>
        </w:tc>
      </w:tr>
      <w:tr w:rsidR="00302D64" w14:paraId="4DCBE4A9" w14:textId="77777777">
        <w:trPr>
          <w:cantSplit/>
          <w:jc w:val="center"/>
        </w:trPr>
        <w:tc>
          <w:tcPr>
            <w:tcW w:w="14060" w:type="dxa"/>
            <w:gridSpan w:val="6"/>
            <w:tcMar>
              <w:top w:w="70" w:type="dxa"/>
              <w:left w:w="90" w:type="dxa"/>
              <w:bottom w:w="70" w:type="dxa"/>
              <w:right w:w="90" w:type="dxa"/>
            </w:tcMar>
            <w:vAlign w:val="center"/>
          </w:tcPr>
          <w:p w14:paraId="7615CB61" w14:textId="77777777" w:rsidR="00302D64" w:rsidRDefault="00302D64"/>
          <w:p w14:paraId="3D284AD7" w14:textId="77777777" w:rsidR="00302D64" w:rsidRDefault="00000000">
            <w:pPr>
              <w:spacing w:line="245" w:lineRule="auto"/>
            </w:pPr>
            <w:r>
              <w:rPr>
                <w:b/>
                <w:color w:val="000000"/>
                <w:sz w:val="17"/>
              </w:rPr>
              <w:t xml:space="preserve">UČNE ENOTE: </w:t>
            </w:r>
            <w:r>
              <w:rPr>
                <w:color w:val="000000"/>
                <w:sz w:val="17"/>
              </w:rPr>
              <w:t>1. ura – Pravica, želja ali dolžnost • 2. ura – Pravična pekarna • 3. ura – Pomoč naši skupnosti</w:t>
            </w:r>
          </w:p>
        </w:tc>
      </w:tr>
      <w:tr w:rsidR="00302D64" w14:paraId="796425F6" w14:textId="77777777">
        <w:trPr>
          <w:cantSplit/>
          <w:jc w:val="center"/>
        </w:trPr>
        <w:tc>
          <w:tcPr>
            <w:tcW w:w="14060" w:type="dxa"/>
            <w:gridSpan w:val="6"/>
            <w:tcMar>
              <w:top w:w="70" w:type="dxa"/>
              <w:left w:w="90" w:type="dxa"/>
              <w:bottom w:w="70" w:type="dxa"/>
              <w:right w:w="90" w:type="dxa"/>
            </w:tcMar>
            <w:vAlign w:val="center"/>
          </w:tcPr>
          <w:p w14:paraId="220FF6F8" w14:textId="77777777" w:rsidR="00302D64" w:rsidRDefault="00302D64"/>
          <w:p w14:paraId="59825E2F"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7B263B3D" w14:textId="77777777">
        <w:trPr>
          <w:cantSplit/>
          <w:jc w:val="center"/>
        </w:trPr>
        <w:tc>
          <w:tcPr>
            <w:tcW w:w="14060" w:type="dxa"/>
            <w:gridSpan w:val="6"/>
            <w:tcMar>
              <w:top w:w="70" w:type="dxa"/>
              <w:left w:w="90" w:type="dxa"/>
              <w:bottom w:w="70" w:type="dxa"/>
              <w:right w:w="90" w:type="dxa"/>
            </w:tcMar>
            <w:vAlign w:val="center"/>
          </w:tcPr>
          <w:p w14:paraId="121135FF" w14:textId="77777777" w:rsidR="00302D64" w:rsidRDefault="00302D64"/>
          <w:p w14:paraId="39513335"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9EEE819" w14:textId="77777777">
        <w:trPr>
          <w:cantSplit/>
          <w:jc w:val="center"/>
        </w:trPr>
        <w:tc>
          <w:tcPr>
            <w:tcW w:w="14060" w:type="dxa"/>
            <w:gridSpan w:val="6"/>
            <w:tcMar>
              <w:top w:w="70" w:type="dxa"/>
              <w:left w:w="90" w:type="dxa"/>
              <w:bottom w:w="70" w:type="dxa"/>
              <w:right w:w="90" w:type="dxa"/>
            </w:tcMar>
            <w:vAlign w:val="center"/>
          </w:tcPr>
          <w:p w14:paraId="04BB7BD7" w14:textId="77777777" w:rsidR="00302D64" w:rsidRDefault="00302D64"/>
          <w:p w14:paraId="278A9124"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7EA474D8" w14:textId="77777777">
        <w:trPr>
          <w:cantSplit/>
          <w:jc w:val="center"/>
        </w:trPr>
        <w:tc>
          <w:tcPr>
            <w:tcW w:w="14060" w:type="dxa"/>
            <w:gridSpan w:val="6"/>
            <w:tcMar>
              <w:top w:w="70" w:type="dxa"/>
              <w:left w:w="90" w:type="dxa"/>
              <w:bottom w:w="70" w:type="dxa"/>
              <w:right w:w="90" w:type="dxa"/>
            </w:tcMar>
            <w:vAlign w:val="center"/>
          </w:tcPr>
          <w:p w14:paraId="2D4ACEA4" w14:textId="77777777" w:rsidR="00302D64" w:rsidRDefault="00302D64"/>
          <w:p w14:paraId="29E62EF7" w14:textId="77777777" w:rsidR="00302D64" w:rsidRDefault="00000000">
            <w:pPr>
              <w:spacing w:line="245" w:lineRule="auto"/>
            </w:pPr>
            <w:r>
              <w:rPr>
                <w:b/>
                <w:color w:val="000000"/>
                <w:sz w:val="17"/>
              </w:rPr>
              <w:t xml:space="preserve">MEDPREDMETNE POVEZAVE: </w:t>
            </w:r>
            <w:r>
              <w:rPr>
                <w:color w:val="000000"/>
                <w:sz w:val="17"/>
              </w:rPr>
              <w:t>SLJ – utemeljevanje; MAT – pravična delitev in glasovanje; LUM – papirnati izdelki; ŠPO – sodelovalna naloga</w:t>
            </w:r>
          </w:p>
        </w:tc>
      </w:tr>
      <w:tr w:rsidR="00302D64" w14:paraId="13CBBA52" w14:textId="77777777">
        <w:trPr>
          <w:cantSplit/>
          <w:jc w:val="center"/>
        </w:trPr>
        <w:tc>
          <w:tcPr>
            <w:tcW w:w="14060" w:type="dxa"/>
            <w:gridSpan w:val="6"/>
            <w:tcMar>
              <w:top w:w="70" w:type="dxa"/>
              <w:left w:w="90" w:type="dxa"/>
              <w:bottom w:w="70" w:type="dxa"/>
              <w:right w:w="90" w:type="dxa"/>
            </w:tcMar>
            <w:vAlign w:val="center"/>
          </w:tcPr>
          <w:p w14:paraId="06238EBD" w14:textId="77777777" w:rsidR="00302D64" w:rsidRDefault="00302D64"/>
          <w:p w14:paraId="1D279D56" w14:textId="77777777" w:rsidR="00302D64" w:rsidRDefault="00000000">
            <w:pPr>
              <w:spacing w:line="245" w:lineRule="auto"/>
            </w:pPr>
            <w:r>
              <w:rPr>
                <w:b/>
                <w:color w:val="000000"/>
                <w:sz w:val="17"/>
              </w:rPr>
              <w:t xml:space="preserve">UČNA SREDSTVA IN PRIPOMOČKI: </w:t>
            </w:r>
            <w:r>
              <w:rPr>
                <w:color w:val="000000"/>
                <w:sz w:val="17"/>
              </w:rPr>
              <w:t>Pekarna Mišmaš, kartice situacij, oznake pravica/želja/dolžnost, papir in plastelin, predpasniki ali vloge, plakat načrta</w:t>
            </w:r>
          </w:p>
        </w:tc>
      </w:tr>
      <w:tr w:rsidR="00302D64" w14:paraId="256A522E" w14:textId="77777777">
        <w:trPr>
          <w:cantSplit/>
          <w:jc w:val="center"/>
        </w:trPr>
        <w:tc>
          <w:tcPr>
            <w:tcW w:w="14060" w:type="dxa"/>
            <w:gridSpan w:val="6"/>
            <w:tcMar>
              <w:top w:w="70" w:type="dxa"/>
              <w:left w:w="90" w:type="dxa"/>
              <w:bottom w:w="70" w:type="dxa"/>
              <w:right w:w="90" w:type="dxa"/>
            </w:tcMar>
            <w:vAlign w:val="center"/>
          </w:tcPr>
          <w:p w14:paraId="09B7999C" w14:textId="77777777" w:rsidR="00302D64" w:rsidRDefault="00302D64"/>
          <w:p w14:paraId="638CA387"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54D9981F" w14:textId="77777777">
        <w:trPr>
          <w:cantSplit/>
          <w:jc w:val="center"/>
        </w:trPr>
        <w:tc>
          <w:tcPr>
            <w:tcW w:w="14060" w:type="dxa"/>
            <w:gridSpan w:val="6"/>
            <w:tcMar>
              <w:top w:w="70" w:type="dxa"/>
              <w:left w:w="90" w:type="dxa"/>
              <w:bottom w:w="70" w:type="dxa"/>
              <w:right w:w="90" w:type="dxa"/>
            </w:tcMar>
            <w:vAlign w:val="center"/>
          </w:tcPr>
          <w:p w14:paraId="7ADF63E8" w14:textId="77777777" w:rsidR="00302D64" w:rsidRDefault="00302D64"/>
          <w:p w14:paraId="6708BA22"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1B616E7F" w14:textId="77777777">
        <w:trPr>
          <w:cantSplit/>
          <w:jc w:val="center"/>
        </w:trPr>
        <w:tc>
          <w:tcPr>
            <w:tcW w:w="14060" w:type="dxa"/>
            <w:gridSpan w:val="6"/>
            <w:tcMar>
              <w:top w:w="70" w:type="dxa"/>
              <w:left w:w="90" w:type="dxa"/>
              <w:bottom w:w="70" w:type="dxa"/>
              <w:right w:w="90" w:type="dxa"/>
            </w:tcMar>
            <w:vAlign w:val="center"/>
          </w:tcPr>
          <w:p w14:paraId="3AADBB13" w14:textId="77777777" w:rsidR="00302D64" w:rsidRDefault="00302D64"/>
          <w:p w14:paraId="35EE8B44"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03D8B9D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F5CD1F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C5ED77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7D6A1E" w14:textId="77777777" w:rsidR="00302D64" w:rsidRDefault="00000000">
            <w:pPr>
              <w:jc w:val="center"/>
            </w:pPr>
            <w:r>
              <w:rPr>
                <w:b/>
                <w:color w:val="000000"/>
                <w:sz w:val="20"/>
              </w:rPr>
              <w:t>UČNE DEJAVNOSTI, METODE IN FORMATIVNO SPREMLJANJE</w:t>
            </w:r>
          </w:p>
        </w:tc>
      </w:tr>
      <w:tr w:rsidR="00302D64" w14:paraId="3DC27FD4" w14:textId="77777777">
        <w:trPr>
          <w:tblHeader/>
          <w:jc w:val="center"/>
        </w:trPr>
        <w:tc>
          <w:tcPr>
            <w:tcW w:w="4422" w:type="dxa"/>
            <w:vMerge/>
            <w:tcMar>
              <w:top w:w="70" w:type="dxa"/>
              <w:left w:w="90" w:type="dxa"/>
              <w:bottom w:w="70" w:type="dxa"/>
              <w:right w:w="90" w:type="dxa"/>
            </w:tcMar>
            <w:vAlign w:val="center"/>
          </w:tcPr>
          <w:p w14:paraId="06F00578" w14:textId="77777777" w:rsidR="00302D64" w:rsidRDefault="00302D64"/>
        </w:tc>
        <w:tc>
          <w:tcPr>
            <w:tcW w:w="7087" w:type="dxa"/>
            <w:shd w:val="clear" w:color="auto" w:fill="FFFFFF"/>
            <w:tcMar>
              <w:top w:w="70" w:type="dxa"/>
              <w:left w:w="90" w:type="dxa"/>
              <w:bottom w:w="70" w:type="dxa"/>
              <w:right w:w="90" w:type="dxa"/>
            </w:tcMar>
            <w:vAlign w:val="center"/>
          </w:tcPr>
          <w:p w14:paraId="410E6F1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C78191" w14:textId="77777777" w:rsidR="00302D64" w:rsidRDefault="00000000">
            <w:pPr>
              <w:jc w:val="center"/>
            </w:pPr>
            <w:r>
              <w:rPr>
                <w:b/>
                <w:color w:val="000000"/>
              </w:rPr>
              <w:t>UČENEC</w:t>
            </w:r>
          </w:p>
        </w:tc>
      </w:tr>
      <w:tr w:rsidR="00302D64" w14:paraId="37CEDD8F" w14:textId="77777777">
        <w:trPr>
          <w:jc w:val="center"/>
        </w:trPr>
        <w:tc>
          <w:tcPr>
            <w:tcW w:w="4422" w:type="dxa"/>
            <w:tcMar>
              <w:top w:w="70" w:type="dxa"/>
              <w:left w:w="90" w:type="dxa"/>
              <w:bottom w:w="70" w:type="dxa"/>
              <w:right w:w="90" w:type="dxa"/>
            </w:tcMar>
          </w:tcPr>
          <w:p w14:paraId="69AEADEC" w14:textId="77777777" w:rsidR="00302D64" w:rsidRDefault="00302D64"/>
          <w:p w14:paraId="6D5322A1" w14:textId="77777777" w:rsidR="00302D64" w:rsidRDefault="00000000">
            <w:pPr>
              <w:spacing w:after="60" w:line="245" w:lineRule="auto"/>
            </w:pPr>
            <w:r>
              <w:rPr>
                <w:b/>
                <w:color w:val="000000"/>
              </w:rPr>
              <w:t>UČNI CILJI</w:t>
            </w:r>
          </w:p>
          <w:p w14:paraId="296469E9" w14:textId="77777777" w:rsidR="00302D64" w:rsidRDefault="00000000">
            <w:pPr>
              <w:spacing w:after="20" w:line="245" w:lineRule="auto"/>
            </w:pPr>
            <w:r>
              <w:rPr>
                <w:b/>
                <w:color w:val="000000"/>
                <w:sz w:val="17"/>
              </w:rPr>
              <w:t>SPLOŠNI</w:t>
            </w:r>
          </w:p>
          <w:p w14:paraId="0C3FC705" w14:textId="77777777" w:rsidR="00302D64" w:rsidRDefault="00000000">
            <w:pPr>
              <w:pStyle w:val="Oznaenseznam"/>
              <w:spacing w:after="16"/>
            </w:pPr>
            <w:r>
              <w:rPr>
                <w:color w:val="000000"/>
                <w:sz w:val="16"/>
              </w:rPr>
              <w:t>razvija radovednost ter sistematično opazuje, primerja, razvršča in sporoča ugotovitve</w:t>
            </w:r>
          </w:p>
          <w:p w14:paraId="05C2C736" w14:textId="77777777" w:rsidR="00302D64" w:rsidRDefault="00000000">
            <w:pPr>
              <w:pStyle w:val="Oznaenseznam"/>
              <w:spacing w:after="16"/>
            </w:pPr>
            <w:r>
              <w:rPr>
                <w:color w:val="000000"/>
                <w:sz w:val="16"/>
              </w:rPr>
              <w:t>sodeluje, posluša druge in svoja opažanja izraža na razvojno primeren način</w:t>
            </w:r>
          </w:p>
          <w:p w14:paraId="1C612588" w14:textId="77777777" w:rsidR="00302D64" w:rsidRDefault="00000000">
            <w:pPr>
              <w:pStyle w:val="Oznaenseznam"/>
              <w:spacing w:after="16"/>
            </w:pPr>
            <w:r>
              <w:rPr>
                <w:color w:val="000000"/>
                <w:sz w:val="16"/>
              </w:rPr>
              <w:t>ravna varno, odgovorno in skrbno do sebe, drugih ter okolja</w:t>
            </w:r>
          </w:p>
          <w:p w14:paraId="55E98DC0" w14:textId="77777777" w:rsidR="00302D64" w:rsidRDefault="00000000">
            <w:pPr>
              <w:pStyle w:val="Oznaenseznam"/>
              <w:spacing w:after="16"/>
            </w:pPr>
            <w:r>
              <w:rPr>
                <w:color w:val="000000"/>
                <w:sz w:val="16"/>
              </w:rPr>
              <w:t>ob kriterijih spremlja svoje učenje in sprejema opisno povratno informacijo</w:t>
            </w:r>
          </w:p>
          <w:p w14:paraId="7BEFD331" w14:textId="77777777" w:rsidR="00302D64" w:rsidRDefault="00000000">
            <w:pPr>
              <w:spacing w:before="40" w:after="20" w:line="245" w:lineRule="auto"/>
            </w:pPr>
            <w:r>
              <w:rPr>
                <w:b/>
                <w:color w:val="000000"/>
                <w:sz w:val="17"/>
              </w:rPr>
              <w:t>OPERATIVNI</w:t>
            </w:r>
          </w:p>
          <w:p w14:paraId="3A85F3D7" w14:textId="77777777" w:rsidR="00302D64" w:rsidRDefault="00000000">
            <w:pPr>
              <w:pStyle w:val="Oznaenseznam"/>
              <w:spacing w:after="16"/>
            </w:pPr>
            <w:r>
              <w:rPr>
                <w:color w:val="000000"/>
                <w:sz w:val="16"/>
              </w:rPr>
              <w:t>razlikuje pravico, dolžnost in odgovornost</w:t>
            </w:r>
          </w:p>
          <w:p w14:paraId="3FE84E74" w14:textId="77777777" w:rsidR="00302D64" w:rsidRDefault="00000000">
            <w:pPr>
              <w:pStyle w:val="Oznaenseznam"/>
              <w:spacing w:after="16"/>
            </w:pPr>
            <w:r>
              <w:rPr>
                <w:color w:val="000000"/>
                <w:sz w:val="16"/>
              </w:rPr>
              <w:t>upošteva dogovor</w:t>
            </w:r>
          </w:p>
          <w:p w14:paraId="4E169FB1" w14:textId="77777777" w:rsidR="00302D64" w:rsidRDefault="00000000">
            <w:pPr>
              <w:pStyle w:val="Oznaenseznam"/>
              <w:spacing w:after="16"/>
            </w:pPr>
            <w:r>
              <w:rPr>
                <w:color w:val="000000"/>
                <w:sz w:val="16"/>
              </w:rPr>
              <w:t>predlaga pomoč skupnosti</w:t>
            </w:r>
          </w:p>
          <w:p w14:paraId="54F92430" w14:textId="77777777" w:rsidR="00302D64" w:rsidRDefault="00000000">
            <w:pPr>
              <w:spacing w:before="40" w:after="20" w:line="245" w:lineRule="auto"/>
            </w:pPr>
            <w:r>
              <w:rPr>
                <w:b/>
                <w:color w:val="000000"/>
                <w:sz w:val="17"/>
              </w:rPr>
              <w:t>PRIČAKOVANI DOSEŽKI / STANDARDI</w:t>
            </w:r>
          </w:p>
          <w:p w14:paraId="74EE2BF0" w14:textId="77777777" w:rsidR="00302D64" w:rsidRDefault="00000000">
            <w:pPr>
              <w:pStyle w:val="Oznaenseznam"/>
              <w:spacing w:after="16"/>
            </w:pPr>
            <w:r>
              <w:rPr>
                <w:color w:val="000000"/>
                <w:sz w:val="16"/>
              </w:rPr>
              <w:t>ob konkretni ali slikovni opori razlikuje pravico, dolžnost in odgovornost</w:t>
            </w:r>
          </w:p>
          <w:p w14:paraId="7018829B" w14:textId="77777777" w:rsidR="00302D64" w:rsidRDefault="00000000">
            <w:pPr>
              <w:pStyle w:val="Oznaenseznam"/>
              <w:spacing w:after="16"/>
            </w:pPr>
            <w:r>
              <w:rPr>
                <w:color w:val="000000"/>
                <w:sz w:val="16"/>
              </w:rPr>
              <w:t>ob konkretni ali slikovni opori upošteva dogovor</w:t>
            </w:r>
          </w:p>
          <w:p w14:paraId="77576E37" w14:textId="77777777" w:rsidR="00302D64" w:rsidRDefault="00000000">
            <w:pPr>
              <w:pStyle w:val="Oznaenseznam"/>
              <w:spacing w:after="16"/>
            </w:pPr>
            <w:r>
              <w:rPr>
                <w:color w:val="000000"/>
                <w:sz w:val="16"/>
              </w:rPr>
              <w:t>ob konkretni ali slikovni opori predlaga pomoč skupnosti</w:t>
            </w:r>
          </w:p>
        </w:tc>
        <w:tc>
          <w:tcPr>
            <w:tcW w:w="7087" w:type="dxa"/>
            <w:tcMar>
              <w:top w:w="70" w:type="dxa"/>
              <w:left w:w="90" w:type="dxa"/>
              <w:bottom w:w="70" w:type="dxa"/>
              <w:right w:w="90" w:type="dxa"/>
            </w:tcMar>
          </w:tcPr>
          <w:p w14:paraId="702C223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320D2F7" w14:textId="77777777">
              <w:trPr>
                <w:jc w:val="center"/>
              </w:trPr>
              <w:tc>
                <w:tcPr>
                  <w:tcW w:w="7087" w:type="dxa"/>
                  <w:shd w:val="clear" w:color="auto" w:fill="C6E7F3"/>
                  <w:tcMar>
                    <w:top w:w="45" w:type="dxa"/>
                    <w:left w:w="70" w:type="dxa"/>
                    <w:bottom w:w="45" w:type="dxa"/>
                    <w:right w:w="70" w:type="dxa"/>
                  </w:tcMar>
                </w:tcPr>
                <w:p w14:paraId="6828DFDB" w14:textId="77777777" w:rsidR="00302D64" w:rsidRDefault="00000000">
                  <w:pPr>
                    <w:keepNext/>
                  </w:pPr>
                  <w:r>
                    <w:rPr>
                      <w:b/>
                      <w:color w:val="000000"/>
                    </w:rPr>
                    <w:t>UVODNI DEL – motivacija, aktivacija predznanja in namen učenja (15–20 min)</w:t>
                  </w:r>
                </w:p>
              </w:tc>
            </w:tr>
          </w:tbl>
          <w:p w14:paraId="1D4A119E" w14:textId="77777777" w:rsidR="00302D64" w:rsidRDefault="00302D64">
            <w:pPr>
              <w:spacing w:line="20" w:lineRule="exact"/>
            </w:pPr>
          </w:p>
          <w:p w14:paraId="3D92A39B" w14:textId="77777777" w:rsidR="00302D64" w:rsidRDefault="00000000">
            <w:pPr>
              <w:spacing w:before="40" w:after="60" w:line="245" w:lineRule="auto"/>
            </w:pPr>
            <w:r>
              <w:rPr>
                <w:color w:val="000000"/>
                <w:sz w:val="17"/>
              </w:rPr>
              <w:t>V Pekarni Mišmaš je veliko dela, a naloge niso pravično razdeljene. Učenci presodijo, kaj kdo potrebuje, kaj je njegova dolžnost in kdo prevzame odgovornost.</w:t>
            </w:r>
          </w:p>
          <w:tbl>
            <w:tblPr>
              <w:tblStyle w:val="Tabelamrea"/>
              <w:tblW w:w="0" w:type="auto"/>
              <w:jc w:val="center"/>
              <w:tblLayout w:type="fixed"/>
              <w:tblLook w:val="04A0" w:firstRow="1" w:lastRow="0" w:firstColumn="1" w:lastColumn="0" w:noHBand="0" w:noVBand="1"/>
            </w:tblPr>
            <w:tblGrid>
              <w:gridCol w:w="7087"/>
            </w:tblGrid>
            <w:tr w:rsidR="00302D64" w14:paraId="09FABE57" w14:textId="77777777">
              <w:trPr>
                <w:jc w:val="center"/>
              </w:trPr>
              <w:tc>
                <w:tcPr>
                  <w:tcW w:w="7087" w:type="dxa"/>
                  <w:shd w:val="clear" w:color="auto" w:fill="EDC9EA"/>
                  <w:tcMar>
                    <w:top w:w="45" w:type="dxa"/>
                    <w:left w:w="70" w:type="dxa"/>
                    <w:bottom w:w="45" w:type="dxa"/>
                    <w:right w:w="70" w:type="dxa"/>
                  </w:tcMar>
                </w:tcPr>
                <w:p w14:paraId="3D9B4D8C" w14:textId="77777777" w:rsidR="00302D64" w:rsidRDefault="00000000">
                  <w:pPr>
                    <w:keepNext/>
                  </w:pPr>
                  <w:r>
                    <w:rPr>
                      <w:b/>
                      <w:color w:val="000000"/>
                    </w:rPr>
                    <w:t>NAMENI UČENJA</w:t>
                  </w:r>
                </w:p>
              </w:tc>
            </w:tr>
          </w:tbl>
          <w:p w14:paraId="7364D835" w14:textId="77777777" w:rsidR="00302D64" w:rsidRDefault="00302D64">
            <w:pPr>
              <w:spacing w:line="20" w:lineRule="exact"/>
            </w:pPr>
          </w:p>
          <w:p w14:paraId="7EC769D4" w14:textId="77777777" w:rsidR="00302D64" w:rsidRDefault="00000000">
            <w:pPr>
              <w:spacing w:before="20" w:after="20" w:line="245" w:lineRule="auto"/>
            </w:pPr>
            <w:r>
              <w:rPr>
                <w:color w:val="000000"/>
                <w:sz w:val="16"/>
              </w:rPr>
              <w:t>Učimo se zato, da bomo lažje razumeli in odgovorno uporabili znanje v vsakdanjih situacijah.</w:t>
            </w:r>
          </w:p>
          <w:p w14:paraId="4333DE87" w14:textId="77777777" w:rsidR="00302D64" w:rsidRDefault="00000000">
            <w:pPr>
              <w:pStyle w:val="Oznaenseznam"/>
              <w:spacing w:after="16"/>
            </w:pPr>
            <w:r>
              <w:rPr>
                <w:color w:val="000000"/>
                <w:sz w:val="16"/>
              </w:rPr>
              <w:t>razlikujem pravico, dolžnost in odgovornost</w:t>
            </w:r>
          </w:p>
          <w:p w14:paraId="37ECCC44" w14:textId="77777777" w:rsidR="00302D64" w:rsidRDefault="00000000">
            <w:pPr>
              <w:pStyle w:val="Oznaenseznam"/>
              <w:spacing w:after="16"/>
            </w:pPr>
            <w:r>
              <w:rPr>
                <w:color w:val="000000"/>
                <w:sz w:val="16"/>
              </w:rPr>
              <w:t>upošteva dogovor</w:t>
            </w:r>
          </w:p>
          <w:p w14:paraId="126523C6" w14:textId="77777777" w:rsidR="00302D64" w:rsidRDefault="00000000">
            <w:pPr>
              <w:pStyle w:val="Oznaenseznam"/>
              <w:spacing w:after="16"/>
            </w:pPr>
            <w:r>
              <w:rPr>
                <w:color w:val="000000"/>
                <w:sz w:val="16"/>
              </w:rPr>
              <w:t>predlagam pomoč skupnosti</w:t>
            </w:r>
          </w:p>
          <w:tbl>
            <w:tblPr>
              <w:tblStyle w:val="Tabelamrea"/>
              <w:tblW w:w="0" w:type="auto"/>
              <w:jc w:val="center"/>
              <w:tblLayout w:type="fixed"/>
              <w:tblLook w:val="04A0" w:firstRow="1" w:lastRow="0" w:firstColumn="1" w:lastColumn="0" w:noHBand="0" w:noVBand="1"/>
            </w:tblPr>
            <w:tblGrid>
              <w:gridCol w:w="7087"/>
            </w:tblGrid>
            <w:tr w:rsidR="00302D64" w14:paraId="7D3C210D" w14:textId="77777777">
              <w:trPr>
                <w:jc w:val="center"/>
              </w:trPr>
              <w:tc>
                <w:tcPr>
                  <w:tcW w:w="7087" w:type="dxa"/>
                  <w:shd w:val="clear" w:color="auto" w:fill="EDC9EA"/>
                  <w:tcMar>
                    <w:top w:w="45" w:type="dxa"/>
                    <w:left w:w="70" w:type="dxa"/>
                    <w:bottom w:w="45" w:type="dxa"/>
                    <w:right w:w="70" w:type="dxa"/>
                  </w:tcMar>
                </w:tcPr>
                <w:p w14:paraId="4D1A18F4" w14:textId="77777777" w:rsidR="00302D64" w:rsidRDefault="00000000">
                  <w:pPr>
                    <w:keepNext/>
                  </w:pPr>
                  <w:r>
                    <w:rPr>
                      <w:b/>
                      <w:color w:val="000000"/>
                    </w:rPr>
                    <w:t>PREVERJANJE PREDZNANJA</w:t>
                  </w:r>
                </w:p>
              </w:tc>
            </w:tr>
          </w:tbl>
          <w:p w14:paraId="06CCFCD1" w14:textId="77777777" w:rsidR="00302D64" w:rsidRDefault="00302D64">
            <w:pPr>
              <w:spacing w:line="20" w:lineRule="exact"/>
            </w:pPr>
          </w:p>
          <w:p w14:paraId="010B929B" w14:textId="77777777" w:rsidR="00302D64" w:rsidRDefault="00000000">
            <w:pPr>
              <w:pStyle w:val="Oznaenseznam"/>
              <w:spacing w:after="16"/>
            </w:pPr>
            <w:r>
              <w:rPr>
                <w:color w:val="000000"/>
                <w:sz w:val="16"/>
              </w:rPr>
              <w:t>Katera pravila pomagajo, da je skupnost pravična?</w:t>
            </w:r>
          </w:p>
          <w:p w14:paraId="3403EC06" w14:textId="77777777" w:rsidR="00302D64" w:rsidRDefault="00000000">
            <w:pPr>
              <w:pStyle w:val="Oznaenseznam"/>
              <w:spacing w:after="16"/>
            </w:pPr>
            <w:r>
              <w:rPr>
                <w:color w:val="000000"/>
                <w:sz w:val="16"/>
              </w:rPr>
              <w:t>Kako se pravica razlikuje od želje in dolžnosti?</w:t>
            </w:r>
          </w:p>
          <w:p w14:paraId="15826000"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66D26D8" w14:textId="77777777">
              <w:trPr>
                <w:jc w:val="center"/>
              </w:trPr>
              <w:tc>
                <w:tcPr>
                  <w:tcW w:w="7087" w:type="dxa"/>
                  <w:shd w:val="clear" w:color="auto" w:fill="EDC9EA"/>
                  <w:tcMar>
                    <w:top w:w="45" w:type="dxa"/>
                    <w:left w:w="70" w:type="dxa"/>
                    <w:bottom w:w="45" w:type="dxa"/>
                    <w:right w:w="70" w:type="dxa"/>
                  </w:tcMar>
                </w:tcPr>
                <w:p w14:paraId="45A9995C" w14:textId="77777777" w:rsidR="00302D64" w:rsidRDefault="00000000">
                  <w:pPr>
                    <w:keepNext/>
                  </w:pPr>
                  <w:r>
                    <w:rPr>
                      <w:b/>
                      <w:color w:val="000000"/>
                    </w:rPr>
                    <w:t>KRITERIJI USPEŠNOSTI</w:t>
                  </w:r>
                </w:p>
              </w:tc>
            </w:tr>
          </w:tbl>
          <w:p w14:paraId="7477E21D" w14:textId="77777777" w:rsidR="00302D64" w:rsidRDefault="00302D64"/>
          <w:p w14:paraId="362A74D6" w14:textId="77777777" w:rsidR="00302D64" w:rsidRDefault="00000000">
            <w:pPr>
              <w:spacing w:before="20" w:after="20" w:line="245" w:lineRule="auto"/>
            </w:pPr>
            <w:r>
              <w:rPr>
                <w:b/>
                <w:color w:val="000000"/>
                <w:sz w:val="16"/>
              </w:rPr>
              <w:t>Uspešen/-na bom, ko:</w:t>
            </w:r>
          </w:p>
          <w:p w14:paraId="15D10ACA" w14:textId="77777777" w:rsidR="00302D64" w:rsidRDefault="00000000">
            <w:pPr>
              <w:pStyle w:val="Oznaenseznam"/>
              <w:spacing w:after="16"/>
            </w:pPr>
            <w:r>
              <w:rPr>
                <w:color w:val="000000"/>
                <w:sz w:val="16"/>
              </w:rPr>
              <w:t>razlikujem pravico, dolžnost in odgovornost</w:t>
            </w:r>
          </w:p>
          <w:p w14:paraId="0F97A115" w14:textId="77777777" w:rsidR="00302D64" w:rsidRDefault="00000000">
            <w:pPr>
              <w:pStyle w:val="Oznaenseznam"/>
              <w:spacing w:after="16"/>
            </w:pPr>
            <w:r>
              <w:rPr>
                <w:color w:val="000000"/>
                <w:sz w:val="16"/>
              </w:rPr>
              <w:t>upošteva dogovor</w:t>
            </w:r>
          </w:p>
          <w:p w14:paraId="470B50DC" w14:textId="77777777" w:rsidR="00302D64" w:rsidRDefault="00000000">
            <w:pPr>
              <w:pStyle w:val="Oznaenseznam"/>
              <w:spacing w:after="16"/>
            </w:pPr>
            <w:r>
              <w:rPr>
                <w:color w:val="000000"/>
                <w:sz w:val="16"/>
              </w:rPr>
              <w:t>predlagam pomoč skupnosti</w:t>
            </w:r>
          </w:p>
          <w:p w14:paraId="1829E489"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1A3122BB" w14:textId="77777777" w:rsidR="00302D64" w:rsidRDefault="00302D64"/>
          <w:p w14:paraId="6A0E13EE" w14:textId="77777777" w:rsidR="00302D64" w:rsidRDefault="00000000">
            <w:pPr>
              <w:spacing w:after="80" w:line="245" w:lineRule="auto"/>
            </w:pPr>
            <w:r>
              <w:rPr>
                <w:color w:val="000000"/>
                <w:sz w:val="16"/>
              </w:rPr>
              <w:t>Posluša ali opazuje književno oziroma predmetno izhodišče ter se vključi z gibom, sliko ali besedo.</w:t>
            </w:r>
          </w:p>
          <w:p w14:paraId="391F93E9" w14:textId="77777777" w:rsidR="00302D64" w:rsidRDefault="00000000">
            <w:pPr>
              <w:spacing w:after="80" w:line="245" w:lineRule="auto"/>
            </w:pPr>
            <w:r>
              <w:rPr>
                <w:color w:val="000000"/>
                <w:sz w:val="16"/>
              </w:rPr>
              <w:t>Pove, pokaže ali nariše, kaj že ve. Posluša zamisli drugih.</w:t>
            </w:r>
          </w:p>
          <w:p w14:paraId="0B7A348E" w14:textId="77777777" w:rsidR="00302D64" w:rsidRDefault="00000000">
            <w:pPr>
              <w:spacing w:after="100" w:line="245" w:lineRule="auto"/>
            </w:pPr>
            <w:r>
              <w:rPr>
                <w:color w:val="000000"/>
                <w:sz w:val="16"/>
              </w:rPr>
              <w:t>Sodeluje pri razumevanju namenov in kriterijev uspešnosti.</w:t>
            </w:r>
          </w:p>
          <w:p w14:paraId="6A3ED611" w14:textId="77777777" w:rsidR="00302D64" w:rsidRDefault="00000000">
            <w:pPr>
              <w:spacing w:after="20" w:line="245" w:lineRule="auto"/>
            </w:pPr>
            <w:r>
              <w:rPr>
                <w:b/>
                <w:color w:val="D95BC6"/>
                <w:sz w:val="17"/>
              </w:rPr>
              <w:t>DOKAZ O UČENJU</w:t>
            </w:r>
          </w:p>
          <w:p w14:paraId="07A74A02" w14:textId="77777777" w:rsidR="00302D64" w:rsidRDefault="00000000">
            <w:pPr>
              <w:spacing w:after="30" w:line="245" w:lineRule="auto"/>
            </w:pPr>
            <w:r>
              <w:rPr>
                <w:color w:val="D95BC6"/>
                <w:sz w:val="16"/>
              </w:rPr>
              <w:t>začetna zamisel, razvrstitev, risba ali ustni odgovor</w:t>
            </w:r>
          </w:p>
        </w:tc>
      </w:tr>
    </w:tbl>
    <w:p w14:paraId="16167E9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2C9BE6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02E67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50DA0C" w14:textId="77777777" w:rsidR="00302D64" w:rsidRDefault="00000000">
            <w:pPr>
              <w:jc w:val="center"/>
            </w:pPr>
            <w:r>
              <w:rPr>
                <w:b/>
                <w:color w:val="000000"/>
                <w:sz w:val="20"/>
              </w:rPr>
              <w:t>UČNE DEJAVNOSTI, METODE IN FORMATIVNO SPREMLJANJE</w:t>
            </w:r>
          </w:p>
        </w:tc>
      </w:tr>
      <w:tr w:rsidR="00302D64" w14:paraId="2CD8EE67" w14:textId="77777777">
        <w:trPr>
          <w:tblHeader/>
          <w:jc w:val="center"/>
        </w:trPr>
        <w:tc>
          <w:tcPr>
            <w:tcW w:w="4422" w:type="dxa"/>
            <w:vMerge/>
            <w:tcMar>
              <w:top w:w="70" w:type="dxa"/>
              <w:left w:w="90" w:type="dxa"/>
              <w:bottom w:w="70" w:type="dxa"/>
              <w:right w:w="90" w:type="dxa"/>
            </w:tcMar>
            <w:vAlign w:val="center"/>
          </w:tcPr>
          <w:p w14:paraId="609B1AB0" w14:textId="77777777" w:rsidR="00302D64" w:rsidRDefault="00302D64"/>
        </w:tc>
        <w:tc>
          <w:tcPr>
            <w:tcW w:w="7087" w:type="dxa"/>
            <w:shd w:val="clear" w:color="auto" w:fill="FFFFFF"/>
            <w:tcMar>
              <w:top w:w="70" w:type="dxa"/>
              <w:left w:w="90" w:type="dxa"/>
              <w:bottom w:w="70" w:type="dxa"/>
              <w:right w:w="90" w:type="dxa"/>
            </w:tcMar>
            <w:vAlign w:val="center"/>
          </w:tcPr>
          <w:p w14:paraId="395BA98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8386D9" w14:textId="77777777" w:rsidR="00302D64" w:rsidRDefault="00000000">
            <w:pPr>
              <w:jc w:val="center"/>
            </w:pPr>
            <w:r>
              <w:rPr>
                <w:b/>
                <w:color w:val="000000"/>
              </w:rPr>
              <w:t>UČENEC</w:t>
            </w:r>
          </w:p>
        </w:tc>
      </w:tr>
      <w:tr w:rsidR="00302D64" w14:paraId="42B163D0" w14:textId="77777777">
        <w:trPr>
          <w:jc w:val="center"/>
        </w:trPr>
        <w:tc>
          <w:tcPr>
            <w:tcW w:w="4422" w:type="dxa"/>
            <w:tcMar>
              <w:top w:w="70" w:type="dxa"/>
              <w:left w:w="90" w:type="dxa"/>
              <w:bottom w:w="70" w:type="dxa"/>
              <w:right w:w="90" w:type="dxa"/>
            </w:tcMar>
          </w:tcPr>
          <w:p w14:paraId="193EA868" w14:textId="77777777" w:rsidR="00302D64" w:rsidRDefault="00302D64"/>
          <w:p w14:paraId="13CF6019" w14:textId="77777777" w:rsidR="00302D64" w:rsidRDefault="00000000">
            <w:pPr>
              <w:spacing w:after="40" w:line="245" w:lineRule="auto"/>
            </w:pPr>
            <w:r>
              <w:rPr>
                <w:b/>
                <w:color w:val="000000"/>
              </w:rPr>
              <w:t>KLJUČNI POJMI</w:t>
            </w:r>
          </w:p>
          <w:p w14:paraId="15A6490B" w14:textId="77777777" w:rsidR="00302D64" w:rsidRDefault="00000000">
            <w:pPr>
              <w:spacing w:after="80" w:line="245" w:lineRule="auto"/>
            </w:pPr>
            <w:r>
              <w:rPr>
                <w:color w:val="000000"/>
                <w:sz w:val="16"/>
              </w:rPr>
              <w:t>pravica, dolžnost, odgovornost, želja, pravilo, pravičnost, dogovor, skupnost, prispevek</w:t>
            </w:r>
          </w:p>
          <w:p w14:paraId="274CFA0C" w14:textId="77777777" w:rsidR="00302D64" w:rsidRDefault="00000000">
            <w:pPr>
              <w:spacing w:after="20" w:line="245" w:lineRule="auto"/>
            </w:pPr>
            <w:r>
              <w:rPr>
                <w:b/>
                <w:color w:val="000000"/>
              </w:rPr>
              <w:t>DOKAZI O UČENJU</w:t>
            </w:r>
          </w:p>
          <w:p w14:paraId="4F216A09" w14:textId="77777777" w:rsidR="00302D64" w:rsidRDefault="00000000">
            <w:pPr>
              <w:pStyle w:val="Oznaenseznam"/>
              <w:spacing w:after="16"/>
            </w:pPr>
            <w:r>
              <w:rPr>
                <w:color w:val="000000"/>
                <w:sz w:val="16"/>
              </w:rPr>
              <w:t>razvrstitev s pojasnilom</w:t>
            </w:r>
          </w:p>
          <w:p w14:paraId="4FEDC6A4" w14:textId="77777777" w:rsidR="00302D64" w:rsidRDefault="00000000">
            <w:pPr>
              <w:pStyle w:val="Oznaenseznam"/>
              <w:spacing w:after="16"/>
            </w:pPr>
            <w:r>
              <w:rPr>
                <w:color w:val="000000"/>
                <w:sz w:val="16"/>
              </w:rPr>
              <w:t>skupinski dogovor in izvedba</w:t>
            </w:r>
          </w:p>
          <w:p w14:paraId="6FEA6694" w14:textId="77777777" w:rsidR="00302D64" w:rsidRDefault="00000000">
            <w:pPr>
              <w:pStyle w:val="Oznaenseznam"/>
              <w:spacing w:after="16"/>
            </w:pPr>
            <w:r>
              <w:rPr>
                <w:color w:val="000000"/>
                <w:sz w:val="16"/>
              </w:rPr>
              <w:t>načrt skupnostne akcije</w:t>
            </w:r>
          </w:p>
          <w:p w14:paraId="0E6E3647" w14:textId="77777777" w:rsidR="00302D64" w:rsidRDefault="00000000">
            <w:pPr>
              <w:spacing w:before="40" w:after="20" w:line="245" w:lineRule="auto"/>
            </w:pPr>
            <w:r>
              <w:rPr>
                <w:b/>
                <w:color w:val="000000"/>
              </w:rPr>
              <w:t>MEDPREDMETNA POVEZAVA</w:t>
            </w:r>
          </w:p>
          <w:p w14:paraId="3524F4AC" w14:textId="77777777" w:rsidR="00302D64" w:rsidRDefault="00000000">
            <w:pPr>
              <w:spacing w:after="60" w:line="245" w:lineRule="auto"/>
            </w:pPr>
            <w:r>
              <w:rPr>
                <w:color w:val="000000"/>
                <w:sz w:val="16"/>
              </w:rPr>
              <w:t>SLJ – utemeljevanje; MAT – pravična delitev in glasovanje; LUM – papirnati izdelki; ŠPO – sodelovalna naloga</w:t>
            </w:r>
          </w:p>
          <w:p w14:paraId="65CB2AC5" w14:textId="77777777" w:rsidR="00302D64" w:rsidRDefault="00000000">
            <w:pPr>
              <w:spacing w:after="20" w:line="245" w:lineRule="auto"/>
            </w:pPr>
            <w:r>
              <w:rPr>
                <w:b/>
                <w:color w:val="000000"/>
              </w:rPr>
              <w:t>POUČEVANJE V GIBANJU</w:t>
            </w:r>
          </w:p>
          <w:p w14:paraId="3E34C1ED"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9006C54" w14:textId="77777777" w:rsidR="00302D64" w:rsidRDefault="00000000">
            <w:pPr>
              <w:spacing w:after="20" w:line="245" w:lineRule="auto"/>
            </w:pPr>
            <w:r>
              <w:rPr>
                <w:b/>
                <w:color w:val="000000"/>
              </w:rPr>
              <w:t>UČENJE PO ŠTIRIH POSTAJAH</w:t>
            </w:r>
          </w:p>
          <w:p w14:paraId="70489413"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2B659AA2" w14:textId="77777777" w:rsidR="00302D64" w:rsidRDefault="00000000">
            <w:pPr>
              <w:spacing w:after="20" w:line="245" w:lineRule="auto"/>
            </w:pPr>
            <w:r>
              <w:rPr>
                <w:b/>
                <w:color w:val="000000"/>
              </w:rPr>
              <w:t>DIFERENCIACIJA IN VKLJUČEVANJE</w:t>
            </w:r>
          </w:p>
          <w:p w14:paraId="73EA0AE5" w14:textId="77777777" w:rsidR="00302D64" w:rsidRDefault="00000000">
            <w:pPr>
              <w:spacing w:after="60" w:line="245" w:lineRule="auto"/>
            </w:pPr>
            <w:r>
              <w:rPr>
                <w:color w:val="000000"/>
                <w:sz w:val="16"/>
              </w:rPr>
              <w:t>Pojmi so podprti z barvo in simbolom; učenec izbiro pokaže; naprednejši primerja enako in pravično delitev.</w:t>
            </w:r>
          </w:p>
          <w:p w14:paraId="74B0EF6B" w14:textId="77777777" w:rsidR="00302D64" w:rsidRDefault="00000000">
            <w:pPr>
              <w:spacing w:after="20" w:line="245" w:lineRule="auto"/>
            </w:pPr>
            <w:r>
              <w:rPr>
                <w:b/>
                <w:color w:val="000000"/>
              </w:rPr>
              <w:t>SPREMLJANJE</w:t>
            </w:r>
          </w:p>
          <w:p w14:paraId="42DDE25E"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5420BC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36B1AE5" w14:textId="77777777">
              <w:trPr>
                <w:jc w:val="center"/>
              </w:trPr>
              <w:tc>
                <w:tcPr>
                  <w:tcW w:w="7087" w:type="dxa"/>
                  <w:shd w:val="clear" w:color="auto" w:fill="C6E7F3"/>
                  <w:tcMar>
                    <w:top w:w="45" w:type="dxa"/>
                    <w:left w:w="70" w:type="dxa"/>
                    <w:bottom w:w="45" w:type="dxa"/>
                    <w:right w:w="70" w:type="dxa"/>
                  </w:tcMar>
                </w:tcPr>
                <w:p w14:paraId="61CAFD7A" w14:textId="77777777" w:rsidR="00302D64" w:rsidRDefault="00000000">
                  <w:pPr>
                    <w:keepNext/>
                  </w:pPr>
                  <w:r>
                    <w:t>GLAVNI DEL – IZKUŠENJSKO IN POSTAJNO UČENJE (3 šolske ure)</w:t>
                  </w:r>
                </w:p>
              </w:tc>
            </w:tr>
          </w:tbl>
          <w:p w14:paraId="7EF39A68" w14:textId="77777777" w:rsidR="00302D64" w:rsidRDefault="00302D64">
            <w:pPr>
              <w:spacing w:line="20" w:lineRule="exact"/>
            </w:pPr>
          </w:p>
          <w:p w14:paraId="6277721A" w14:textId="77777777" w:rsidR="00302D64" w:rsidRDefault="00000000">
            <w:pPr>
              <w:keepNext/>
              <w:spacing w:before="60" w:after="20" w:line="245" w:lineRule="auto"/>
            </w:pPr>
            <w:r>
              <w:rPr>
                <w:b/>
                <w:color w:val="000000"/>
              </w:rPr>
              <w:t>1. URA – Pravica, želja ali dolžnost</w:t>
            </w:r>
          </w:p>
          <w:p w14:paraId="1B61460F" w14:textId="77777777" w:rsidR="00302D64" w:rsidRDefault="00000000">
            <w:pPr>
              <w:spacing w:after="20" w:line="245" w:lineRule="auto"/>
            </w:pPr>
            <w:r>
              <w:rPr>
                <w:b/>
                <w:color w:val="000000"/>
                <w:sz w:val="16"/>
              </w:rPr>
              <w:t xml:space="preserve">Dejavnost učiteljice: </w:t>
            </w:r>
            <w:r>
              <w:rPr>
                <w:color w:val="000000"/>
                <w:sz w:val="16"/>
              </w:rPr>
              <w:t>Predstavi razvojno primerne situacije in jasno razloži tri pojme.</w:t>
            </w:r>
          </w:p>
          <w:p w14:paraId="7DC97587" w14:textId="77777777" w:rsidR="00302D64" w:rsidRDefault="00000000">
            <w:pPr>
              <w:spacing w:after="20" w:line="245" w:lineRule="auto"/>
            </w:pPr>
            <w:r>
              <w:rPr>
                <w:b/>
                <w:color w:val="000000"/>
                <w:sz w:val="16"/>
              </w:rPr>
              <w:t xml:space="preserve">Dejavnost učencev: </w:t>
            </w:r>
            <w:r>
              <w:rPr>
                <w:color w:val="000000"/>
                <w:sz w:val="16"/>
              </w:rPr>
              <w:t>Kartice razvrstijo, izbiro utemeljijo in po potrebi po pogovoru popravijo.</w:t>
            </w:r>
          </w:p>
          <w:p w14:paraId="34AEB235" w14:textId="77777777" w:rsidR="00302D64" w:rsidRDefault="00000000">
            <w:pPr>
              <w:spacing w:after="40" w:line="245" w:lineRule="auto"/>
            </w:pPr>
            <w:r>
              <w:rPr>
                <w:i/>
                <w:color w:val="D95BC6"/>
                <w:sz w:val="16"/>
              </w:rPr>
              <w:t>Predvideni dokaz: razvrstitev s pojasnilom.</w:t>
            </w:r>
          </w:p>
          <w:p w14:paraId="2CF75FF7" w14:textId="77777777" w:rsidR="00302D64" w:rsidRDefault="00000000">
            <w:pPr>
              <w:keepNext/>
              <w:spacing w:before="60" w:after="20" w:line="245" w:lineRule="auto"/>
            </w:pPr>
            <w:r>
              <w:rPr>
                <w:b/>
                <w:color w:val="000000"/>
              </w:rPr>
              <w:t>2. URA – Pravična pekarna</w:t>
            </w:r>
          </w:p>
          <w:p w14:paraId="29294FDD" w14:textId="77777777" w:rsidR="00302D64" w:rsidRDefault="00000000">
            <w:pPr>
              <w:spacing w:after="20" w:line="245" w:lineRule="auto"/>
            </w:pPr>
            <w:r>
              <w:rPr>
                <w:b/>
                <w:color w:val="000000"/>
                <w:sz w:val="16"/>
              </w:rPr>
              <w:t xml:space="preserve">Dejavnost učiteljice: </w:t>
            </w:r>
            <w:r>
              <w:rPr>
                <w:color w:val="000000"/>
                <w:sz w:val="16"/>
              </w:rPr>
              <w:t>Skupini dodeli izdelavo papirnatih pekovskih izdelkov, pri čemer so naloge sprva neenakomerno razdeljene.</w:t>
            </w:r>
          </w:p>
          <w:p w14:paraId="30E98F8D" w14:textId="77777777" w:rsidR="00302D64" w:rsidRDefault="00000000">
            <w:pPr>
              <w:spacing w:after="20" w:line="245" w:lineRule="auto"/>
            </w:pPr>
            <w:r>
              <w:rPr>
                <w:b/>
                <w:color w:val="000000"/>
                <w:sz w:val="16"/>
              </w:rPr>
              <w:t xml:space="preserve">Dejavnost učencev: </w:t>
            </w:r>
            <w:r>
              <w:rPr>
                <w:color w:val="000000"/>
                <w:sz w:val="16"/>
              </w:rPr>
              <w:t>Prepoznajo težavo, predlagajo pravičnejšo delitev, nato sodelujejo in preverijo dogovor.</w:t>
            </w:r>
          </w:p>
          <w:p w14:paraId="0B34EBE4" w14:textId="77777777" w:rsidR="00302D64" w:rsidRDefault="00000000">
            <w:pPr>
              <w:spacing w:after="40" w:line="245" w:lineRule="auto"/>
            </w:pPr>
            <w:r>
              <w:rPr>
                <w:i/>
                <w:color w:val="D95BC6"/>
                <w:sz w:val="16"/>
              </w:rPr>
              <w:t>Predvideni dokaz: skupinski dogovor in izvedba.</w:t>
            </w:r>
          </w:p>
          <w:p w14:paraId="084A513D" w14:textId="77777777" w:rsidR="00302D64" w:rsidRDefault="00000000">
            <w:pPr>
              <w:keepNext/>
              <w:spacing w:before="60" w:after="20" w:line="245" w:lineRule="auto"/>
            </w:pPr>
            <w:r>
              <w:rPr>
                <w:b/>
                <w:color w:val="000000"/>
              </w:rPr>
              <w:t>3. URA – Pomoč naši skupnosti</w:t>
            </w:r>
          </w:p>
          <w:p w14:paraId="261B489C" w14:textId="77777777" w:rsidR="00302D64" w:rsidRDefault="00000000">
            <w:pPr>
              <w:spacing w:after="20" w:line="245" w:lineRule="auto"/>
            </w:pPr>
            <w:r>
              <w:rPr>
                <w:b/>
                <w:color w:val="000000"/>
                <w:sz w:val="16"/>
              </w:rPr>
              <w:t xml:space="preserve">Dejavnost učiteljice: </w:t>
            </w:r>
            <w:r>
              <w:rPr>
                <w:color w:val="000000"/>
                <w:sz w:val="16"/>
              </w:rPr>
              <w:t>Vodi zbiranje potreb razreda ali šole in izbiro majhne izvedljive akcije.</w:t>
            </w:r>
          </w:p>
          <w:p w14:paraId="7FBD4C07" w14:textId="77777777" w:rsidR="00302D64" w:rsidRDefault="00000000">
            <w:pPr>
              <w:spacing w:after="20" w:line="245" w:lineRule="auto"/>
            </w:pPr>
            <w:r>
              <w:rPr>
                <w:b/>
                <w:color w:val="000000"/>
                <w:sz w:val="16"/>
              </w:rPr>
              <w:t xml:space="preserve">Dejavnost učencev: </w:t>
            </w:r>
            <w:r>
              <w:rPr>
                <w:color w:val="000000"/>
                <w:sz w:val="16"/>
              </w:rPr>
              <w:t>Predlagajo pomoč, glasujejo po dogovorjenem postopku in določijo svoj prispevek.</w:t>
            </w:r>
          </w:p>
          <w:p w14:paraId="1C1AB410" w14:textId="77777777" w:rsidR="00302D64" w:rsidRDefault="00000000">
            <w:pPr>
              <w:spacing w:after="40" w:line="245" w:lineRule="auto"/>
            </w:pPr>
            <w:r>
              <w:rPr>
                <w:i/>
                <w:color w:val="D95BC6"/>
                <w:sz w:val="16"/>
              </w:rPr>
              <w:t>Predvideni dokaz: načrt skupnostne akcije.</w:t>
            </w:r>
          </w:p>
          <w:tbl>
            <w:tblPr>
              <w:tblStyle w:val="Tabelamrea"/>
              <w:tblW w:w="0" w:type="auto"/>
              <w:jc w:val="center"/>
              <w:tblLayout w:type="fixed"/>
              <w:tblLook w:val="04A0" w:firstRow="1" w:lastRow="0" w:firstColumn="1" w:lastColumn="0" w:noHBand="0" w:noVBand="1"/>
            </w:tblPr>
            <w:tblGrid>
              <w:gridCol w:w="7087"/>
            </w:tblGrid>
            <w:tr w:rsidR="00302D64" w14:paraId="42674312" w14:textId="77777777">
              <w:trPr>
                <w:jc w:val="center"/>
              </w:trPr>
              <w:tc>
                <w:tcPr>
                  <w:tcW w:w="7087" w:type="dxa"/>
                  <w:shd w:val="clear" w:color="auto" w:fill="EDC9EA"/>
                  <w:tcMar>
                    <w:top w:w="45" w:type="dxa"/>
                    <w:left w:w="70" w:type="dxa"/>
                    <w:bottom w:w="45" w:type="dxa"/>
                    <w:right w:w="70" w:type="dxa"/>
                  </w:tcMar>
                </w:tcPr>
                <w:p w14:paraId="477A85AE" w14:textId="77777777" w:rsidR="00302D64" w:rsidRDefault="00000000">
                  <w:pPr>
                    <w:keepNext/>
                  </w:pPr>
                  <w:r>
                    <w:rPr>
                      <w:b/>
                      <w:color w:val="000000"/>
                    </w:rPr>
                    <w:t>UČENJE PO ŠTIRIH POSTAJAH (6–8 min na postajo)</w:t>
                  </w:r>
                </w:p>
              </w:tc>
            </w:tr>
          </w:tbl>
          <w:p w14:paraId="0E84E1BC"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1AD494C2" w14:textId="77777777" w:rsidR="00302D64" w:rsidRDefault="00000000">
            <w:pPr>
              <w:spacing w:after="20" w:line="245" w:lineRule="auto"/>
            </w:pPr>
            <w:r>
              <w:rPr>
                <w:b/>
                <w:color w:val="000000"/>
                <w:sz w:val="16"/>
              </w:rPr>
              <w:t xml:space="preserve">RAZISKOVALNA POSTAJA – Pravica, želja ali dolžnost: </w:t>
            </w:r>
            <w:r>
              <w:rPr>
                <w:color w:val="000000"/>
                <w:sz w:val="16"/>
              </w:rPr>
              <w:t>Kartice razvrstijo, izbiro utemeljijo in po potrebi po pogovoru popravijo.</w:t>
            </w:r>
          </w:p>
          <w:p w14:paraId="685B9770" w14:textId="77777777" w:rsidR="00302D64" w:rsidRDefault="00000000">
            <w:pPr>
              <w:spacing w:after="20" w:line="245" w:lineRule="auto"/>
            </w:pPr>
            <w:r>
              <w:rPr>
                <w:b/>
                <w:color w:val="000000"/>
                <w:sz w:val="16"/>
              </w:rPr>
              <w:t xml:space="preserve">PRAKTIČNA POSTAJA – Pravična pekarna: </w:t>
            </w:r>
            <w:r>
              <w:rPr>
                <w:color w:val="000000"/>
                <w:sz w:val="16"/>
              </w:rPr>
              <w:t>Prepoznajo težavo, predlagajo pravičnejšo delitev, nato sodelujejo in preverijo dogovor.</w:t>
            </w:r>
          </w:p>
          <w:p w14:paraId="1CCD9009" w14:textId="77777777" w:rsidR="00302D64" w:rsidRDefault="00000000">
            <w:pPr>
              <w:spacing w:after="20" w:line="245" w:lineRule="auto"/>
            </w:pPr>
            <w:r>
              <w:rPr>
                <w:b/>
                <w:color w:val="000000"/>
                <w:sz w:val="16"/>
              </w:rPr>
              <w:t xml:space="preserve">GIBALNO-SODELOVALNA POSTAJA – Pomoč naši skupnosti: </w:t>
            </w:r>
            <w:r>
              <w:rPr>
                <w:color w:val="000000"/>
                <w:sz w:val="16"/>
              </w:rPr>
              <w:t>Predlagajo pomoč, glasujejo po dogovorjenem postopku in določijo svoj prispevek.</w:t>
            </w:r>
          </w:p>
          <w:p w14:paraId="151B75C6" w14:textId="77777777" w:rsidR="00302D64" w:rsidRDefault="00000000">
            <w:pPr>
              <w:spacing w:after="20" w:line="245" w:lineRule="auto"/>
            </w:pPr>
            <w:r>
              <w:rPr>
                <w:b/>
                <w:color w:val="000000"/>
                <w:sz w:val="16"/>
              </w:rPr>
              <w:t xml:space="preserve">POSTAJA DOKAZA IN REFLEKSIJE: </w:t>
            </w:r>
            <w:r>
              <w:rPr>
                <w:color w:val="000000"/>
                <w:sz w:val="16"/>
              </w:rPr>
              <w:t>Izberejo en dokaz (razvrstitev s pojasnilom, skupinski dogovor in izvedba),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69288951" w14:textId="77777777">
              <w:trPr>
                <w:jc w:val="center"/>
              </w:trPr>
              <w:tc>
                <w:tcPr>
                  <w:tcW w:w="7087" w:type="dxa"/>
                  <w:shd w:val="clear" w:color="auto" w:fill="EDC9EA"/>
                  <w:tcMar>
                    <w:top w:w="45" w:type="dxa"/>
                    <w:left w:w="70" w:type="dxa"/>
                    <w:bottom w:w="45" w:type="dxa"/>
                    <w:right w:w="70" w:type="dxa"/>
                  </w:tcMar>
                </w:tcPr>
                <w:p w14:paraId="5981F1DD" w14:textId="77777777" w:rsidR="00302D64" w:rsidRDefault="00000000">
                  <w:pPr>
                    <w:keepNext/>
                  </w:pPr>
                  <w:r>
                    <w:rPr>
                      <w:b/>
                      <w:color w:val="000000"/>
                    </w:rPr>
                    <w:t>POVRATNA INFORMACIJA UČITELJICE MED DELOM</w:t>
                  </w:r>
                </w:p>
              </w:tc>
            </w:tr>
          </w:tbl>
          <w:p w14:paraId="5328E70E" w14:textId="77777777" w:rsidR="00302D64" w:rsidRDefault="00302D64"/>
          <w:p w14:paraId="6334DCE0"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E0A6094" w14:textId="77777777" w:rsidR="00302D64" w:rsidRDefault="00302D64"/>
          <w:p w14:paraId="6F27FA7C" w14:textId="77777777" w:rsidR="00302D64" w:rsidRDefault="00000000">
            <w:pPr>
              <w:spacing w:after="20" w:line="245" w:lineRule="auto"/>
            </w:pPr>
            <w:r>
              <w:rPr>
                <w:b/>
                <w:color w:val="000000"/>
                <w:sz w:val="17"/>
              </w:rPr>
              <w:t>1. URA</w:t>
            </w:r>
          </w:p>
          <w:p w14:paraId="6BC15677" w14:textId="77777777" w:rsidR="00302D64" w:rsidRDefault="00000000">
            <w:pPr>
              <w:spacing w:after="40" w:line="245" w:lineRule="auto"/>
            </w:pPr>
            <w:r>
              <w:rPr>
                <w:color w:val="000000"/>
                <w:sz w:val="16"/>
              </w:rPr>
              <w:t>Kartice razvrstijo, izbiro utemeljijo in po potrebi po pogovoru popravijo.</w:t>
            </w:r>
          </w:p>
          <w:p w14:paraId="731EF0F7" w14:textId="77777777" w:rsidR="00302D64" w:rsidRDefault="00000000">
            <w:pPr>
              <w:spacing w:line="245" w:lineRule="auto"/>
            </w:pPr>
            <w:r>
              <w:rPr>
                <w:b/>
                <w:color w:val="D95BC6"/>
                <w:sz w:val="16"/>
              </w:rPr>
              <w:t>DOKAZ</w:t>
            </w:r>
          </w:p>
          <w:p w14:paraId="050F1691" w14:textId="77777777" w:rsidR="00302D64" w:rsidRDefault="00000000">
            <w:pPr>
              <w:spacing w:after="60" w:line="245" w:lineRule="auto"/>
            </w:pPr>
            <w:r>
              <w:rPr>
                <w:color w:val="D95BC6"/>
                <w:sz w:val="16"/>
              </w:rPr>
              <w:t>razvrstitev s pojasnilom</w:t>
            </w:r>
          </w:p>
          <w:p w14:paraId="2EE15C45" w14:textId="77777777" w:rsidR="00302D64" w:rsidRDefault="00000000">
            <w:pPr>
              <w:spacing w:after="20" w:line="245" w:lineRule="auto"/>
            </w:pPr>
            <w:r>
              <w:rPr>
                <w:b/>
                <w:color w:val="000000"/>
                <w:sz w:val="17"/>
              </w:rPr>
              <w:t>2. URA</w:t>
            </w:r>
          </w:p>
          <w:p w14:paraId="169D8142" w14:textId="77777777" w:rsidR="00302D64" w:rsidRDefault="00000000">
            <w:pPr>
              <w:spacing w:after="40" w:line="245" w:lineRule="auto"/>
            </w:pPr>
            <w:r>
              <w:rPr>
                <w:color w:val="000000"/>
                <w:sz w:val="16"/>
              </w:rPr>
              <w:t>Prepoznajo težavo, predlagajo pravičnejšo delitev, nato sodelujejo in preverijo dogovor.</w:t>
            </w:r>
          </w:p>
          <w:p w14:paraId="337491AD" w14:textId="77777777" w:rsidR="00302D64" w:rsidRDefault="00000000">
            <w:pPr>
              <w:spacing w:line="245" w:lineRule="auto"/>
            </w:pPr>
            <w:r>
              <w:rPr>
                <w:b/>
                <w:color w:val="D95BC6"/>
                <w:sz w:val="16"/>
              </w:rPr>
              <w:t>DOKAZ</w:t>
            </w:r>
          </w:p>
          <w:p w14:paraId="1A056561" w14:textId="77777777" w:rsidR="00302D64" w:rsidRDefault="00000000">
            <w:pPr>
              <w:spacing w:after="60" w:line="245" w:lineRule="auto"/>
            </w:pPr>
            <w:r>
              <w:rPr>
                <w:color w:val="D95BC6"/>
                <w:sz w:val="16"/>
              </w:rPr>
              <w:t>skupinski dogovor in izvedba</w:t>
            </w:r>
          </w:p>
          <w:p w14:paraId="5C0EF14F" w14:textId="77777777" w:rsidR="00302D64" w:rsidRDefault="00000000">
            <w:pPr>
              <w:spacing w:after="20" w:line="245" w:lineRule="auto"/>
            </w:pPr>
            <w:r>
              <w:rPr>
                <w:b/>
                <w:color w:val="000000"/>
                <w:sz w:val="17"/>
              </w:rPr>
              <w:t>3. URA</w:t>
            </w:r>
          </w:p>
          <w:p w14:paraId="444C50F2" w14:textId="77777777" w:rsidR="00302D64" w:rsidRDefault="00000000">
            <w:pPr>
              <w:spacing w:after="40" w:line="245" w:lineRule="auto"/>
            </w:pPr>
            <w:r>
              <w:rPr>
                <w:color w:val="000000"/>
                <w:sz w:val="16"/>
              </w:rPr>
              <w:t>Predlagajo pomoč, glasujejo po dogovorjenem postopku in določijo svoj prispevek.</w:t>
            </w:r>
          </w:p>
          <w:p w14:paraId="3ECA274F" w14:textId="77777777" w:rsidR="00302D64" w:rsidRDefault="00000000">
            <w:pPr>
              <w:spacing w:line="245" w:lineRule="auto"/>
            </w:pPr>
            <w:r>
              <w:rPr>
                <w:b/>
                <w:color w:val="D95BC6"/>
                <w:sz w:val="16"/>
              </w:rPr>
              <w:t>DOKAZ</w:t>
            </w:r>
          </w:p>
          <w:p w14:paraId="6C52E1E8" w14:textId="77777777" w:rsidR="00302D64" w:rsidRDefault="00000000">
            <w:pPr>
              <w:spacing w:after="60" w:line="245" w:lineRule="auto"/>
            </w:pPr>
            <w:r>
              <w:rPr>
                <w:color w:val="D95BC6"/>
                <w:sz w:val="16"/>
              </w:rPr>
              <w:t>načrt skupnostne akcije</w:t>
            </w:r>
          </w:p>
        </w:tc>
      </w:tr>
    </w:tbl>
    <w:p w14:paraId="2A4EF70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E57130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266D66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3BFC9E" w14:textId="77777777" w:rsidR="00302D64" w:rsidRDefault="00000000">
            <w:pPr>
              <w:jc w:val="center"/>
            </w:pPr>
            <w:r>
              <w:rPr>
                <w:b/>
                <w:color w:val="000000"/>
                <w:sz w:val="20"/>
              </w:rPr>
              <w:t>UČNE DEJAVNOSTI, METODE IN FORMATIVNO SPREMLJANJE</w:t>
            </w:r>
          </w:p>
        </w:tc>
      </w:tr>
      <w:tr w:rsidR="00302D64" w14:paraId="486BC822" w14:textId="77777777">
        <w:trPr>
          <w:tblHeader/>
          <w:jc w:val="center"/>
        </w:trPr>
        <w:tc>
          <w:tcPr>
            <w:tcW w:w="4422" w:type="dxa"/>
            <w:vMerge/>
            <w:tcMar>
              <w:top w:w="70" w:type="dxa"/>
              <w:left w:w="90" w:type="dxa"/>
              <w:bottom w:w="70" w:type="dxa"/>
              <w:right w:w="90" w:type="dxa"/>
            </w:tcMar>
            <w:vAlign w:val="center"/>
          </w:tcPr>
          <w:p w14:paraId="7D813D37" w14:textId="77777777" w:rsidR="00302D64" w:rsidRDefault="00302D64"/>
        </w:tc>
        <w:tc>
          <w:tcPr>
            <w:tcW w:w="7087" w:type="dxa"/>
            <w:shd w:val="clear" w:color="auto" w:fill="FFFFFF"/>
            <w:tcMar>
              <w:top w:w="70" w:type="dxa"/>
              <w:left w:w="90" w:type="dxa"/>
              <w:bottom w:w="70" w:type="dxa"/>
              <w:right w:w="90" w:type="dxa"/>
            </w:tcMar>
            <w:vAlign w:val="center"/>
          </w:tcPr>
          <w:p w14:paraId="6216731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4A5356" w14:textId="77777777" w:rsidR="00302D64" w:rsidRDefault="00000000">
            <w:pPr>
              <w:jc w:val="center"/>
            </w:pPr>
            <w:r>
              <w:rPr>
                <w:b/>
                <w:color w:val="000000"/>
              </w:rPr>
              <w:t>UČENEC</w:t>
            </w:r>
          </w:p>
        </w:tc>
      </w:tr>
      <w:tr w:rsidR="00302D64" w14:paraId="57D689D4" w14:textId="77777777">
        <w:trPr>
          <w:jc w:val="center"/>
        </w:trPr>
        <w:tc>
          <w:tcPr>
            <w:tcW w:w="4422" w:type="dxa"/>
            <w:tcMar>
              <w:top w:w="70" w:type="dxa"/>
              <w:left w:w="90" w:type="dxa"/>
              <w:bottom w:w="70" w:type="dxa"/>
              <w:right w:w="90" w:type="dxa"/>
            </w:tcMar>
          </w:tcPr>
          <w:p w14:paraId="69E99B89" w14:textId="77777777" w:rsidR="00302D64" w:rsidRDefault="00302D64"/>
          <w:p w14:paraId="4200D925" w14:textId="77777777" w:rsidR="00302D64" w:rsidRDefault="00000000">
            <w:pPr>
              <w:spacing w:after="40" w:line="245" w:lineRule="auto"/>
            </w:pPr>
            <w:r>
              <w:rPr>
                <w:b/>
                <w:color w:val="000000"/>
              </w:rPr>
              <w:t>FORMATIVNO SPREMLJANJE</w:t>
            </w:r>
          </w:p>
          <w:p w14:paraId="35973C61" w14:textId="77777777" w:rsidR="00302D64" w:rsidRDefault="00000000">
            <w:pPr>
              <w:pStyle w:val="Oznaenseznam"/>
              <w:spacing w:after="16"/>
            </w:pPr>
            <w:r>
              <w:rPr>
                <w:color w:val="000000"/>
                <w:sz w:val="16"/>
              </w:rPr>
              <w:t>predznanje: začetni odgovor, razvrstitev ali prikaz</w:t>
            </w:r>
          </w:p>
          <w:p w14:paraId="05F42A36" w14:textId="77777777" w:rsidR="00302D64" w:rsidRDefault="00000000">
            <w:pPr>
              <w:pStyle w:val="Oznaenseznam"/>
              <w:spacing w:after="16"/>
            </w:pPr>
            <w:r>
              <w:rPr>
                <w:color w:val="000000"/>
                <w:sz w:val="16"/>
              </w:rPr>
              <w:t>dokazi med učenjem: izvedba, skica, model, opazovalni zapis ali razlaga</w:t>
            </w:r>
          </w:p>
          <w:p w14:paraId="03040C59" w14:textId="77777777" w:rsidR="00302D64" w:rsidRDefault="00000000">
            <w:pPr>
              <w:pStyle w:val="Oznaenseznam"/>
              <w:spacing w:after="16"/>
            </w:pPr>
            <w:r>
              <w:rPr>
                <w:color w:val="000000"/>
                <w:sz w:val="16"/>
              </w:rPr>
              <w:t>povratna informacija: konkretna, vezana na kriterij in usmerjena v naslednji korak</w:t>
            </w:r>
          </w:p>
          <w:p w14:paraId="4D5A64AF" w14:textId="77777777" w:rsidR="00302D64" w:rsidRDefault="00000000">
            <w:pPr>
              <w:pStyle w:val="Oznaenseznam"/>
              <w:spacing w:after="16"/>
            </w:pPr>
            <w:r>
              <w:rPr>
                <w:color w:val="000000"/>
                <w:sz w:val="16"/>
              </w:rPr>
              <w:t>samovrednotenje: semafor, prsti, izbrani simbol ali kratka poved</w:t>
            </w:r>
          </w:p>
          <w:p w14:paraId="1FD569D1" w14:textId="77777777" w:rsidR="00302D64" w:rsidRDefault="00000000">
            <w:pPr>
              <w:spacing w:before="40" w:after="20" w:line="245" w:lineRule="auto"/>
            </w:pPr>
            <w:r>
              <w:rPr>
                <w:b/>
                <w:color w:val="000000"/>
              </w:rPr>
              <w:t>VARNOST IN ODGOVORNOST</w:t>
            </w:r>
          </w:p>
          <w:p w14:paraId="5949320B" w14:textId="77777777" w:rsidR="00302D64" w:rsidRDefault="00000000">
            <w:pPr>
              <w:spacing w:after="60" w:line="245" w:lineRule="auto"/>
            </w:pPr>
            <w:r>
              <w:rPr>
                <w:color w:val="000000"/>
                <w:sz w:val="16"/>
              </w:rPr>
              <w:t>Upošteva dogovorjena pravila varnega, spoštljivega in odgovornega dela.</w:t>
            </w:r>
          </w:p>
          <w:p w14:paraId="6811B5E5" w14:textId="77777777" w:rsidR="00302D64" w:rsidRDefault="00000000">
            <w:pPr>
              <w:spacing w:after="20" w:line="245" w:lineRule="auto"/>
            </w:pPr>
            <w:r>
              <w:rPr>
                <w:b/>
                <w:color w:val="000000"/>
              </w:rPr>
              <w:t>EVIDENCA PO IZVEDBI</w:t>
            </w:r>
          </w:p>
          <w:p w14:paraId="0A7C1399"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55087C4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2FC82D2" w14:textId="77777777">
              <w:trPr>
                <w:jc w:val="center"/>
              </w:trPr>
              <w:tc>
                <w:tcPr>
                  <w:tcW w:w="7087" w:type="dxa"/>
                  <w:shd w:val="clear" w:color="auto" w:fill="EDC9EA"/>
                  <w:tcMar>
                    <w:top w:w="45" w:type="dxa"/>
                    <w:left w:w="70" w:type="dxa"/>
                    <w:bottom w:w="45" w:type="dxa"/>
                    <w:right w:w="70" w:type="dxa"/>
                  </w:tcMar>
                </w:tcPr>
                <w:p w14:paraId="41952D6D" w14:textId="77777777" w:rsidR="00302D64" w:rsidRDefault="00000000">
                  <w:pPr>
                    <w:keepNext/>
                  </w:pPr>
                  <w:r>
                    <w:rPr>
                      <w:b/>
                      <w:color w:val="000000"/>
                    </w:rPr>
                    <w:t>VPRAŠANJA V PODPORO UČENJU</w:t>
                  </w:r>
                </w:p>
              </w:tc>
            </w:tr>
          </w:tbl>
          <w:p w14:paraId="7C336C0E" w14:textId="77777777" w:rsidR="00302D64" w:rsidRDefault="00302D64">
            <w:pPr>
              <w:spacing w:line="20" w:lineRule="exact"/>
            </w:pPr>
          </w:p>
          <w:p w14:paraId="5BC55703" w14:textId="77777777" w:rsidR="00302D64" w:rsidRDefault="00000000">
            <w:pPr>
              <w:pStyle w:val="Oznaenseznam"/>
              <w:spacing w:after="16"/>
            </w:pPr>
            <w:r>
              <w:rPr>
                <w:color w:val="000000"/>
                <w:sz w:val="16"/>
              </w:rPr>
              <w:t>Kaj si opazil/-a in kateri dokaz to pokaže?</w:t>
            </w:r>
          </w:p>
          <w:p w14:paraId="3CA7E6BB" w14:textId="77777777" w:rsidR="00302D64" w:rsidRDefault="00000000">
            <w:pPr>
              <w:pStyle w:val="Oznaenseznam"/>
              <w:spacing w:after="16"/>
            </w:pPr>
            <w:r>
              <w:rPr>
                <w:color w:val="000000"/>
                <w:sz w:val="16"/>
              </w:rPr>
              <w:t>Kako si prišel/-la do svoje odločitve?</w:t>
            </w:r>
          </w:p>
          <w:p w14:paraId="104B6935" w14:textId="77777777" w:rsidR="00302D64" w:rsidRDefault="00000000">
            <w:pPr>
              <w:pStyle w:val="Oznaenseznam"/>
              <w:spacing w:after="16"/>
            </w:pPr>
            <w:r>
              <w:rPr>
                <w:color w:val="000000"/>
                <w:sz w:val="16"/>
              </w:rPr>
              <w:t>Kaj si pri ponovnem poskusu ohranil/-a enako in kaj spremenil/-a?</w:t>
            </w:r>
          </w:p>
          <w:p w14:paraId="380FBE7E" w14:textId="77777777" w:rsidR="00302D64" w:rsidRDefault="00000000">
            <w:pPr>
              <w:pStyle w:val="Oznaenseznam"/>
              <w:spacing w:after="16"/>
            </w:pPr>
            <w:r>
              <w:rPr>
                <w:color w:val="000000"/>
                <w:sz w:val="16"/>
              </w:rPr>
              <w:t>Kateri kriterij že dosegaš? Kaj bo tvoj naslednji korak?</w:t>
            </w:r>
          </w:p>
          <w:p w14:paraId="4F0BB001"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5E8045D6" w14:textId="77777777">
              <w:trPr>
                <w:jc w:val="center"/>
              </w:trPr>
              <w:tc>
                <w:tcPr>
                  <w:tcW w:w="7087" w:type="dxa"/>
                  <w:shd w:val="clear" w:color="auto" w:fill="C6E7F3"/>
                  <w:tcMar>
                    <w:top w:w="45" w:type="dxa"/>
                    <w:left w:w="70" w:type="dxa"/>
                    <w:bottom w:w="45" w:type="dxa"/>
                    <w:right w:w="70" w:type="dxa"/>
                  </w:tcMar>
                </w:tcPr>
                <w:p w14:paraId="0E6BF41A" w14:textId="77777777" w:rsidR="00302D64" w:rsidRDefault="00000000">
                  <w:pPr>
                    <w:keepNext/>
                  </w:pPr>
                  <w:r>
                    <w:rPr>
                      <w:b/>
                      <w:color w:val="000000"/>
                    </w:rPr>
                    <w:t>ZAKLJUČNI DEL – UTRJEVANJE IN REFLEKSIJA (10–15 min)</w:t>
                  </w:r>
                </w:p>
              </w:tc>
            </w:tr>
          </w:tbl>
          <w:p w14:paraId="7A040C03" w14:textId="77777777" w:rsidR="00302D64" w:rsidRDefault="00302D64">
            <w:pPr>
              <w:spacing w:line="20" w:lineRule="exact"/>
            </w:pPr>
          </w:p>
          <w:p w14:paraId="084DD72A"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27CD1C48" w14:textId="77777777">
              <w:trPr>
                <w:jc w:val="center"/>
              </w:trPr>
              <w:tc>
                <w:tcPr>
                  <w:tcW w:w="7087" w:type="dxa"/>
                  <w:shd w:val="clear" w:color="auto" w:fill="EDC9EA"/>
                  <w:tcMar>
                    <w:top w:w="45" w:type="dxa"/>
                    <w:left w:w="70" w:type="dxa"/>
                    <w:bottom w:w="45" w:type="dxa"/>
                    <w:right w:w="70" w:type="dxa"/>
                  </w:tcMar>
                </w:tcPr>
                <w:p w14:paraId="2D441457" w14:textId="77777777" w:rsidR="00302D64" w:rsidRDefault="00000000">
                  <w:pPr>
                    <w:keepNext/>
                  </w:pPr>
                  <w:r>
                    <w:rPr>
                      <w:b/>
                      <w:color w:val="000000"/>
                    </w:rPr>
                    <w:t>SAMOVREDNOTENJE</w:t>
                  </w:r>
                </w:p>
              </w:tc>
            </w:tr>
          </w:tbl>
          <w:p w14:paraId="02C2C55C" w14:textId="77777777" w:rsidR="00302D64" w:rsidRDefault="00302D64">
            <w:pPr>
              <w:spacing w:line="20" w:lineRule="exact"/>
            </w:pPr>
          </w:p>
          <w:p w14:paraId="051A0DA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5531DC9" w14:textId="77777777">
              <w:trPr>
                <w:jc w:val="center"/>
              </w:trPr>
              <w:tc>
                <w:tcPr>
                  <w:tcW w:w="7087" w:type="dxa"/>
                  <w:shd w:val="clear" w:color="auto" w:fill="EDC9EA"/>
                  <w:tcMar>
                    <w:top w:w="45" w:type="dxa"/>
                    <w:left w:w="70" w:type="dxa"/>
                    <w:bottom w:w="45" w:type="dxa"/>
                    <w:right w:w="70" w:type="dxa"/>
                  </w:tcMar>
                </w:tcPr>
                <w:p w14:paraId="538B629E" w14:textId="77777777" w:rsidR="00302D64" w:rsidRDefault="00000000">
                  <w:pPr>
                    <w:keepNext/>
                  </w:pPr>
                  <w:r>
                    <w:rPr>
                      <w:b/>
                      <w:color w:val="000000"/>
                    </w:rPr>
                    <w:t>VRSTNIŠKO VREDNOTENJE</w:t>
                  </w:r>
                </w:p>
              </w:tc>
            </w:tr>
          </w:tbl>
          <w:p w14:paraId="00AA5CC6" w14:textId="77777777" w:rsidR="00302D64" w:rsidRDefault="00302D64">
            <w:pPr>
              <w:spacing w:line="20" w:lineRule="exact"/>
            </w:pPr>
          </w:p>
          <w:p w14:paraId="22B5C69D"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06BA9C08" w14:textId="77777777">
              <w:trPr>
                <w:jc w:val="center"/>
              </w:trPr>
              <w:tc>
                <w:tcPr>
                  <w:tcW w:w="7087" w:type="dxa"/>
                  <w:shd w:val="clear" w:color="auto" w:fill="EDC9EA"/>
                  <w:tcMar>
                    <w:top w:w="45" w:type="dxa"/>
                    <w:left w:w="70" w:type="dxa"/>
                    <w:bottom w:w="45" w:type="dxa"/>
                    <w:right w:w="70" w:type="dxa"/>
                  </w:tcMar>
                </w:tcPr>
                <w:p w14:paraId="32912EBB" w14:textId="77777777" w:rsidR="00302D64" w:rsidRDefault="00000000">
                  <w:pPr>
                    <w:keepNext/>
                  </w:pPr>
                  <w:r>
                    <w:rPr>
                      <w:b/>
                      <w:color w:val="000000"/>
                    </w:rPr>
                    <w:t>SKUPNI POVZETEK</w:t>
                  </w:r>
                </w:p>
              </w:tc>
            </w:tr>
          </w:tbl>
          <w:p w14:paraId="4000A3CE" w14:textId="77777777" w:rsidR="00302D64" w:rsidRDefault="00302D64"/>
          <w:p w14:paraId="7398DD34" w14:textId="77777777" w:rsidR="00302D64" w:rsidRDefault="00000000">
            <w:pPr>
              <w:spacing w:before="20" w:after="40" w:line="245" w:lineRule="auto"/>
            </w:pPr>
            <w:r>
              <w:rPr>
                <w:b/>
                <w:color w:val="000000"/>
                <w:sz w:val="17"/>
              </w:rPr>
              <w:t>V skupnosti imam pravice in dolžnosti. Dogovor upoštevam, prevzamem odgovornost in pomagam po svojih močeh.</w:t>
            </w:r>
          </w:p>
        </w:tc>
        <w:tc>
          <w:tcPr>
            <w:tcW w:w="2551" w:type="dxa"/>
            <w:tcMar>
              <w:top w:w="70" w:type="dxa"/>
              <w:left w:w="90" w:type="dxa"/>
              <w:bottom w:w="70" w:type="dxa"/>
              <w:right w:w="90" w:type="dxa"/>
            </w:tcMar>
          </w:tcPr>
          <w:p w14:paraId="4A6B016F" w14:textId="77777777" w:rsidR="00302D64" w:rsidRDefault="00302D64"/>
          <w:p w14:paraId="0622EEBF" w14:textId="77777777" w:rsidR="00302D64" w:rsidRDefault="00000000">
            <w:pPr>
              <w:spacing w:after="100" w:line="245" w:lineRule="auto"/>
            </w:pPr>
            <w:r>
              <w:rPr>
                <w:color w:val="000000"/>
                <w:sz w:val="16"/>
              </w:rPr>
              <w:t>Odgovarja na podporna vprašanja in se sklicuje na svoj dokaz.</w:t>
            </w:r>
          </w:p>
          <w:p w14:paraId="052DCCB0" w14:textId="77777777" w:rsidR="00302D64" w:rsidRDefault="00000000">
            <w:pPr>
              <w:spacing w:after="100" w:line="245" w:lineRule="auto"/>
            </w:pPr>
            <w:r>
              <w:rPr>
                <w:color w:val="000000"/>
                <w:sz w:val="16"/>
              </w:rPr>
              <w:t>Primerja začetno zamisel z ugotovitvijo ter pove ali pokaže, kaj se je naučil/-a.</w:t>
            </w:r>
          </w:p>
          <w:p w14:paraId="4912315C" w14:textId="77777777" w:rsidR="00302D64" w:rsidRDefault="00000000">
            <w:pPr>
              <w:spacing w:after="100" w:line="245" w:lineRule="auto"/>
            </w:pPr>
            <w:r>
              <w:rPr>
                <w:color w:val="000000"/>
                <w:sz w:val="16"/>
              </w:rPr>
              <w:t>Izbere raven doseganja in določi naslednji korak.</w:t>
            </w:r>
          </w:p>
          <w:p w14:paraId="59FC83D1" w14:textId="77777777" w:rsidR="00302D64" w:rsidRDefault="00000000">
            <w:pPr>
              <w:spacing w:after="100" w:line="245" w:lineRule="auto"/>
            </w:pPr>
            <w:r>
              <w:rPr>
                <w:color w:val="000000"/>
                <w:sz w:val="16"/>
              </w:rPr>
              <w:t>Sošolcu poda prijazen, konkreten odziv.</w:t>
            </w:r>
          </w:p>
          <w:p w14:paraId="4759CA42" w14:textId="77777777" w:rsidR="00302D64" w:rsidRDefault="00000000">
            <w:pPr>
              <w:spacing w:after="20" w:line="245" w:lineRule="auto"/>
            </w:pPr>
            <w:r>
              <w:rPr>
                <w:b/>
                <w:color w:val="D95BC6"/>
                <w:sz w:val="17"/>
              </w:rPr>
              <w:t>DOKAZ O UČENJU</w:t>
            </w:r>
          </w:p>
          <w:p w14:paraId="5AB11DF1" w14:textId="77777777" w:rsidR="00302D64" w:rsidRDefault="00000000">
            <w:pPr>
              <w:spacing w:after="30" w:line="245" w:lineRule="auto"/>
            </w:pPr>
            <w:r>
              <w:rPr>
                <w:color w:val="D95BC6"/>
                <w:sz w:val="16"/>
              </w:rPr>
              <w:t>izvedba ali izdelek, razlaga, samovrednotenje in odziv na povratno informacijo</w:t>
            </w:r>
          </w:p>
        </w:tc>
      </w:tr>
    </w:tbl>
    <w:p w14:paraId="5C727DB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43A7571A" w14:textId="77777777">
        <w:trPr>
          <w:cantSplit/>
          <w:jc w:val="center"/>
        </w:trPr>
        <w:tc>
          <w:tcPr>
            <w:tcW w:w="14060" w:type="dxa"/>
            <w:gridSpan w:val="6"/>
            <w:tcMar>
              <w:top w:w="70" w:type="dxa"/>
              <w:left w:w="90" w:type="dxa"/>
              <w:bottom w:w="70" w:type="dxa"/>
              <w:right w:w="90" w:type="dxa"/>
            </w:tcMar>
            <w:vAlign w:val="center"/>
          </w:tcPr>
          <w:p w14:paraId="2F4D4D9D" w14:textId="77777777" w:rsidR="00302D64" w:rsidRDefault="00000000">
            <w:pPr>
              <w:jc w:val="center"/>
            </w:pPr>
            <w:r>
              <w:rPr>
                <w:b/>
                <w:color w:val="000000"/>
                <w:sz w:val="24"/>
              </w:rPr>
              <w:lastRenderedPageBreak/>
              <w:t>UČNA PRIPRAVA 15/39</w:t>
            </w:r>
          </w:p>
        </w:tc>
      </w:tr>
      <w:tr w:rsidR="00302D64" w14:paraId="0796E601" w14:textId="77777777">
        <w:trPr>
          <w:jc w:val="center"/>
        </w:trPr>
        <w:tc>
          <w:tcPr>
            <w:tcW w:w="2665" w:type="dxa"/>
            <w:tcMar>
              <w:top w:w="70" w:type="dxa"/>
              <w:left w:w="90" w:type="dxa"/>
              <w:bottom w:w="70" w:type="dxa"/>
              <w:right w:w="90" w:type="dxa"/>
            </w:tcMar>
            <w:vAlign w:val="center"/>
          </w:tcPr>
          <w:p w14:paraId="05C55CD6"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F872FC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0041657A"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7DEADFE" w14:textId="77777777" w:rsidR="00302D64" w:rsidRDefault="00000000">
            <w:r>
              <w:rPr>
                <w:b/>
                <w:color w:val="000000"/>
                <w:sz w:val="16"/>
              </w:rPr>
              <w:t xml:space="preserve">NAČRTOVANI TERMIN: </w:t>
            </w:r>
            <w:r>
              <w:rPr>
                <w:color w:val="000000"/>
                <w:sz w:val="16"/>
              </w:rPr>
              <w:t>15. teden • 14.–18. 12. 2026</w:t>
            </w:r>
          </w:p>
        </w:tc>
        <w:tc>
          <w:tcPr>
            <w:tcW w:w="2268" w:type="dxa"/>
            <w:tcMar>
              <w:top w:w="70" w:type="dxa"/>
              <w:left w:w="90" w:type="dxa"/>
              <w:bottom w:w="70" w:type="dxa"/>
              <w:right w:w="90" w:type="dxa"/>
            </w:tcMar>
            <w:vAlign w:val="center"/>
          </w:tcPr>
          <w:p w14:paraId="64C5DDB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5D781AF" w14:textId="77777777" w:rsidR="00302D64" w:rsidRDefault="00000000">
            <w:r>
              <w:rPr>
                <w:b/>
                <w:color w:val="000000"/>
                <w:sz w:val="16"/>
              </w:rPr>
              <w:t xml:space="preserve">ŠTEVILO UR: </w:t>
            </w:r>
            <w:r>
              <w:rPr>
                <w:color w:val="000000"/>
                <w:sz w:val="16"/>
              </w:rPr>
              <w:t>3</w:t>
            </w:r>
          </w:p>
        </w:tc>
      </w:tr>
      <w:tr w:rsidR="00302D64" w14:paraId="4BB0134C" w14:textId="77777777">
        <w:trPr>
          <w:jc w:val="center"/>
        </w:trPr>
        <w:tc>
          <w:tcPr>
            <w:tcW w:w="14061" w:type="dxa"/>
            <w:gridSpan w:val="6"/>
            <w:tcMar>
              <w:top w:w="70" w:type="dxa"/>
              <w:left w:w="90" w:type="dxa"/>
              <w:bottom w:w="70" w:type="dxa"/>
              <w:right w:w="90" w:type="dxa"/>
            </w:tcMar>
            <w:vAlign w:val="center"/>
          </w:tcPr>
          <w:p w14:paraId="43025628" w14:textId="77777777" w:rsidR="00302D64" w:rsidRDefault="00000000">
            <w:r>
              <w:t>TIP UČNE URE: obravnava, izkušenjsko raziskovanje, učenje po postajah, utrjevanje in formativno spremljanje</w:t>
            </w:r>
          </w:p>
        </w:tc>
      </w:tr>
      <w:tr w:rsidR="00302D64" w14:paraId="3F2C0B24" w14:textId="77777777">
        <w:trPr>
          <w:cantSplit/>
          <w:jc w:val="center"/>
        </w:trPr>
        <w:tc>
          <w:tcPr>
            <w:tcW w:w="14060" w:type="dxa"/>
            <w:gridSpan w:val="6"/>
            <w:tcMar>
              <w:top w:w="70" w:type="dxa"/>
              <w:left w:w="90" w:type="dxa"/>
              <w:bottom w:w="70" w:type="dxa"/>
              <w:right w:w="90" w:type="dxa"/>
            </w:tcMar>
            <w:vAlign w:val="center"/>
          </w:tcPr>
          <w:p w14:paraId="3CE1317D" w14:textId="77777777" w:rsidR="00302D64" w:rsidRDefault="00302D64"/>
          <w:p w14:paraId="26344AF3" w14:textId="77777777" w:rsidR="00302D64" w:rsidRDefault="00000000">
            <w:pPr>
              <w:spacing w:line="245" w:lineRule="auto"/>
            </w:pPr>
            <w:r>
              <w:rPr>
                <w:b/>
                <w:color w:val="000000"/>
                <w:sz w:val="17"/>
              </w:rPr>
              <w:t xml:space="preserve">UČNI SKLOP: </w:t>
            </w:r>
            <w:r>
              <w:rPr>
                <w:color w:val="000000"/>
                <w:sz w:val="17"/>
              </w:rPr>
              <w:t>MOJA DRUŽINA, SKUPNOST IN PRAZNOVANJA</w:t>
            </w:r>
          </w:p>
        </w:tc>
      </w:tr>
      <w:tr w:rsidR="00302D64" w14:paraId="3F3AA131" w14:textId="77777777">
        <w:trPr>
          <w:cantSplit/>
          <w:jc w:val="center"/>
        </w:trPr>
        <w:tc>
          <w:tcPr>
            <w:tcW w:w="14060" w:type="dxa"/>
            <w:gridSpan w:val="6"/>
            <w:tcMar>
              <w:top w:w="70" w:type="dxa"/>
              <w:left w:w="90" w:type="dxa"/>
              <w:bottom w:w="70" w:type="dxa"/>
              <w:right w:w="90" w:type="dxa"/>
            </w:tcMar>
            <w:vAlign w:val="center"/>
          </w:tcPr>
          <w:p w14:paraId="17B44D21" w14:textId="77777777" w:rsidR="00302D64" w:rsidRDefault="00302D64"/>
          <w:p w14:paraId="7AFFB7C9" w14:textId="77777777" w:rsidR="00302D64" w:rsidRDefault="00000000">
            <w:pPr>
              <w:spacing w:line="245" w:lineRule="auto"/>
            </w:pPr>
            <w:r>
              <w:rPr>
                <w:b/>
                <w:color w:val="000000"/>
                <w:sz w:val="17"/>
              </w:rPr>
              <w:t xml:space="preserve">UČNA TEMA: </w:t>
            </w:r>
            <w:r>
              <w:rPr>
                <w:color w:val="000000"/>
                <w:sz w:val="17"/>
              </w:rPr>
              <w:t>PRAZNOVANJA</w:t>
            </w:r>
          </w:p>
        </w:tc>
      </w:tr>
      <w:tr w:rsidR="00302D64" w14:paraId="5682E992" w14:textId="77777777">
        <w:trPr>
          <w:cantSplit/>
          <w:jc w:val="center"/>
        </w:trPr>
        <w:tc>
          <w:tcPr>
            <w:tcW w:w="14060" w:type="dxa"/>
            <w:gridSpan w:val="6"/>
            <w:tcMar>
              <w:top w:w="70" w:type="dxa"/>
              <w:left w:w="90" w:type="dxa"/>
              <w:bottom w:w="70" w:type="dxa"/>
              <w:right w:w="90" w:type="dxa"/>
            </w:tcMar>
            <w:vAlign w:val="center"/>
          </w:tcPr>
          <w:p w14:paraId="4746A25A" w14:textId="77777777" w:rsidR="00302D64" w:rsidRDefault="00302D64"/>
          <w:p w14:paraId="7BCF3075" w14:textId="77777777" w:rsidR="00302D64" w:rsidRDefault="00000000">
            <w:pPr>
              <w:spacing w:line="245" w:lineRule="auto"/>
            </w:pPr>
            <w:r>
              <w:rPr>
                <w:b/>
                <w:color w:val="000000"/>
                <w:sz w:val="17"/>
              </w:rPr>
              <w:t xml:space="preserve">KNJIŽEVNO IZHODIŠČE IN MOTIV: </w:t>
            </w:r>
            <w:r>
              <w:rPr>
                <w:color w:val="000000"/>
                <w:sz w:val="17"/>
              </w:rPr>
              <w:t>»Zvezdica Zaspanka« – Frane Milčinski – Ježek • gledališče, praznovanje, odgovornost in prijaznost</w:t>
            </w:r>
          </w:p>
        </w:tc>
      </w:tr>
      <w:tr w:rsidR="00302D64" w14:paraId="2647A012" w14:textId="77777777">
        <w:trPr>
          <w:cantSplit/>
          <w:jc w:val="center"/>
        </w:trPr>
        <w:tc>
          <w:tcPr>
            <w:tcW w:w="14060" w:type="dxa"/>
            <w:gridSpan w:val="6"/>
            <w:tcMar>
              <w:top w:w="70" w:type="dxa"/>
              <w:left w:w="90" w:type="dxa"/>
              <w:bottom w:w="70" w:type="dxa"/>
              <w:right w:w="90" w:type="dxa"/>
            </w:tcMar>
            <w:vAlign w:val="center"/>
          </w:tcPr>
          <w:p w14:paraId="7747639F" w14:textId="77777777" w:rsidR="00302D64" w:rsidRDefault="00302D64"/>
          <w:p w14:paraId="08C5C5F3" w14:textId="77777777" w:rsidR="00302D64" w:rsidRDefault="00000000">
            <w:pPr>
              <w:spacing w:line="245" w:lineRule="auto"/>
            </w:pPr>
            <w:r>
              <w:rPr>
                <w:b/>
                <w:color w:val="000000"/>
                <w:sz w:val="17"/>
              </w:rPr>
              <w:t xml:space="preserve">UČNE ENOTE: </w:t>
            </w:r>
            <w:r>
              <w:rPr>
                <w:color w:val="000000"/>
                <w:sz w:val="17"/>
              </w:rPr>
              <w:t>1. ura – Galerija praznovanj • 2. ura – Praznik skozi čute • 3. ura – Naš vključujoči dogodek</w:t>
            </w:r>
          </w:p>
        </w:tc>
      </w:tr>
      <w:tr w:rsidR="00302D64" w14:paraId="24C005A1" w14:textId="77777777">
        <w:trPr>
          <w:cantSplit/>
          <w:jc w:val="center"/>
        </w:trPr>
        <w:tc>
          <w:tcPr>
            <w:tcW w:w="14060" w:type="dxa"/>
            <w:gridSpan w:val="6"/>
            <w:tcMar>
              <w:top w:w="70" w:type="dxa"/>
              <w:left w:w="90" w:type="dxa"/>
              <w:bottom w:w="70" w:type="dxa"/>
              <w:right w:w="90" w:type="dxa"/>
            </w:tcMar>
            <w:vAlign w:val="center"/>
          </w:tcPr>
          <w:p w14:paraId="24D48D23" w14:textId="77777777" w:rsidR="00302D64" w:rsidRDefault="00302D64"/>
          <w:p w14:paraId="09372CD8"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0131CAF9" w14:textId="77777777">
        <w:trPr>
          <w:cantSplit/>
          <w:jc w:val="center"/>
        </w:trPr>
        <w:tc>
          <w:tcPr>
            <w:tcW w:w="14060" w:type="dxa"/>
            <w:gridSpan w:val="6"/>
            <w:tcMar>
              <w:top w:w="70" w:type="dxa"/>
              <w:left w:w="90" w:type="dxa"/>
              <w:bottom w:w="70" w:type="dxa"/>
              <w:right w:w="90" w:type="dxa"/>
            </w:tcMar>
            <w:vAlign w:val="center"/>
          </w:tcPr>
          <w:p w14:paraId="75A4BCF0" w14:textId="77777777" w:rsidR="00302D64" w:rsidRDefault="00302D64"/>
          <w:p w14:paraId="4BF14005"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D3C5FC2" w14:textId="77777777">
        <w:trPr>
          <w:cantSplit/>
          <w:jc w:val="center"/>
        </w:trPr>
        <w:tc>
          <w:tcPr>
            <w:tcW w:w="14060" w:type="dxa"/>
            <w:gridSpan w:val="6"/>
            <w:tcMar>
              <w:top w:w="70" w:type="dxa"/>
              <w:left w:w="90" w:type="dxa"/>
              <w:bottom w:w="70" w:type="dxa"/>
              <w:right w:w="90" w:type="dxa"/>
            </w:tcMar>
            <w:vAlign w:val="center"/>
          </w:tcPr>
          <w:p w14:paraId="6E446D0C" w14:textId="77777777" w:rsidR="00302D64" w:rsidRDefault="00302D64"/>
          <w:p w14:paraId="52186736"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2233AD0" w14:textId="77777777">
        <w:trPr>
          <w:cantSplit/>
          <w:jc w:val="center"/>
        </w:trPr>
        <w:tc>
          <w:tcPr>
            <w:tcW w:w="14060" w:type="dxa"/>
            <w:gridSpan w:val="6"/>
            <w:tcMar>
              <w:top w:w="70" w:type="dxa"/>
              <w:left w:w="90" w:type="dxa"/>
              <w:bottom w:w="70" w:type="dxa"/>
              <w:right w:w="90" w:type="dxa"/>
            </w:tcMar>
            <w:vAlign w:val="center"/>
          </w:tcPr>
          <w:p w14:paraId="6032407C" w14:textId="77777777" w:rsidR="00302D64" w:rsidRDefault="00302D64"/>
          <w:p w14:paraId="02E0B8EE" w14:textId="77777777" w:rsidR="00302D64" w:rsidRDefault="00000000">
            <w:pPr>
              <w:spacing w:line="245" w:lineRule="auto"/>
            </w:pPr>
            <w:r>
              <w:rPr>
                <w:b/>
                <w:color w:val="000000"/>
                <w:sz w:val="17"/>
              </w:rPr>
              <w:t xml:space="preserve">MEDPREDMETNE POVEZAVE: </w:t>
            </w:r>
            <w:r>
              <w:rPr>
                <w:color w:val="000000"/>
                <w:sz w:val="17"/>
              </w:rPr>
              <w:t>SLJ – voščilo in vprašanje; GUM – glasba praznovanj; LUM – okras; ŠPO – skupinska igra</w:t>
            </w:r>
          </w:p>
        </w:tc>
      </w:tr>
      <w:tr w:rsidR="00302D64" w14:paraId="71A370C1" w14:textId="77777777">
        <w:trPr>
          <w:cantSplit/>
          <w:jc w:val="center"/>
        </w:trPr>
        <w:tc>
          <w:tcPr>
            <w:tcW w:w="14060" w:type="dxa"/>
            <w:gridSpan w:val="6"/>
            <w:tcMar>
              <w:top w:w="70" w:type="dxa"/>
              <w:left w:w="90" w:type="dxa"/>
              <w:bottom w:w="70" w:type="dxa"/>
              <w:right w:w="90" w:type="dxa"/>
            </w:tcMar>
            <w:vAlign w:val="center"/>
          </w:tcPr>
          <w:p w14:paraId="1C93E175" w14:textId="77777777" w:rsidR="00302D64" w:rsidRDefault="00302D64"/>
          <w:p w14:paraId="703D1033" w14:textId="77777777" w:rsidR="00302D64" w:rsidRDefault="00000000">
            <w:pPr>
              <w:spacing w:line="245" w:lineRule="auto"/>
            </w:pPr>
            <w:r>
              <w:rPr>
                <w:b/>
                <w:color w:val="000000"/>
                <w:sz w:val="17"/>
              </w:rPr>
              <w:t xml:space="preserve">UČNA SREDSTVA IN PRIPOMOČKI: </w:t>
            </w:r>
            <w:r>
              <w:rPr>
                <w:color w:val="000000"/>
                <w:sz w:val="17"/>
              </w:rPr>
              <w:t>Zvezdica Zaspanka, kovček predmetov, fotografije, kratki zvočni posnetki, papir, okrasni in ponovno uporabljeni materiali, kartice vlog</w:t>
            </w:r>
          </w:p>
        </w:tc>
      </w:tr>
      <w:tr w:rsidR="00302D64" w14:paraId="6974B428" w14:textId="77777777">
        <w:trPr>
          <w:cantSplit/>
          <w:jc w:val="center"/>
        </w:trPr>
        <w:tc>
          <w:tcPr>
            <w:tcW w:w="14060" w:type="dxa"/>
            <w:gridSpan w:val="6"/>
            <w:tcMar>
              <w:top w:w="70" w:type="dxa"/>
              <w:left w:w="90" w:type="dxa"/>
              <w:bottom w:w="70" w:type="dxa"/>
              <w:right w:w="90" w:type="dxa"/>
            </w:tcMar>
            <w:vAlign w:val="center"/>
          </w:tcPr>
          <w:p w14:paraId="2629A29D" w14:textId="77777777" w:rsidR="00302D64" w:rsidRDefault="00302D64"/>
          <w:p w14:paraId="26501650"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58E9F380" w14:textId="77777777">
        <w:trPr>
          <w:cantSplit/>
          <w:jc w:val="center"/>
        </w:trPr>
        <w:tc>
          <w:tcPr>
            <w:tcW w:w="14060" w:type="dxa"/>
            <w:gridSpan w:val="6"/>
            <w:tcMar>
              <w:top w:w="70" w:type="dxa"/>
              <w:left w:w="90" w:type="dxa"/>
              <w:bottom w:w="70" w:type="dxa"/>
              <w:right w:w="90" w:type="dxa"/>
            </w:tcMar>
            <w:vAlign w:val="center"/>
          </w:tcPr>
          <w:p w14:paraId="3D304C1B" w14:textId="77777777" w:rsidR="00302D64" w:rsidRDefault="00302D64"/>
          <w:p w14:paraId="00E47F08"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7C864B84" w14:textId="77777777">
        <w:trPr>
          <w:cantSplit/>
          <w:jc w:val="center"/>
        </w:trPr>
        <w:tc>
          <w:tcPr>
            <w:tcW w:w="14060" w:type="dxa"/>
            <w:gridSpan w:val="6"/>
            <w:tcMar>
              <w:top w:w="70" w:type="dxa"/>
              <w:left w:w="90" w:type="dxa"/>
              <w:bottom w:w="70" w:type="dxa"/>
              <w:right w:w="90" w:type="dxa"/>
            </w:tcMar>
            <w:vAlign w:val="center"/>
          </w:tcPr>
          <w:p w14:paraId="222F6C0A" w14:textId="77777777" w:rsidR="00302D64" w:rsidRDefault="00302D64"/>
          <w:p w14:paraId="10508836"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470C073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844EF9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37E3B1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AD1D2D" w14:textId="77777777" w:rsidR="00302D64" w:rsidRDefault="00000000">
            <w:pPr>
              <w:jc w:val="center"/>
            </w:pPr>
            <w:r>
              <w:rPr>
                <w:b/>
                <w:color w:val="000000"/>
                <w:sz w:val="20"/>
              </w:rPr>
              <w:t>UČNE DEJAVNOSTI, METODE IN FORMATIVNO SPREMLJANJE</w:t>
            </w:r>
          </w:p>
        </w:tc>
      </w:tr>
      <w:tr w:rsidR="00302D64" w14:paraId="2B31C89D" w14:textId="77777777">
        <w:trPr>
          <w:tblHeader/>
          <w:jc w:val="center"/>
        </w:trPr>
        <w:tc>
          <w:tcPr>
            <w:tcW w:w="4422" w:type="dxa"/>
            <w:vMerge/>
            <w:tcMar>
              <w:top w:w="70" w:type="dxa"/>
              <w:left w:w="90" w:type="dxa"/>
              <w:bottom w:w="70" w:type="dxa"/>
              <w:right w:w="90" w:type="dxa"/>
            </w:tcMar>
            <w:vAlign w:val="center"/>
          </w:tcPr>
          <w:p w14:paraId="37A815B9" w14:textId="77777777" w:rsidR="00302D64" w:rsidRDefault="00302D64"/>
        </w:tc>
        <w:tc>
          <w:tcPr>
            <w:tcW w:w="7087" w:type="dxa"/>
            <w:shd w:val="clear" w:color="auto" w:fill="FFFFFF"/>
            <w:tcMar>
              <w:top w:w="70" w:type="dxa"/>
              <w:left w:w="90" w:type="dxa"/>
              <w:bottom w:w="70" w:type="dxa"/>
              <w:right w:w="90" w:type="dxa"/>
            </w:tcMar>
            <w:vAlign w:val="center"/>
          </w:tcPr>
          <w:p w14:paraId="465637F1"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4ACFB4E" w14:textId="77777777" w:rsidR="00302D64" w:rsidRDefault="00000000">
            <w:pPr>
              <w:jc w:val="center"/>
            </w:pPr>
            <w:r>
              <w:rPr>
                <w:b/>
                <w:color w:val="000000"/>
              </w:rPr>
              <w:t>UČENEC</w:t>
            </w:r>
          </w:p>
        </w:tc>
      </w:tr>
      <w:tr w:rsidR="00302D64" w14:paraId="7A2D1397" w14:textId="77777777">
        <w:trPr>
          <w:jc w:val="center"/>
        </w:trPr>
        <w:tc>
          <w:tcPr>
            <w:tcW w:w="4422" w:type="dxa"/>
            <w:tcMar>
              <w:top w:w="70" w:type="dxa"/>
              <w:left w:w="90" w:type="dxa"/>
              <w:bottom w:w="70" w:type="dxa"/>
              <w:right w:w="90" w:type="dxa"/>
            </w:tcMar>
          </w:tcPr>
          <w:p w14:paraId="2FE9EA74" w14:textId="77777777" w:rsidR="00302D64" w:rsidRDefault="00302D64"/>
          <w:p w14:paraId="3BD43F8E" w14:textId="77777777" w:rsidR="00302D64" w:rsidRDefault="00000000">
            <w:pPr>
              <w:spacing w:after="60" w:line="245" w:lineRule="auto"/>
            </w:pPr>
            <w:r>
              <w:rPr>
                <w:b/>
                <w:color w:val="000000"/>
              </w:rPr>
              <w:t>UČNI CILJI</w:t>
            </w:r>
          </w:p>
          <w:p w14:paraId="5896F523" w14:textId="77777777" w:rsidR="00302D64" w:rsidRDefault="00000000">
            <w:pPr>
              <w:spacing w:after="20" w:line="245" w:lineRule="auto"/>
            </w:pPr>
            <w:r>
              <w:rPr>
                <w:b/>
                <w:color w:val="000000"/>
                <w:sz w:val="17"/>
              </w:rPr>
              <w:t>SPLOŠNI</w:t>
            </w:r>
          </w:p>
          <w:p w14:paraId="324735A7" w14:textId="77777777" w:rsidR="00302D64" w:rsidRDefault="00000000">
            <w:pPr>
              <w:pStyle w:val="Oznaenseznam"/>
              <w:spacing w:after="16"/>
            </w:pPr>
            <w:r>
              <w:rPr>
                <w:color w:val="000000"/>
                <w:sz w:val="16"/>
              </w:rPr>
              <w:t>razvija radovednost ter sistematično opazuje, primerja, razvršča in sporoča ugotovitve</w:t>
            </w:r>
          </w:p>
          <w:p w14:paraId="70E21DC2" w14:textId="77777777" w:rsidR="00302D64" w:rsidRDefault="00000000">
            <w:pPr>
              <w:pStyle w:val="Oznaenseznam"/>
              <w:spacing w:after="16"/>
            </w:pPr>
            <w:r>
              <w:rPr>
                <w:color w:val="000000"/>
                <w:sz w:val="16"/>
              </w:rPr>
              <w:t>sodeluje, posluša druge in svoja opažanja izraža na razvojno primeren način</w:t>
            </w:r>
          </w:p>
          <w:p w14:paraId="2D9C905E" w14:textId="77777777" w:rsidR="00302D64" w:rsidRDefault="00000000">
            <w:pPr>
              <w:pStyle w:val="Oznaenseznam"/>
              <w:spacing w:after="16"/>
            </w:pPr>
            <w:r>
              <w:rPr>
                <w:color w:val="000000"/>
                <w:sz w:val="16"/>
              </w:rPr>
              <w:t>ravna varno, odgovorno in skrbno do sebe, drugih ter okolja</w:t>
            </w:r>
          </w:p>
          <w:p w14:paraId="6A5B2769" w14:textId="77777777" w:rsidR="00302D64" w:rsidRDefault="00000000">
            <w:pPr>
              <w:pStyle w:val="Oznaenseznam"/>
              <w:spacing w:after="16"/>
            </w:pPr>
            <w:r>
              <w:rPr>
                <w:color w:val="000000"/>
                <w:sz w:val="16"/>
              </w:rPr>
              <w:t>ob kriterijih spremlja svoje učenje in sprejema opisno povratno informacijo</w:t>
            </w:r>
          </w:p>
          <w:p w14:paraId="4603C900" w14:textId="77777777" w:rsidR="00302D64" w:rsidRDefault="00000000">
            <w:pPr>
              <w:spacing w:before="40" w:after="20" w:line="245" w:lineRule="auto"/>
            </w:pPr>
            <w:r>
              <w:rPr>
                <w:b/>
                <w:color w:val="000000"/>
                <w:sz w:val="17"/>
              </w:rPr>
              <w:t>OPERATIVNI</w:t>
            </w:r>
          </w:p>
          <w:p w14:paraId="1A42E762" w14:textId="77777777" w:rsidR="00302D64" w:rsidRDefault="00000000">
            <w:pPr>
              <w:pStyle w:val="Oznaenseznam"/>
              <w:spacing w:after="16"/>
            </w:pPr>
            <w:r>
              <w:rPr>
                <w:color w:val="000000"/>
                <w:sz w:val="16"/>
              </w:rPr>
              <w:t>primerja načine praznovanja</w:t>
            </w:r>
          </w:p>
          <w:p w14:paraId="13B3610A" w14:textId="77777777" w:rsidR="00302D64" w:rsidRDefault="00000000">
            <w:pPr>
              <w:pStyle w:val="Oznaenseznam"/>
              <w:spacing w:after="16"/>
            </w:pPr>
            <w:r>
              <w:rPr>
                <w:color w:val="000000"/>
                <w:sz w:val="16"/>
              </w:rPr>
              <w:t>spoštuje kulturno in jezikovno raznolikost</w:t>
            </w:r>
          </w:p>
          <w:p w14:paraId="639E6637" w14:textId="77777777" w:rsidR="00302D64" w:rsidRDefault="00000000">
            <w:pPr>
              <w:pStyle w:val="Oznaenseznam"/>
              <w:spacing w:after="16"/>
            </w:pPr>
            <w:r>
              <w:rPr>
                <w:color w:val="000000"/>
                <w:sz w:val="16"/>
              </w:rPr>
              <w:t>sodeluje pri skupni pripravi</w:t>
            </w:r>
          </w:p>
          <w:p w14:paraId="4EC444EA" w14:textId="77777777" w:rsidR="00302D64" w:rsidRDefault="00000000">
            <w:pPr>
              <w:spacing w:before="40" w:after="20" w:line="245" w:lineRule="auto"/>
            </w:pPr>
            <w:r>
              <w:rPr>
                <w:b/>
                <w:color w:val="000000"/>
                <w:sz w:val="17"/>
              </w:rPr>
              <w:t>PRIČAKOVANI DOSEŽKI / STANDARDI</w:t>
            </w:r>
          </w:p>
          <w:p w14:paraId="5A94A54A" w14:textId="77777777" w:rsidR="00302D64" w:rsidRDefault="00000000">
            <w:pPr>
              <w:pStyle w:val="Oznaenseznam"/>
              <w:spacing w:after="16"/>
            </w:pPr>
            <w:r>
              <w:rPr>
                <w:color w:val="000000"/>
                <w:sz w:val="16"/>
              </w:rPr>
              <w:t>ob konkretni ali slikovni opori primerja načine praznovanja</w:t>
            </w:r>
          </w:p>
          <w:p w14:paraId="1395F163" w14:textId="77777777" w:rsidR="00302D64" w:rsidRDefault="00000000">
            <w:pPr>
              <w:pStyle w:val="Oznaenseznam"/>
              <w:spacing w:after="16"/>
            </w:pPr>
            <w:r>
              <w:rPr>
                <w:color w:val="000000"/>
                <w:sz w:val="16"/>
              </w:rPr>
              <w:t>ob konkretni ali slikovni opori spoštuje kulturno in jezikovno raznolikost</w:t>
            </w:r>
          </w:p>
          <w:p w14:paraId="7A5A0CD9" w14:textId="77777777" w:rsidR="00302D64" w:rsidRDefault="00000000">
            <w:pPr>
              <w:pStyle w:val="Oznaenseznam"/>
              <w:spacing w:after="16"/>
            </w:pPr>
            <w:r>
              <w:rPr>
                <w:color w:val="000000"/>
                <w:sz w:val="16"/>
              </w:rPr>
              <w:t>ob konkretni ali slikovni opori sodeluje pri skupni pripravi</w:t>
            </w:r>
          </w:p>
        </w:tc>
        <w:tc>
          <w:tcPr>
            <w:tcW w:w="7087" w:type="dxa"/>
            <w:tcMar>
              <w:top w:w="70" w:type="dxa"/>
              <w:left w:w="90" w:type="dxa"/>
              <w:bottom w:w="70" w:type="dxa"/>
              <w:right w:w="90" w:type="dxa"/>
            </w:tcMar>
          </w:tcPr>
          <w:p w14:paraId="6BABCF4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07899AB" w14:textId="77777777">
              <w:trPr>
                <w:jc w:val="center"/>
              </w:trPr>
              <w:tc>
                <w:tcPr>
                  <w:tcW w:w="7087" w:type="dxa"/>
                  <w:shd w:val="clear" w:color="auto" w:fill="C6E7F3"/>
                  <w:tcMar>
                    <w:top w:w="45" w:type="dxa"/>
                    <w:left w:w="70" w:type="dxa"/>
                    <w:bottom w:w="45" w:type="dxa"/>
                    <w:right w:w="70" w:type="dxa"/>
                  </w:tcMar>
                </w:tcPr>
                <w:p w14:paraId="393BA6BE" w14:textId="77777777" w:rsidR="00302D64" w:rsidRDefault="00000000">
                  <w:pPr>
                    <w:keepNext/>
                  </w:pPr>
                  <w:r>
                    <w:rPr>
                      <w:b/>
                      <w:color w:val="000000"/>
                    </w:rPr>
                    <w:t>UVODNI DEL – motivacija, aktivacija predznanja in namen učenja (15–20 min)</w:t>
                  </w:r>
                </w:p>
              </w:tc>
            </w:tr>
          </w:tbl>
          <w:p w14:paraId="6DAC1C5F" w14:textId="77777777" w:rsidR="00302D64" w:rsidRDefault="00302D64">
            <w:pPr>
              <w:spacing w:line="20" w:lineRule="exact"/>
            </w:pPr>
          </w:p>
          <w:p w14:paraId="7EC94DE3" w14:textId="77777777" w:rsidR="00302D64" w:rsidRDefault="00000000">
            <w:pPr>
              <w:spacing w:before="40" w:after="60" w:line="245" w:lineRule="auto"/>
            </w:pPr>
            <w:r>
              <w:rPr>
                <w:color w:val="000000"/>
                <w:sz w:val="17"/>
              </w:rPr>
              <w:t>Zvezdica Zaspanka prinese kovček prazničnih predmetov. Učenci ugotavljajo, da predmeti in navade nimajo za vse enakega pomena.</w:t>
            </w:r>
          </w:p>
          <w:tbl>
            <w:tblPr>
              <w:tblStyle w:val="Tabelamrea"/>
              <w:tblW w:w="0" w:type="auto"/>
              <w:jc w:val="center"/>
              <w:tblLayout w:type="fixed"/>
              <w:tblLook w:val="04A0" w:firstRow="1" w:lastRow="0" w:firstColumn="1" w:lastColumn="0" w:noHBand="0" w:noVBand="1"/>
            </w:tblPr>
            <w:tblGrid>
              <w:gridCol w:w="7087"/>
            </w:tblGrid>
            <w:tr w:rsidR="00302D64" w14:paraId="115AAAA6" w14:textId="77777777">
              <w:trPr>
                <w:jc w:val="center"/>
              </w:trPr>
              <w:tc>
                <w:tcPr>
                  <w:tcW w:w="7087" w:type="dxa"/>
                  <w:shd w:val="clear" w:color="auto" w:fill="EDC9EA"/>
                  <w:tcMar>
                    <w:top w:w="45" w:type="dxa"/>
                    <w:left w:w="70" w:type="dxa"/>
                    <w:bottom w:w="45" w:type="dxa"/>
                    <w:right w:w="70" w:type="dxa"/>
                  </w:tcMar>
                </w:tcPr>
                <w:p w14:paraId="0BBDF488" w14:textId="77777777" w:rsidR="00302D64" w:rsidRDefault="00000000">
                  <w:pPr>
                    <w:keepNext/>
                  </w:pPr>
                  <w:r>
                    <w:rPr>
                      <w:b/>
                      <w:color w:val="000000"/>
                    </w:rPr>
                    <w:t>NAMENI UČENJA</w:t>
                  </w:r>
                </w:p>
              </w:tc>
            </w:tr>
          </w:tbl>
          <w:p w14:paraId="5E516058" w14:textId="77777777" w:rsidR="00302D64" w:rsidRDefault="00302D64">
            <w:pPr>
              <w:spacing w:line="20" w:lineRule="exact"/>
            </w:pPr>
          </w:p>
          <w:p w14:paraId="72E9F917" w14:textId="77777777" w:rsidR="00302D64" w:rsidRDefault="00000000">
            <w:pPr>
              <w:spacing w:before="20" w:after="20" w:line="245" w:lineRule="auto"/>
            </w:pPr>
            <w:r>
              <w:rPr>
                <w:color w:val="000000"/>
                <w:sz w:val="16"/>
              </w:rPr>
              <w:t>Učimo se zato, da bomo lažje razumeli in odgovorno uporabili znanje v vsakdanjih situacijah.</w:t>
            </w:r>
          </w:p>
          <w:p w14:paraId="1505E17E" w14:textId="77777777" w:rsidR="00302D64" w:rsidRDefault="00000000">
            <w:pPr>
              <w:pStyle w:val="Oznaenseznam"/>
              <w:spacing w:after="16"/>
            </w:pPr>
            <w:r>
              <w:rPr>
                <w:color w:val="000000"/>
                <w:sz w:val="16"/>
              </w:rPr>
              <w:t>primerjam načine praznovanja</w:t>
            </w:r>
          </w:p>
          <w:p w14:paraId="1DA85540" w14:textId="77777777" w:rsidR="00302D64" w:rsidRDefault="00000000">
            <w:pPr>
              <w:pStyle w:val="Oznaenseznam"/>
              <w:spacing w:after="16"/>
            </w:pPr>
            <w:r>
              <w:rPr>
                <w:color w:val="000000"/>
                <w:sz w:val="16"/>
              </w:rPr>
              <w:t>spoštujem kulturno in jezikovno raznolikost</w:t>
            </w:r>
          </w:p>
          <w:p w14:paraId="5DDB2DBF" w14:textId="77777777" w:rsidR="00302D64" w:rsidRDefault="00000000">
            <w:pPr>
              <w:pStyle w:val="Oznaenseznam"/>
              <w:spacing w:after="16"/>
            </w:pPr>
            <w:r>
              <w:rPr>
                <w:color w:val="000000"/>
                <w:sz w:val="16"/>
              </w:rPr>
              <w:t>sodelujem pri skupni pripravi</w:t>
            </w:r>
          </w:p>
          <w:tbl>
            <w:tblPr>
              <w:tblStyle w:val="Tabelamrea"/>
              <w:tblW w:w="0" w:type="auto"/>
              <w:jc w:val="center"/>
              <w:tblLayout w:type="fixed"/>
              <w:tblLook w:val="04A0" w:firstRow="1" w:lastRow="0" w:firstColumn="1" w:lastColumn="0" w:noHBand="0" w:noVBand="1"/>
            </w:tblPr>
            <w:tblGrid>
              <w:gridCol w:w="7087"/>
            </w:tblGrid>
            <w:tr w:rsidR="00302D64" w14:paraId="39655EF6" w14:textId="77777777">
              <w:trPr>
                <w:jc w:val="center"/>
              </w:trPr>
              <w:tc>
                <w:tcPr>
                  <w:tcW w:w="7087" w:type="dxa"/>
                  <w:shd w:val="clear" w:color="auto" w:fill="EDC9EA"/>
                  <w:tcMar>
                    <w:top w:w="45" w:type="dxa"/>
                    <w:left w:w="70" w:type="dxa"/>
                    <w:bottom w:w="45" w:type="dxa"/>
                    <w:right w:w="70" w:type="dxa"/>
                  </w:tcMar>
                </w:tcPr>
                <w:p w14:paraId="3C76ECC0" w14:textId="77777777" w:rsidR="00302D64" w:rsidRDefault="00000000">
                  <w:pPr>
                    <w:keepNext/>
                  </w:pPr>
                  <w:r>
                    <w:rPr>
                      <w:b/>
                      <w:color w:val="000000"/>
                    </w:rPr>
                    <w:t>PREVERJANJE PREDZNANJA</w:t>
                  </w:r>
                </w:p>
              </w:tc>
            </w:tr>
          </w:tbl>
          <w:p w14:paraId="00F8DBB6" w14:textId="77777777" w:rsidR="00302D64" w:rsidRDefault="00302D64">
            <w:pPr>
              <w:spacing w:line="20" w:lineRule="exact"/>
            </w:pPr>
          </w:p>
          <w:p w14:paraId="66118E83" w14:textId="77777777" w:rsidR="00302D64" w:rsidRDefault="00000000">
            <w:pPr>
              <w:pStyle w:val="Oznaenseznam"/>
              <w:spacing w:after="16"/>
            </w:pPr>
            <w:r>
              <w:rPr>
                <w:color w:val="000000"/>
                <w:sz w:val="16"/>
              </w:rPr>
              <w:t>Kako ljudje praznujejo pomembne dogodke?</w:t>
            </w:r>
          </w:p>
          <w:p w14:paraId="4A9516AD" w14:textId="77777777" w:rsidR="00302D64" w:rsidRDefault="00000000">
            <w:pPr>
              <w:pStyle w:val="Oznaenseznam"/>
              <w:spacing w:after="16"/>
            </w:pPr>
            <w:r>
              <w:rPr>
                <w:color w:val="000000"/>
                <w:sz w:val="16"/>
              </w:rPr>
              <w:t>Kako sodelujem, da se na skupnem dogodku vsi počutijo vključene?</w:t>
            </w:r>
          </w:p>
          <w:p w14:paraId="5493BD0B"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551BA37" w14:textId="77777777">
              <w:trPr>
                <w:jc w:val="center"/>
              </w:trPr>
              <w:tc>
                <w:tcPr>
                  <w:tcW w:w="7087" w:type="dxa"/>
                  <w:shd w:val="clear" w:color="auto" w:fill="EDC9EA"/>
                  <w:tcMar>
                    <w:top w:w="45" w:type="dxa"/>
                    <w:left w:w="70" w:type="dxa"/>
                    <w:bottom w:w="45" w:type="dxa"/>
                    <w:right w:w="70" w:type="dxa"/>
                  </w:tcMar>
                </w:tcPr>
                <w:p w14:paraId="42C832CD" w14:textId="77777777" w:rsidR="00302D64" w:rsidRDefault="00000000">
                  <w:pPr>
                    <w:keepNext/>
                  </w:pPr>
                  <w:r>
                    <w:rPr>
                      <w:b/>
                      <w:color w:val="000000"/>
                    </w:rPr>
                    <w:t>KRITERIJI USPEŠNOSTI</w:t>
                  </w:r>
                </w:p>
              </w:tc>
            </w:tr>
          </w:tbl>
          <w:p w14:paraId="7B619E5A" w14:textId="77777777" w:rsidR="00302D64" w:rsidRDefault="00302D64"/>
          <w:p w14:paraId="6B04E2BF" w14:textId="77777777" w:rsidR="00302D64" w:rsidRDefault="00000000">
            <w:pPr>
              <w:spacing w:before="20" w:after="20" w:line="245" w:lineRule="auto"/>
            </w:pPr>
            <w:r>
              <w:rPr>
                <w:b/>
                <w:color w:val="000000"/>
                <w:sz w:val="16"/>
              </w:rPr>
              <w:t>Uspešen/-na bom, ko:</w:t>
            </w:r>
          </w:p>
          <w:p w14:paraId="357BA390" w14:textId="77777777" w:rsidR="00302D64" w:rsidRDefault="00000000">
            <w:pPr>
              <w:pStyle w:val="Oznaenseznam"/>
              <w:spacing w:after="16"/>
            </w:pPr>
            <w:r>
              <w:rPr>
                <w:color w:val="000000"/>
                <w:sz w:val="16"/>
              </w:rPr>
              <w:t>primerjam načine praznovanja</w:t>
            </w:r>
          </w:p>
          <w:p w14:paraId="633E8D9F" w14:textId="77777777" w:rsidR="00302D64" w:rsidRDefault="00000000">
            <w:pPr>
              <w:pStyle w:val="Oznaenseznam"/>
              <w:spacing w:after="16"/>
            </w:pPr>
            <w:r>
              <w:rPr>
                <w:color w:val="000000"/>
                <w:sz w:val="16"/>
              </w:rPr>
              <w:t>spoštujem kulturno in jezikovno raznolikost</w:t>
            </w:r>
          </w:p>
          <w:p w14:paraId="71CC0372" w14:textId="77777777" w:rsidR="00302D64" w:rsidRDefault="00000000">
            <w:pPr>
              <w:pStyle w:val="Oznaenseznam"/>
              <w:spacing w:after="16"/>
            </w:pPr>
            <w:r>
              <w:rPr>
                <w:color w:val="000000"/>
                <w:sz w:val="16"/>
              </w:rPr>
              <w:t>sodelujem pri skupni pripravi</w:t>
            </w:r>
          </w:p>
          <w:p w14:paraId="3AAD21D4"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1EF78DC5" w14:textId="77777777" w:rsidR="00302D64" w:rsidRDefault="00302D64"/>
          <w:p w14:paraId="1A068A8C" w14:textId="77777777" w:rsidR="00302D64" w:rsidRDefault="00000000">
            <w:pPr>
              <w:spacing w:after="80" w:line="245" w:lineRule="auto"/>
            </w:pPr>
            <w:r>
              <w:rPr>
                <w:color w:val="000000"/>
                <w:sz w:val="16"/>
              </w:rPr>
              <w:t>Posluša ali opazuje književno oziroma predmetno izhodišče ter se vključi z gibom, sliko ali besedo.</w:t>
            </w:r>
          </w:p>
          <w:p w14:paraId="07FDD762" w14:textId="77777777" w:rsidR="00302D64" w:rsidRDefault="00000000">
            <w:pPr>
              <w:spacing w:after="80" w:line="245" w:lineRule="auto"/>
            </w:pPr>
            <w:r>
              <w:rPr>
                <w:color w:val="000000"/>
                <w:sz w:val="16"/>
              </w:rPr>
              <w:t>Pove, pokaže ali nariše, kaj že ve. Posluša zamisli drugih.</w:t>
            </w:r>
          </w:p>
          <w:p w14:paraId="303C78C2" w14:textId="77777777" w:rsidR="00302D64" w:rsidRDefault="00000000">
            <w:pPr>
              <w:spacing w:after="100" w:line="245" w:lineRule="auto"/>
            </w:pPr>
            <w:r>
              <w:rPr>
                <w:color w:val="000000"/>
                <w:sz w:val="16"/>
              </w:rPr>
              <w:t>Sodeluje pri razumevanju namenov in kriterijev uspešnosti.</w:t>
            </w:r>
          </w:p>
          <w:p w14:paraId="1AF1801F" w14:textId="77777777" w:rsidR="00302D64" w:rsidRDefault="00000000">
            <w:pPr>
              <w:spacing w:after="20" w:line="245" w:lineRule="auto"/>
            </w:pPr>
            <w:r>
              <w:rPr>
                <w:b/>
                <w:color w:val="D95BC6"/>
                <w:sz w:val="17"/>
              </w:rPr>
              <w:t>DOKAZ O UČENJU</w:t>
            </w:r>
          </w:p>
          <w:p w14:paraId="3DCCF057" w14:textId="77777777" w:rsidR="00302D64" w:rsidRDefault="00000000">
            <w:pPr>
              <w:spacing w:after="30" w:line="245" w:lineRule="auto"/>
            </w:pPr>
            <w:r>
              <w:rPr>
                <w:color w:val="D95BC6"/>
                <w:sz w:val="16"/>
              </w:rPr>
              <w:t>začetna zamisel, razvrstitev, risba ali ustni odgovor</w:t>
            </w:r>
          </w:p>
        </w:tc>
      </w:tr>
    </w:tbl>
    <w:p w14:paraId="2E558DD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675BB8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2ECF2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CE4D3B" w14:textId="77777777" w:rsidR="00302D64" w:rsidRDefault="00000000">
            <w:pPr>
              <w:jc w:val="center"/>
            </w:pPr>
            <w:r>
              <w:rPr>
                <w:b/>
                <w:color w:val="000000"/>
                <w:sz w:val="20"/>
              </w:rPr>
              <w:t>UČNE DEJAVNOSTI, METODE IN FORMATIVNO SPREMLJANJE</w:t>
            </w:r>
          </w:p>
        </w:tc>
      </w:tr>
      <w:tr w:rsidR="00302D64" w14:paraId="0E27FAB8" w14:textId="77777777">
        <w:trPr>
          <w:tblHeader/>
          <w:jc w:val="center"/>
        </w:trPr>
        <w:tc>
          <w:tcPr>
            <w:tcW w:w="4422" w:type="dxa"/>
            <w:vMerge/>
            <w:tcMar>
              <w:top w:w="70" w:type="dxa"/>
              <w:left w:w="90" w:type="dxa"/>
              <w:bottom w:w="70" w:type="dxa"/>
              <w:right w:w="90" w:type="dxa"/>
            </w:tcMar>
            <w:vAlign w:val="center"/>
          </w:tcPr>
          <w:p w14:paraId="4DA7335B" w14:textId="77777777" w:rsidR="00302D64" w:rsidRDefault="00302D64"/>
        </w:tc>
        <w:tc>
          <w:tcPr>
            <w:tcW w:w="7087" w:type="dxa"/>
            <w:shd w:val="clear" w:color="auto" w:fill="FFFFFF"/>
            <w:tcMar>
              <w:top w:w="70" w:type="dxa"/>
              <w:left w:w="90" w:type="dxa"/>
              <w:bottom w:w="70" w:type="dxa"/>
              <w:right w:w="90" w:type="dxa"/>
            </w:tcMar>
            <w:vAlign w:val="center"/>
          </w:tcPr>
          <w:p w14:paraId="226A0EB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9C24D9A" w14:textId="77777777" w:rsidR="00302D64" w:rsidRDefault="00000000">
            <w:pPr>
              <w:jc w:val="center"/>
            </w:pPr>
            <w:r>
              <w:rPr>
                <w:b/>
                <w:color w:val="000000"/>
              </w:rPr>
              <w:t>UČENEC</w:t>
            </w:r>
          </w:p>
        </w:tc>
      </w:tr>
      <w:tr w:rsidR="00302D64" w14:paraId="272D1710" w14:textId="77777777">
        <w:trPr>
          <w:jc w:val="center"/>
        </w:trPr>
        <w:tc>
          <w:tcPr>
            <w:tcW w:w="4422" w:type="dxa"/>
            <w:tcMar>
              <w:top w:w="70" w:type="dxa"/>
              <w:left w:w="90" w:type="dxa"/>
              <w:bottom w:w="70" w:type="dxa"/>
              <w:right w:w="90" w:type="dxa"/>
            </w:tcMar>
          </w:tcPr>
          <w:p w14:paraId="2ECA1C4B" w14:textId="77777777" w:rsidR="00302D64" w:rsidRDefault="00302D64"/>
          <w:p w14:paraId="1AAC2C9C" w14:textId="77777777" w:rsidR="00302D64" w:rsidRDefault="00000000">
            <w:pPr>
              <w:spacing w:after="40" w:line="245" w:lineRule="auto"/>
            </w:pPr>
            <w:r>
              <w:rPr>
                <w:b/>
                <w:color w:val="000000"/>
              </w:rPr>
              <w:t>KLJUČNI POJMI</w:t>
            </w:r>
          </w:p>
          <w:p w14:paraId="5A381B76" w14:textId="77777777" w:rsidR="00302D64" w:rsidRDefault="00000000">
            <w:pPr>
              <w:spacing w:after="80" w:line="245" w:lineRule="auto"/>
            </w:pPr>
            <w:r>
              <w:rPr>
                <w:color w:val="000000"/>
                <w:sz w:val="16"/>
              </w:rPr>
              <w:t>praznovanje, običaj, voščilo, kulturna raznolikost, vključevanje, sodelovanje, odgovornost, dogodek</w:t>
            </w:r>
          </w:p>
          <w:p w14:paraId="35825FF3" w14:textId="77777777" w:rsidR="00302D64" w:rsidRDefault="00000000">
            <w:pPr>
              <w:spacing w:after="20" w:line="245" w:lineRule="auto"/>
            </w:pPr>
            <w:r>
              <w:rPr>
                <w:b/>
                <w:color w:val="000000"/>
              </w:rPr>
              <w:t>DOKAZI O UČENJU</w:t>
            </w:r>
          </w:p>
          <w:p w14:paraId="65A7BE33" w14:textId="77777777" w:rsidR="00302D64" w:rsidRDefault="00000000">
            <w:pPr>
              <w:pStyle w:val="Oznaenseznam"/>
              <w:spacing w:after="16"/>
            </w:pPr>
            <w:r>
              <w:rPr>
                <w:color w:val="000000"/>
                <w:sz w:val="16"/>
              </w:rPr>
              <w:t>primerjava dveh praznovanj</w:t>
            </w:r>
          </w:p>
          <w:p w14:paraId="6F388AF5" w14:textId="77777777" w:rsidR="00302D64" w:rsidRDefault="00000000">
            <w:pPr>
              <w:pStyle w:val="Oznaenseznam"/>
              <w:spacing w:after="16"/>
            </w:pPr>
            <w:r>
              <w:rPr>
                <w:color w:val="000000"/>
                <w:sz w:val="16"/>
              </w:rPr>
              <w:t>slikovni zapis elementov praznovanja</w:t>
            </w:r>
          </w:p>
          <w:p w14:paraId="6737D070" w14:textId="77777777" w:rsidR="00302D64" w:rsidRDefault="00000000">
            <w:pPr>
              <w:pStyle w:val="Oznaenseznam"/>
              <w:spacing w:after="16"/>
            </w:pPr>
            <w:r>
              <w:rPr>
                <w:color w:val="000000"/>
                <w:sz w:val="16"/>
              </w:rPr>
              <w:t>izvedeni prispevek in samovrednotenje</w:t>
            </w:r>
          </w:p>
          <w:p w14:paraId="63444734" w14:textId="77777777" w:rsidR="00302D64" w:rsidRDefault="00000000">
            <w:pPr>
              <w:spacing w:before="40" w:after="20" w:line="245" w:lineRule="auto"/>
            </w:pPr>
            <w:r>
              <w:rPr>
                <w:b/>
                <w:color w:val="000000"/>
              </w:rPr>
              <w:t>MEDPREDMETNA POVEZAVA</w:t>
            </w:r>
          </w:p>
          <w:p w14:paraId="4D6C9305" w14:textId="77777777" w:rsidR="00302D64" w:rsidRDefault="00000000">
            <w:pPr>
              <w:spacing w:after="60" w:line="245" w:lineRule="auto"/>
            </w:pPr>
            <w:r>
              <w:rPr>
                <w:color w:val="000000"/>
                <w:sz w:val="16"/>
              </w:rPr>
              <w:t>SLJ – voščilo in vprašanje; GUM – glasba praznovanj; LUM – okras; ŠPO – skupinska igra</w:t>
            </w:r>
          </w:p>
          <w:p w14:paraId="59510DB1" w14:textId="77777777" w:rsidR="00302D64" w:rsidRDefault="00000000">
            <w:pPr>
              <w:spacing w:after="20" w:line="245" w:lineRule="auto"/>
            </w:pPr>
            <w:r>
              <w:rPr>
                <w:b/>
                <w:color w:val="000000"/>
              </w:rPr>
              <w:t>POUČEVANJE V GIBANJU</w:t>
            </w:r>
          </w:p>
          <w:p w14:paraId="15872834"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7D1E11C1" w14:textId="77777777" w:rsidR="00302D64" w:rsidRDefault="00000000">
            <w:pPr>
              <w:spacing w:after="20" w:line="245" w:lineRule="auto"/>
            </w:pPr>
            <w:r>
              <w:rPr>
                <w:b/>
                <w:color w:val="000000"/>
              </w:rPr>
              <w:t>UČENJE PO ŠTIRIH POSTAJAH</w:t>
            </w:r>
          </w:p>
          <w:p w14:paraId="059C022B"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4D0BD235" w14:textId="77777777" w:rsidR="00302D64" w:rsidRDefault="00000000">
            <w:pPr>
              <w:spacing w:after="20" w:line="245" w:lineRule="auto"/>
            </w:pPr>
            <w:r>
              <w:rPr>
                <w:b/>
                <w:color w:val="000000"/>
              </w:rPr>
              <w:t>DIFERENCIACIJA IN VKLJUČEVANJE</w:t>
            </w:r>
          </w:p>
          <w:p w14:paraId="598C29FF" w14:textId="77777777" w:rsidR="00302D64" w:rsidRDefault="00000000">
            <w:pPr>
              <w:spacing w:after="60" w:line="245" w:lineRule="auto"/>
            </w:pPr>
            <w:r>
              <w:rPr>
                <w:color w:val="000000"/>
                <w:sz w:val="16"/>
              </w:rPr>
              <w:t>Učenec lahko izbira, koliko osebne izkušnje želi deliti; navodila so slikovna; naprednejši skrbi, da načrt vključuje različne potrebe.</w:t>
            </w:r>
          </w:p>
          <w:p w14:paraId="7134074E" w14:textId="77777777" w:rsidR="00302D64" w:rsidRDefault="00000000">
            <w:pPr>
              <w:spacing w:after="20" w:line="245" w:lineRule="auto"/>
            </w:pPr>
            <w:r>
              <w:rPr>
                <w:b/>
                <w:color w:val="000000"/>
              </w:rPr>
              <w:t>SPREMLJANJE</w:t>
            </w:r>
          </w:p>
          <w:p w14:paraId="74093C36"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157CDA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94EE6FD" w14:textId="77777777">
              <w:trPr>
                <w:jc w:val="center"/>
              </w:trPr>
              <w:tc>
                <w:tcPr>
                  <w:tcW w:w="7087" w:type="dxa"/>
                  <w:shd w:val="clear" w:color="auto" w:fill="C6E7F3"/>
                  <w:tcMar>
                    <w:top w:w="45" w:type="dxa"/>
                    <w:left w:w="70" w:type="dxa"/>
                    <w:bottom w:w="45" w:type="dxa"/>
                    <w:right w:w="70" w:type="dxa"/>
                  </w:tcMar>
                </w:tcPr>
                <w:p w14:paraId="4078E751" w14:textId="77777777" w:rsidR="00302D64" w:rsidRDefault="00000000">
                  <w:pPr>
                    <w:keepNext/>
                  </w:pPr>
                  <w:r>
                    <w:t>GLAVNI DEL – IZKUŠENJSKO IN POSTAJNO UČENJE (3 šolske ure)</w:t>
                  </w:r>
                </w:p>
              </w:tc>
            </w:tr>
          </w:tbl>
          <w:p w14:paraId="63006C92" w14:textId="77777777" w:rsidR="00302D64" w:rsidRDefault="00302D64">
            <w:pPr>
              <w:spacing w:line="20" w:lineRule="exact"/>
            </w:pPr>
          </w:p>
          <w:p w14:paraId="22521633" w14:textId="77777777" w:rsidR="00302D64" w:rsidRDefault="00000000">
            <w:pPr>
              <w:keepNext/>
              <w:spacing w:before="60" w:after="20" w:line="245" w:lineRule="auto"/>
            </w:pPr>
            <w:r>
              <w:rPr>
                <w:b/>
                <w:color w:val="000000"/>
              </w:rPr>
              <w:t>1. URA – Galerija praznovanj</w:t>
            </w:r>
          </w:p>
          <w:p w14:paraId="422A715A" w14:textId="77777777" w:rsidR="00302D64" w:rsidRDefault="00000000">
            <w:pPr>
              <w:spacing w:after="20" w:line="245" w:lineRule="auto"/>
            </w:pPr>
            <w:r>
              <w:rPr>
                <w:b/>
                <w:color w:val="000000"/>
                <w:sz w:val="16"/>
              </w:rPr>
              <w:t xml:space="preserve">Dejavnost učiteljice: </w:t>
            </w:r>
            <w:r>
              <w:rPr>
                <w:color w:val="000000"/>
                <w:sz w:val="16"/>
              </w:rPr>
              <w:t>Ponudi fotografije, glasbo in predmete različnih družinskih, krajevnih ter kulturnih praznovanj.</w:t>
            </w:r>
          </w:p>
          <w:p w14:paraId="714B66D4" w14:textId="77777777" w:rsidR="00302D64" w:rsidRDefault="00000000">
            <w:pPr>
              <w:spacing w:after="20" w:line="245" w:lineRule="auto"/>
            </w:pPr>
            <w:r>
              <w:rPr>
                <w:b/>
                <w:color w:val="000000"/>
                <w:sz w:val="16"/>
              </w:rPr>
              <w:t xml:space="preserve">Dejavnost učencev: </w:t>
            </w:r>
            <w:r>
              <w:rPr>
                <w:color w:val="000000"/>
                <w:sz w:val="16"/>
              </w:rPr>
              <w:t>Opazujejo, poiščejo podobnosti in razlike ter postavijo spoštljivo vprašanje.</w:t>
            </w:r>
          </w:p>
          <w:p w14:paraId="74B4CAC0" w14:textId="77777777" w:rsidR="00302D64" w:rsidRDefault="00000000">
            <w:pPr>
              <w:spacing w:after="40" w:line="245" w:lineRule="auto"/>
            </w:pPr>
            <w:r>
              <w:rPr>
                <w:i/>
                <w:color w:val="D95BC6"/>
                <w:sz w:val="16"/>
              </w:rPr>
              <w:t>Predvideni dokaz: primerjava dveh praznovanj.</w:t>
            </w:r>
          </w:p>
          <w:p w14:paraId="56D30BC7" w14:textId="77777777" w:rsidR="00302D64" w:rsidRDefault="00000000">
            <w:pPr>
              <w:keepNext/>
              <w:spacing w:before="60" w:after="20" w:line="245" w:lineRule="auto"/>
            </w:pPr>
            <w:r>
              <w:rPr>
                <w:b/>
                <w:color w:val="000000"/>
              </w:rPr>
              <w:t>2. URA – Praznik skozi čute</w:t>
            </w:r>
          </w:p>
          <w:p w14:paraId="7977BE03" w14:textId="77777777" w:rsidR="00302D64" w:rsidRDefault="00000000">
            <w:pPr>
              <w:spacing w:after="20" w:line="245" w:lineRule="auto"/>
            </w:pPr>
            <w:r>
              <w:rPr>
                <w:b/>
                <w:color w:val="000000"/>
                <w:sz w:val="16"/>
              </w:rPr>
              <w:t xml:space="preserve">Dejavnost učiteljice: </w:t>
            </w:r>
            <w:r>
              <w:rPr>
                <w:color w:val="000000"/>
                <w:sz w:val="16"/>
              </w:rPr>
              <w:t>Uredi postaje svetloba, zvok, okras, voščilo in skupna dejavnost brez verskega ali kulturnega vrednotenja.</w:t>
            </w:r>
          </w:p>
          <w:p w14:paraId="01C16870" w14:textId="77777777" w:rsidR="00302D64" w:rsidRDefault="00000000">
            <w:pPr>
              <w:spacing w:after="20" w:line="245" w:lineRule="auto"/>
            </w:pPr>
            <w:r>
              <w:rPr>
                <w:b/>
                <w:color w:val="000000"/>
                <w:sz w:val="16"/>
              </w:rPr>
              <w:t xml:space="preserve">Dejavnost učencev: </w:t>
            </w:r>
            <w:r>
              <w:rPr>
                <w:color w:val="000000"/>
                <w:sz w:val="16"/>
              </w:rPr>
              <w:t>Na postajah povežejo predmet ali dejavnost s pomenom in izrazijo osebno izbiro.</w:t>
            </w:r>
          </w:p>
          <w:p w14:paraId="73D0412A" w14:textId="77777777" w:rsidR="00302D64" w:rsidRDefault="00000000">
            <w:pPr>
              <w:spacing w:after="40" w:line="245" w:lineRule="auto"/>
            </w:pPr>
            <w:r>
              <w:rPr>
                <w:i/>
                <w:color w:val="D95BC6"/>
                <w:sz w:val="16"/>
              </w:rPr>
              <w:t>Predvideni dokaz: slikovni zapis elementov praznovanja.</w:t>
            </w:r>
          </w:p>
          <w:p w14:paraId="1760D61C" w14:textId="77777777" w:rsidR="00302D64" w:rsidRDefault="00000000">
            <w:pPr>
              <w:keepNext/>
              <w:spacing w:before="60" w:after="20" w:line="245" w:lineRule="auto"/>
            </w:pPr>
            <w:r>
              <w:rPr>
                <w:b/>
                <w:color w:val="000000"/>
              </w:rPr>
              <w:t>3. URA – Naš vključujoči dogodek</w:t>
            </w:r>
          </w:p>
          <w:p w14:paraId="79029F4C" w14:textId="77777777" w:rsidR="00302D64" w:rsidRDefault="00000000">
            <w:pPr>
              <w:spacing w:after="20" w:line="245" w:lineRule="auto"/>
            </w:pPr>
            <w:r>
              <w:rPr>
                <w:b/>
                <w:color w:val="000000"/>
                <w:sz w:val="16"/>
              </w:rPr>
              <w:t xml:space="preserve">Dejavnost učiteljice: </w:t>
            </w:r>
            <w:r>
              <w:rPr>
                <w:color w:val="000000"/>
                <w:sz w:val="16"/>
              </w:rPr>
              <w:t>Vodi načrtovanje razrednega dogodka po kriterijih varno, sodelovalno, skrbno in vključujoče.</w:t>
            </w:r>
          </w:p>
          <w:p w14:paraId="74A63079" w14:textId="77777777" w:rsidR="00302D64" w:rsidRDefault="00000000">
            <w:pPr>
              <w:spacing w:after="20" w:line="245" w:lineRule="auto"/>
            </w:pPr>
            <w:r>
              <w:rPr>
                <w:b/>
                <w:color w:val="000000"/>
                <w:sz w:val="16"/>
              </w:rPr>
              <w:t xml:space="preserve">Dejavnost učencev: </w:t>
            </w:r>
            <w:r>
              <w:rPr>
                <w:color w:val="000000"/>
                <w:sz w:val="16"/>
              </w:rPr>
              <w:t>Prevzamejo vlogo, pripravijo del dogodka ter po kriterijih vrednotijo skupno pripravo.</w:t>
            </w:r>
          </w:p>
          <w:p w14:paraId="269E9A8E" w14:textId="77777777" w:rsidR="00302D64" w:rsidRDefault="00000000">
            <w:pPr>
              <w:spacing w:after="40" w:line="245" w:lineRule="auto"/>
            </w:pPr>
            <w:r>
              <w:rPr>
                <w:i/>
                <w:color w:val="D95BC6"/>
                <w:sz w:val="16"/>
              </w:rPr>
              <w:t>Predvideni dokaz: izvedeni prispevek in samovrednotenje.</w:t>
            </w:r>
          </w:p>
          <w:tbl>
            <w:tblPr>
              <w:tblStyle w:val="Tabelamrea"/>
              <w:tblW w:w="0" w:type="auto"/>
              <w:jc w:val="center"/>
              <w:tblLayout w:type="fixed"/>
              <w:tblLook w:val="04A0" w:firstRow="1" w:lastRow="0" w:firstColumn="1" w:lastColumn="0" w:noHBand="0" w:noVBand="1"/>
            </w:tblPr>
            <w:tblGrid>
              <w:gridCol w:w="7087"/>
            </w:tblGrid>
            <w:tr w:rsidR="00302D64" w14:paraId="52A5C7B0" w14:textId="77777777">
              <w:trPr>
                <w:jc w:val="center"/>
              </w:trPr>
              <w:tc>
                <w:tcPr>
                  <w:tcW w:w="7087" w:type="dxa"/>
                  <w:shd w:val="clear" w:color="auto" w:fill="EDC9EA"/>
                  <w:tcMar>
                    <w:top w:w="45" w:type="dxa"/>
                    <w:left w:w="70" w:type="dxa"/>
                    <w:bottom w:w="45" w:type="dxa"/>
                    <w:right w:w="70" w:type="dxa"/>
                  </w:tcMar>
                </w:tcPr>
                <w:p w14:paraId="2D9BF229" w14:textId="77777777" w:rsidR="00302D64" w:rsidRDefault="00000000">
                  <w:pPr>
                    <w:keepNext/>
                  </w:pPr>
                  <w:r>
                    <w:rPr>
                      <w:b/>
                      <w:color w:val="000000"/>
                    </w:rPr>
                    <w:t>UČENJE PO ŠTIRIH POSTAJAH (6–8 min na postajo)</w:t>
                  </w:r>
                </w:p>
              </w:tc>
            </w:tr>
          </w:tbl>
          <w:p w14:paraId="3CEA9F00"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0FE2AAB4" w14:textId="77777777" w:rsidR="00302D64" w:rsidRDefault="00000000">
            <w:pPr>
              <w:spacing w:after="20" w:line="245" w:lineRule="auto"/>
            </w:pPr>
            <w:r>
              <w:rPr>
                <w:b/>
                <w:color w:val="000000"/>
                <w:sz w:val="16"/>
              </w:rPr>
              <w:t xml:space="preserve">RAZISKOVALNA POSTAJA – Galerija praznovanj: </w:t>
            </w:r>
            <w:r>
              <w:rPr>
                <w:color w:val="000000"/>
                <w:sz w:val="16"/>
              </w:rPr>
              <w:t>Opazujejo, poiščejo podobnosti in razlike ter postavijo spoštljivo vprašanje.</w:t>
            </w:r>
          </w:p>
          <w:p w14:paraId="05BB7DDB" w14:textId="77777777" w:rsidR="00302D64" w:rsidRDefault="00000000">
            <w:pPr>
              <w:spacing w:after="20" w:line="245" w:lineRule="auto"/>
            </w:pPr>
            <w:r>
              <w:rPr>
                <w:b/>
                <w:color w:val="000000"/>
                <w:sz w:val="16"/>
              </w:rPr>
              <w:t xml:space="preserve">PRAKTIČNA POSTAJA – Praznik skozi čute: </w:t>
            </w:r>
            <w:r>
              <w:rPr>
                <w:color w:val="000000"/>
                <w:sz w:val="16"/>
              </w:rPr>
              <w:t>Na postajah povežejo predmet ali dejavnost s pomenom in izrazijo osebno izbiro.</w:t>
            </w:r>
          </w:p>
          <w:p w14:paraId="04D7F276" w14:textId="77777777" w:rsidR="00302D64" w:rsidRDefault="00000000">
            <w:pPr>
              <w:spacing w:after="20" w:line="245" w:lineRule="auto"/>
            </w:pPr>
            <w:r>
              <w:rPr>
                <w:b/>
                <w:color w:val="000000"/>
                <w:sz w:val="16"/>
              </w:rPr>
              <w:t xml:space="preserve">GIBALNO-SODELOVALNA POSTAJA – Naš vključujoči dogodek: </w:t>
            </w:r>
            <w:r>
              <w:rPr>
                <w:color w:val="000000"/>
                <w:sz w:val="16"/>
              </w:rPr>
              <w:t>Prevzamejo vlogo, pripravijo del dogodka ter po kriterijih vrednotijo skupno pripravo.</w:t>
            </w:r>
          </w:p>
          <w:p w14:paraId="6B7D394F" w14:textId="77777777" w:rsidR="00302D64" w:rsidRDefault="00000000">
            <w:pPr>
              <w:spacing w:after="20" w:line="245" w:lineRule="auto"/>
            </w:pPr>
            <w:r>
              <w:rPr>
                <w:b/>
                <w:color w:val="000000"/>
                <w:sz w:val="16"/>
              </w:rPr>
              <w:t xml:space="preserve">POSTAJA DOKAZA IN REFLEKSIJE: </w:t>
            </w:r>
            <w:r>
              <w:rPr>
                <w:color w:val="000000"/>
                <w:sz w:val="16"/>
              </w:rPr>
              <w:t>Izberejo en dokaz (primerjava dveh praznovanj, slikovni zapis elementov praznovanja),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005D65BE" w14:textId="77777777">
              <w:trPr>
                <w:jc w:val="center"/>
              </w:trPr>
              <w:tc>
                <w:tcPr>
                  <w:tcW w:w="7087" w:type="dxa"/>
                  <w:shd w:val="clear" w:color="auto" w:fill="EDC9EA"/>
                  <w:tcMar>
                    <w:top w:w="45" w:type="dxa"/>
                    <w:left w:w="70" w:type="dxa"/>
                    <w:bottom w:w="45" w:type="dxa"/>
                    <w:right w:w="70" w:type="dxa"/>
                  </w:tcMar>
                </w:tcPr>
                <w:p w14:paraId="3E0C7E7D" w14:textId="77777777" w:rsidR="00302D64" w:rsidRDefault="00000000">
                  <w:pPr>
                    <w:keepNext/>
                  </w:pPr>
                  <w:r>
                    <w:rPr>
                      <w:b/>
                      <w:color w:val="000000"/>
                    </w:rPr>
                    <w:t>POVRATNA INFORMACIJA UČITELJICE MED DELOM</w:t>
                  </w:r>
                </w:p>
              </w:tc>
            </w:tr>
          </w:tbl>
          <w:p w14:paraId="1A14E5D2" w14:textId="77777777" w:rsidR="00302D64" w:rsidRDefault="00302D64"/>
          <w:p w14:paraId="2EC15AD2"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4AC5EE9B" w14:textId="77777777" w:rsidR="00302D64" w:rsidRDefault="00302D64"/>
          <w:p w14:paraId="265F84D4" w14:textId="77777777" w:rsidR="00302D64" w:rsidRDefault="00000000">
            <w:pPr>
              <w:spacing w:after="20" w:line="245" w:lineRule="auto"/>
            </w:pPr>
            <w:r>
              <w:rPr>
                <w:b/>
                <w:color w:val="000000"/>
                <w:sz w:val="17"/>
              </w:rPr>
              <w:t>1. URA</w:t>
            </w:r>
          </w:p>
          <w:p w14:paraId="39778EA9" w14:textId="77777777" w:rsidR="00302D64" w:rsidRDefault="00000000">
            <w:pPr>
              <w:spacing w:after="40" w:line="245" w:lineRule="auto"/>
            </w:pPr>
            <w:r>
              <w:rPr>
                <w:color w:val="000000"/>
                <w:sz w:val="16"/>
              </w:rPr>
              <w:t>Opazujejo, poiščejo podobnosti in razlike ter postavijo spoštljivo vprašanje.</w:t>
            </w:r>
          </w:p>
          <w:p w14:paraId="3AA8B479" w14:textId="77777777" w:rsidR="00302D64" w:rsidRDefault="00000000">
            <w:pPr>
              <w:spacing w:line="245" w:lineRule="auto"/>
            </w:pPr>
            <w:r>
              <w:rPr>
                <w:b/>
                <w:color w:val="D95BC6"/>
                <w:sz w:val="16"/>
              </w:rPr>
              <w:t>DOKAZ</w:t>
            </w:r>
          </w:p>
          <w:p w14:paraId="75205FF1" w14:textId="77777777" w:rsidR="00302D64" w:rsidRDefault="00000000">
            <w:pPr>
              <w:spacing w:after="60" w:line="245" w:lineRule="auto"/>
            </w:pPr>
            <w:r>
              <w:rPr>
                <w:color w:val="D95BC6"/>
                <w:sz w:val="16"/>
              </w:rPr>
              <w:t>primerjava dveh praznovanj</w:t>
            </w:r>
          </w:p>
          <w:p w14:paraId="760DA685" w14:textId="77777777" w:rsidR="00302D64" w:rsidRDefault="00000000">
            <w:pPr>
              <w:spacing w:after="20" w:line="245" w:lineRule="auto"/>
            </w:pPr>
            <w:r>
              <w:rPr>
                <w:b/>
                <w:color w:val="000000"/>
                <w:sz w:val="17"/>
              </w:rPr>
              <w:t>2. URA</w:t>
            </w:r>
          </w:p>
          <w:p w14:paraId="04BA33D5" w14:textId="77777777" w:rsidR="00302D64" w:rsidRDefault="00000000">
            <w:pPr>
              <w:spacing w:after="40" w:line="245" w:lineRule="auto"/>
            </w:pPr>
            <w:r>
              <w:rPr>
                <w:color w:val="000000"/>
                <w:sz w:val="16"/>
              </w:rPr>
              <w:t>Na postajah povežejo predmet ali dejavnost s pomenom in izrazijo osebno izbiro.</w:t>
            </w:r>
          </w:p>
          <w:p w14:paraId="76631B10" w14:textId="77777777" w:rsidR="00302D64" w:rsidRDefault="00000000">
            <w:pPr>
              <w:spacing w:line="245" w:lineRule="auto"/>
            </w:pPr>
            <w:r>
              <w:rPr>
                <w:b/>
                <w:color w:val="D95BC6"/>
                <w:sz w:val="16"/>
              </w:rPr>
              <w:t>DOKAZ</w:t>
            </w:r>
          </w:p>
          <w:p w14:paraId="531226DA" w14:textId="77777777" w:rsidR="00302D64" w:rsidRDefault="00000000">
            <w:pPr>
              <w:spacing w:after="60" w:line="245" w:lineRule="auto"/>
            </w:pPr>
            <w:r>
              <w:rPr>
                <w:color w:val="D95BC6"/>
                <w:sz w:val="16"/>
              </w:rPr>
              <w:t>slikovni zapis elementov praznovanja</w:t>
            </w:r>
          </w:p>
          <w:p w14:paraId="7A6964B7" w14:textId="77777777" w:rsidR="00302D64" w:rsidRDefault="00000000">
            <w:pPr>
              <w:spacing w:after="20" w:line="245" w:lineRule="auto"/>
            </w:pPr>
            <w:r>
              <w:rPr>
                <w:b/>
                <w:color w:val="000000"/>
                <w:sz w:val="17"/>
              </w:rPr>
              <w:t>3. URA</w:t>
            </w:r>
          </w:p>
          <w:p w14:paraId="3849B36C" w14:textId="77777777" w:rsidR="00302D64" w:rsidRDefault="00000000">
            <w:pPr>
              <w:spacing w:after="40" w:line="245" w:lineRule="auto"/>
            </w:pPr>
            <w:r>
              <w:rPr>
                <w:color w:val="000000"/>
                <w:sz w:val="16"/>
              </w:rPr>
              <w:t>Prevzamejo vlogo, pripravijo del dogodka ter po kriterijih vrednotijo skupno pripravo.</w:t>
            </w:r>
          </w:p>
          <w:p w14:paraId="7E750248" w14:textId="77777777" w:rsidR="00302D64" w:rsidRDefault="00000000">
            <w:pPr>
              <w:spacing w:line="245" w:lineRule="auto"/>
            </w:pPr>
            <w:r>
              <w:rPr>
                <w:b/>
                <w:color w:val="D95BC6"/>
                <w:sz w:val="16"/>
              </w:rPr>
              <w:t>DOKAZ</w:t>
            </w:r>
          </w:p>
          <w:p w14:paraId="69E5925E" w14:textId="77777777" w:rsidR="00302D64" w:rsidRDefault="00000000">
            <w:pPr>
              <w:spacing w:after="60" w:line="245" w:lineRule="auto"/>
            </w:pPr>
            <w:r>
              <w:rPr>
                <w:color w:val="D95BC6"/>
                <w:sz w:val="16"/>
              </w:rPr>
              <w:t>izvedeni prispevek in samovrednotenje</w:t>
            </w:r>
          </w:p>
        </w:tc>
      </w:tr>
    </w:tbl>
    <w:p w14:paraId="07DA7E68"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6879C6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301B1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8C5438" w14:textId="77777777" w:rsidR="00302D64" w:rsidRDefault="00000000">
            <w:pPr>
              <w:jc w:val="center"/>
            </w:pPr>
            <w:r>
              <w:rPr>
                <w:b/>
                <w:color w:val="000000"/>
                <w:sz w:val="20"/>
              </w:rPr>
              <w:t>UČNE DEJAVNOSTI, METODE IN FORMATIVNO SPREMLJANJE</w:t>
            </w:r>
          </w:p>
        </w:tc>
      </w:tr>
      <w:tr w:rsidR="00302D64" w14:paraId="7D02BE17" w14:textId="77777777">
        <w:trPr>
          <w:tblHeader/>
          <w:jc w:val="center"/>
        </w:trPr>
        <w:tc>
          <w:tcPr>
            <w:tcW w:w="4422" w:type="dxa"/>
            <w:vMerge/>
            <w:tcMar>
              <w:top w:w="70" w:type="dxa"/>
              <w:left w:w="90" w:type="dxa"/>
              <w:bottom w:w="70" w:type="dxa"/>
              <w:right w:w="90" w:type="dxa"/>
            </w:tcMar>
            <w:vAlign w:val="center"/>
          </w:tcPr>
          <w:p w14:paraId="0B8897EE" w14:textId="77777777" w:rsidR="00302D64" w:rsidRDefault="00302D64"/>
        </w:tc>
        <w:tc>
          <w:tcPr>
            <w:tcW w:w="7087" w:type="dxa"/>
            <w:shd w:val="clear" w:color="auto" w:fill="FFFFFF"/>
            <w:tcMar>
              <w:top w:w="70" w:type="dxa"/>
              <w:left w:w="90" w:type="dxa"/>
              <w:bottom w:w="70" w:type="dxa"/>
              <w:right w:w="90" w:type="dxa"/>
            </w:tcMar>
            <w:vAlign w:val="center"/>
          </w:tcPr>
          <w:p w14:paraId="12393DE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907D853" w14:textId="77777777" w:rsidR="00302D64" w:rsidRDefault="00000000">
            <w:pPr>
              <w:jc w:val="center"/>
            </w:pPr>
            <w:r>
              <w:rPr>
                <w:b/>
                <w:color w:val="000000"/>
              </w:rPr>
              <w:t>UČENEC</w:t>
            </w:r>
          </w:p>
        </w:tc>
      </w:tr>
      <w:tr w:rsidR="00302D64" w14:paraId="79397EAA" w14:textId="77777777">
        <w:trPr>
          <w:jc w:val="center"/>
        </w:trPr>
        <w:tc>
          <w:tcPr>
            <w:tcW w:w="4422" w:type="dxa"/>
            <w:tcMar>
              <w:top w:w="70" w:type="dxa"/>
              <w:left w:w="90" w:type="dxa"/>
              <w:bottom w:w="70" w:type="dxa"/>
              <w:right w:w="90" w:type="dxa"/>
            </w:tcMar>
          </w:tcPr>
          <w:p w14:paraId="6D4385AB" w14:textId="77777777" w:rsidR="00302D64" w:rsidRDefault="00302D64"/>
          <w:p w14:paraId="526BE123" w14:textId="77777777" w:rsidR="00302D64" w:rsidRDefault="00000000">
            <w:pPr>
              <w:spacing w:after="40" w:line="245" w:lineRule="auto"/>
            </w:pPr>
            <w:r>
              <w:rPr>
                <w:b/>
                <w:color w:val="000000"/>
              </w:rPr>
              <w:t>FORMATIVNO SPREMLJANJE</w:t>
            </w:r>
          </w:p>
          <w:p w14:paraId="0FA8EAD6" w14:textId="77777777" w:rsidR="00302D64" w:rsidRDefault="00000000">
            <w:pPr>
              <w:pStyle w:val="Oznaenseznam"/>
              <w:spacing w:after="16"/>
            </w:pPr>
            <w:r>
              <w:rPr>
                <w:color w:val="000000"/>
                <w:sz w:val="16"/>
              </w:rPr>
              <w:t>predznanje: začetni odgovor, razvrstitev ali prikaz</w:t>
            </w:r>
          </w:p>
          <w:p w14:paraId="5E45D587" w14:textId="77777777" w:rsidR="00302D64" w:rsidRDefault="00000000">
            <w:pPr>
              <w:pStyle w:val="Oznaenseznam"/>
              <w:spacing w:after="16"/>
            </w:pPr>
            <w:r>
              <w:rPr>
                <w:color w:val="000000"/>
                <w:sz w:val="16"/>
              </w:rPr>
              <w:t>dokazi med učenjem: izvedba, skica, model, opazovalni zapis ali razlaga</w:t>
            </w:r>
          </w:p>
          <w:p w14:paraId="381D8851" w14:textId="77777777" w:rsidR="00302D64" w:rsidRDefault="00000000">
            <w:pPr>
              <w:pStyle w:val="Oznaenseznam"/>
              <w:spacing w:after="16"/>
            </w:pPr>
            <w:r>
              <w:rPr>
                <w:color w:val="000000"/>
                <w:sz w:val="16"/>
              </w:rPr>
              <w:t>povratna informacija: konkretna, vezana na kriterij in usmerjena v naslednji korak</w:t>
            </w:r>
          </w:p>
          <w:p w14:paraId="600350F5" w14:textId="77777777" w:rsidR="00302D64" w:rsidRDefault="00000000">
            <w:pPr>
              <w:pStyle w:val="Oznaenseznam"/>
              <w:spacing w:after="16"/>
            </w:pPr>
            <w:r>
              <w:rPr>
                <w:color w:val="000000"/>
                <w:sz w:val="16"/>
              </w:rPr>
              <w:t>samovrednotenje: semafor, prsti, izbrani simbol ali kratka poved</w:t>
            </w:r>
          </w:p>
          <w:p w14:paraId="7A45B66B" w14:textId="77777777" w:rsidR="00302D64" w:rsidRDefault="00000000">
            <w:pPr>
              <w:spacing w:before="40" w:after="20" w:line="245" w:lineRule="auto"/>
            </w:pPr>
            <w:r>
              <w:rPr>
                <w:b/>
                <w:color w:val="000000"/>
              </w:rPr>
              <w:t>VARNOST IN ODGOVORNOST</w:t>
            </w:r>
          </w:p>
          <w:p w14:paraId="5F742AE5" w14:textId="77777777" w:rsidR="00302D64" w:rsidRDefault="00000000">
            <w:pPr>
              <w:spacing w:after="60" w:line="245" w:lineRule="auto"/>
            </w:pPr>
            <w:r>
              <w:rPr>
                <w:color w:val="000000"/>
                <w:sz w:val="16"/>
              </w:rPr>
              <w:t>Upošteva dogovorjena pravila varnega, spoštljivega in odgovornega dela.</w:t>
            </w:r>
          </w:p>
          <w:p w14:paraId="069E6F22" w14:textId="77777777" w:rsidR="00302D64" w:rsidRDefault="00000000">
            <w:pPr>
              <w:spacing w:after="20" w:line="245" w:lineRule="auto"/>
            </w:pPr>
            <w:r>
              <w:rPr>
                <w:b/>
                <w:color w:val="000000"/>
              </w:rPr>
              <w:t>EVIDENCA PO IZVEDBI</w:t>
            </w:r>
          </w:p>
          <w:p w14:paraId="071A19F6"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0F62A51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421188F" w14:textId="77777777">
              <w:trPr>
                <w:jc w:val="center"/>
              </w:trPr>
              <w:tc>
                <w:tcPr>
                  <w:tcW w:w="7087" w:type="dxa"/>
                  <w:shd w:val="clear" w:color="auto" w:fill="EDC9EA"/>
                  <w:tcMar>
                    <w:top w:w="45" w:type="dxa"/>
                    <w:left w:w="70" w:type="dxa"/>
                    <w:bottom w:w="45" w:type="dxa"/>
                    <w:right w:w="70" w:type="dxa"/>
                  </w:tcMar>
                </w:tcPr>
                <w:p w14:paraId="5664626F" w14:textId="77777777" w:rsidR="00302D64" w:rsidRDefault="00000000">
                  <w:pPr>
                    <w:keepNext/>
                  </w:pPr>
                  <w:r>
                    <w:rPr>
                      <w:b/>
                      <w:color w:val="000000"/>
                    </w:rPr>
                    <w:t>VPRAŠANJA V PODPORO UČENJU</w:t>
                  </w:r>
                </w:p>
              </w:tc>
            </w:tr>
          </w:tbl>
          <w:p w14:paraId="64B816CA" w14:textId="77777777" w:rsidR="00302D64" w:rsidRDefault="00302D64">
            <w:pPr>
              <w:spacing w:line="20" w:lineRule="exact"/>
            </w:pPr>
          </w:p>
          <w:p w14:paraId="054F325B" w14:textId="77777777" w:rsidR="00302D64" w:rsidRDefault="00000000">
            <w:pPr>
              <w:pStyle w:val="Oznaenseznam"/>
              <w:spacing w:after="16"/>
            </w:pPr>
            <w:r>
              <w:rPr>
                <w:color w:val="000000"/>
                <w:sz w:val="16"/>
              </w:rPr>
              <w:t>Kaj si opazil/-a in kateri dokaz to pokaže?</w:t>
            </w:r>
          </w:p>
          <w:p w14:paraId="4A4B80E9" w14:textId="77777777" w:rsidR="00302D64" w:rsidRDefault="00000000">
            <w:pPr>
              <w:pStyle w:val="Oznaenseznam"/>
              <w:spacing w:after="16"/>
            </w:pPr>
            <w:r>
              <w:rPr>
                <w:color w:val="000000"/>
                <w:sz w:val="16"/>
              </w:rPr>
              <w:t>Kako si prišel/-la do svoje odločitve?</w:t>
            </w:r>
          </w:p>
          <w:p w14:paraId="4D9D38CB" w14:textId="77777777" w:rsidR="00302D64" w:rsidRDefault="00000000">
            <w:pPr>
              <w:pStyle w:val="Oznaenseznam"/>
              <w:spacing w:after="16"/>
            </w:pPr>
            <w:r>
              <w:rPr>
                <w:color w:val="000000"/>
                <w:sz w:val="16"/>
              </w:rPr>
              <w:t>Kaj si pri ponovnem poskusu ohranil/-a enako in kaj spremenil/-a?</w:t>
            </w:r>
          </w:p>
          <w:p w14:paraId="2398AEE5" w14:textId="77777777" w:rsidR="00302D64" w:rsidRDefault="00000000">
            <w:pPr>
              <w:pStyle w:val="Oznaenseznam"/>
              <w:spacing w:after="16"/>
            </w:pPr>
            <w:r>
              <w:rPr>
                <w:color w:val="000000"/>
                <w:sz w:val="16"/>
              </w:rPr>
              <w:t>Kateri kriterij že dosegaš? Kaj bo tvoj naslednji korak?</w:t>
            </w:r>
          </w:p>
          <w:p w14:paraId="337A574A"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7C3DE5F" w14:textId="77777777">
              <w:trPr>
                <w:jc w:val="center"/>
              </w:trPr>
              <w:tc>
                <w:tcPr>
                  <w:tcW w:w="7087" w:type="dxa"/>
                  <w:shd w:val="clear" w:color="auto" w:fill="C6E7F3"/>
                  <w:tcMar>
                    <w:top w:w="45" w:type="dxa"/>
                    <w:left w:w="70" w:type="dxa"/>
                    <w:bottom w:w="45" w:type="dxa"/>
                    <w:right w:w="70" w:type="dxa"/>
                  </w:tcMar>
                </w:tcPr>
                <w:p w14:paraId="77739263" w14:textId="77777777" w:rsidR="00302D64" w:rsidRDefault="00000000">
                  <w:pPr>
                    <w:keepNext/>
                  </w:pPr>
                  <w:r>
                    <w:rPr>
                      <w:b/>
                      <w:color w:val="000000"/>
                    </w:rPr>
                    <w:t>ZAKLJUČNI DEL – UTRJEVANJE IN REFLEKSIJA (10–15 min)</w:t>
                  </w:r>
                </w:p>
              </w:tc>
            </w:tr>
          </w:tbl>
          <w:p w14:paraId="2036A679" w14:textId="77777777" w:rsidR="00302D64" w:rsidRDefault="00302D64">
            <w:pPr>
              <w:spacing w:line="20" w:lineRule="exact"/>
            </w:pPr>
          </w:p>
          <w:p w14:paraId="6B9D4021"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6D87BE39" w14:textId="77777777">
              <w:trPr>
                <w:jc w:val="center"/>
              </w:trPr>
              <w:tc>
                <w:tcPr>
                  <w:tcW w:w="7087" w:type="dxa"/>
                  <w:shd w:val="clear" w:color="auto" w:fill="EDC9EA"/>
                  <w:tcMar>
                    <w:top w:w="45" w:type="dxa"/>
                    <w:left w:w="70" w:type="dxa"/>
                    <w:bottom w:w="45" w:type="dxa"/>
                    <w:right w:w="70" w:type="dxa"/>
                  </w:tcMar>
                </w:tcPr>
                <w:p w14:paraId="0AB21978" w14:textId="77777777" w:rsidR="00302D64" w:rsidRDefault="00000000">
                  <w:pPr>
                    <w:keepNext/>
                  </w:pPr>
                  <w:r>
                    <w:rPr>
                      <w:b/>
                      <w:color w:val="000000"/>
                    </w:rPr>
                    <w:t>SAMOVREDNOTENJE</w:t>
                  </w:r>
                </w:p>
              </w:tc>
            </w:tr>
          </w:tbl>
          <w:p w14:paraId="0B99824D" w14:textId="77777777" w:rsidR="00302D64" w:rsidRDefault="00302D64">
            <w:pPr>
              <w:spacing w:line="20" w:lineRule="exact"/>
            </w:pPr>
          </w:p>
          <w:p w14:paraId="1B28858A"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624D009C" w14:textId="77777777">
              <w:trPr>
                <w:jc w:val="center"/>
              </w:trPr>
              <w:tc>
                <w:tcPr>
                  <w:tcW w:w="7087" w:type="dxa"/>
                  <w:shd w:val="clear" w:color="auto" w:fill="EDC9EA"/>
                  <w:tcMar>
                    <w:top w:w="45" w:type="dxa"/>
                    <w:left w:w="70" w:type="dxa"/>
                    <w:bottom w:w="45" w:type="dxa"/>
                    <w:right w:w="70" w:type="dxa"/>
                  </w:tcMar>
                </w:tcPr>
                <w:p w14:paraId="7C97B022" w14:textId="77777777" w:rsidR="00302D64" w:rsidRDefault="00000000">
                  <w:pPr>
                    <w:keepNext/>
                  </w:pPr>
                  <w:r>
                    <w:rPr>
                      <w:b/>
                      <w:color w:val="000000"/>
                    </w:rPr>
                    <w:t>VRSTNIŠKO VREDNOTENJE</w:t>
                  </w:r>
                </w:p>
              </w:tc>
            </w:tr>
          </w:tbl>
          <w:p w14:paraId="3F1D4F0B" w14:textId="77777777" w:rsidR="00302D64" w:rsidRDefault="00302D64">
            <w:pPr>
              <w:spacing w:line="20" w:lineRule="exact"/>
            </w:pPr>
          </w:p>
          <w:p w14:paraId="626E21D3"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4D1C8FB7" w14:textId="77777777">
              <w:trPr>
                <w:jc w:val="center"/>
              </w:trPr>
              <w:tc>
                <w:tcPr>
                  <w:tcW w:w="7087" w:type="dxa"/>
                  <w:shd w:val="clear" w:color="auto" w:fill="EDC9EA"/>
                  <w:tcMar>
                    <w:top w:w="45" w:type="dxa"/>
                    <w:left w:w="70" w:type="dxa"/>
                    <w:bottom w:w="45" w:type="dxa"/>
                    <w:right w:w="70" w:type="dxa"/>
                  </w:tcMar>
                </w:tcPr>
                <w:p w14:paraId="36148AC6" w14:textId="77777777" w:rsidR="00302D64" w:rsidRDefault="00000000">
                  <w:pPr>
                    <w:keepNext/>
                  </w:pPr>
                  <w:r>
                    <w:rPr>
                      <w:b/>
                      <w:color w:val="000000"/>
                    </w:rPr>
                    <w:t>SKUPNI POVZETEK</w:t>
                  </w:r>
                </w:p>
              </w:tc>
            </w:tr>
          </w:tbl>
          <w:p w14:paraId="5BC24BC0" w14:textId="77777777" w:rsidR="00302D64" w:rsidRDefault="00302D64"/>
          <w:p w14:paraId="47E0F0A6" w14:textId="77777777" w:rsidR="00302D64" w:rsidRDefault="00000000">
            <w:pPr>
              <w:spacing w:before="20" w:after="40" w:line="245" w:lineRule="auto"/>
            </w:pPr>
            <w:r>
              <w:rPr>
                <w:b/>
                <w:color w:val="000000"/>
                <w:sz w:val="17"/>
              </w:rPr>
              <w:t>Ljudje praznujejo na različne načine. Različnost spoštujem in odgovorno sodelujem pri skupnem dogodku.</w:t>
            </w:r>
          </w:p>
        </w:tc>
        <w:tc>
          <w:tcPr>
            <w:tcW w:w="2551" w:type="dxa"/>
            <w:tcMar>
              <w:top w:w="70" w:type="dxa"/>
              <w:left w:w="90" w:type="dxa"/>
              <w:bottom w:w="70" w:type="dxa"/>
              <w:right w:w="90" w:type="dxa"/>
            </w:tcMar>
          </w:tcPr>
          <w:p w14:paraId="1B7CD95D" w14:textId="77777777" w:rsidR="00302D64" w:rsidRDefault="00302D64"/>
          <w:p w14:paraId="1FAB7C16" w14:textId="77777777" w:rsidR="00302D64" w:rsidRDefault="00000000">
            <w:pPr>
              <w:spacing w:after="100" w:line="245" w:lineRule="auto"/>
            </w:pPr>
            <w:r>
              <w:rPr>
                <w:color w:val="000000"/>
                <w:sz w:val="16"/>
              </w:rPr>
              <w:t>Odgovarja na podporna vprašanja in se sklicuje na svoj dokaz.</w:t>
            </w:r>
          </w:p>
          <w:p w14:paraId="10C40D6B" w14:textId="77777777" w:rsidR="00302D64" w:rsidRDefault="00000000">
            <w:pPr>
              <w:spacing w:after="100" w:line="245" w:lineRule="auto"/>
            </w:pPr>
            <w:r>
              <w:rPr>
                <w:color w:val="000000"/>
                <w:sz w:val="16"/>
              </w:rPr>
              <w:t>Primerja začetno zamisel z ugotovitvijo ter pove ali pokaže, kaj se je naučil/-a.</w:t>
            </w:r>
          </w:p>
          <w:p w14:paraId="4C4388E7" w14:textId="77777777" w:rsidR="00302D64" w:rsidRDefault="00000000">
            <w:pPr>
              <w:spacing w:after="100" w:line="245" w:lineRule="auto"/>
            </w:pPr>
            <w:r>
              <w:rPr>
                <w:color w:val="000000"/>
                <w:sz w:val="16"/>
              </w:rPr>
              <w:t>Izbere raven doseganja in določi naslednji korak.</w:t>
            </w:r>
          </w:p>
          <w:p w14:paraId="55E7E740" w14:textId="77777777" w:rsidR="00302D64" w:rsidRDefault="00000000">
            <w:pPr>
              <w:spacing w:after="100" w:line="245" w:lineRule="auto"/>
            </w:pPr>
            <w:r>
              <w:rPr>
                <w:color w:val="000000"/>
                <w:sz w:val="16"/>
              </w:rPr>
              <w:t>Sošolcu poda prijazen, konkreten odziv.</w:t>
            </w:r>
          </w:p>
          <w:p w14:paraId="3C9F5A37" w14:textId="77777777" w:rsidR="00302D64" w:rsidRDefault="00000000">
            <w:pPr>
              <w:spacing w:after="20" w:line="245" w:lineRule="auto"/>
            </w:pPr>
            <w:r>
              <w:rPr>
                <w:b/>
                <w:color w:val="D95BC6"/>
                <w:sz w:val="17"/>
              </w:rPr>
              <w:t>DOKAZ O UČENJU</w:t>
            </w:r>
          </w:p>
          <w:p w14:paraId="4854D343" w14:textId="77777777" w:rsidR="00302D64" w:rsidRDefault="00000000">
            <w:pPr>
              <w:spacing w:after="30" w:line="245" w:lineRule="auto"/>
            </w:pPr>
            <w:r>
              <w:rPr>
                <w:color w:val="D95BC6"/>
                <w:sz w:val="16"/>
              </w:rPr>
              <w:t>izvedba ali izdelek, razlaga, samovrednotenje in odziv na povratno informacijo</w:t>
            </w:r>
          </w:p>
        </w:tc>
      </w:tr>
    </w:tbl>
    <w:p w14:paraId="2DBD2AF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612D7181" w14:textId="77777777">
        <w:trPr>
          <w:cantSplit/>
          <w:jc w:val="center"/>
        </w:trPr>
        <w:tc>
          <w:tcPr>
            <w:tcW w:w="14060" w:type="dxa"/>
            <w:gridSpan w:val="6"/>
            <w:tcMar>
              <w:top w:w="70" w:type="dxa"/>
              <w:left w:w="90" w:type="dxa"/>
              <w:bottom w:w="70" w:type="dxa"/>
              <w:right w:w="90" w:type="dxa"/>
            </w:tcMar>
            <w:vAlign w:val="center"/>
          </w:tcPr>
          <w:p w14:paraId="4D26B653" w14:textId="77777777" w:rsidR="00302D64" w:rsidRDefault="00000000">
            <w:pPr>
              <w:jc w:val="center"/>
            </w:pPr>
            <w:r>
              <w:rPr>
                <w:b/>
                <w:color w:val="000000"/>
                <w:sz w:val="24"/>
              </w:rPr>
              <w:lastRenderedPageBreak/>
              <w:t>UČNA PRIPRAVA 16/39</w:t>
            </w:r>
          </w:p>
        </w:tc>
      </w:tr>
      <w:tr w:rsidR="00302D64" w14:paraId="1C14B442" w14:textId="77777777">
        <w:trPr>
          <w:jc w:val="center"/>
        </w:trPr>
        <w:tc>
          <w:tcPr>
            <w:tcW w:w="2665" w:type="dxa"/>
            <w:tcMar>
              <w:top w:w="70" w:type="dxa"/>
              <w:left w:w="90" w:type="dxa"/>
              <w:bottom w:w="70" w:type="dxa"/>
              <w:right w:w="90" w:type="dxa"/>
            </w:tcMar>
            <w:vAlign w:val="center"/>
          </w:tcPr>
          <w:p w14:paraId="27685C86"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9B2416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6847D4F"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3C83EED" w14:textId="77777777" w:rsidR="00302D64" w:rsidRDefault="00000000">
            <w:r>
              <w:rPr>
                <w:b/>
                <w:color w:val="000000"/>
                <w:sz w:val="16"/>
              </w:rPr>
              <w:t xml:space="preserve">NAČRTOVANI TERMIN: </w:t>
            </w:r>
            <w:r>
              <w:rPr>
                <w:color w:val="000000"/>
                <w:sz w:val="16"/>
              </w:rPr>
              <w:t>16. teden • 21.–24. 12. 2026</w:t>
            </w:r>
          </w:p>
        </w:tc>
        <w:tc>
          <w:tcPr>
            <w:tcW w:w="2268" w:type="dxa"/>
            <w:tcMar>
              <w:top w:w="70" w:type="dxa"/>
              <w:left w:w="90" w:type="dxa"/>
              <w:bottom w:w="70" w:type="dxa"/>
              <w:right w:w="90" w:type="dxa"/>
            </w:tcMar>
            <w:vAlign w:val="center"/>
          </w:tcPr>
          <w:p w14:paraId="4422F46C"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C07A369" w14:textId="77777777" w:rsidR="00302D64" w:rsidRDefault="00000000">
            <w:r>
              <w:rPr>
                <w:b/>
                <w:color w:val="000000"/>
                <w:sz w:val="16"/>
              </w:rPr>
              <w:t xml:space="preserve">ŠTEVILO UR: </w:t>
            </w:r>
            <w:r>
              <w:rPr>
                <w:color w:val="000000"/>
                <w:sz w:val="16"/>
              </w:rPr>
              <w:t>2</w:t>
            </w:r>
          </w:p>
        </w:tc>
      </w:tr>
      <w:tr w:rsidR="00302D64" w14:paraId="72BF0AD0" w14:textId="77777777">
        <w:trPr>
          <w:jc w:val="center"/>
        </w:trPr>
        <w:tc>
          <w:tcPr>
            <w:tcW w:w="14061" w:type="dxa"/>
            <w:gridSpan w:val="6"/>
            <w:tcMar>
              <w:top w:w="70" w:type="dxa"/>
              <w:left w:w="90" w:type="dxa"/>
              <w:bottom w:w="70" w:type="dxa"/>
              <w:right w:w="90" w:type="dxa"/>
            </w:tcMar>
            <w:vAlign w:val="center"/>
          </w:tcPr>
          <w:p w14:paraId="61541BE5" w14:textId="77777777" w:rsidR="00302D64" w:rsidRDefault="00000000">
            <w:r>
              <w:t>TIP UČNE URE: obravnava, izkušenjsko raziskovanje, učenje po postajah, utrjevanje in formativno spremljanje</w:t>
            </w:r>
          </w:p>
        </w:tc>
      </w:tr>
      <w:tr w:rsidR="00302D64" w14:paraId="1EA24AEB" w14:textId="77777777">
        <w:trPr>
          <w:cantSplit/>
          <w:jc w:val="center"/>
        </w:trPr>
        <w:tc>
          <w:tcPr>
            <w:tcW w:w="14060" w:type="dxa"/>
            <w:gridSpan w:val="6"/>
            <w:tcMar>
              <w:top w:w="70" w:type="dxa"/>
              <w:left w:w="90" w:type="dxa"/>
              <w:bottom w:w="70" w:type="dxa"/>
              <w:right w:w="90" w:type="dxa"/>
            </w:tcMar>
            <w:vAlign w:val="center"/>
          </w:tcPr>
          <w:p w14:paraId="260EB99C" w14:textId="77777777" w:rsidR="00302D64" w:rsidRDefault="00302D64"/>
          <w:p w14:paraId="1DF36CD1" w14:textId="77777777" w:rsidR="00302D64" w:rsidRDefault="00000000">
            <w:pPr>
              <w:spacing w:line="245" w:lineRule="auto"/>
            </w:pPr>
            <w:r>
              <w:rPr>
                <w:b/>
                <w:color w:val="000000"/>
                <w:sz w:val="17"/>
              </w:rPr>
              <w:t xml:space="preserve">UČNI SKLOP: </w:t>
            </w:r>
            <w:r>
              <w:rPr>
                <w:color w:val="000000"/>
                <w:sz w:val="17"/>
              </w:rPr>
              <w:t>MOJA DRUŽINA, SKUPNOST IN PRAZNOVANJA</w:t>
            </w:r>
          </w:p>
        </w:tc>
      </w:tr>
      <w:tr w:rsidR="00302D64" w14:paraId="1131C45E" w14:textId="77777777">
        <w:trPr>
          <w:cantSplit/>
          <w:jc w:val="center"/>
        </w:trPr>
        <w:tc>
          <w:tcPr>
            <w:tcW w:w="14060" w:type="dxa"/>
            <w:gridSpan w:val="6"/>
            <w:tcMar>
              <w:top w:w="70" w:type="dxa"/>
              <w:left w:w="90" w:type="dxa"/>
              <w:bottom w:w="70" w:type="dxa"/>
              <w:right w:w="90" w:type="dxa"/>
            </w:tcMar>
            <w:vAlign w:val="center"/>
          </w:tcPr>
          <w:p w14:paraId="5320EDAA" w14:textId="77777777" w:rsidR="00302D64" w:rsidRDefault="00302D64"/>
          <w:p w14:paraId="314A79DC" w14:textId="77777777" w:rsidR="00302D64" w:rsidRDefault="00000000">
            <w:pPr>
              <w:spacing w:line="245" w:lineRule="auto"/>
            </w:pPr>
            <w:r>
              <w:rPr>
                <w:b/>
                <w:color w:val="000000"/>
                <w:sz w:val="17"/>
              </w:rPr>
              <w:t xml:space="preserve">UČNA TEMA: </w:t>
            </w:r>
            <w:r>
              <w:rPr>
                <w:color w:val="000000"/>
                <w:sz w:val="17"/>
              </w:rPr>
              <w:t>SKUPNOST</w:t>
            </w:r>
          </w:p>
        </w:tc>
      </w:tr>
      <w:tr w:rsidR="00302D64" w14:paraId="1C9D6EEC" w14:textId="77777777">
        <w:trPr>
          <w:cantSplit/>
          <w:jc w:val="center"/>
        </w:trPr>
        <w:tc>
          <w:tcPr>
            <w:tcW w:w="14060" w:type="dxa"/>
            <w:gridSpan w:val="6"/>
            <w:tcMar>
              <w:top w:w="70" w:type="dxa"/>
              <w:left w:w="90" w:type="dxa"/>
              <w:bottom w:w="70" w:type="dxa"/>
              <w:right w:w="90" w:type="dxa"/>
            </w:tcMar>
            <w:vAlign w:val="center"/>
          </w:tcPr>
          <w:p w14:paraId="3D46FCA7" w14:textId="77777777" w:rsidR="00302D64" w:rsidRDefault="00302D64"/>
          <w:p w14:paraId="6757567A" w14:textId="77777777" w:rsidR="00302D64" w:rsidRDefault="00000000">
            <w:pPr>
              <w:spacing w:line="245" w:lineRule="auto"/>
            </w:pPr>
            <w:r>
              <w:rPr>
                <w:b/>
                <w:color w:val="000000"/>
                <w:sz w:val="17"/>
              </w:rPr>
              <w:t xml:space="preserve">KNJIŽEVNO IZHODIŠČE IN MOTIV: </w:t>
            </w:r>
            <w:r>
              <w:rPr>
                <w:color w:val="000000"/>
                <w:sz w:val="17"/>
              </w:rPr>
              <w:t>»Enci benci na kamenci« – slovensko ljudsko izročilo • izštevanke, ritem, skupnost in praznična ustvarjalnost</w:t>
            </w:r>
          </w:p>
        </w:tc>
      </w:tr>
      <w:tr w:rsidR="00302D64" w14:paraId="0FE4DC59" w14:textId="77777777">
        <w:trPr>
          <w:cantSplit/>
          <w:jc w:val="center"/>
        </w:trPr>
        <w:tc>
          <w:tcPr>
            <w:tcW w:w="14060" w:type="dxa"/>
            <w:gridSpan w:val="6"/>
            <w:tcMar>
              <w:top w:w="70" w:type="dxa"/>
              <w:left w:w="90" w:type="dxa"/>
              <w:bottom w:w="70" w:type="dxa"/>
              <w:right w:w="90" w:type="dxa"/>
            </w:tcMar>
            <w:vAlign w:val="center"/>
          </w:tcPr>
          <w:p w14:paraId="5EB51D16" w14:textId="77777777" w:rsidR="00302D64" w:rsidRDefault="00302D64"/>
          <w:p w14:paraId="6529CE86" w14:textId="77777777" w:rsidR="00302D64" w:rsidRDefault="00000000">
            <w:pPr>
              <w:spacing w:line="245" w:lineRule="auto"/>
            </w:pPr>
            <w:r>
              <w:rPr>
                <w:b/>
                <w:color w:val="000000"/>
                <w:sz w:val="17"/>
              </w:rPr>
              <w:t xml:space="preserve">UČNE ENOTE: </w:t>
            </w:r>
            <w:r>
              <w:rPr>
                <w:color w:val="000000"/>
                <w:sz w:val="17"/>
              </w:rPr>
              <w:t>1. ura – Igra izročila • 2. ura – Skupni praznični izdelek</w:t>
            </w:r>
          </w:p>
        </w:tc>
      </w:tr>
      <w:tr w:rsidR="00302D64" w14:paraId="2D979AAE" w14:textId="77777777">
        <w:trPr>
          <w:cantSplit/>
          <w:jc w:val="center"/>
        </w:trPr>
        <w:tc>
          <w:tcPr>
            <w:tcW w:w="14060" w:type="dxa"/>
            <w:gridSpan w:val="6"/>
            <w:tcMar>
              <w:top w:w="70" w:type="dxa"/>
              <w:left w:w="90" w:type="dxa"/>
              <w:bottom w:w="70" w:type="dxa"/>
              <w:right w:w="90" w:type="dxa"/>
            </w:tcMar>
            <w:vAlign w:val="center"/>
          </w:tcPr>
          <w:p w14:paraId="59E60ADD" w14:textId="77777777" w:rsidR="00302D64" w:rsidRDefault="00302D64"/>
          <w:p w14:paraId="693B9387"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11B5FA5B" w14:textId="77777777">
        <w:trPr>
          <w:cantSplit/>
          <w:jc w:val="center"/>
        </w:trPr>
        <w:tc>
          <w:tcPr>
            <w:tcW w:w="14060" w:type="dxa"/>
            <w:gridSpan w:val="6"/>
            <w:tcMar>
              <w:top w:w="70" w:type="dxa"/>
              <w:left w:w="90" w:type="dxa"/>
              <w:bottom w:w="70" w:type="dxa"/>
              <w:right w:w="90" w:type="dxa"/>
            </w:tcMar>
            <w:vAlign w:val="center"/>
          </w:tcPr>
          <w:p w14:paraId="2C15C99F" w14:textId="77777777" w:rsidR="00302D64" w:rsidRDefault="00302D64"/>
          <w:p w14:paraId="5AE4AC61"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430040CC" w14:textId="77777777">
        <w:trPr>
          <w:cantSplit/>
          <w:jc w:val="center"/>
        </w:trPr>
        <w:tc>
          <w:tcPr>
            <w:tcW w:w="14060" w:type="dxa"/>
            <w:gridSpan w:val="6"/>
            <w:tcMar>
              <w:top w:w="70" w:type="dxa"/>
              <w:left w:w="90" w:type="dxa"/>
              <w:bottom w:w="70" w:type="dxa"/>
              <w:right w:w="90" w:type="dxa"/>
            </w:tcMar>
            <w:vAlign w:val="center"/>
          </w:tcPr>
          <w:p w14:paraId="0D5224DE" w14:textId="77777777" w:rsidR="00302D64" w:rsidRDefault="00302D64"/>
          <w:p w14:paraId="235D07C8"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2BB4993" w14:textId="77777777">
        <w:trPr>
          <w:cantSplit/>
          <w:jc w:val="center"/>
        </w:trPr>
        <w:tc>
          <w:tcPr>
            <w:tcW w:w="14060" w:type="dxa"/>
            <w:gridSpan w:val="6"/>
            <w:tcMar>
              <w:top w:w="70" w:type="dxa"/>
              <w:left w:w="90" w:type="dxa"/>
              <w:bottom w:w="70" w:type="dxa"/>
              <w:right w:w="90" w:type="dxa"/>
            </w:tcMar>
            <w:vAlign w:val="center"/>
          </w:tcPr>
          <w:p w14:paraId="7BC2B456" w14:textId="77777777" w:rsidR="00302D64" w:rsidRDefault="00302D64"/>
          <w:p w14:paraId="778D4C76" w14:textId="77777777" w:rsidR="00302D64" w:rsidRDefault="00000000">
            <w:pPr>
              <w:spacing w:line="245" w:lineRule="auto"/>
            </w:pPr>
            <w:r>
              <w:rPr>
                <w:b/>
                <w:color w:val="000000"/>
                <w:sz w:val="17"/>
              </w:rPr>
              <w:t xml:space="preserve">MEDPREDMETNE POVEZAVE: </w:t>
            </w:r>
            <w:r>
              <w:rPr>
                <w:color w:val="000000"/>
                <w:sz w:val="17"/>
              </w:rPr>
              <w:t>SLJ – ljudsko izročilo; GUM – ritem; ŠPO – gibalna igra; LUM/TEHNIKA – skupni izdelek</w:t>
            </w:r>
          </w:p>
        </w:tc>
      </w:tr>
      <w:tr w:rsidR="00302D64" w14:paraId="1AA1FFCB" w14:textId="77777777">
        <w:trPr>
          <w:cantSplit/>
          <w:jc w:val="center"/>
        </w:trPr>
        <w:tc>
          <w:tcPr>
            <w:tcW w:w="14060" w:type="dxa"/>
            <w:gridSpan w:val="6"/>
            <w:tcMar>
              <w:top w:w="70" w:type="dxa"/>
              <w:left w:w="90" w:type="dxa"/>
              <w:bottom w:w="70" w:type="dxa"/>
              <w:right w:w="90" w:type="dxa"/>
            </w:tcMar>
            <w:vAlign w:val="center"/>
          </w:tcPr>
          <w:p w14:paraId="660245DF" w14:textId="77777777" w:rsidR="00302D64" w:rsidRDefault="00302D64"/>
          <w:p w14:paraId="003F6212" w14:textId="77777777" w:rsidR="00302D64" w:rsidRDefault="00000000">
            <w:pPr>
              <w:spacing w:line="245" w:lineRule="auto"/>
            </w:pPr>
            <w:r>
              <w:rPr>
                <w:b/>
                <w:color w:val="000000"/>
                <w:sz w:val="17"/>
              </w:rPr>
              <w:t xml:space="preserve">UČNA SREDSTVA IN PRIPOMOČKI: </w:t>
            </w:r>
            <w:r>
              <w:rPr>
                <w:color w:val="000000"/>
                <w:sz w:val="17"/>
              </w:rPr>
              <w:t>Enci benci na kamenci, ritmični instrumenti, kartice izštevank, karton, tulci, volna, lepilo, varne škarje, slikovni načrt dela</w:t>
            </w:r>
          </w:p>
        </w:tc>
      </w:tr>
      <w:tr w:rsidR="00302D64" w14:paraId="16E89A4B" w14:textId="77777777">
        <w:trPr>
          <w:cantSplit/>
          <w:jc w:val="center"/>
        </w:trPr>
        <w:tc>
          <w:tcPr>
            <w:tcW w:w="14060" w:type="dxa"/>
            <w:gridSpan w:val="6"/>
            <w:tcMar>
              <w:top w:w="70" w:type="dxa"/>
              <w:left w:w="90" w:type="dxa"/>
              <w:bottom w:w="70" w:type="dxa"/>
              <w:right w:w="90" w:type="dxa"/>
            </w:tcMar>
            <w:vAlign w:val="center"/>
          </w:tcPr>
          <w:p w14:paraId="53DECB83" w14:textId="77777777" w:rsidR="00302D64" w:rsidRDefault="00302D64"/>
          <w:p w14:paraId="253254B6"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7E4A6D3A" w14:textId="77777777">
        <w:trPr>
          <w:cantSplit/>
          <w:jc w:val="center"/>
        </w:trPr>
        <w:tc>
          <w:tcPr>
            <w:tcW w:w="14060" w:type="dxa"/>
            <w:gridSpan w:val="6"/>
            <w:tcMar>
              <w:top w:w="70" w:type="dxa"/>
              <w:left w:w="90" w:type="dxa"/>
              <w:bottom w:w="70" w:type="dxa"/>
              <w:right w:w="90" w:type="dxa"/>
            </w:tcMar>
            <w:vAlign w:val="center"/>
          </w:tcPr>
          <w:p w14:paraId="7473F05B" w14:textId="77777777" w:rsidR="00302D64" w:rsidRDefault="00302D64"/>
          <w:p w14:paraId="1ED8CD58" w14:textId="77777777" w:rsidR="00302D64" w:rsidRDefault="00000000">
            <w:pPr>
              <w:spacing w:line="245" w:lineRule="auto"/>
            </w:pPr>
            <w:r>
              <w:rPr>
                <w:b/>
                <w:color w:val="000000"/>
                <w:sz w:val="16"/>
              </w:rPr>
              <w:t xml:space="preserve">OCENJEVANJE / DAN DEJAVNOSTI: </w:t>
            </w:r>
            <w:r>
              <w:rPr>
                <w:color w:val="000000"/>
                <w:sz w:val="16"/>
              </w:rPr>
              <w:t>TEHNIŠKI DAN</w:t>
            </w:r>
          </w:p>
        </w:tc>
      </w:tr>
      <w:tr w:rsidR="00302D64" w14:paraId="529C06FD" w14:textId="77777777">
        <w:trPr>
          <w:cantSplit/>
          <w:jc w:val="center"/>
        </w:trPr>
        <w:tc>
          <w:tcPr>
            <w:tcW w:w="14060" w:type="dxa"/>
            <w:gridSpan w:val="6"/>
            <w:tcMar>
              <w:top w:w="70" w:type="dxa"/>
              <w:left w:w="90" w:type="dxa"/>
              <w:bottom w:w="70" w:type="dxa"/>
              <w:right w:w="90" w:type="dxa"/>
            </w:tcMar>
            <w:vAlign w:val="center"/>
          </w:tcPr>
          <w:p w14:paraId="084D361F" w14:textId="77777777" w:rsidR="00302D64" w:rsidRDefault="00302D64"/>
          <w:p w14:paraId="1521F40B" w14:textId="77777777" w:rsidR="00302D64" w:rsidRDefault="00000000">
            <w:pPr>
              <w:spacing w:line="245" w:lineRule="auto"/>
            </w:pPr>
            <w:r>
              <w:rPr>
                <w:b/>
                <w:color w:val="000000"/>
                <w:sz w:val="16"/>
              </w:rPr>
              <w:t xml:space="preserve">VARNOST: </w:t>
            </w:r>
            <w:r>
              <w:rPr>
                <w:color w:val="000000"/>
                <w:sz w:val="16"/>
              </w:rPr>
              <w:t>Pri tehniškem delu se uporabljajo le razvojno primerna orodja; delovno mesto je urejeno, material pa gospodarno uporabljen.</w:t>
            </w:r>
          </w:p>
        </w:tc>
      </w:tr>
    </w:tbl>
    <w:p w14:paraId="46C4EC3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214C55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A66DF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AD680B8" w14:textId="77777777" w:rsidR="00302D64" w:rsidRDefault="00000000">
            <w:pPr>
              <w:jc w:val="center"/>
            </w:pPr>
            <w:r>
              <w:rPr>
                <w:b/>
                <w:color w:val="000000"/>
                <w:sz w:val="20"/>
              </w:rPr>
              <w:t>UČNE DEJAVNOSTI, METODE IN FORMATIVNO SPREMLJANJE</w:t>
            </w:r>
          </w:p>
        </w:tc>
      </w:tr>
      <w:tr w:rsidR="00302D64" w14:paraId="5C2A45D8" w14:textId="77777777">
        <w:trPr>
          <w:tblHeader/>
          <w:jc w:val="center"/>
        </w:trPr>
        <w:tc>
          <w:tcPr>
            <w:tcW w:w="4422" w:type="dxa"/>
            <w:vMerge/>
            <w:tcMar>
              <w:top w:w="70" w:type="dxa"/>
              <w:left w:w="90" w:type="dxa"/>
              <w:bottom w:w="70" w:type="dxa"/>
              <w:right w:w="90" w:type="dxa"/>
            </w:tcMar>
            <w:vAlign w:val="center"/>
          </w:tcPr>
          <w:p w14:paraId="51E3AB24" w14:textId="77777777" w:rsidR="00302D64" w:rsidRDefault="00302D64"/>
        </w:tc>
        <w:tc>
          <w:tcPr>
            <w:tcW w:w="7087" w:type="dxa"/>
            <w:shd w:val="clear" w:color="auto" w:fill="FFFFFF"/>
            <w:tcMar>
              <w:top w:w="70" w:type="dxa"/>
              <w:left w:w="90" w:type="dxa"/>
              <w:bottom w:w="70" w:type="dxa"/>
              <w:right w:w="90" w:type="dxa"/>
            </w:tcMar>
            <w:vAlign w:val="center"/>
          </w:tcPr>
          <w:p w14:paraId="26296CA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E3B1891" w14:textId="77777777" w:rsidR="00302D64" w:rsidRDefault="00000000">
            <w:pPr>
              <w:jc w:val="center"/>
            </w:pPr>
            <w:r>
              <w:rPr>
                <w:b/>
                <w:color w:val="000000"/>
              </w:rPr>
              <w:t>UČENEC</w:t>
            </w:r>
          </w:p>
        </w:tc>
      </w:tr>
      <w:tr w:rsidR="00302D64" w14:paraId="32BDB48C" w14:textId="77777777">
        <w:trPr>
          <w:jc w:val="center"/>
        </w:trPr>
        <w:tc>
          <w:tcPr>
            <w:tcW w:w="4422" w:type="dxa"/>
            <w:tcMar>
              <w:top w:w="70" w:type="dxa"/>
              <w:left w:w="90" w:type="dxa"/>
              <w:bottom w:w="70" w:type="dxa"/>
              <w:right w:w="90" w:type="dxa"/>
            </w:tcMar>
          </w:tcPr>
          <w:p w14:paraId="5CC66122" w14:textId="77777777" w:rsidR="00302D64" w:rsidRDefault="00302D64"/>
          <w:p w14:paraId="4189443F" w14:textId="77777777" w:rsidR="00302D64" w:rsidRDefault="00000000">
            <w:pPr>
              <w:spacing w:after="60" w:line="245" w:lineRule="auto"/>
            </w:pPr>
            <w:r>
              <w:rPr>
                <w:b/>
                <w:color w:val="000000"/>
              </w:rPr>
              <w:t>UČNI CILJI</w:t>
            </w:r>
          </w:p>
          <w:p w14:paraId="4A0BF822" w14:textId="77777777" w:rsidR="00302D64" w:rsidRDefault="00000000">
            <w:pPr>
              <w:spacing w:after="20" w:line="245" w:lineRule="auto"/>
            </w:pPr>
            <w:r>
              <w:rPr>
                <w:b/>
                <w:color w:val="000000"/>
                <w:sz w:val="17"/>
              </w:rPr>
              <w:t>SPLOŠNI</w:t>
            </w:r>
          </w:p>
          <w:p w14:paraId="483B029F" w14:textId="77777777" w:rsidR="00302D64" w:rsidRDefault="00000000">
            <w:pPr>
              <w:pStyle w:val="Oznaenseznam"/>
              <w:spacing w:after="16"/>
            </w:pPr>
            <w:r>
              <w:rPr>
                <w:color w:val="000000"/>
                <w:sz w:val="16"/>
              </w:rPr>
              <w:t>razvija radovednost ter sistematično opazuje, primerja, razvršča in sporoča ugotovitve</w:t>
            </w:r>
          </w:p>
          <w:p w14:paraId="1AE0788A" w14:textId="77777777" w:rsidR="00302D64" w:rsidRDefault="00000000">
            <w:pPr>
              <w:pStyle w:val="Oznaenseznam"/>
              <w:spacing w:after="16"/>
            </w:pPr>
            <w:r>
              <w:rPr>
                <w:color w:val="000000"/>
                <w:sz w:val="16"/>
              </w:rPr>
              <w:t>sodeluje, posluša druge in svoja opažanja izraža na razvojno primeren način</w:t>
            </w:r>
          </w:p>
          <w:p w14:paraId="307CF364" w14:textId="77777777" w:rsidR="00302D64" w:rsidRDefault="00000000">
            <w:pPr>
              <w:pStyle w:val="Oznaenseznam"/>
              <w:spacing w:after="16"/>
            </w:pPr>
            <w:r>
              <w:rPr>
                <w:color w:val="000000"/>
                <w:sz w:val="16"/>
              </w:rPr>
              <w:t>ravna varno, odgovorno in skrbno do sebe, drugih ter okolja</w:t>
            </w:r>
          </w:p>
          <w:p w14:paraId="44921214" w14:textId="77777777" w:rsidR="00302D64" w:rsidRDefault="00000000">
            <w:pPr>
              <w:pStyle w:val="Oznaenseznam"/>
              <w:spacing w:after="16"/>
            </w:pPr>
            <w:r>
              <w:rPr>
                <w:color w:val="000000"/>
                <w:sz w:val="16"/>
              </w:rPr>
              <w:t>ob kriterijih spremlja svoje učenje in sprejema opisno povratno informacijo</w:t>
            </w:r>
          </w:p>
          <w:p w14:paraId="32CC5F6F" w14:textId="77777777" w:rsidR="00302D64" w:rsidRDefault="00000000">
            <w:pPr>
              <w:spacing w:before="40" w:after="20" w:line="245" w:lineRule="auto"/>
            </w:pPr>
            <w:r>
              <w:rPr>
                <w:b/>
                <w:color w:val="000000"/>
                <w:sz w:val="17"/>
              </w:rPr>
              <w:t>OPERATIVNI</w:t>
            </w:r>
          </w:p>
          <w:p w14:paraId="6575FAD1" w14:textId="77777777" w:rsidR="00302D64" w:rsidRDefault="00000000">
            <w:pPr>
              <w:pStyle w:val="Oznaenseznam"/>
              <w:spacing w:after="16"/>
            </w:pPr>
            <w:r>
              <w:rPr>
                <w:color w:val="000000"/>
                <w:sz w:val="16"/>
              </w:rPr>
              <w:t>prispeva k skupnemu dogodku</w:t>
            </w:r>
          </w:p>
          <w:p w14:paraId="7A24076D" w14:textId="77777777" w:rsidR="00302D64" w:rsidRDefault="00000000">
            <w:pPr>
              <w:pStyle w:val="Oznaenseznam"/>
              <w:spacing w:after="16"/>
            </w:pPr>
            <w:r>
              <w:rPr>
                <w:color w:val="000000"/>
                <w:sz w:val="16"/>
              </w:rPr>
              <w:t>presodi svoj prispevek</w:t>
            </w:r>
          </w:p>
          <w:p w14:paraId="533DE931" w14:textId="77777777" w:rsidR="00302D64" w:rsidRDefault="00000000">
            <w:pPr>
              <w:pStyle w:val="Oznaenseznam"/>
              <w:spacing w:after="16"/>
            </w:pPr>
            <w:r>
              <w:rPr>
                <w:color w:val="000000"/>
                <w:sz w:val="16"/>
              </w:rPr>
              <w:t>pokaže skrb za druge</w:t>
            </w:r>
          </w:p>
          <w:p w14:paraId="0927DBBD" w14:textId="77777777" w:rsidR="00302D64" w:rsidRDefault="00000000">
            <w:pPr>
              <w:spacing w:before="40" w:after="20" w:line="245" w:lineRule="auto"/>
            </w:pPr>
            <w:r>
              <w:rPr>
                <w:b/>
                <w:color w:val="000000"/>
                <w:sz w:val="17"/>
              </w:rPr>
              <w:t>PRIČAKOVANI DOSEŽKI / STANDARDI</w:t>
            </w:r>
          </w:p>
          <w:p w14:paraId="59259A74" w14:textId="77777777" w:rsidR="00302D64" w:rsidRDefault="00000000">
            <w:pPr>
              <w:pStyle w:val="Oznaenseznam"/>
              <w:spacing w:after="16"/>
            </w:pPr>
            <w:r>
              <w:rPr>
                <w:color w:val="000000"/>
                <w:sz w:val="16"/>
              </w:rPr>
              <w:t>ob konkretni ali slikovni opori prispeva k skupnemu dogodku</w:t>
            </w:r>
          </w:p>
          <w:p w14:paraId="12A34835" w14:textId="77777777" w:rsidR="00302D64" w:rsidRDefault="00000000">
            <w:pPr>
              <w:pStyle w:val="Oznaenseznam"/>
              <w:spacing w:after="16"/>
            </w:pPr>
            <w:r>
              <w:rPr>
                <w:color w:val="000000"/>
                <w:sz w:val="16"/>
              </w:rPr>
              <w:t>ob konkretni ali slikovni opori presodi svoj prispevek</w:t>
            </w:r>
          </w:p>
          <w:p w14:paraId="1D15DA98" w14:textId="77777777" w:rsidR="00302D64" w:rsidRDefault="00000000">
            <w:pPr>
              <w:pStyle w:val="Oznaenseznam"/>
              <w:spacing w:after="16"/>
            </w:pPr>
            <w:r>
              <w:rPr>
                <w:color w:val="000000"/>
                <w:sz w:val="16"/>
              </w:rPr>
              <w:t>ob konkretni ali slikovni opori pokaže skrb za druge</w:t>
            </w:r>
          </w:p>
        </w:tc>
        <w:tc>
          <w:tcPr>
            <w:tcW w:w="7087" w:type="dxa"/>
            <w:tcMar>
              <w:top w:w="70" w:type="dxa"/>
              <w:left w:w="90" w:type="dxa"/>
              <w:bottom w:w="70" w:type="dxa"/>
              <w:right w:w="90" w:type="dxa"/>
            </w:tcMar>
          </w:tcPr>
          <w:p w14:paraId="6A6FBBA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3D348C3" w14:textId="77777777">
              <w:trPr>
                <w:jc w:val="center"/>
              </w:trPr>
              <w:tc>
                <w:tcPr>
                  <w:tcW w:w="7087" w:type="dxa"/>
                  <w:shd w:val="clear" w:color="auto" w:fill="C6E7F3"/>
                  <w:tcMar>
                    <w:top w:w="45" w:type="dxa"/>
                    <w:left w:w="70" w:type="dxa"/>
                    <w:bottom w:w="45" w:type="dxa"/>
                    <w:right w:w="70" w:type="dxa"/>
                  </w:tcMar>
                </w:tcPr>
                <w:p w14:paraId="5B7FE078" w14:textId="77777777" w:rsidR="00302D64" w:rsidRDefault="00000000">
                  <w:pPr>
                    <w:keepNext/>
                  </w:pPr>
                  <w:r>
                    <w:rPr>
                      <w:b/>
                      <w:color w:val="000000"/>
                    </w:rPr>
                    <w:t>UVODNI DEL – motivacija, aktivacija predznanja in namen učenja (15–20 min)</w:t>
                  </w:r>
                </w:p>
              </w:tc>
            </w:tr>
          </w:tbl>
          <w:p w14:paraId="6B9B53A1" w14:textId="77777777" w:rsidR="00302D64" w:rsidRDefault="00302D64">
            <w:pPr>
              <w:spacing w:line="20" w:lineRule="exact"/>
            </w:pPr>
          </w:p>
          <w:p w14:paraId="40E42BD1" w14:textId="77777777" w:rsidR="00302D64" w:rsidRDefault="00000000">
            <w:pPr>
              <w:spacing w:before="40" w:after="60" w:line="245" w:lineRule="auto"/>
            </w:pPr>
            <w:r>
              <w:rPr>
                <w:color w:val="000000"/>
                <w:sz w:val="17"/>
              </w:rPr>
              <w:t>Izštevanka iz zbirke Enci benci na kamenci se začne z ritmom, gibom in menjavanjem vodje. Učenci opazujejo, kako skupno izročilo povezuje skupino.</w:t>
            </w:r>
          </w:p>
          <w:tbl>
            <w:tblPr>
              <w:tblStyle w:val="Tabelamrea"/>
              <w:tblW w:w="0" w:type="auto"/>
              <w:jc w:val="center"/>
              <w:tblLayout w:type="fixed"/>
              <w:tblLook w:val="04A0" w:firstRow="1" w:lastRow="0" w:firstColumn="1" w:lastColumn="0" w:noHBand="0" w:noVBand="1"/>
            </w:tblPr>
            <w:tblGrid>
              <w:gridCol w:w="7087"/>
            </w:tblGrid>
            <w:tr w:rsidR="00302D64" w14:paraId="05BE8465" w14:textId="77777777">
              <w:trPr>
                <w:jc w:val="center"/>
              </w:trPr>
              <w:tc>
                <w:tcPr>
                  <w:tcW w:w="7087" w:type="dxa"/>
                  <w:shd w:val="clear" w:color="auto" w:fill="EDC9EA"/>
                  <w:tcMar>
                    <w:top w:w="45" w:type="dxa"/>
                    <w:left w:w="70" w:type="dxa"/>
                    <w:bottom w:w="45" w:type="dxa"/>
                    <w:right w:w="70" w:type="dxa"/>
                  </w:tcMar>
                </w:tcPr>
                <w:p w14:paraId="0C71D329" w14:textId="77777777" w:rsidR="00302D64" w:rsidRDefault="00000000">
                  <w:pPr>
                    <w:keepNext/>
                  </w:pPr>
                  <w:r>
                    <w:rPr>
                      <w:b/>
                      <w:color w:val="000000"/>
                    </w:rPr>
                    <w:t>NAMENI UČENJA</w:t>
                  </w:r>
                </w:p>
              </w:tc>
            </w:tr>
          </w:tbl>
          <w:p w14:paraId="78E9C884" w14:textId="77777777" w:rsidR="00302D64" w:rsidRDefault="00302D64">
            <w:pPr>
              <w:spacing w:line="20" w:lineRule="exact"/>
            </w:pPr>
          </w:p>
          <w:p w14:paraId="3BBE6824" w14:textId="77777777" w:rsidR="00302D64" w:rsidRDefault="00000000">
            <w:pPr>
              <w:spacing w:before="20" w:after="20" w:line="245" w:lineRule="auto"/>
            </w:pPr>
            <w:r>
              <w:rPr>
                <w:color w:val="000000"/>
                <w:sz w:val="16"/>
              </w:rPr>
              <w:t>Učimo se zato, da bomo lažje razumeli in odgovorno uporabili znanje v vsakdanjih situacijah.</w:t>
            </w:r>
          </w:p>
          <w:p w14:paraId="12ADEE0B" w14:textId="77777777" w:rsidR="00302D64" w:rsidRDefault="00000000">
            <w:pPr>
              <w:pStyle w:val="Oznaenseznam"/>
              <w:spacing w:after="16"/>
            </w:pPr>
            <w:r>
              <w:rPr>
                <w:color w:val="000000"/>
                <w:sz w:val="16"/>
              </w:rPr>
              <w:t>prispevam k skupnemu dogodku</w:t>
            </w:r>
          </w:p>
          <w:p w14:paraId="3591E1FB" w14:textId="77777777" w:rsidR="00302D64" w:rsidRDefault="00000000">
            <w:pPr>
              <w:pStyle w:val="Oznaenseznam"/>
              <w:spacing w:after="16"/>
            </w:pPr>
            <w:r>
              <w:rPr>
                <w:color w:val="000000"/>
                <w:sz w:val="16"/>
              </w:rPr>
              <w:t>presodim svoj prispevek</w:t>
            </w:r>
          </w:p>
          <w:p w14:paraId="389726B0" w14:textId="77777777" w:rsidR="00302D64" w:rsidRDefault="00000000">
            <w:pPr>
              <w:pStyle w:val="Oznaenseznam"/>
              <w:spacing w:after="16"/>
            </w:pPr>
            <w:r>
              <w:rPr>
                <w:color w:val="000000"/>
                <w:sz w:val="16"/>
              </w:rPr>
              <w:t>pokaže skrb za druge</w:t>
            </w:r>
          </w:p>
          <w:tbl>
            <w:tblPr>
              <w:tblStyle w:val="Tabelamrea"/>
              <w:tblW w:w="0" w:type="auto"/>
              <w:jc w:val="center"/>
              <w:tblLayout w:type="fixed"/>
              <w:tblLook w:val="04A0" w:firstRow="1" w:lastRow="0" w:firstColumn="1" w:lastColumn="0" w:noHBand="0" w:noVBand="1"/>
            </w:tblPr>
            <w:tblGrid>
              <w:gridCol w:w="7087"/>
            </w:tblGrid>
            <w:tr w:rsidR="00302D64" w14:paraId="2779330C" w14:textId="77777777">
              <w:trPr>
                <w:jc w:val="center"/>
              </w:trPr>
              <w:tc>
                <w:tcPr>
                  <w:tcW w:w="7087" w:type="dxa"/>
                  <w:shd w:val="clear" w:color="auto" w:fill="EDC9EA"/>
                  <w:tcMar>
                    <w:top w:w="45" w:type="dxa"/>
                    <w:left w:w="70" w:type="dxa"/>
                    <w:bottom w:w="45" w:type="dxa"/>
                    <w:right w:w="70" w:type="dxa"/>
                  </w:tcMar>
                </w:tcPr>
                <w:p w14:paraId="19B3F2E0" w14:textId="77777777" w:rsidR="00302D64" w:rsidRDefault="00000000">
                  <w:pPr>
                    <w:keepNext/>
                  </w:pPr>
                  <w:r>
                    <w:rPr>
                      <w:b/>
                      <w:color w:val="000000"/>
                    </w:rPr>
                    <w:t>PREVERJANJE PREDZNANJA</w:t>
                  </w:r>
                </w:p>
              </w:tc>
            </w:tr>
          </w:tbl>
          <w:p w14:paraId="6FA82B9F" w14:textId="77777777" w:rsidR="00302D64" w:rsidRDefault="00302D64">
            <w:pPr>
              <w:spacing w:line="20" w:lineRule="exact"/>
            </w:pPr>
          </w:p>
          <w:p w14:paraId="219E71EB" w14:textId="77777777" w:rsidR="00302D64" w:rsidRDefault="00000000">
            <w:pPr>
              <w:pStyle w:val="Oznaenseznam"/>
              <w:spacing w:after="16"/>
            </w:pPr>
            <w:r>
              <w:rPr>
                <w:color w:val="000000"/>
                <w:sz w:val="16"/>
              </w:rPr>
              <w:t>Katere igre, izštevanke ali pesmi poznam od doma ali starejših?</w:t>
            </w:r>
          </w:p>
          <w:p w14:paraId="56850149" w14:textId="77777777" w:rsidR="00302D64" w:rsidRDefault="00000000">
            <w:pPr>
              <w:pStyle w:val="Oznaenseznam"/>
              <w:spacing w:after="16"/>
            </w:pPr>
            <w:r>
              <w:rPr>
                <w:color w:val="000000"/>
                <w:sz w:val="16"/>
              </w:rPr>
              <w:t>Kaj pomeni pravično in odgovorno prispevati k skupnemu izdelku?</w:t>
            </w:r>
          </w:p>
          <w:p w14:paraId="478F413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7BD21462" w14:textId="77777777">
              <w:trPr>
                <w:jc w:val="center"/>
              </w:trPr>
              <w:tc>
                <w:tcPr>
                  <w:tcW w:w="7087" w:type="dxa"/>
                  <w:shd w:val="clear" w:color="auto" w:fill="EDC9EA"/>
                  <w:tcMar>
                    <w:top w:w="45" w:type="dxa"/>
                    <w:left w:w="70" w:type="dxa"/>
                    <w:bottom w:w="45" w:type="dxa"/>
                    <w:right w:w="70" w:type="dxa"/>
                  </w:tcMar>
                </w:tcPr>
                <w:p w14:paraId="5DC5797A" w14:textId="77777777" w:rsidR="00302D64" w:rsidRDefault="00000000">
                  <w:pPr>
                    <w:keepNext/>
                  </w:pPr>
                  <w:r>
                    <w:rPr>
                      <w:b/>
                      <w:color w:val="000000"/>
                    </w:rPr>
                    <w:t>KRITERIJI USPEŠNOSTI</w:t>
                  </w:r>
                </w:p>
              </w:tc>
            </w:tr>
          </w:tbl>
          <w:p w14:paraId="4564F65A" w14:textId="77777777" w:rsidR="00302D64" w:rsidRDefault="00302D64"/>
          <w:p w14:paraId="4D4BB32F" w14:textId="77777777" w:rsidR="00302D64" w:rsidRDefault="00000000">
            <w:pPr>
              <w:spacing w:before="20" w:after="20" w:line="245" w:lineRule="auto"/>
            </w:pPr>
            <w:r>
              <w:rPr>
                <w:b/>
                <w:color w:val="000000"/>
                <w:sz w:val="16"/>
              </w:rPr>
              <w:t>Uspešen/-na bom, ko:</w:t>
            </w:r>
          </w:p>
          <w:p w14:paraId="6C25FFC4" w14:textId="77777777" w:rsidR="00302D64" w:rsidRDefault="00000000">
            <w:pPr>
              <w:pStyle w:val="Oznaenseznam"/>
              <w:spacing w:after="16"/>
            </w:pPr>
            <w:r>
              <w:rPr>
                <w:color w:val="000000"/>
                <w:sz w:val="16"/>
              </w:rPr>
              <w:t>prispevam k skupnemu dogodku</w:t>
            </w:r>
          </w:p>
          <w:p w14:paraId="08D1FF69" w14:textId="77777777" w:rsidR="00302D64" w:rsidRDefault="00000000">
            <w:pPr>
              <w:pStyle w:val="Oznaenseznam"/>
              <w:spacing w:after="16"/>
            </w:pPr>
            <w:r>
              <w:rPr>
                <w:color w:val="000000"/>
                <w:sz w:val="16"/>
              </w:rPr>
              <w:t>presodim svoj prispevek</w:t>
            </w:r>
          </w:p>
          <w:p w14:paraId="7B4026B3" w14:textId="77777777" w:rsidR="00302D64" w:rsidRDefault="00000000">
            <w:pPr>
              <w:pStyle w:val="Oznaenseznam"/>
              <w:spacing w:after="16"/>
            </w:pPr>
            <w:r>
              <w:rPr>
                <w:color w:val="000000"/>
                <w:sz w:val="16"/>
              </w:rPr>
              <w:t>pokaže skrb za druge</w:t>
            </w:r>
          </w:p>
          <w:p w14:paraId="67198CC6"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5A3A698F" w14:textId="77777777" w:rsidR="00302D64" w:rsidRDefault="00302D64"/>
          <w:p w14:paraId="0DF086CB" w14:textId="77777777" w:rsidR="00302D64" w:rsidRDefault="00000000">
            <w:pPr>
              <w:spacing w:after="80" w:line="245" w:lineRule="auto"/>
            </w:pPr>
            <w:r>
              <w:rPr>
                <w:color w:val="000000"/>
                <w:sz w:val="16"/>
              </w:rPr>
              <w:t>Posluša ali opazuje književno oziroma predmetno izhodišče ter se vključi z gibom, sliko ali besedo.</w:t>
            </w:r>
          </w:p>
          <w:p w14:paraId="5F6FC62D" w14:textId="77777777" w:rsidR="00302D64" w:rsidRDefault="00000000">
            <w:pPr>
              <w:spacing w:after="80" w:line="245" w:lineRule="auto"/>
            </w:pPr>
            <w:r>
              <w:rPr>
                <w:color w:val="000000"/>
                <w:sz w:val="16"/>
              </w:rPr>
              <w:t>Pove, pokaže ali nariše, kaj že ve. Posluša zamisli drugih.</w:t>
            </w:r>
          </w:p>
          <w:p w14:paraId="5E12A189" w14:textId="77777777" w:rsidR="00302D64" w:rsidRDefault="00000000">
            <w:pPr>
              <w:spacing w:after="100" w:line="245" w:lineRule="auto"/>
            </w:pPr>
            <w:r>
              <w:rPr>
                <w:color w:val="000000"/>
                <w:sz w:val="16"/>
              </w:rPr>
              <w:t>Sodeluje pri razumevanju namenov in kriterijev uspešnosti.</w:t>
            </w:r>
          </w:p>
          <w:p w14:paraId="0BCBE1E9" w14:textId="77777777" w:rsidR="00302D64" w:rsidRDefault="00000000">
            <w:pPr>
              <w:spacing w:after="20" w:line="245" w:lineRule="auto"/>
            </w:pPr>
            <w:r>
              <w:rPr>
                <w:b/>
                <w:color w:val="D95BC6"/>
                <w:sz w:val="17"/>
              </w:rPr>
              <w:t>DOKAZ O UČENJU</w:t>
            </w:r>
          </w:p>
          <w:p w14:paraId="27A652A8" w14:textId="77777777" w:rsidR="00302D64" w:rsidRDefault="00000000">
            <w:pPr>
              <w:spacing w:after="30" w:line="245" w:lineRule="auto"/>
            </w:pPr>
            <w:r>
              <w:rPr>
                <w:color w:val="D95BC6"/>
                <w:sz w:val="16"/>
              </w:rPr>
              <w:t>začetna zamisel, razvrstitev, risba ali ustni odgovor</w:t>
            </w:r>
          </w:p>
        </w:tc>
      </w:tr>
    </w:tbl>
    <w:p w14:paraId="32C43D9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6378C4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D7AD44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2F1B4F" w14:textId="77777777" w:rsidR="00302D64" w:rsidRDefault="00000000">
            <w:pPr>
              <w:jc w:val="center"/>
            </w:pPr>
            <w:r>
              <w:rPr>
                <w:b/>
                <w:color w:val="000000"/>
                <w:sz w:val="20"/>
              </w:rPr>
              <w:t>UČNE DEJAVNOSTI, METODE IN FORMATIVNO SPREMLJANJE</w:t>
            </w:r>
          </w:p>
        </w:tc>
      </w:tr>
      <w:tr w:rsidR="00302D64" w14:paraId="2505D8F7" w14:textId="77777777">
        <w:trPr>
          <w:tblHeader/>
          <w:jc w:val="center"/>
        </w:trPr>
        <w:tc>
          <w:tcPr>
            <w:tcW w:w="4422" w:type="dxa"/>
            <w:vMerge/>
            <w:tcMar>
              <w:top w:w="70" w:type="dxa"/>
              <w:left w:w="90" w:type="dxa"/>
              <w:bottom w:w="70" w:type="dxa"/>
              <w:right w:w="90" w:type="dxa"/>
            </w:tcMar>
            <w:vAlign w:val="center"/>
          </w:tcPr>
          <w:p w14:paraId="6C0D4CD1" w14:textId="77777777" w:rsidR="00302D64" w:rsidRDefault="00302D64"/>
        </w:tc>
        <w:tc>
          <w:tcPr>
            <w:tcW w:w="7087" w:type="dxa"/>
            <w:shd w:val="clear" w:color="auto" w:fill="FFFFFF"/>
            <w:tcMar>
              <w:top w:w="70" w:type="dxa"/>
              <w:left w:w="90" w:type="dxa"/>
              <w:bottom w:w="70" w:type="dxa"/>
              <w:right w:w="90" w:type="dxa"/>
            </w:tcMar>
            <w:vAlign w:val="center"/>
          </w:tcPr>
          <w:p w14:paraId="5548E3A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851CBD7" w14:textId="77777777" w:rsidR="00302D64" w:rsidRDefault="00000000">
            <w:pPr>
              <w:jc w:val="center"/>
            </w:pPr>
            <w:r>
              <w:rPr>
                <w:b/>
                <w:color w:val="000000"/>
              </w:rPr>
              <w:t>UČENEC</w:t>
            </w:r>
          </w:p>
        </w:tc>
      </w:tr>
      <w:tr w:rsidR="00302D64" w14:paraId="3119F131" w14:textId="77777777">
        <w:trPr>
          <w:jc w:val="center"/>
        </w:trPr>
        <w:tc>
          <w:tcPr>
            <w:tcW w:w="4422" w:type="dxa"/>
            <w:tcMar>
              <w:top w:w="70" w:type="dxa"/>
              <w:left w:w="90" w:type="dxa"/>
              <w:bottom w:w="70" w:type="dxa"/>
              <w:right w:w="90" w:type="dxa"/>
            </w:tcMar>
          </w:tcPr>
          <w:p w14:paraId="6C6137BF" w14:textId="77777777" w:rsidR="00302D64" w:rsidRDefault="00302D64"/>
          <w:p w14:paraId="68A4872E" w14:textId="77777777" w:rsidR="00302D64" w:rsidRDefault="00000000">
            <w:pPr>
              <w:spacing w:after="40" w:line="245" w:lineRule="auto"/>
            </w:pPr>
            <w:r>
              <w:rPr>
                <w:b/>
                <w:color w:val="000000"/>
              </w:rPr>
              <w:t>KLJUČNI POJMI</w:t>
            </w:r>
          </w:p>
          <w:p w14:paraId="0AE2E607" w14:textId="77777777" w:rsidR="00302D64" w:rsidRDefault="00000000">
            <w:pPr>
              <w:spacing w:after="80" w:line="245" w:lineRule="auto"/>
            </w:pPr>
            <w:r>
              <w:rPr>
                <w:color w:val="000000"/>
                <w:sz w:val="16"/>
              </w:rPr>
              <w:t>izročilo, izštevanka, ritem, pravilo igre, skupnost, prispevek, načrt, material, izdelek</w:t>
            </w:r>
          </w:p>
          <w:p w14:paraId="3D9F46C0" w14:textId="77777777" w:rsidR="00302D64" w:rsidRDefault="00000000">
            <w:pPr>
              <w:spacing w:after="20" w:line="245" w:lineRule="auto"/>
            </w:pPr>
            <w:r>
              <w:rPr>
                <w:b/>
                <w:color w:val="000000"/>
              </w:rPr>
              <w:t>DOKAZI O UČENJU</w:t>
            </w:r>
          </w:p>
          <w:p w14:paraId="226A1409" w14:textId="77777777" w:rsidR="00302D64" w:rsidRDefault="00000000">
            <w:pPr>
              <w:pStyle w:val="Oznaenseznam"/>
              <w:spacing w:after="16"/>
            </w:pPr>
            <w:r>
              <w:rPr>
                <w:color w:val="000000"/>
                <w:sz w:val="16"/>
              </w:rPr>
              <w:t>izvedena igra in primerjava</w:t>
            </w:r>
          </w:p>
          <w:p w14:paraId="5A8F6067" w14:textId="77777777" w:rsidR="00302D64" w:rsidRDefault="00000000">
            <w:pPr>
              <w:pStyle w:val="Oznaenseznam"/>
              <w:spacing w:after="16"/>
            </w:pPr>
            <w:r>
              <w:rPr>
                <w:color w:val="000000"/>
                <w:sz w:val="16"/>
              </w:rPr>
              <w:t>izdelek, predstavitev in samovrednotenje</w:t>
            </w:r>
          </w:p>
          <w:p w14:paraId="49724607" w14:textId="77777777" w:rsidR="00302D64" w:rsidRDefault="00000000">
            <w:pPr>
              <w:spacing w:before="40" w:after="20" w:line="245" w:lineRule="auto"/>
            </w:pPr>
            <w:r>
              <w:rPr>
                <w:b/>
                <w:color w:val="000000"/>
              </w:rPr>
              <w:t>MEDPREDMETNA POVEZAVA</w:t>
            </w:r>
          </w:p>
          <w:p w14:paraId="3FF568FD" w14:textId="77777777" w:rsidR="00302D64" w:rsidRDefault="00000000">
            <w:pPr>
              <w:spacing w:after="60" w:line="245" w:lineRule="auto"/>
            </w:pPr>
            <w:r>
              <w:rPr>
                <w:color w:val="000000"/>
                <w:sz w:val="16"/>
              </w:rPr>
              <w:t>SLJ – ljudsko izročilo; GUM – ritem; ŠPO – gibalna igra; LUM/TEHNIKA – skupni izdelek</w:t>
            </w:r>
          </w:p>
          <w:p w14:paraId="44C981B5" w14:textId="77777777" w:rsidR="00302D64" w:rsidRDefault="00000000">
            <w:pPr>
              <w:spacing w:after="20" w:line="245" w:lineRule="auto"/>
            </w:pPr>
            <w:r>
              <w:rPr>
                <w:b/>
                <w:color w:val="000000"/>
              </w:rPr>
              <w:t>POUČEVANJE V GIBANJU</w:t>
            </w:r>
          </w:p>
          <w:p w14:paraId="0181E7C1"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6FA49946" w14:textId="77777777" w:rsidR="00302D64" w:rsidRDefault="00000000">
            <w:pPr>
              <w:spacing w:after="20" w:line="245" w:lineRule="auto"/>
            </w:pPr>
            <w:r>
              <w:rPr>
                <w:b/>
                <w:color w:val="000000"/>
              </w:rPr>
              <w:t>UČENJE PO ŠTIRIH POSTAJAH</w:t>
            </w:r>
          </w:p>
          <w:p w14:paraId="1898FB2F"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3FE8F68B" w14:textId="77777777" w:rsidR="00302D64" w:rsidRDefault="00000000">
            <w:pPr>
              <w:spacing w:after="20" w:line="245" w:lineRule="auto"/>
            </w:pPr>
            <w:r>
              <w:rPr>
                <w:b/>
                <w:color w:val="000000"/>
              </w:rPr>
              <w:t>DIFERENCIACIJA IN VKLJUČEVANJE</w:t>
            </w:r>
          </w:p>
          <w:p w14:paraId="6746FC60" w14:textId="77777777" w:rsidR="00302D64" w:rsidRDefault="00000000">
            <w:pPr>
              <w:spacing w:after="60" w:line="245" w:lineRule="auto"/>
            </w:pPr>
            <w:r>
              <w:rPr>
                <w:color w:val="000000"/>
                <w:sz w:val="16"/>
              </w:rPr>
              <w:t>Besedilo se podpre z ritmom, slikami in ponavljanjem; tehnične vloge se prilagodijo spretnostim; naprednejši zapiše ali posname novo različico.</w:t>
            </w:r>
          </w:p>
          <w:p w14:paraId="294CCC76" w14:textId="77777777" w:rsidR="00302D64" w:rsidRDefault="00000000">
            <w:pPr>
              <w:spacing w:after="20" w:line="245" w:lineRule="auto"/>
            </w:pPr>
            <w:r>
              <w:rPr>
                <w:b/>
                <w:color w:val="000000"/>
              </w:rPr>
              <w:t>SPREMLJANJE</w:t>
            </w:r>
          </w:p>
          <w:p w14:paraId="024C9FB1"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096EE1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28FF48E" w14:textId="77777777">
              <w:trPr>
                <w:jc w:val="center"/>
              </w:trPr>
              <w:tc>
                <w:tcPr>
                  <w:tcW w:w="7087" w:type="dxa"/>
                  <w:shd w:val="clear" w:color="auto" w:fill="C6E7F3"/>
                  <w:tcMar>
                    <w:top w:w="45" w:type="dxa"/>
                    <w:left w:w="70" w:type="dxa"/>
                    <w:bottom w:w="45" w:type="dxa"/>
                    <w:right w:w="70" w:type="dxa"/>
                  </w:tcMar>
                </w:tcPr>
                <w:p w14:paraId="4938C951" w14:textId="77777777" w:rsidR="00302D64" w:rsidRDefault="00000000">
                  <w:pPr>
                    <w:keepNext/>
                  </w:pPr>
                  <w:r>
                    <w:t>GLAVNI DEL – IZKUŠENJSKO IN POSTAJNO UČENJE (2 šolski uri)</w:t>
                  </w:r>
                </w:p>
              </w:tc>
            </w:tr>
          </w:tbl>
          <w:p w14:paraId="07A5B40C" w14:textId="77777777" w:rsidR="00302D64" w:rsidRDefault="00302D64">
            <w:pPr>
              <w:spacing w:line="20" w:lineRule="exact"/>
            </w:pPr>
          </w:p>
          <w:p w14:paraId="7AF8D645" w14:textId="77777777" w:rsidR="00302D64" w:rsidRDefault="00000000">
            <w:pPr>
              <w:keepNext/>
              <w:spacing w:before="60" w:after="20" w:line="245" w:lineRule="auto"/>
            </w:pPr>
            <w:r>
              <w:rPr>
                <w:b/>
                <w:color w:val="000000"/>
              </w:rPr>
              <w:t>1. URA – Igra izročila</w:t>
            </w:r>
          </w:p>
          <w:p w14:paraId="374111D3" w14:textId="77777777" w:rsidR="00302D64" w:rsidRDefault="00000000">
            <w:pPr>
              <w:spacing w:after="20" w:line="245" w:lineRule="auto"/>
            </w:pPr>
            <w:r>
              <w:rPr>
                <w:b/>
                <w:color w:val="000000"/>
                <w:sz w:val="16"/>
              </w:rPr>
              <w:t xml:space="preserve">Dejavnost učiteljice: </w:t>
            </w:r>
            <w:r>
              <w:rPr>
                <w:color w:val="000000"/>
                <w:sz w:val="16"/>
              </w:rPr>
              <w:t>Predstavi več izštevank in gibalnih iger ter pojasni, da se različice prenašajo med ljudmi.</w:t>
            </w:r>
          </w:p>
          <w:p w14:paraId="56558FC3" w14:textId="77777777" w:rsidR="00302D64" w:rsidRDefault="00000000">
            <w:pPr>
              <w:spacing w:after="20" w:line="245" w:lineRule="auto"/>
            </w:pPr>
            <w:r>
              <w:rPr>
                <w:b/>
                <w:color w:val="000000"/>
                <w:sz w:val="16"/>
              </w:rPr>
              <w:t xml:space="preserve">Dejavnost učencev: </w:t>
            </w:r>
            <w:r>
              <w:rPr>
                <w:color w:val="000000"/>
                <w:sz w:val="16"/>
              </w:rPr>
              <w:t>V skupini izvedejo izštevanko, primerjajo različici in spoštujejo dogovor igre.</w:t>
            </w:r>
          </w:p>
          <w:p w14:paraId="2B7909F4" w14:textId="77777777" w:rsidR="00302D64" w:rsidRDefault="00000000">
            <w:pPr>
              <w:spacing w:after="40" w:line="245" w:lineRule="auto"/>
            </w:pPr>
            <w:r>
              <w:rPr>
                <w:i/>
                <w:color w:val="D95BC6"/>
                <w:sz w:val="16"/>
              </w:rPr>
              <w:t>Predvideni dokaz: izvedena igra in primerjava.</w:t>
            </w:r>
          </w:p>
          <w:p w14:paraId="5D7F8E82" w14:textId="77777777" w:rsidR="00302D64" w:rsidRDefault="00000000">
            <w:pPr>
              <w:keepNext/>
              <w:spacing w:before="60" w:after="20" w:line="245" w:lineRule="auto"/>
            </w:pPr>
            <w:r>
              <w:rPr>
                <w:b/>
                <w:color w:val="000000"/>
              </w:rPr>
              <w:t>2. URA – Skupni praznični izdelek</w:t>
            </w:r>
          </w:p>
          <w:p w14:paraId="018B0C43" w14:textId="77777777" w:rsidR="00302D64" w:rsidRDefault="00000000">
            <w:pPr>
              <w:spacing w:after="20" w:line="245" w:lineRule="auto"/>
            </w:pPr>
            <w:r>
              <w:rPr>
                <w:b/>
                <w:color w:val="000000"/>
                <w:sz w:val="16"/>
              </w:rPr>
              <w:t xml:space="preserve">Dejavnost učiteljice: </w:t>
            </w:r>
            <w:r>
              <w:rPr>
                <w:color w:val="000000"/>
                <w:sz w:val="16"/>
              </w:rPr>
              <w:t>Ponudi ponovno uporabljene materiale in razdeli varne tehniške vloge: načrt, rezanje, sestavljanje, preskus.</w:t>
            </w:r>
          </w:p>
          <w:p w14:paraId="4E62238E" w14:textId="77777777" w:rsidR="00302D64" w:rsidRDefault="00000000">
            <w:pPr>
              <w:spacing w:after="20" w:line="245" w:lineRule="auto"/>
            </w:pPr>
            <w:r>
              <w:rPr>
                <w:b/>
                <w:color w:val="000000"/>
                <w:sz w:val="16"/>
              </w:rPr>
              <w:t xml:space="preserve">Dejavnost učencev: </w:t>
            </w:r>
            <w:r>
              <w:rPr>
                <w:color w:val="000000"/>
                <w:sz w:val="16"/>
              </w:rPr>
              <w:t>Načrtujejo, izdelajo in predstavijo skupni okras ali igralni pripomoček ter presodijo svoj prispevek.</w:t>
            </w:r>
          </w:p>
          <w:p w14:paraId="25FAE7CA" w14:textId="77777777" w:rsidR="00302D64" w:rsidRDefault="00000000">
            <w:pPr>
              <w:spacing w:after="40" w:line="245" w:lineRule="auto"/>
            </w:pPr>
            <w:r>
              <w:rPr>
                <w:i/>
                <w:color w:val="D95BC6"/>
                <w:sz w:val="16"/>
              </w:rPr>
              <w:t>Predvideni dokaz: izdelek, predstavitev in samovrednotenje.</w:t>
            </w:r>
          </w:p>
          <w:tbl>
            <w:tblPr>
              <w:tblStyle w:val="Tabelamrea"/>
              <w:tblW w:w="0" w:type="auto"/>
              <w:jc w:val="center"/>
              <w:tblLayout w:type="fixed"/>
              <w:tblLook w:val="04A0" w:firstRow="1" w:lastRow="0" w:firstColumn="1" w:lastColumn="0" w:noHBand="0" w:noVBand="1"/>
            </w:tblPr>
            <w:tblGrid>
              <w:gridCol w:w="7087"/>
            </w:tblGrid>
            <w:tr w:rsidR="00302D64" w14:paraId="43FE8B41" w14:textId="77777777">
              <w:trPr>
                <w:jc w:val="center"/>
              </w:trPr>
              <w:tc>
                <w:tcPr>
                  <w:tcW w:w="7087" w:type="dxa"/>
                  <w:shd w:val="clear" w:color="auto" w:fill="EDC9EA"/>
                  <w:tcMar>
                    <w:top w:w="45" w:type="dxa"/>
                    <w:left w:w="70" w:type="dxa"/>
                    <w:bottom w:w="45" w:type="dxa"/>
                    <w:right w:w="70" w:type="dxa"/>
                  </w:tcMar>
                </w:tcPr>
                <w:p w14:paraId="259AF039" w14:textId="77777777" w:rsidR="00302D64" w:rsidRDefault="00000000">
                  <w:pPr>
                    <w:keepNext/>
                  </w:pPr>
                  <w:r>
                    <w:rPr>
                      <w:b/>
                      <w:color w:val="000000"/>
                    </w:rPr>
                    <w:t>UČENJE PO ŠTIRIH POSTAJAH (6–8 min na postajo)</w:t>
                  </w:r>
                </w:p>
              </w:tc>
            </w:tr>
          </w:tbl>
          <w:p w14:paraId="17312092"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52BB405A" w14:textId="77777777" w:rsidR="00302D64" w:rsidRDefault="00000000">
            <w:pPr>
              <w:spacing w:after="20" w:line="245" w:lineRule="auto"/>
            </w:pPr>
            <w:r>
              <w:rPr>
                <w:b/>
                <w:color w:val="000000"/>
                <w:sz w:val="16"/>
              </w:rPr>
              <w:t xml:space="preserve">RAZISKOVALNA POSTAJA – Igra izročila: </w:t>
            </w:r>
            <w:r>
              <w:rPr>
                <w:color w:val="000000"/>
                <w:sz w:val="16"/>
              </w:rPr>
              <w:t>V skupini izvedejo izštevanko, primerjajo različici in spoštujejo dogovor igre.</w:t>
            </w:r>
          </w:p>
          <w:p w14:paraId="74A0A930" w14:textId="77777777" w:rsidR="00302D64" w:rsidRDefault="00000000">
            <w:pPr>
              <w:spacing w:after="20" w:line="245" w:lineRule="auto"/>
            </w:pPr>
            <w:r>
              <w:rPr>
                <w:b/>
                <w:color w:val="000000"/>
                <w:sz w:val="16"/>
              </w:rPr>
              <w:t xml:space="preserve">PRAKTIČNA POSTAJA – Skupni praznični izdelek: </w:t>
            </w:r>
            <w:r>
              <w:rPr>
                <w:color w:val="000000"/>
                <w:sz w:val="16"/>
              </w:rPr>
              <w:t>Načrtujejo, izdelajo in predstavijo skupni okras ali igralni pripomoček ter presodijo svoj prispevek.</w:t>
            </w:r>
          </w:p>
          <w:p w14:paraId="5287973D"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36C1E24B" w14:textId="77777777" w:rsidR="00302D64" w:rsidRDefault="00000000">
            <w:pPr>
              <w:spacing w:after="20" w:line="245" w:lineRule="auto"/>
            </w:pPr>
            <w:r>
              <w:rPr>
                <w:b/>
                <w:color w:val="000000"/>
                <w:sz w:val="16"/>
              </w:rPr>
              <w:t xml:space="preserve">POSTAJA DOKAZA IN REFLEKSIJE: </w:t>
            </w:r>
            <w:r>
              <w:rPr>
                <w:color w:val="000000"/>
                <w:sz w:val="16"/>
              </w:rPr>
              <w:t>Izberejo en dokaz (izvedena igra in primerjava, izdelek, predstavitev in samovrednotenje),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2583851" w14:textId="77777777">
              <w:trPr>
                <w:jc w:val="center"/>
              </w:trPr>
              <w:tc>
                <w:tcPr>
                  <w:tcW w:w="7087" w:type="dxa"/>
                  <w:shd w:val="clear" w:color="auto" w:fill="EDC9EA"/>
                  <w:tcMar>
                    <w:top w:w="45" w:type="dxa"/>
                    <w:left w:w="70" w:type="dxa"/>
                    <w:bottom w:w="45" w:type="dxa"/>
                    <w:right w:w="70" w:type="dxa"/>
                  </w:tcMar>
                </w:tcPr>
                <w:p w14:paraId="471316A3" w14:textId="77777777" w:rsidR="00302D64" w:rsidRDefault="00000000">
                  <w:pPr>
                    <w:keepNext/>
                  </w:pPr>
                  <w:r>
                    <w:rPr>
                      <w:b/>
                      <w:color w:val="000000"/>
                    </w:rPr>
                    <w:t>POVRATNA INFORMACIJA UČITELJICE MED DELOM</w:t>
                  </w:r>
                </w:p>
              </w:tc>
            </w:tr>
          </w:tbl>
          <w:p w14:paraId="4D7551BE" w14:textId="77777777" w:rsidR="00302D64" w:rsidRDefault="00302D64"/>
          <w:p w14:paraId="28CDC974"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9B64266" w14:textId="77777777" w:rsidR="00302D64" w:rsidRDefault="00302D64"/>
          <w:p w14:paraId="601E4C66" w14:textId="77777777" w:rsidR="00302D64" w:rsidRDefault="00000000">
            <w:pPr>
              <w:spacing w:after="20" w:line="245" w:lineRule="auto"/>
            </w:pPr>
            <w:r>
              <w:rPr>
                <w:b/>
                <w:color w:val="000000"/>
                <w:sz w:val="17"/>
              </w:rPr>
              <w:t>1. URA</w:t>
            </w:r>
          </w:p>
          <w:p w14:paraId="0565BCF3" w14:textId="77777777" w:rsidR="00302D64" w:rsidRDefault="00000000">
            <w:pPr>
              <w:spacing w:after="40" w:line="245" w:lineRule="auto"/>
            </w:pPr>
            <w:r>
              <w:rPr>
                <w:color w:val="000000"/>
                <w:sz w:val="16"/>
              </w:rPr>
              <w:t>V skupini izvedejo izštevanko, primerjajo različici in spoštujejo dogovor igre.</w:t>
            </w:r>
          </w:p>
          <w:p w14:paraId="2B0E6C3A" w14:textId="77777777" w:rsidR="00302D64" w:rsidRDefault="00000000">
            <w:pPr>
              <w:spacing w:line="245" w:lineRule="auto"/>
            </w:pPr>
            <w:r>
              <w:rPr>
                <w:b/>
                <w:color w:val="D95BC6"/>
                <w:sz w:val="16"/>
              </w:rPr>
              <w:t>DOKAZ</w:t>
            </w:r>
          </w:p>
          <w:p w14:paraId="635ABE84" w14:textId="77777777" w:rsidR="00302D64" w:rsidRDefault="00000000">
            <w:pPr>
              <w:spacing w:after="60" w:line="245" w:lineRule="auto"/>
            </w:pPr>
            <w:r>
              <w:rPr>
                <w:color w:val="D95BC6"/>
                <w:sz w:val="16"/>
              </w:rPr>
              <w:t>izvedena igra in primerjava</w:t>
            </w:r>
          </w:p>
          <w:p w14:paraId="2B4BB8CD" w14:textId="77777777" w:rsidR="00302D64" w:rsidRDefault="00000000">
            <w:pPr>
              <w:spacing w:after="20" w:line="245" w:lineRule="auto"/>
            </w:pPr>
            <w:r>
              <w:rPr>
                <w:b/>
                <w:color w:val="000000"/>
                <w:sz w:val="17"/>
              </w:rPr>
              <w:t>2. URA</w:t>
            </w:r>
          </w:p>
          <w:p w14:paraId="12FD6B10" w14:textId="77777777" w:rsidR="00302D64" w:rsidRDefault="00000000">
            <w:pPr>
              <w:spacing w:after="40" w:line="245" w:lineRule="auto"/>
            </w:pPr>
            <w:r>
              <w:rPr>
                <w:color w:val="000000"/>
                <w:sz w:val="16"/>
              </w:rPr>
              <w:t>Načrtujejo, izdelajo in predstavijo skupni okras ali igralni pripomoček ter presodijo svoj prispevek.</w:t>
            </w:r>
          </w:p>
          <w:p w14:paraId="1F010F72" w14:textId="77777777" w:rsidR="00302D64" w:rsidRDefault="00000000">
            <w:pPr>
              <w:spacing w:line="245" w:lineRule="auto"/>
            </w:pPr>
            <w:r>
              <w:rPr>
                <w:b/>
                <w:color w:val="D95BC6"/>
                <w:sz w:val="16"/>
              </w:rPr>
              <w:t>DOKAZ</w:t>
            </w:r>
          </w:p>
          <w:p w14:paraId="06BA3899" w14:textId="77777777" w:rsidR="00302D64" w:rsidRDefault="00000000">
            <w:pPr>
              <w:spacing w:after="60" w:line="245" w:lineRule="auto"/>
            </w:pPr>
            <w:r>
              <w:rPr>
                <w:color w:val="D95BC6"/>
                <w:sz w:val="16"/>
              </w:rPr>
              <w:t>izdelek, predstavitev in samovrednotenje</w:t>
            </w:r>
          </w:p>
        </w:tc>
      </w:tr>
    </w:tbl>
    <w:p w14:paraId="4B46B3B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325574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68BE21"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52EB9A" w14:textId="77777777" w:rsidR="00302D64" w:rsidRDefault="00000000">
            <w:pPr>
              <w:jc w:val="center"/>
            </w:pPr>
            <w:r>
              <w:rPr>
                <w:b/>
                <w:color w:val="000000"/>
                <w:sz w:val="20"/>
              </w:rPr>
              <w:t>UČNE DEJAVNOSTI, METODE IN FORMATIVNO SPREMLJANJE</w:t>
            </w:r>
          </w:p>
        </w:tc>
      </w:tr>
      <w:tr w:rsidR="00302D64" w14:paraId="2CB51DC1" w14:textId="77777777">
        <w:trPr>
          <w:tblHeader/>
          <w:jc w:val="center"/>
        </w:trPr>
        <w:tc>
          <w:tcPr>
            <w:tcW w:w="4422" w:type="dxa"/>
            <w:vMerge/>
            <w:tcMar>
              <w:top w:w="70" w:type="dxa"/>
              <w:left w:w="90" w:type="dxa"/>
              <w:bottom w:w="70" w:type="dxa"/>
              <w:right w:w="90" w:type="dxa"/>
            </w:tcMar>
            <w:vAlign w:val="center"/>
          </w:tcPr>
          <w:p w14:paraId="4A91FA96" w14:textId="77777777" w:rsidR="00302D64" w:rsidRDefault="00302D64"/>
        </w:tc>
        <w:tc>
          <w:tcPr>
            <w:tcW w:w="7087" w:type="dxa"/>
            <w:shd w:val="clear" w:color="auto" w:fill="FFFFFF"/>
            <w:tcMar>
              <w:top w:w="70" w:type="dxa"/>
              <w:left w:w="90" w:type="dxa"/>
              <w:bottom w:w="70" w:type="dxa"/>
              <w:right w:w="90" w:type="dxa"/>
            </w:tcMar>
            <w:vAlign w:val="center"/>
          </w:tcPr>
          <w:p w14:paraId="5D472462"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D4BB6EB" w14:textId="77777777" w:rsidR="00302D64" w:rsidRDefault="00000000">
            <w:pPr>
              <w:jc w:val="center"/>
            </w:pPr>
            <w:r>
              <w:rPr>
                <w:b/>
                <w:color w:val="000000"/>
              </w:rPr>
              <w:t>UČENEC</w:t>
            </w:r>
          </w:p>
        </w:tc>
      </w:tr>
      <w:tr w:rsidR="00302D64" w14:paraId="4832401E" w14:textId="77777777">
        <w:trPr>
          <w:jc w:val="center"/>
        </w:trPr>
        <w:tc>
          <w:tcPr>
            <w:tcW w:w="4422" w:type="dxa"/>
            <w:tcMar>
              <w:top w:w="70" w:type="dxa"/>
              <w:left w:w="90" w:type="dxa"/>
              <w:bottom w:w="70" w:type="dxa"/>
              <w:right w:w="90" w:type="dxa"/>
            </w:tcMar>
          </w:tcPr>
          <w:p w14:paraId="3B433A6C" w14:textId="77777777" w:rsidR="00302D64" w:rsidRDefault="00302D64"/>
          <w:p w14:paraId="1D251BC0" w14:textId="77777777" w:rsidR="00302D64" w:rsidRDefault="00000000">
            <w:pPr>
              <w:spacing w:after="40" w:line="245" w:lineRule="auto"/>
            </w:pPr>
            <w:r>
              <w:rPr>
                <w:b/>
                <w:color w:val="000000"/>
              </w:rPr>
              <w:t>FORMATIVNO SPREMLJANJE</w:t>
            </w:r>
          </w:p>
          <w:p w14:paraId="33A65869" w14:textId="77777777" w:rsidR="00302D64" w:rsidRDefault="00000000">
            <w:pPr>
              <w:pStyle w:val="Oznaenseznam"/>
              <w:spacing w:after="16"/>
            </w:pPr>
            <w:r>
              <w:rPr>
                <w:color w:val="000000"/>
                <w:sz w:val="16"/>
              </w:rPr>
              <w:t>predznanje: začetni odgovor, razvrstitev ali prikaz</w:t>
            </w:r>
          </w:p>
          <w:p w14:paraId="0F9A8ED0" w14:textId="77777777" w:rsidR="00302D64" w:rsidRDefault="00000000">
            <w:pPr>
              <w:pStyle w:val="Oznaenseznam"/>
              <w:spacing w:after="16"/>
            </w:pPr>
            <w:r>
              <w:rPr>
                <w:color w:val="000000"/>
                <w:sz w:val="16"/>
              </w:rPr>
              <w:t>dokazi med učenjem: izvedba, skica, model, opazovalni zapis ali razlaga</w:t>
            </w:r>
          </w:p>
          <w:p w14:paraId="37656CCC" w14:textId="77777777" w:rsidR="00302D64" w:rsidRDefault="00000000">
            <w:pPr>
              <w:pStyle w:val="Oznaenseznam"/>
              <w:spacing w:after="16"/>
            </w:pPr>
            <w:r>
              <w:rPr>
                <w:color w:val="000000"/>
                <w:sz w:val="16"/>
              </w:rPr>
              <w:t>povratna informacija: konkretna, vezana na kriterij in usmerjena v naslednji korak</w:t>
            </w:r>
          </w:p>
          <w:p w14:paraId="490BA088" w14:textId="77777777" w:rsidR="00302D64" w:rsidRDefault="00000000">
            <w:pPr>
              <w:pStyle w:val="Oznaenseznam"/>
              <w:spacing w:after="16"/>
            </w:pPr>
            <w:r>
              <w:rPr>
                <w:color w:val="000000"/>
                <w:sz w:val="16"/>
              </w:rPr>
              <w:t>samovrednotenje: semafor, prsti, izbrani simbol ali kratka poved</w:t>
            </w:r>
          </w:p>
          <w:p w14:paraId="5E1A53C0" w14:textId="77777777" w:rsidR="00302D64" w:rsidRDefault="00000000">
            <w:pPr>
              <w:spacing w:before="40" w:after="20" w:line="245" w:lineRule="auto"/>
            </w:pPr>
            <w:r>
              <w:rPr>
                <w:b/>
                <w:color w:val="000000"/>
              </w:rPr>
              <w:t>VARNOST IN ODGOVORNOST</w:t>
            </w:r>
          </w:p>
          <w:p w14:paraId="330BDE7E" w14:textId="77777777" w:rsidR="00302D64" w:rsidRDefault="00000000">
            <w:pPr>
              <w:spacing w:after="60" w:line="245" w:lineRule="auto"/>
            </w:pPr>
            <w:r>
              <w:rPr>
                <w:color w:val="000000"/>
                <w:sz w:val="16"/>
              </w:rPr>
              <w:t>Pri tehniškem delu se uporabljajo le razvojno primerna orodja; delovno mesto je urejeno, material pa gospodarno uporabljen.</w:t>
            </w:r>
          </w:p>
          <w:p w14:paraId="69635745" w14:textId="77777777" w:rsidR="00302D64" w:rsidRDefault="00000000">
            <w:pPr>
              <w:spacing w:after="20" w:line="245" w:lineRule="auto"/>
            </w:pPr>
            <w:r>
              <w:rPr>
                <w:b/>
                <w:color w:val="000000"/>
              </w:rPr>
              <w:t>EVIDENCA PO IZVEDBI</w:t>
            </w:r>
          </w:p>
          <w:p w14:paraId="2317E78E"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671B053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E2911F4" w14:textId="77777777">
              <w:trPr>
                <w:jc w:val="center"/>
              </w:trPr>
              <w:tc>
                <w:tcPr>
                  <w:tcW w:w="7087" w:type="dxa"/>
                  <w:shd w:val="clear" w:color="auto" w:fill="EDC9EA"/>
                  <w:tcMar>
                    <w:top w:w="45" w:type="dxa"/>
                    <w:left w:w="70" w:type="dxa"/>
                    <w:bottom w:w="45" w:type="dxa"/>
                    <w:right w:w="70" w:type="dxa"/>
                  </w:tcMar>
                </w:tcPr>
                <w:p w14:paraId="12A48FB0" w14:textId="77777777" w:rsidR="00302D64" w:rsidRDefault="00000000">
                  <w:pPr>
                    <w:keepNext/>
                  </w:pPr>
                  <w:r>
                    <w:rPr>
                      <w:b/>
                      <w:color w:val="000000"/>
                    </w:rPr>
                    <w:t>VPRAŠANJA V PODPORO UČENJU</w:t>
                  </w:r>
                </w:p>
              </w:tc>
            </w:tr>
          </w:tbl>
          <w:p w14:paraId="18A28E44" w14:textId="77777777" w:rsidR="00302D64" w:rsidRDefault="00302D64">
            <w:pPr>
              <w:spacing w:line="20" w:lineRule="exact"/>
            </w:pPr>
          </w:p>
          <w:p w14:paraId="2F388B44" w14:textId="77777777" w:rsidR="00302D64" w:rsidRDefault="00000000">
            <w:pPr>
              <w:pStyle w:val="Oznaenseznam"/>
              <w:spacing w:after="16"/>
            </w:pPr>
            <w:r>
              <w:rPr>
                <w:color w:val="000000"/>
                <w:sz w:val="16"/>
              </w:rPr>
              <w:t>Kaj si opazil/-a in kateri dokaz to pokaže?</w:t>
            </w:r>
          </w:p>
          <w:p w14:paraId="27436AE6" w14:textId="77777777" w:rsidR="00302D64" w:rsidRDefault="00000000">
            <w:pPr>
              <w:pStyle w:val="Oznaenseznam"/>
              <w:spacing w:after="16"/>
            </w:pPr>
            <w:r>
              <w:rPr>
                <w:color w:val="000000"/>
                <w:sz w:val="16"/>
              </w:rPr>
              <w:t>Kako si prišel/-la do svoje odločitve?</w:t>
            </w:r>
          </w:p>
          <w:p w14:paraId="6068C010" w14:textId="77777777" w:rsidR="00302D64" w:rsidRDefault="00000000">
            <w:pPr>
              <w:pStyle w:val="Oznaenseznam"/>
              <w:spacing w:after="16"/>
            </w:pPr>
            <w:r>
              <w:rPr>
                <w:color w:val="000000"/>
                <w:sz w:val="16"/>
              </w:rPr>
              <w:t>Kaj si pri ponovnem poskusu ohranil/-a enako in kaj spremenil/-a?</w:t>
            </w:r>
          </w:p>
          <w:p w14:paraId="2D9CFCBB" w14:textId="77777777" w:rsidR="00302D64" w:rsidRDefault="00000000">
            <w:pPr>
              <w:pStyle w:val="Oznaenseznam"/>
              <w:spacing w:after="16"/>
            </w:pPr>
            <w:r>
              <w:rPr>
                <w:color w:val="000000"/>
                <w:sz w:val="16"/>
              </w:rPr>
              <w:t>Kateri kriterij že dosegaš? Kaj bo tvoj naslednji korak?</w:t>
            </w:r>
          </w:p>
          <w:p w14:paraId="7A986061"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6BFD7A1A" w14:textId="77777777">
              <w:trPr>
                <w:jc w:val="center"/>
              </w:trPr>
              <w:tc>
                <w:tcPr>
                  <w:tcW w:w="7087" w:type="dxa"/>
                  <w:shd w:val="clear" w:color="auto" w:fill="C6E7F3"/>
                  <w:tcMar>
                    <w:top w:w="45" w:type="dxa"/>
                    <w:left w:w="70" w:type="dxa"/>
                    <w:bottom w:w="45" w:type="dxa"/>
                    <w:right w:w="70" w:type="dxa"/>
                  </w:tcMar>
                </w:tcPr>
                <w:p w14:paraId="42B67042" w14:textId="77777777" w:rsidR="00302D64" w:rsidRDefault="00000000">
                  <w:pPr>
                    <w:keepNext/>
                  </w:pPr>
                  <w:r>
                    <w:rPr>
                      <w:b/>
                      <w:color w:val="000000"/>
                    </w:rPr>
                    <w:t>ZAKLJUČNI DEL – UTRJEVANJE IN REFLEKSIJA (10–15 min)</w:t>
                  </w:r>
                </w:p>
              </w:tc>
            </w:tr>
          </w:tbl>
          <w:p w14:paraId="76422763" w14:textId="77777777" w:rsidR="00302D64" w:rsidRDefault="00302D64">
            <w:pPr>
              <w:spacing w:line="20" w:lineRule="exact"/>
            </w:pPr>
          </w:p>
          <w:p w14:paraId="62EDE930"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17A3B97F" w14:textId="77777777">
              <w:trPr>
                <w:jc w:val="center"/>
              </w:trPr>
              <w:tc>
                <w:tcPr>
                  <w:tcW w:w="7087" w:type="dxa"/>
                  <w:shd w:val="clear" w:color="auto" w:fill="EDC9EA"/>
                  <w:tcMar>
                    <w:top w:w="45" w:type="dxa"/>
                    <w:left w:w="70" w:type="dxa"/>
                    <w:bottom w:w="45" w:type="dxa"/>
                    <w:right w:w="70" w:type="dxa"/>
                  </w:tcMar>
                </w:tcPr>
                <w:p w14:paraId="5C17C9C0" w14:textId="77777777" w:rsidR="00302D64" w:rsidRDefault="00000000">
                  <w:pPr>
                    <w:keepNext/>
                  </w:pPr>
                  <w:r>
                    <w:rPr>
                      <w:b/>
                      <w:color w:val="000000"/>
                    </w:rPr>
                    <w:t>SAMOVREDNOTENJE</w:t>
                  </w:r>
                </w:p>
              </w:tc>
            </w:tr>
          </w:tbl>
          <w:p w14:paraId="7F100271" w14:textId="77777777" w:rsidR="00302D64" w:rsidRDefault="00302D64">
            <w:pPr>
              <w:spacing w:line="20" w:lineRule="exact"/>
            </w:pPr>
          </w:p>
          <w:p w14:paraId="243AA9EE"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03D126EE" w14:textId="77777777">
              <w:trPr>
                <w:jc w:val="center"/>
              </w:trPr>
              <w:tc>
                <w:tcPr>
                  <w:tcW w:w="7087" w:type="dxa"/>
                  <w:shd w:val="clear" w:color="auto" w:fill="EDC9EA"/>
                  <w:tcMar>
                    <w:top w:w="45" w:type="dxa"/>
                    <w:left w:w="70" w:type="dxa"/>
                    <w:bottom w:w="45" w:type="dxa"/>
                    <w:right w:w="70" w:type="dxa"/>
                  </w:tcMar>
                </w:tcPr>
                <w:p w14:paraId="7995D31E" w14:textId="77777777" w:rsidR="00302D64" w:rsidRDefault="00000000">
                  <w:pPr>
                    <w:keepNext/>
                  </w:pPr>
                  <w:r>
                    <w:rPr>
                      <w:b/>
                      <w:color w:val="000000"/>
                    </w:rPr>
                    <w:t>VRSTNIŠKO VREDNOTENJE</w:t>
                  </w:r>
                </w:p>
              </w:tc>
            </w:tr>
          </w:tbl>
          <w:p w14:paraId="09CF23D9" w14:textId="77777777" w:rsidR="00302D64" w:rsidRDefault="00302D64">
            <w:pPr>
              <w:spacing w:line="20" w:lineRule="exact"/>
            </w:pPr>
          </w:p>
          <w:p w14:paraId="6A9EF5D3"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742AC163" w14:textId="77777777">
              <w:trPr>
                <w:jc w:val="center"/>
              </w:trPr>
              <w:tc>
                <w:tcPr>
                  <w:tcW w:w="7087" w:type="dxa"/>
                  <w:shd w:val="clear" w:color="auto" w:fill="EDC9EA"/>
                  <w:tcMar>
                    <w:top w:w="45" w:type="dxa"/>
                    <w:left w:w="70" w:type="dxa"/>
                    <w:bottom w:w="45" w:type="dxa"/>
                    <w:right w:w="70" w:type="dxa"/>
                  </w:tcMar>
                </w:tcPr>
                <w:p w14:paraId="6F49901E" w14:textId="77777777" w:rsidR="00302D64" w:rsidRDefault="00000000">
                  <w:pPr>
                    <w:keepNext/>
                  </w:pPr>
                  <w:r>
                    <w:rPr>
                      <w:b/>
                      <w:color w:val="000000"/>
                    </w:rPr>
                    <w:t>SKUPNI POVZETEK</w:t>
                  </w:r>
                </w:p>
              </w:tc>
            </w:tr>
          </w:tbl>
          <w:p w14:paraId="2749E1C9" w14:textId="77777777" w:rsidR="00302D64" w:rsidRDefault="00302D64"/>
          <w:p w14:paraId="5867A85F" w14:textId="77777777" w:rsidR="00302D64" w:rsidRDefault="00000000">
            <w:pPr>
              <w:spacing w:before="20" w:after="40" w:line="245" w:lineRule="auto"/>
            </w:pPr>
            <w:r>
              <w:rPr>
                <w:b/>
                <w:color w:val="000000"/>
                <w:sz w:val="17"/>
              </w:rPr>
              <w:t>Otroško izročilo se prenaša med ljudmi. Pri skupni dejavnosti spoštujem pravila in odgovorno prispevam.</w:t>
            </w:r>
          </w:p>
        </w:tc>
        <w:tc>
          <w:tcPr>
            <w:tcW w:w="2551" w:type="dxa"/>
            <w:tcMar>
              <w:top w:w="70" w:type="dxa"/>
              <w:left w:w="90" w:type="dxa"/>
              <w:bottom w:w="70" w:type="dxa"/>
              <w:right w:w="90" w:type="dxa"/>
            </w:tcMar>
          </w:tcPr>
          <w:p w14:paraId="1BB321E0" w14:textId="77777777" w:rsidR="00302D64" w:rsidRDefault="00302D64"/>
          <w:p w14:paraId="42274E4A" w14:textId="77777777" w:rsidR="00302D64" w:rsidRDefault="00000000">
            <w:pPr>
              <w:spacing w:after="100" w:line="245" w:lineRule="auto"/>
            </w:pPr>
            <w:r>
              <w:rPr>
                <w:color w:val="000000"/>
                <w:sz w:val="16"/>
              </w:rPr>
              <w:t>Odgovarja na podporna vprašanja in se sklicuje na svoj dokaz.</w:t>
            </w:r>
          </w:p>
          <w:p w14:paraId="78F34465" w14:textId="77777777" w:rsidR="00302D64" w:rsidRDefault="00000000">
            <w:pPr>
              <w:spacing w:after="100" w:line="245" w:lineRule="auto"/>
            </w:pPr>
            <w:r>
              <w:rPr>
                <w:color w:val="000000"/>
                <w:sz w:val="16"/>
              </w:rPr>
              <w:t>Primerja začetno zamisel z ugotovitvijo ter pove ali pokaže, kaj se je naučil/-a.</w:t>
            </w:r>
          </w:p>
          <w:p w14:paraId="2793DCE4" w14:textId="77777777" w:rsidR="00302D64" w:rsidRDefault="00000000">
            <w:pPr>
              <w:spacing w:after="100" w:line="245" w:lineRule="auto"/>
            </w:pPr>
            <w:r>
              <w:rPr>
                <w:color w:val="000000"/>
                <w:sz w:val="16"/>
              </w:rPr>
              <w:t>Izbere raven doseganja in določi naslednji korak.</w:t>
            </w:r>
          </w:p>
          <w:p w14:paraId="6E8DD697" w14:textId="77777777" w:rsidR="00302D64" w:rsidRDefault="00000000">
            <w:pPr>
              <w:spacing w:after="100" w:line="245" w:lineRule="auto"/>
            </w:pPr>
            <w:r>
              <w:rPr>
                <w:color w:val="000000"/>
                <w:sz w:val="16"/>
              </w:rPr>
              <w:t>Sošolcu poda prijazen, konkreten odziv.</w:t>
            </w:r>
          </w:p>
          <w:p w14:paraId="526E4ECC" w14:textId="77777777" w:rsidR="00302D64" w:rsidRDefault="00000000">
            <w:pPr>
              <w:spacing w:after="20" w:line="245" w:lineRule="auto"/>
            </w:pPr>
            <w:r>
              <w:rPr>
                <w:b/>
                <w:color w:val="D95BC6"/>
                <w:sz w:val="17"/>
              </w:rPr>
              <w:t>DOKAZ O UČENJU</w:t>
            </w:r>
          </w:p>
          <w:p w14:paraId="6CD1D055" w14:textId="77777777" w:rsidR="00302D64" w:rsidRDefault="00000000">
            <w:pPr>
              <w:spacing w:after="30" w:line="245" w:lineRule="auto"/>
            </w:pPr>
            <w:r>
              <w:rPr>
                <w:color w:val="D95BC6"/>
                <w:sz w:val="16"/>
              </w:rPr>
              <w:t>izvedba ali izdelek, razlaga, samovrednotenje in odziv na povratno informacijo</w:t>
            </w:r>
          </w:p>
        </w:tc>
      </w:tr>
    </w:tbl>
    <w:p w14:paraId="4AD2A6D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1AAC5B7" w14:textId="77777777">
        <w:trPr>
          <w:cantSplit/>
          <w:jc w:val="center"/>
        </w:trPr>
        <w:tc>
          <w:tcPr>
            <w:tcW w:w="14060" w:type="dxa"/>
            <w:gridSpan w:val="6"/>
            <w:tcMar>
              <w:top w:w="70" w:type="dxa"/>
              <w:left w:w="90" w:type="dxa"/>
              <w:bottom w:w="70" w:type="dxa"/>
              <w:right w:w="90" w:type="dxa"/>
            </w:tcMar>
            <w:vAlign w:val="center"/>
          </w:tcPr>
          <w:p w14:paraId="0E56C406" w14:textId="77777777" w:rsidR="00302D64" w:rsidRDefault="00000000">
            <w:pPr>
              <w:jc w:val="center"/>
            </w:pPr>
            <w:r>
              <w:rPr>
                <w:b/>
                <w:color w:val="000000"/>
                <w:sz w:val="24"/>
              </w:rPr>
              <w:lastRenderedPageBreak/>
              <w:t>UČNA PRIPRAVA 17/39</w:t>
            </w:r>
          </w:p>
        </w:tc>
      </w:tr>
      <w:tr w:rsidR="00302D64" w14:paraId="53DF31A6" w14:textId="77777777">
        <w:trPr>
          <w:jc w:val="center"/>
        </w:trPr>
        <w:tc>
          <w:tcPr>
            <w:tcW w:w="2665" w:type="dxa"/>
            <w:tcMar>
              <w:top w:w="70" w:type="dxa"/>
              <w:left w:w="90" w:type="dxa"/>
              <w:bottom w:w="70" w:type="dxa"/>
              <w:right w:w="90" w:type="dxa"/>
            </w:tcMar>
            <w:vAlign w:val="center"/>
          </w:tcPr>
          <w:p w14:paraId="7F6FC568"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DF5355E"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430D4A77"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FEE7FAF" w14:textId="77777777" w:rsidR="00302D64" w:rsidRDefault="00000000">
            <w:r>
              <w:rPr>
                <w:b/>
                <w:color w:val="000000"/>
                <w:sz w:val="16"/>
              </w:rPr>
              <w:t xml:space="preserve">NAČRTOVANI TERMIN: </w:t>
            </w:r>
            <w:r>
              <w:rPr>
                <w:color w:val="000000"/>
                <w:sz w:val="16"/>
              </w:rPr>
              <w:t>17. teden • 4.–8. 1. 2027</w:t>
            </w:r>
          </w:p>
        </w:tc>
        <w:tc>
          <w:tcPr>
            <w:tcW w:w="2268" w:type="dxa"/>
            <w:tcMar>
              <w:top w:w="70" w:type="dxa"/>
              <w:left w:w="90" w:type="dxa"/>
              <w:bottom w:w="70" w:type="dxa"/>
              <w:right w:w="90" w:type="dxa"/>
            </w:tcMar>
            <w:vAlign w:val="center"/>
          </w:tcPr>
          <w:p w14:paraId="2BA54F37"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FDCC785" w14:textId="77777777" w:rsidR="00302D64" w:rsidRDefault="00000000">
            <w:r>
              <w:rPr>
                <w:b/>
                <w:color w:val="000000"/>
                <w:sz w:val="16"/>
              </w:rPr>
              <w:t xml:space="preserve">ŠTEVILO UR: </w:t>
            </w:r>
            <w:r>
              <w:rPr>
                <w:color w:val="000000"/>
                <w:sz w:val="16"/>
              </w:rPr>
              <w:t>3</w:t>
            </w:r>
          </w:p>
        </w:tc>
      </w:tr>
      <w:tr w:rsidR="00302D64" w14:paraId="45EF3885" w14:textId="77777777">
        <w:trPr>
          <w:jc w:val="center"/>
        </w:trPr>
        <w:tc>
          <w:tcPr>
            <w:tcW w:w="14061" w:type="dxa"/>
            <w:gridSpan w:val="6"/>
            <w:tcMar>
              <w:top w:w="70" w:type="dxa"/>
              <w:left w:w="90" w:type="dxa"/>
              <w:bottom w:w="70" w:type="dxa"/>
              <w:right w:w="90" w:type="dxa"/>
            </w:tcMar>
            <w:vAlign w:val="center"/>
          </w:tcPr>
          <w:p w14:paraId="3480A2B8" w14:textId="77777777" w:rsidR="00302D64" w:rsidRDefault="00000000">
            <w:r>
              <w:t>TIP UČNE URE: obravnava, izkušenjsko raziskovanje, učenje po postajah, utrjevanje in formativno spremljanje</w:t>
            </w:r>
          </w:p>
        </w:tc>
      </w:tr>
      <w:tr w:rsidR="00302D64" w14:paraId="29F81EB2" w14:textId="77777777">
        <w:trPr>
          <w:cantSplit/>
          <w:jc w:val="center"/>
        </w:trPr>
        <w:tc>
          <w:tcPr>
            <w:tcW w:w="14060" w:type="dxa"/>
            <w:gridSpan w:val="6"/>
            <w:tcMar>
              <w:top w:w="70" w:type="dxa"/>
              <w:left w:w="90" w:type="dxa"/>
              <w:bottom w:w="70" w:type="dxa"/>
              <w:right w:w="90" w:type="dxa"/>
            </w:tcMar>
            <w:vAlign w:val="center"/>
          </w:tcPr>
          <w:p w14:paraId="055831B1" w14:textId="77777777" w:rsidR="00302D64" w:rsidRDefault="00302D64"/>
          <w:p w14:paraId="237711F1" w14:textId="77777777" w:rsidR="00302D64" w:rsidRDefault="00000000">
            <w:pPr>
              <w:spacing w:line="245" w:lineRule="auto"/>
            </w:pPr>
            <w:r>
              <w:rPr>
                <w:b/>
                <w:color w:val="000000"/>
                <w:sz w:val="17"/>
              </w:rPr>
              <w:t xml:space="preserve">UČNI SKLOP: </w:t>
            </w:r>
            <w:r>
              <w:rPr>
                <w:color w:val="000000"/>
                <w:sz w:val="17"/>
              </w:rPr>
              <w:t>ZIMA, SNOVI IN POJAVI</w:t>
            </w:r>
          </w:p>
        </w:tc>
      </w:tr>
      <w:tr w:rsidR="00302D64" w14:paraId="38384225" w14:textId="77777777">
        <w:trPr>
          <w:cantSplit/>
          <w:jc w:val="center"/>
        </w:trPr>
        <w:tc>
          <w:tcPr>
            <w:tcW w:w="14060" w:type="dxa"/>
            <w:gridSpan w:val="6"/>
            <w:tcMar>
              <w:top w:w="70" w:type="dxa"/>
              <w:left w:w="90" w:type="dxa"/>
              <w:bottom w:w="70" w:type="dxa"/>
              <w:right w:w="90" w:type="dxa"/>
            </w:tcMar>
            <w:vAlign w:val="center"/>
          </w:tcPr>
          <w:p w14:paraId="2EBE6BD5" w14:textId="77777777" w:rsidR="00302D64" w:rsidRDefault="00302D64"/>
          <w:p w14:paraId="5A3B83B3" w14:textId="77777777" w:rsidR="00302D64" w:rsidRDefault="00000000">
            <w:pPr>
              <w:spacing w:line="245" w:lineRule="auto"/>
            </w:pPr>
            <w:r>
              <w:rPr>
                <w:b/>
                <w:color w:val="000000"/>
                <w:sz w:val="17"/>
              </w:rPr>
              <w:t xml:space="preserve">UČNA TEMA: </w:t>
            </w:r>
            <w:r>
              <w:rPr>
                <w:color w:val="000000"/>
                <w:sz w:val="17"/>
              </w:rPr>
              <w:t>ZIMSKE SPREMEMBE</w:t>
            </w:r>
          </w:p>
        </w:tc>
      </w:tr>
      <w:tr w:rsidR="00302D64" w14:paraId="706ACA45" w14:textId="77777777">
        <w:trPr>
          <w:cantSplit/>
          <w:jc w:val="center"/>
        </w:trPr>
        <w:tc>
          <w:tcPr>
            <w:tcW w:w="14060" w:type="dxa"/>
            <w:gridSpan w:val="6"/>
            <w:tcMar>
              <w:top w:w="70" w:type="dxa"/>
              <w:left w:w="90" w:type="dxa"/>
              <w:bottom w:w="70" w:type="dxa"/>
              <w:right w:w="90" w:type="dxa"/>
            </w:tcMar>
            <w:vAlign w:val="center"/>
          </w:tcPr>
          <w:p w14:paraId="614E504B" w14:textId="77777777" w:rsidR="00302D64" w:rsidRDefault="00302D64"/>
          <w:p w14:paraId="146B38B2" w14:textId="77777777" w:rsidR="00302D64" w:rsidRDefault="00000000">
            <w:pPr>
              <w:spacing w:line="245" w:lineRule="auto"/>
            </w:pPr>
            <w:r>
              <w:rPr>
                <w:b/>
                <w:color w:val="000000"/>
                <w:sz w:val="17"/>
              </w:rPr>
              <w:t xml:space="preserve">KNJIŽEVNO IZHODIŠČE IN MOTIV: </w:t>
            </w:r>
            <w:r>
              <w:rPr>
                <w:color w:val="000000"/>
                <w:sz w:val="17"/>
              </w:rPr>
              <w:t>»Janko in Metka« – brata Grimm • zima, gozd, varnost in pravljični prostor</w:t>
            </w:r>
          </w:p>
        </w:tc>
      </w:tr>
      <w:tr w:rsidR="00302D64" w14:paraId="7BEEC55F" w14:textId="77777777">
        <w:trPr>
          <w:cantSplit/>
          <w:jc w:val="center"/>
        </w:trPr>
        <w:tc>
          <w:tcPr>
            <w:tcW w:w="14060" w:type="dxa"/>
            <w:gridSpan w:val="6"/>
            <w:tcMar>
              <w:top w:w="70" w:type="dxa"/>
              <w:left w:w="90" w:type="dxa"/>
              <w:bottom w:w="70" w:type="dxa"/>
              <w:right w:w="90" w:type="dxa"/>
            </w:tcMar>
            <w:vAlign w:val="center"/>
          </w:tcPr>
          <w:p w14:paraId="4BDEAF74" w14:textId="77777777" w:rsidR="00302D64" w:rsidRDefault="00302D64"/>
          <w:p w14:paraId="38FDCEAE" w14:textId="77777777" w:rsidR="00302D64" w:rsidRDefault="00000000">
            <w:pPr>
              <w:spacing w:line="245" w:lineRule="auto"/>
            </w:pPr>
            <w:r>
              <w:rPr>
                <w:b/>
                <w:color w:val="000000"/>
                <w:sz w:val="17"/>
              </w:rPr>
              <w:t xml:space="preserve">UČNE ENOTE: </w:t>
            </w:r>
            <w:r>
              <w:rPr>
                <w:color w:val="000000"/>
                <w:sz w:val="17"/>
              </w:rPr>
              <w:t>1. ura – Zimska opazovalna pot • 2. ura – Jesen ali zima • 3. ura – Varno v zimskem okolju</w:t>
            </w:r>
          </w:p>
        </w:tc>
      </w:tr>
      <w:tr w:rsidR="00302D64" w14:paraId="1030C904" w14:textId="77777777">
        <w:trPr>
          <w:cantSplit/>
          <w:jc w:val="center"/>
        </w:trPr>
        <w:tc>
          <w:tcPr>
            <w:tcW w:w="14060" w:type="dxa"/>
            <w:gridSpan w:val="6"/>
            <w:tcMar>
              <w:top w:w="70" w:type="dxa"/>
              <w:left w:w="90" w:type="dxa"/>
              <w:bottom w:w="70" w:type="dxa"/>
              <w:right w:w="90" w:type="dxa"/>
            </w:tcMar>
            <w:vAlign w:val="center"/>
          </w:tcPr>
          <w:p w14:paraId="1216B763" w14:textId="77777777" w:rsidR="00302D64" w:rsidRDefault="00302D64"/>
          <w:p w14:paraId="0C861DC5"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6483C0AC" w14:textId="77777777">
        <w:trPr>
          <w:cantSplit/>
          <w:jc w:val="center"/>
        </w:trPr>
        <w:tc>
          <w:tcPr>
            <w:tcW w:w="14060" w:type="dxa"/>
            <w:gridSpan w:val="6"/>
            <w:tcMar>
              <w:top w:w="70" w:type="dxa"/>
              <w:left w:w="90" w:type="dxa"/>
              <w:bottom w:w="70" w:type="dxa"/>
              <w:right w:w="90" w:type="dxa"/>
            </w:tcMar>
            <w:vAlign w:val="center"/>
          </w:tcPr>
          <w:p w14:paraId="3A9C45A4" w14:textId="77777777" w:rsidR="00302D64" w:rsidRDefault="00302D64"/>
          <w:p w14:paraId="18287E58"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287FB9B0" w14:textId="77777777">
        <w:trPr>
          <w:cantSplit/>
          <w:jc w:val="center"/>
        </w:trPr>
        <w:tc>
          <w:tcPr>
            <w:tcW w:w="14060" w:type="dxa"/>
            <w:gridSpan w:val="6"/>
            <w:tcMar>
              <w:top w:w="70" w:type="dxa"/>
              <w:left w:w="90" w:type="dxa"/>
              <w:bottom w:w="70" w:type="dxa"/>
              <w:right w:w="90" w:type="dxa"/>
            </w:tcMar>
            <w:vAlign w:val="center"/>
          </w:tcPr>
          <w:p w14:paraId="2D8363FF" w14:textId="77777777" w:rsidR="00302D64" w:rsidRDefault="00302D64"/>
          <w:p w14:paraId="249FFB7D"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61B5E442" w14:textId="77777777">
        <w:trPr>
          <w:cantSplit/>
          <w:jc w:val="center"/>
        </w:trPr>
        <w:tc>
          <w:tcPr>
            <w:tcW w:w="14060" w:type="dxa"/>
            <w:gridSpan w:val="6"/>
            <w:tcMar>
              <w:top w:w="70" w:type="dxa"/>
              <w:left w:w="90" w:type="dxa"/>
              <w:bottom w:w="70" w:type="dxa"/>
              <w:right w:w="90" w:type="dxa"/>
            </w:tcMar>
            <w:vAlign w:val="center"/>
          </w:tcPr>
          <w:p w14:paraId="47034F28" w14:textId="77777777" w:rsidR="00302D64" w:rsidRDefault="00302D64"/>
          <w:p w14:paraId="6500908A" w14:textId="77777777" w:rsidR="00302D64" w:rsidRDefault="00000000">
            <w:pPr>
              <w:spacing w:line="245" w:lineRule="auto"/>
            </w:pPr>
            <w:r>
              <w:rPr>
                <w:b/>
                <w:color w:val="000000"/>
                <w:sz w:val="17"/>
              </w:rPr>
              <w:t xml:space="preserve">MEDPREDMETNE POVEZAVE: </w:t>
            </w:r>
            <w:r>
              <w:rPr>
                <w:color w:val="000000"/>
                <w:sz w:val="17"/>
              </w:rPr>
              <w:t>SLJ – primerjalna poved; MAT – primerjanje podatkov; ŠPO – varno gibanje; LUM – skica sledi</w:t>
            </w:r>
          </w:p>
        </w:tc>
      </w:tr>
      <w:tr w:rsidR="00302D64" w14:paraId="1A935CB8" w14:textId="77777777">
        <w:trPr>
          <w:cantSplit/>
          <w:jc w:val="center"/>
        </w:trPr>
        <w:tc>
          <w:tcPr>
            <w:tcW w:w="14060" w:type="dxa"/>
            <w:gridSpan w:val="6"/>
            <w:tcMar>
              <w:top w:w="70" w:type="dxa"/>
              <w:left w:w="90" w:type="dxa"/>
              <w:bottom w:w="70" w:type="dxa"/>
              <w:right w:w="90" w:type="dxa"/>
            </w:tcMar>
            <w:vAlign w:val="center"/>
          </w:tcPr>
          <w:p w14:paraId="1A02A7EC" w14:textId="77777777" w:rsidR="00302D64" w:rsidRDefault="00302D64"/>
          <w:p w14:paraId="72F0CA72" w14:textId="77777777" w:rsidR="00302D64" w:rsidRDefault="00000000">
            <w:pPr>
              <w:spacing w:line="245" w:lineRule="auto"/>
            </w:pPr>
            <w:r>
              <w:rPr>
                <w:b/>
                <w:color w:val="000000"/>
                <w:sz w:val="17"/>
              </w:rPr>
              <w:t xml:space="preserve">UČNA SREDSTVA IN PRIPOMOČKI: </w:t>
            </w:r>
            <w:r>
              <w:rPr>
                <w:color w:val="000000"/>
                <w:sz w:val="17"/>
              </w:rPr>
              <w:t>Janko in Metka, vremenski koledar, fotografije jeseni in zime, oblačila ali slike opreme, kartice nevarnosti, podloge in barvice</w:t>
            </w:r>
          </w:p>
        </w:tc>
      </w:tr>
      <w:tr w:rsidR="00302D64" w14:paraId="6FB788E4" w14:textId="77777777">
        <w:trPr>
          <w:cantSplit/>
          <w:jc w:val="center"/>
        </w:trPr>
        <w:tc>
          <w:tcPr>
            <w:tcW w:w="14060" w:type="dxa"/>
            <w:gridSpan w:val="6"/>
            <w:tcMar>
              <w:top w:w="70" w:type="dxa"/>
              <w:left w:w="90" w:type="dxa"/>
              <w:bottom w:w="70" w:type="dxa"/>
              <w:right w:w="90" w:type="dxa"/>
            </w:tcMar>
            <w:vAlign w:val="center"/>
          </w:tcPr>
          <w:p w14:paraId="2258C880" w14:textId="77777777" w:rsidR="00302D64" w:rsidRDefault="00302D64"/>
          <w:p w14:paraId="43109F2E"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08669F4E" w14:textId="77777777">
        <w:trPr>
          <w:cantSplit/>
          <w:jc w:val="center"/>
        </w:trPr>
        <w:tc>
          <w:tcPr>
            <w:tcW w:w="14060" w:type="dxa"/>
            <w:gridSpan w:val="6"/>
            <w:tcMar>
              <w:top w:w="70" w:type="dxa"/>
              <w:left w:w="90" w:type="dxa"/>
              <w:bottom w:w="70" w:type="dxa"/>
              <w:right w:w="90" w:type="dxa"/>
            </w:tcMar>
            <w:vAlign w:val="center"/>
          </w:tcPr>
          <w:p w14:paraId="6F0B8338" w14:textId="77777777" w:rsidR="00302D64" w:rsidRDefault="00302D64"/>
          <w:p w14:paraId="27B5E6DE"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79801E5A" w14:textId="77777777">
        <w:trPr>
          <w:cantSplit/>
          <w:jc w:val="center"/>
        </w:trPr>
        <w:tc>
          <w:tcPr>
            <w:tcW w:w="14060" w:type="dxa"/>
            <w:gridSpan w:val="6"/>
            <w:tcMar>
              <w:top w:w="70" w:type="dxa"/>
              <w:left w:w="90" w:type="dxa"/>
              <w:bottom w:w="70" w:type="dxa"/>
              <w:right w:w="90" w:type="dxa"/>
            </w:tcMar>
            <w:vAlign w:val="center"/>
          </w:tcPr>
          <w:p w14:paraId="63FA1FD7" w14:textId="77777777" w:rsidR="00302D64" w:rsidRDefault="00302D64"/>
          <w:p w14:paraId="0DA47744"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43195AC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0966E1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BD714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AF3525" w14:textId="77777777" w:rsidR="00302D64" w:rsidRDefault="00000000">
            <w:pPr>
              <w:jc w:val="center"/>
            </w:pPr>
            <w:r>
              <w:rPr>
                <w:b/>
                <w:color w:val="000000"/>
                <w:sz w:val="20"/>
              </w:rPr>
              <w:t>UČNE DEJAVNOSTI, METODE IN FORMATIVNO SPREMLJANJE</w:t>
            </w:r>
          </w:p>
        </w:tc>
      </w:tr>
      <w:tr w:rsidR="00302D64" w14:paraId="4A0210BB" w14:textId="77777777">
        <w:trPr>
          <w:tblHeader/>
          <w:jc w:val="center"/>
        </w:trPr>
        <w:tc>
          <w:tcPr>
            <w:tcW w:w="4422" w:type="dxa"/>
            <w:vMerge/>
            <w:tcMar>
              <w:top w:w="70" w:type="dxa"/>
              <w:left w:w="90" w:type="dxa"/>
              <w:bottom w:w="70" w:type="dxa"/>
              <w:right w:w="90" w:type="dxa"/>
            </w:tcMar>
            <w:vAlign w:val="center"/>
          </w:tcPr>
          <w:p w14:paraId="360A0AD3" w14:textId="77777777" w:rsidR="00302D64" w:rsidRDefault="00302D64"/>
        </w:tc>
        <w:tc>
          <w:tcPr>
            <w:tcW w:w="7087" w:type="dxa"/>
            <w:shd w:val="clear" w:color="auto" w:fill="FFFFFF"/>
            <w:tcMar>
              <w:top w:w="70" w:type="dxa"/>
              <w:left w:w="90" w:type="dxa"/>
              <w:bottom w:w="70" w:type="dxa"/>
              <w:right w:w="90" w:type="dxa"/>
            </w:tcMar>
            <w:vAlign w:val="center"/>
          </w:tcPr>
          <w:p w14:paraId="3A4E096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ECBC2EE" w14:textId="77777777" w:rsidR="00302D64" w:rsidRDefault="00000000">
            <w:pPr>
              <w:jc w:val="center"/>
            </w:pPr>
            <w:r>
              <w:rPr>
                <w:b/>
                <w:color w:val="000000"/>
              </w:rPr>
              <w:t>UČENEC</w:t>
            </w:r>
          </w:p>
        </w:tc>
      </w:tr>
      <w:tr w:rsidR="00302D64" w14:paraId="49E69910" w14:textId="77777777">
        <w:trPr>
          <w:jc w:val="center"/>
        </w:trPr>
        <w:tc>
          <w:tcPr>
            <w:tcW w:w="4422" w:type="dxa"/>
            <w:tcMar>
              <w:top w:w="70" w:type="dxa"/>
              <w:left w:w="90" w:type="dxa"/>
              <w:bottom w:w="70" w:type="dxa"/>
              <w:right w:w="90" w:type="dxa"/>
            </w:tcMar>
          </w:tcPr>
          <w:p w14:paraId="4C48C1D4" w14:textId="77777777" w:rsidR="00302D64" w:rsidRDefault="00302D64"/>
          <w:p w14:paraId="1E40D170" w14:textId="77777777" w:rsidR="00302D64" w:rsidRDefault="00000000">
            <w:pPr>
              <w:spacing w:after="60" w:line="245" w:lineRule="auto"/>
            </w:pPr>
            <w:r>
              <w:rPr>
                <w:b/>
                <w:color w:val="000000"/>
              </w:rPr>
              <w:t>UČNI CILJI</w:t>
            </w:r>
          </w:p>
          <w:p w14:paraId="37AF6CFC" w14:textId="77777777" w:rsidR="00302D64" w:rsidRDefault="00000000">
            <w:pPr>
              <w:spacing w:after="20" w:line="245" w:lineRule="auto"/>
            </w:pPr>
            <w:r>
              <w:rPr>
                <w:b/>
                <w:color w:val="000000"/>
                <w:sz w:val="17"/>
              </w:rPr>
              <w:t>SPLOŠNI</w:t>
            </w:r>
          </w:p>
          <w:p w14:paraId="5FF4DB55" w14:textId="77777777" w:rsidR="00302D64" w:rsidRDefault="00000000">
            <w:pPr>
              <w:pStyle w:val="Oznaenseznam"/>
              <w:spacing w:after="16"/>
            </w:pPr>
            <w:r>
              <w:rPr>
                <w:color w:val="000000"/>
                <w:sz w:val="16"/>
              </w:rPr>
              <w:t>razvija radovednost ter sistematično opazuje, primerja, razvršča in sporoča ugotovitve</w:t>
            </w:r>
          </w:p>
          <w:p w14:paraId="4F8F3946" w14:textId="77777777" w:rsidR="00302D64" w:rsidRDefault="00000000">
            <w:pPr>
              <w:pStyle w:val="Oznaenseznam"/>
              <w:spacing w:after="16"/>
            </w:pPr>
            <w:r>
              <w:rPr>
                <w:color w:val="000000"/>
                <w:sz w:val="16"/>
              </w:rPr>
              <w:t>sodeluje, posluša druge in svoja opažanja izraža na razvojno primeren način</w:t>
            </w:r>
          </w:p>
          <w:p w14:paraId="449513C3" w14:textId="77777777" w:rsidR="00302D64" w:rsidRDefault="00000000">
            <w:pPr>
              <w:pStyle w:val="Oznaenseznam"/>
              <w:spacing w:after="16"/>
            </w:pPr>
            <w:r>
              <w:rPr>
                <w:color w:val="000000"/>
                <w:sz w:val="16"/>
              </w:rPr>
              <w:t>ravna varno, odgovorno in skrbno do sebe, drugih ter okolja</w:t>
            </w:r>
          </w:p>
          <w:p w14:paraId="2623F7CF" w14:textId="77777777" w:rsidR="00302D64" w:rsidRDefault="00000000">
            <w:pPr>
              <w:pStyle w:val="Oznaenseznam"/>
              <w:spacing w:after="16"/>
            </w:pPr>
            <w:r>
              <w:rPr>
                <w:color w:val="000000"/>
                <w:sz w:val="16"/>
              </w:rPr>
              <w:t>ob kriterijih spremlja svoje učenje in sprejema opisno povratno informacijo</w:t>
            </w:r>
          </w:p>
          <w:p w14:paraId="4CE67D1E" w14:textId="77777777" w:rsidR="00302D64" w:rsidRDefault="00000000">
            <w:pPr>
              <w:spacing w:before="40" w:after="20" w:line="245" w:lineRule="auto"/>
            </w:pPr>
            <w:r>
              <w:rPr>
                <w:b/>
                <w:color w:val="000000"/>
                <w:sz w:val="17"/>
              </w:rPr>
              <w:t>OPERATIVNI</w:t>
            </w:r>
          </w:p>
          <w:p w14:paraId="415AB53A" w14:textId="77777777" w:rsidR="00302D64" w:rsidRDefault="00000000">
            <w:pPr>
              <w:pStyle w:val="Oznaenseznam"/>
              <w:spacing w:after="16"/>
            </w:pPr>
            <w:r>
              <w:rPr>
                <w:color w:val="000000"/>
                <w:sz w:val="16"/>
              </w:rPr>
              <w:t>opazuje vreme in okolje</w:t>
            </w:r>
          </w:p>
          <w:p w14:paraId="4FE736EE" w14:textId="77777777" w:rsidR="00302D64" w:rsidRDefault="00000000">
            <w:pPr>
              <w:pStyle w:val="Oznaenseznam"/>
              <w:spacing w:after="16"/>
            </w:pPr>
            <w:r>
              <w:rPr>
                <w:color w:val="000000"/>
                <w:sz w:val="16"/>
              </w:rPr>
              <w:t>primerja jesen in zimo</w:t>
            </w:r>
          </w:p>
          <w:p w14:paraId="74331F86" w14:textId="77777777" w:rsidR="00302D64" w:rsidRDefault="00000000">
            <w:pPr>
              <w:pStyle w:val="Oznaenseznam"/>
              <w:spacing w:after="16"/>
            </w:pPr>
            <w:r>
              <w:rPr>
                <w:color w:val="000000"/>
                <w:sz w:val="16"/>
              </w:rPr>
              <w:t>izbere primerno ravnanje</w:t>
            </w:r>
          </w:p>
          <w:p w14:paraId="684D5A6D" w14:textId="77777777" w:rsidR="00302D64" w:rsidRDefault="00000000">
            <w:pPr>
              <w:spacing w:before="40" w:after="20" w:line="245" w:lineRule="auto"/>
            </w:pPr>
            <w:r>
              <w:rPr>
                <w:b/>
                <w:color w:val="000000"/>
                <w:sz w:val="17"/>
              </w:rPr>
              <w:t>PRIČAKOVANI DOSEŽKI / STANDARDI</w:t>
            </w:r>
          </w:p>
          <w:p w14:paraId="7A930673" w14:textId="77777777" w:rsidR="00302D64" w:rsidRDefault="00000000">
            <w:pPr>
              <w:pStyle w:val="Oznaenseznam"/>
              <w:spacing w:after="16"/>
            </w:pPr>
            <w:r>
              <w:rPr>
                <w:color w:val="000000"/>
                <w:sz w:val="16"/>
              </w:rPr>
              <w:t>ob konkretni ali slikovni opori opazuje vreme in okolje</w:t>
            </w:r>
          </w:p>
          <w:p w14:paraId="756B5778" w14:textId="77777777" w:rsidR="00302D64" w:rsidRDefault="00000000">
            <w:pPr>
              <w:pStyle w:val="Oznaenseznam"/>
              <w:spacing w:after="16"/>
            </w:pPr>
            <w:r>
              <w:rPr>
                <w:color w:val="000000"/>
                <w:sz w:val="16"/>
              </w:rPr>
              <w:t>ob konkretni ali slikovni opori primerja jesen in zimo</w:t>
            </w:r>
          </w:p>
          <w:p w14:paraId="320793CD" w14:textId="77777777" w:rsidR="00302D64" w:rsidRDefault="00000000">
            <w:pPr>
              <w:pStyle w:val="Oznaenseznam"/>
              <w:spacing w:after="16"/>
            </w:pPr>
            <w:r>
              <w:rPr>
                <w:color w:val="000000"/>
                <w:sz w:val="16"/>
              </w:rPr>
              <w:t>ob konkretni ali slikovni opori izbere primerno ravnanje</w:t>
            </w:r>
          </w:p>
        </w:tc>
        <w:tc>
          <w:tcPr>
            <w:tcW w:w="7087" w:type="dxa"/>
            <w:tcMar>
              <w:top w:w="70" w:type="dxa"/>
              <w:left w:w="90" w:type="dxa"/>
              <w:bottom w:w="70" w:type="dxa"/>
              <w:right w:w="90" w:type="dxa"/>
            </w:tcMar>
          </w:tcPr>
          <w:p w14:paraId="67BDE70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2A06F5E" w14:textId="77777777">
              <w:trPr>
                <w:jc w:val="center"/>
              </w:trPr>
              <w:tc>
                <w:tcPr>
                  <w:tcW w:w="7087" w:type="dxa"/>
                  <w:shd w:val="clear" w:color="auto" w:fill="C6E7F3"/>
                  <w:tcMar>
                    <w:top w:w="45" w:type="dxa"/>
                    <w:left w:w="70" w:type="dxa"/>
                    <w:bottom w:w="45" w:type="dxa"/>
                    <w:right w:w="70" w:type="dxa"/>
                  </w:tcMar>
                </w:tcPr>
                <w:p w14:paraId="7B54E349" w14:textId="77777777" w:rsidR="00302D64" w:rsidRDefault="00000000">
                  <w:pPr>
                    <w:keepNext/>
                  </w:pPr>
                  <w:r>
                    <w:rPr>
                      <w:b/>
                      <w:color w:val="000000"/>
                    </w:rPr>
                    <w:t>UVODNI DEL – motivacija, aktivacija predznanja in namen učenja (15–20 min)</w:t>
                  </w:r>
                </w:p>
              </w:tc>
            </w:tr>
          </w:tbl>
          <w:p w14:paraId="5FDD28C3" w14:textId="77777777" w:rsidR="00302D64" w:rsidRDefault="00302D64">
            <w:pPr>
              <w:spacing w:line="20" w:lineRule="exact"/>
            </w:pPr>
          </w:p>
          <w:p w14:paraId="4271A2D9" w14:textId="77777777" w:rsidR="00302D64" w:rsidRDefault="00000000">
            <w:pPr>
              <w:spacing w:before="40" w:after="60" w:line="245" w:lineRule="auto"/>
            </w:pPr>
            <w:r>
              <w:rPr>
                <w:color w:val="000000"/>
                <w:sz w:val="17"/>
              </w:rPr>
              <w:t>Janko in Metka na poti skozi zimski gozd opazita sledi, mraz in krajši dan. Učenci izberejo opremo, ki bi jima omogočila varno vrnitev.</w:t>
            </w:r>
          </w:p>
          <w:tbl>
            <w:tblPr>
              <w:tblStyle w:val="Tabelamrea"/>
              <w:tblW w:w="0" w:type="auto"/>
              <w:jc w:val="center"/>
              <w:tblLayout w:type="fixed"/>
              <w:tblLook w:val="04A0" w:firstRow="1" w:lastRow="0" w:firstColumn="1" w:lastColumn="0" w:noHBand="0" w:noVBand="1"/>
            </w:tblPr>
            <w:tblGrid>
              <w:gridCol w:w="7087"/>
            </w:tblGrid>
            <w:tr w:rsidR="00302D64" w14:paraId="257903DF" w14:textId="77777777">
              <w:trPr>
                <w:jc w:val="center"/>
              </w:trPr>
              <w:tc>
                <w:tcPr>
                  <w:tcW w:w="7087" w:type="dxa"/>
                  <w:shd w:val="clear" w:color="auto" w:fill="EDC9EA"/>
                  <w:tcMar>
                    <w:top w:w="45" w:type="dxa"/>
                    <w:left w:w="70" w:type="dxa"/>
                    <w:bottom w:w="45" w:type="dxa"/>
                    <w:right w:w="70" w:type="dxa"/>
                  </w:tcMar>
                </w:tcPr>
                <w:p w14:paraId="1C813FCB" w14:textId="77777777" w:rsidR="00302D64" w:rsidRDefault="00000000">
                  <w:pPr>
                    <w:keepNext/>
                  </w:pPr>
                  <w:r>
                    <w:rPr>
                      <w:b/>
                      <w:color w:val="000000"/>
                    </w:rPr>
                    <w:t>NAMENI UČENJA</w:t>
                  </w:r>
                </w:p>
              </w:tc>
            </w:tr>
          </w:tbl>
          <w:p w14:paraId="2E965389" w14:textId="77777777" w:rsidR="00302D64" w:rsidRDefault="00302D64">
            <w:pPr>
              <w:spacing w:line="20" w:lineRule="exact"/>
            </w:pPr>
          </w:p>
          <w:p w14:paraId="580F7A39" w14:textId="77777777" w:rsidR="00302D64" w:rsidRDefault="00000000">
            <w:pPr>
              <w:spacing w:before="20" w:after="20" w:line="245" w:lineRule="auto"/>
            </w:pPr>
            <w:r>
              <w:rPr>
                <w:color w:val="000000"/>
                <w:sz w:val="16"/>
              </w:rPr>
              <w:t>Učimo se zato, da bomo lažje razumeli in odgovorno uporabili znanje v vsakdanjih situacijah.</w:t>
            </w:r>
          </w:p>
          <w:p w14:paraId="64D0B32C" w14:textId="77777777" w:rsidR="00302D64" w:rsidRDefault="00000000">
            <w:pPr>
              <w:pStyle w:val="Oznaenseznam"/>
              <w:spacing w:after="16"/>
            </w:pPr>
            <w:r>
              <w:rPr>
                <w:color w:val="000000"/>
                <w:sz w:val="16"/>
              </w:rPr>
              <w:t>opazujem vreme in okolje</w:t>
            </w:r>
          </w:p>
          <w:p w14:paraId="3576905A" w14:textId="77777777" w:rsidR="00302D64" w:rsidRDefault="00000000">
            <w:pPr>
              <w:pStyle w:val="Oznaenseznam"/>
              <w:spacing w:after="16"/>
            </w:pPr>
            <w:r>
              <w:rPr>
                <w:color w:val="000000"/>
                <w:sz w:val="16"/>
              </w:rPr>
              <w:t>primerjam jesen in zimo</w:t>
            </w:r>
          </w:p>
          <w:p w14:paraId="208C9FB8" w14:textId="77777777" w:rsidR="00302D64" w:rsidRDefault="00000000">
            <w:pPr>
              <w:pStyle w:val="Oznaenseznam"/>
              <w:spacing w:after="16"/>
            </w:pPr>
            <w:r>
              <w:rPr>
                <w:color w:val="000000"/>
                <w:sz w:val="16"/>
              </w:rPr>
              <w:t>izberem primerno ravnanje</w:t>
            </w:r>
          </w:p>
          <w:tbl>
            <w:tblPr>
              <w:tblStyle w:val="Tabelamrea"/>
              <w:tblW w:w="0" w:type="auto"/>
              <w:jc w:val="center"/>
              <w:tblLayout w:type="fixed"/>
              <w:tblLook w:val="04A0" w:firstRow="1" w:lastRow="0" w:firstColumn="1" w:lastColumn="0" w:noHBand="0" w:noVBand="1"/>
            </w:tblPr>
            <w:tblGrid>
              <w:gridCol w:w="7087"/>
            </w:tblGrid>
            <w:tr w:rsidR="00302D64" w14:paraId="7565CF63" w14:textId="77777777">
              <w:trPr>
                <w:jc w:val="center"/>
              </w:trPr>
              <w:tc>
                <w:tcPr>
                  <w:tcW w:w="7087" w:type="dxa"/>
                  <w:shd w:val="clear" w:color="auto" w:fill="EDC9EA"/>
                  <w:tcMar>
                    <w:top w:w="45" w:type="dxa"/>
                    <w:left w:w="70" w:type="dxa"/>
                    <w:bottom w:w="45" w:type="dxa"/>
                    <w:right w:w="70" w:type="dxa"/>
                  </w:tcMar>
                </w:tcPr>
                <w:p w14:paraId="4DD81336" w14:textId="77777777" w:rsidR="00302D64" w:rsidRDefault="00000000">
                  <w:pPr>
                    <w:keepNext/>
                  </w:pPr>
                  <w:r>
                    <w:rPr>
                      <w:b/>
                      <w:color w:val="000000"/>
                    </w:rPr>
                    <w:t>PREVERJANJE PREDZNANJA</w:t>
                  </w:r>
                </w:p>
              </w:tc>
            </w:tr>
          </w:tbl>
          <w:p w14:paraId="5DD201D3" w14:textId="77777777" w:rsidR="00302D64" w:rsidRDefault="00302D64">
            <w:pPr>
              <w:spacing w:line="20" w:lineRule="exact"/>
            </w:pPr>
          </w:p>
          <w:p w14:paraId="5C9CD50A" w14:textId="77777777" w:rsidR="00302D64" w:rsidRDefault="00000000">
            <w:pPr>
              <w:pStyle w:val="Oznaenseznam"/>
              <w:spacing w:after="16"/>
            </w:pPr>
            <w:r>
              <w:rPr>
                <w:color w:val="000000"/>
                <w:sz w:val="16"/>
              </w:rPr>
              <w:t>Kako se zima razlikuje od jeseni?</w:t>
            </w:r>
          </w:p>
          <w:p w14:paraId="07A5D53A" w14:textId="77777777" w:rsidR="00302D64" w:rsidRDefault="00000000">
            <w:pPr>
              <w:pStyle w:val="Oznaenseznam"/>
              <w:spacing w:after="16"/>
            </w:pPr>
            <w:r>
              <w:rPr>
                <w:color w:val="000000"/>
                <w:sz w:val="16"/>
              </w:rPr>
              <w:t>Kako se na mraz, sneg, poledico in krajši dan varno pripravim?</w:t>
            </w:r>
          </w:p>
          <w:p w14:paraId="7FF1B77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D3F4080" w14:textId="77777777">
              <w:trPr>
                <w:jc w:val="center"/>
              </w:trPr>
              <w:tc>
                <w:tcPr>
                  <w:tcW w:w="7087" w:type="dxa"/>
                  <w:shd w:val="clear" w:color="auto" w:fill="EDC9EA"/>
                  <w:tcMar>
                    <w:top w:w="45" w:type="dxa"/>
                    <w:left w:w="70" w:type="dxa"/>
                    <w:bottom w:w="45" w:type="dxa"/>
                    <w:right w:w="70" w:type="dxa"/>
                  </w:tcMar>
                </w:tcPr>
                <w:p w14:paraId="7717F5D7" w14:textId="77777777" w:rsidR="00302D64" w:rsidRDefault="00000000">
                  <w:pPr>
                    <w:keepNext/>
                  </w:pPr>
                  <w:r>
                    <w:rPr>
                      <w:b/>
                      <w:color w:val="000000"/>
                    </w:rPr>
                    <w:t>KRITERIJI USPEŠNOSTI</w:t>
                  </w:r>
                </w:p>
              </w:tc>
            </w:tr>
          </w:tbl>
          <w:p w14:paraId="2E9A5108" w14:textId="77777777" w:rsidR="00302D64" w:rsidRDefault="00302D64"/>
          <w:p w14:paraId="71237459" w14:textId="77777777" w:rsidR="00302D64" w:rsidRDefault="00000000">
            <w:pPr>
              <w:spacing w:before="20" w:after="20" w:line="245" w:lineRule="auto"/>
            </w:pPr>
            <w:r>
              <w:rPr>
                <w:b/>
                <w:color w:val="000000"/>
                <w:sz w:val="16"/>
              </w:rPr>
              <w:t>Uspešen/-na bom, ko:</w:t>
            </w:r>
          </w:p>
          <w:p w14:paraId="78336F5E" w14:textId="77777777" w:rsidR="00302D64" w:rsidRDefault="00000000">
            <w:pPr>
              <w:pStyle w:val="Oznaenseznam"/>
              <w:spacing w:after="16"/>
            </w:pPr>
            <w:r>
              <w:rPr>
                <w:color w:val="000000"/>
                <w:sz w:val="16"/>
              </w:rPr>
              <w:t>opazujem vreme in okolje</w:t>
            </w:r>
          </w:p>
          <w:p w14:paraId="68445EDC" w14:textId="77777777" w:rsidR="00302D64" w:rsidRDefault="00000000">
            <w:pPr>
              <w:pStyle w:val="Oznaenseznam"/>
              <w:spacing w:after="16"/>
            </w:pPr>
            <w:r>
              <w:rPr>
                <w:color w:val="000000"/>
                <w:sz w:val="16"/>
              </w:rPr>
              <w:t>primerjam jesen in zimo</w:t>
            </w:r>
          </w:p>
          <w:p w14:paraId="21F8058D" w14:textId="77777777" w:rsidR="00302D64" w:rsidRDefault="00000000">
            <w:pPr>
              <w:pStyle w:val="Oznaenseznam"/>
              <w:spacing w:after="16"/>
            </w:pPr>
            <w:r>
              <w:rPr>
                <w:color w:val="000000"/>
                <w:sz w:val="16"/>
              </w:rPr>
              <w:t>izberem primerno ravnanje</w:t>
            </w:r>
          </w:p>
          <w:p w14:paraId="42F9ADB7"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7F8A27DC" w14:textId="77777777" w:rsidR="00302D64" w:rsidRDefault="00302D64"/>
          <w:p w14:paraId="72280FB7" w14:textId="77777777" w:rsidR="00302D64" w:rsidRDefault="00000000">
            <w:pPr>
              <w:spacing w:after="80" w:line="245" w:lineRule="auto"/>
            </w:pPr>
            <w:r>
              <w:rPr>
                <w:color w:val="000000"/>
                <w:sz w:val="16"/>
              </w:rPr>
              <w:t>Posluša ali opazuje književno oziroma predmetno izhodišče ter se vključi z gibom, sliko ali besedo.</w:t>
            </w:r>
          </w:p>
          <w:p w14:paraId="05EFD5CC" w14:textId="77777777" w:rsidR="00302D64" w:rsidRDefault="00000000">
            <w:pPr>
              <w:spacing w:after="80" w:line="245" w:lineRule="auto"/>
            </w:pPr>
            <w:r>
              <w:rPr>
                <w:color w:val="000000"/>
                <w:sz w:val="16"/>
              </w:rPr>
              <w:t>Pove, pokaže ali nariše, kaj že ve. Posluša zamisli drugih.</w:t>
            </w:r>
          </w:p>
          <w:p w14:paraId="5CE99F64" w14:textId="77777777" w:rsidR="00302D64" w:rsidRDefault="00000000">
            <w:pPr>
              <w:spacing w:after="100" w:line="245" w:lineRule="auto"/>
            </w:pPr>
            <w:r>
              <w:rPr>
                <w:color w:val="000000"/>
                <w:sz w:val="16"/>
              </w:rPr>
              <w:t>Sodeluje pri razumevanju namenov in kriterijev uspešnosti.</w:t>
            </w:r>
          </w:p>
          <w:p w14:paraId="0994A695" w14:textId="77777777" w:rsidR="00302D64" w:rsidRDefault="00000000">
            <w:pPr>
              <w:spacing w:after="20" w:line="245" w:lineRule="auto"/>
            </w:pPr>
            <w:r>
              <w:rPr>
                <w:b/>
                <w:color w:val="D95BC6"/>
                <w:sz w:val="17"/>
              </w:rPr>
              <w:t>DOKAZ O UČENJU</w:t>
            </w:r>
          </w:p>
          <w:p w14:paraId="26C76125" w14:textId="77777777" w:rsidR="00302D64" w:rsidRDefault="00000000">
            <w:pPr>
              <w:spacing w:after="30" w:line="245" w:lineRule="auto"/>
            </w:pPr>
            <w:r>
              <w:rPr>
                <w:color w:val="D95BC6"/>
                <w:sz w:val="16"/>
              </w:rPr>
              <w:t>začetna zamisel, razvrstitev, risba ali ustni odgovor</w:t>
            </w:r>
          </w:p>
        </w:tc>
      </w:tr>
    </w:tbl>
    <w:p w14:paraId="2E8AE5B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EA2491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19C3ED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2241E12" w14:textId="77777777" w:rsidR="00302D64" w:rsidRDefault="00000000">
            <w:pPr>
              <w:jc w:val="center"/>
            </w:pPr>
            <w:r>
              <w:rPr>
                <w:b/>
                <w:color w:val="000000"/>
                <w:sz w:val="20"/>
              </w:rPr>
              <w:t>UČNE DEJAVNOSTI, METODE IN FORMATIVNO SPREMLJANJE</w:t>
            </w:r>
          </w:p>
        </w:tc>
      </w:tr>
      <w:tr w:rsidR="00302D64" w14:paraId="2DDD06E1" w14:textId="77777777">
        <w:trPr>
          <w:tblHeader/>
          <w:jc w:val="center"/>
        </w:trPr>
        <w:tc>
          <w:tcPr>
            <w:tcW w:w="4422" w:type="dxa"/>
            <w:vMerge/>
            <w:tcMar>
              <w:top w:w="70" w:type="dxa"/>
              <w:left w:w="90" w:type="dxa"/>
              <w:bottom w:w="70" w:type="dxa"/>
              <w:right w:w="90" w:type="dxa"/>
            </w:tcMar>
            <w:vAlign w:val="center"/>
          </w:tcPr>
          <w:p w14:paraId="72DAEC2B" w14:textId="77777777" w:rsidR="00302D64" w:rsidRDefault="00302D64"/>
        </w:tc>
        <w:tc>
          <w:tcPr>
            <w:tcW w:w="7087" w:type="dxa"/>
            <w:shd w:val="clear" w:color="auto" w:fill="FFFFFF"/>
            <w:tcMar>
              <w:top w:w="70" w:type="dxa"/>
              <w:left w:w="90" w:type="dxa"/>
              <w:bottom w:w="70" w:type="dxa"/>
              <w:right w:w="90" w:type="dxa"/>
            </w:tcMar>
            <w:vAlign w:val="center"/>
          </w:tcPr>
          <w:p w14:paraId="53A3254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DA1825" w14:textId="77777777" w:rsidR="00302D64" w:rsidRDefault="00000000">
            <w:pPr>
              <w:jc w:val="center"/>
            </w:pPr>
            <w:r>
              <w:rPr>
                <w:b/>
                <w:color w:val="000000"/>
              </w:rPr>
              <w:t>UČENEC</w:t>
            </w:r>
          </w:p>
        </w:tc>
      </w:tr>
      <w:tr w:rsidR="00302D64" w14:paraId="359A0F93" w14:textId="77777777">
        <w:trPr>
          <w:jc w:val="center"/>
        </w:trPr>
        <w:tc>
          <w:tcPr>
            <w:tcW w:w="4422" w:type="dxa"/>
            <w:tcMar>
              <w:top w:w="70" w:type="dxa"/>
              <w:left w:w="90" w:type="dxa"/>
              <w:bottom w:w="70" w:type="dxa"/>
              <w:right w:w="90" w:type="dxa"/>
            </w:tcMar>
          </w:tcPr>
          <w:p w14:paraId="135DAB80" w14:textId="77777777" w:rsidR="00302D64" w:rsidRDefault="00302D64"/>
          <w:p w14:paraId="0B89051A" w14:textId="77777777" w:rsidR="00302D64" w:rsidRDefault="00000000">
            <w:pPr>
              <w:spacing w:after="40" w:line="245" w:lineRule="auto"/>
            </w:pPr>
            <w:r>
              <w:rPr>
                <w:b/>
                <w:color w:val="000000"/>
              </w:rPr>
              <w:t>KLJUČNI POJMI</w:t>
            </w:r>
          </w:p>
          <w:p w14:paraId="22956162" w14:textId="77777777" w:rsidR="00302D64" w:rsidRDefault="00000000">
            <w:pPr>
              <w:spacing w:after="80" w:line="245" w:lineRule="auto"/>
            </w:pPr>
            <w:r>
              <w:rPr>
                <w:color w:val="000000"/>
                <w:sz w:val="16"/>
              </w:rPr>
              <w:t>zima, mraz, sneg, led, poledica, sled, krajši dan, zaščita, varno ravnanje</w:t>
            </w:r>
          </w:p>
          <w:p w14:paraId="57C5A326" w14:textId="77777777" w:rsidR="00302D64" w:rsidRDefault="00000000">
            <w:pPr>
              <w:spacing w:after="20" w:line="245" w:lineRule="auto"/>
            </w:pPr>
            <w:r>
              <w:rPr>
                <w:b/>
                <w:color w:val="000000"/>
              </w:rPr>
              <w:t>DOKAZI O UČENJU</w:t>
            </w:r>
          </w:p>
          <w:p w14:paraId="5410CBA2" w14:textId="77777777" w:rsidR="00302D64" w:rsidRDefault="00000000">
            <w:pPr>
              <w:pStyle w:val="Oznaenseznam"/>
              <w:spacing w:after="16"/>
            </w:pPr>
            <w:r>
              <w:rPr>
                <w:color w:val="000000"/>
                <w:sz w:val="16"/>
              </w:rPr>
              <w:t>zimski opazovalni list</w:t>
            </w:r>
          </w:p>
          <w:p w14:paraId="2360F619" w14:textId="77777777" w:rsidR="00302D64" w:rsidRDefault="00000000">
            <w:pPr>
              <w:pStyle w:val="Oznaenseznam"/>
              <w:spacing w:after="16"/>
            </w:pPr>
            <w:r>
              <w:rPr>
                <w:color w:val="000000"/>
                <w:sz w:val="16"/>
              </w:rPr>
              <w:t>primerjalna razvrstitev</w:t>
            </w:r>
          </w:p>
          <w:p w14:paraId="59CDD44E" w14:textId="77777777" w:rsidR="00302D64" w:rsidRDefault="00000000">
            <w:pPr>
              <w:pStyle w:val="Oznaenseznam"/>
              <w:spacing w:after="16"/>
            </w:pPr>
            <w:r>
              <w:rPr>
                <w:color w:val="000000"/>
                <w:sz w:val="16"/>
              </w:rPr>
              <w:t>praktična presoja varnega ravnanja</w:t>
            </w:r>
          </w:p>
          <w:p w14:paraId="48568928" w14:textId="77777777" w:rsidR="00302D64" w:rsidRDefault="00000000">
            <w:pPr>
              <w:spacing w:before="40" w:after="20" w:line="245" w:lineRule="auto"/>
            </w:pPr>
            <w:r>
              <w:rPr>
                <w:b/>
                <w:color w:val="000000"/>
              </w:rPr>
              <w:t>MEDPREDMETNA POVEZAVA</w:t>
            </w:r>
          </w:p>
          <w:p w14:paraId="3AD88EAF" w14:textId="77777777" w:rsidR="00302D64" w:rsidRDefault="00000000">
            <w:pPr>
              <w:spacing w:after="60" w:line="245" w:lineRule="auto"/>
            </w:pPr>
            <w:r>
              <w:rPr>
                <w:color w:val="000000"/>
                <w:sz w:val="16"/>
              </w:rPr>
              <w:t>SLJ – primerjalna poved; MAT – primerjanje podatkov; ŠPO – varno gibanje; LUM – skica sledi</w:t>
            </w:r>
          </w:p>
          <w:p w14:paraId="20E6B089" w14:textId="77777777" w:rsidR="00302D64" w:rsidRDefault="00000000">
            <w:pPr>
              <w:spacing w:after="20" w:line="245" w:lineRule="auto"/>
            </w:pPr>
            <w:r>
              <w:rPr>
                <w:b/>
                <w:color w:val="000000"/>
              </w:rPr>
              <w:t>POUČEVANJE V GIBANJU</w:t>
            </w:r>
          </w:p>
          <w:p w14:paraId="4D0F2CE5"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5A3A1EB6" w14:textId="77777777" w:rsidR="00302D64" w:rsidRDefault="00000000">
            <w:pPr>
              <w:spacing w:after="20" w:line="245" w:lineRule="auto"/>
            </w:pPr>
            <w:r>
              <w:rPr>
                <w:b/>
                <w:color w:val="000000"/>
              </w:rPr>
              <w:t>UČENJE PO ŠTIRIH POSTAJAH</w:t>
            </w:r>
          </w:p>
          <w:p w14:paraId="02B91DF0"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12BE304B" w14:textId="77777777" w:rsidR="00302D64" w:rsidRDefault="00000000">
            <w:pPr>
              <w:spacing w:after="20" w:line="245" w:lineRule="auto"/>
            </w:pPr>
            <w:r>
              <w:rPr>
                <w:b/>
                <w:color w:val="000000"/>
              </w:rPr>
              <w:t>DIFERENCIACIJA IN VKLJUČEVANJE</w:t>
            </w:r>
          </w:p>
          <w:p w14:paraId="254F7841" w14:textId="77777777" w:rsidR="00302D64" w:rsidRDefault="00000000">
            <w:pPr>
              <w:spacing w:after="60" w:line="245" w:lineRule="auto"/>
            </w:pPr>
            <w:r>
              <w:rPr>
                <w:color w:val="000000"/>
                <w:sz w:val="16"/>
              </w:rPr>
              <w:t>Opazovanje se po potrebi izvede ob oknu ali s fotografijami; učenec izbira med dvema možnostma; naprednejši razloži vzrok za izbrano ravnanje.</w:t>
            </w:r>
          </w:p>
          <w:p w14:paraId="74C51945" w14:textId="77777777" w:rsidR="00302D64" w:rsidRDefault="00000000">
            <w:pPr>
              <w:spacing w:after="20" w:line="245" w:lineRule="auto"/>
            </w:pPr>
            <w:r>
              <w:rPr>
                <w:b/>
                <w:color w:val="000000"/>
              </w:rPr>
              <w:t>SPREMLJANJE</w:t>
            </w:r>
          </w:p>
          <w:p w14:paraId="48676D18"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2D1037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67B86F7" w14:textId="77777777">
              <w:trPr>
                <w:jc w:val="center"/>
              </w:trPr>
              <w:tc>
                <w:tcPr>
                  <w:tcW w:w="7087" w:type="dxa"/>
                  <w:shd w:val="clear" w:color="auto" w:fill="C6E7F3"/>
                  <w:tcMar>
                    <w:top w:w="45" w:type="dxa"/>
                    <w:left w:w="70" w:type="dxa"/>
                    <w:bottom w:w="45" w:type="dxa"/>
                    <w:right w:w="70" w:type="dxa"/>
                  </w:tcMar>
                </w:tcPr>
                <w:p w14:paraId="677ECC96" w14:textId="77777777" w:rsidR="00302D64" w:rsidRDefault="00000000">
                  <w:pPr>
                    <w:keepNext/>
                  </w:pPr>
                  <w:r>
                    <w:t>GLAVNI DEL – IZKUŠENJSKO IN POSTAJNO UČENJE (3 šolske ure)</w:t>
                  </w:r>
                </w:p>
              </w:tc>
            </w:tr>
          </w:tbl>
          <w:p w14:paraId="4BF5577E" w14:textId="77777777" w:rsidR="00302D64" w:rsidRDefault="00302D64">
            <w:pPr>
              <w:spacing w:line="20" w:lineRule="exact"/>
            </w:pPr>
          </w:p>
          <w:p w14:paraId="1E2A6B98" w14:textId="77777777" w:rsidR="00302D64" w:rsidRDefault="00000000">
            <w:pPr>
              <w:keepNext/>
              <w:spacing w:before="60" w:after="20" w:line="245" w:lineRule="auto"/>
            </w:pPr>
            <w:r>
              <w:rPr>
                <w:b/>
                <w:color w:val="000000"/>
              </w:rPr>
              <w:t>1. URA – Zimska opazovalna pot</w:t>
            </w:r>
          </w:p>
          <w:p w14:paraId="5C6E727F" w14:textId="77777777" w:rsidR="00302D64" w:rsidRDefault="00000000">
            <w:pPr>
              <w:spacing w:after="20" w:line="245" w:lineRule="auto"/>
            </w:pPr>
            <w:r>
              <w:rPr>
                <w:b/>
                <w:color w:val="000000"/>
                <w:sz w:val="16"/>
              </w:rPr>
              <w:t xml:space="preserve">Dejavnost učiteljice: </w:t>
            </w:r>
            <w:r>
              <w:rPr>
                <w:color w:val="000000"/>
                <w:sz w:val="16"/>
              </w:rPr>
              <w:t>Vodi opazovanje vremena, tal, rastlin, živalskih sledi in dolžine sence.</w:t>
            </w:r>
          </w:p>
          <w:p w14:paraId="142B4888" w14:textId="77777777" w:rsidR="00302D64" w:rsidRDefault="00000000">
            <w:pPr>
              <w:spacing w:after="20" w:line="245" w:lineRule="auto"/>
            </w:pPr>
            <w:r>
              <w:rPr>
                <w:b/>
                <w:color w:val="000000"/>
                <w:sz w:val="16"/>
              </w:rPr>
              <w:t xml:space="preserve">Dejavnost učencev: </w:t>
            </w:r>
            <w:r>
              <w:rPr>
                <w:color w:val="000000"/>
                <w:sz w:val="16"/>
              </w:rPr>
              <w:t>S simbolom ali skico zabeležijo tri znake zime in eno varnostno opažanje.</w:t>
            </w:r>
          </w:p>
          <w:p w14:paraId="5B8A4D71" w14:textId="77777777" w:rsidR="00302D64" w:rsidRDefault="00000000">
            <w:pPr>
              <w:spacing w:after="40" w:line="245" w:lineRule="auto"/>
            </w:pPr>
            <w:r>
              <w:rPr>
                <w:i/>
                <w:color w:val="D95BC6"/>
                <w:sz w:val="16"/>
              </w:rPr>
              <w:t>Predvideni dokaz: zimski opazovalni list.</w:t>
            </w:r>
          </w:p>
          <w:p w14:paraId="63C9BF31" w14:textId="77777777" w:rsidR="00302D64" w:rsidRDefault="00000000">
            <w:pPr>
              <w:keepNext/>
              <w:spacing w:before="60" w:after="20" w:line="245" w:lineRule="auto"/>
            </w:pPr>
            <w:r>
              <w:rPr>
                <w:b/>
                <w:color w:val="000000"/>
              </w:rPr>
              <w:t>2. URA – Jesen ali zima</w:t>
            </w:r>
          </w:p>
          <w:p w14:paraId="4DB89E28" w14:textId="77777777" w:rsidR="00302D64" w:rsidRDefault="00000000">
            <w:pPr>
              <w:spacing w:after="20" w:line="245" w:lineRule="auto"/>
            </w:pPr>
            <w:r>
              <w:rPr>
                <w:b/>
                <w:color w:val="000000"/>
                <w:sz w:val="16"/>
              </w:rPr>
              <w:t xml:space="preserve">Dejavnost učiteljice: </w:t>
            </w:r>
            <w:r>
              <w:rPr>
                <w:color w:val="000000"/>
                <w:sz w:val="16"/>
              </w:rPr>
              <w:t>Pripravi predmete, slike in podatke iz jesenskega koledarja za primerjanje.</w:t>
            </w:r>
          </w:p>
          <w:p w14:paraId="3E9838D3" w14:textId="77777777" w:rsidR="00302D64" w:rsidRDefault="00000000">
            <w:pPr>
              <w:spacing w:after="20" w:line="245" w:lineRule="auto"/>
            </w:pPr>
            <w:r>
              <w:rPr>
                <w:b/>
                <w:color w:val="000000"/>
                <w:sz w:val="16"/>
              </w:rPr>
              <w:t xml:space="preserve">Dejavnost učencev: </w:t>
            </w:r>
            <w:r>
              <w:rPr>
                <w:color w:val="000000"/>
                <w:sz w:val="16"/>
              </w:rPr>
              <w:t>Razvrstijo, oblikujejo primerjalne pare in povedo eno spremembo z veznikom medtem ko.</w:t>
            </w:r>
          </w:p>
          <w:p w14:paraId="70C8DDC0" w14:textId="77777777" w:rsidR="00302D64" w:rsidRDefault="00000000">
            <w:pPr>
              <w:spacing w:after="40" w:line="245" w:lineRule="auto"/>
            </w:pPr>
            <w:r>
              <w:rPr>
                <w:i/>
                <w:color w:val="D95BC6"/>
                <w:sz w:val="16"/>
              </w:rPr>
              <w:t>Predvideni dokaz: primerjalna razvrstitev.</w:t>
            </w:r>
          </w:p>
          <w:p w14:paraId="64F00C8D" w14:textId="77777777" w:rsidR="00302D64" w:rsidRDefault="00000000">
            <w:pPr>
              <w:keepNext/>
              <w:spacing w:before="60" w:after="20" w:line="245" w:lineRule="auto"/>
            </w:pPr>
            <w:r>
              <w:rPr>
                <w:b/>
                <w:color w:val="000000"/>
              </w:rPr>
              <w:t>3. URA – Varno v zimskem okolju</w:t>
            </w:r>
          </w:p>
          <w:p w14:paraId="681E7C86" w14:textId="77777777" w:rsidR="00302D64" w:rsidRDefault="00000000">
            <w:pPr>
              <w:spacing w:after="20" w:line="245" w:lineRule="auto"/>
            </w:pPr>
            <w:r>
              <w:rPr>
                <w:b/>
                <w:color w:val="000000"/>
                <w:sz w:val="16"/>
              </w:rPr>
              <w:t xml:space="preserve">Dejavnost učiteljice: </w:t>
            </w:r>
            <w:r>
              <w:rPr>
                <w:color w:val="000000"/>
                <w:sz w:val="16"/>
              </w:rPr>
              <w:t>Prikaže situacije poledica, mraz, mokra oblačila, zaledenela voda in slabša vidnost.</w:t>
            </w:r>
          </w:p>
          <w:p w14:paraId="749C11D2" w14:textId="77777777" w:rsidR="00302D64" w:rsidRDefault="00000000">
            <w:pPr>
              <w:spacing w:after="20" w:line="245" w:lineRule="auto"/>
            </w:pPr>
            <w:r>
              <w:rPr>
                <w:b/>
                <w:color w:val="000000"/>
                <w:sz w:val="16"/>
              </w:rPr>
              <w:t xml:space="preserve">Dejavnost učencev: </w:t>
            </w:r>
            <w:r>
              <w:rPr>
                <w:color w:val="000000"/>
                <w:sz w:val="16"/>
              </w:rPr>
              <w:t>Izberejo primerno opremo in ravnanje ter odigrajo varno rešitev.</w:t>
            </w:r>
          </w:p>
          <w:p w14:paraId="226489C5" w14:textId="77777777" w:rsidR="00302D64" w:rsidRDefault="00000000">
            <w:pPr>
              <w:spacing w:after="40" w:line="245" w:lineRule="auto"/>
            </w:pPr>
            <w:r>
              <w:rPr>
                <w:i/>
                <w:color w:val="D95BC6"/>
                <w:sz w:val="16"/>
              </w:rPr>
              <w:t>Predvideni dokaz: praktična presoja varnega ravnanja.</w:t>
            </w:r>
          </w:p>
          <w:tbl>
            <w:tblPr>
              <w:tblStyle w:val="Tabelamrea"/>
              <w:tblW w:w="0" w:type="auto"/>
              <w:jc w:val="center"/>
              <w:tblLayout w:type="fixed"/>
              <w:tblLook w:val="04A0" w:firstRow="1" w:lastRow="0" w:firstColumn="1" w:lastColumn="0" w:noHBand="0" w:noVBand="1"/>
            </w:tblPr>
            <w:tblGrid>
              <w:gridCol w:w="7087"/>
            </w:tblGrid>
            <w:tr w:rsidR="00302D64" w14:paraId="32485721" w14:textId="77777777">
              <w:trPr>
                <w:jc w:val="center"/>
              </w:trPr>
              <w:tc>
                <w:tcPr>
                  <w:tcW w:w="7087" w:type="dxa"/>
                  <w:shd w:val="clear" w:color="auto" w:fill="EDC9EA"/>
                  <w:tcMar>
                    <w:top w:w="45" w:type="dxa"/>
                    <w:left w:w="70" w:type="dxa"/>
                    <w:bottom w:w="45" w:type="dxa"/>
                    <w:right w:w="70" w:type="dxa"/>
                  </w:tcMar>
                </w:tcPr>
                <w:p w14:paraId="06061460" w14:textId="77777777" w:rsidR="00302D64" w:rsidRDefault="00000000">
                  <w:pPr>
                    <w:keepNext/>
                  </w:pPr>
                  <w:r>
                    <w:rPr>
                      <w:b/>
                      <w:color w:val="000000"/>
                    </w:rPr>
                    <w:t>UČENJE PO ŠTIRIH POSTAJAH (6–8 min na postajo)</w:t>
                  </w:r>
                </w:p>
              </w:tc>
            </w:tr>
          </w:tbl>
          <w:p w14:paraId="1C4365EE"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60AA263D" w14:textId="77777777" w:rsidR="00302D64" w:rsidRDefault="00000000">
            <w:pPr>
              <w:spacing w:after="20" w:line="245" w:lineRule="auto"/>
            </w:pPr>
            <w:r>
              <w:rPr>
                <w:b/>
                <w:color w:val="000000"/>
                <w:sz w:val="16"/>
              </w:rPr>
              <w:t xml:space="preserve">RAZISKOVALNA POSTAJA – Zimska opazovalna pot: </w:t>
            </w:r>
            <w:r>
              <w:rPr>
                <w:color w:val="000000"/>
                <w:sz w:val="16"/>
              </w:rPr>
              <w:t>S simbolom ali skico zabeležijo tri znake zime in eno varnostno opažanje.</w:t>
            </w:r>
          </w:p>
          <w:p w14:paraId="7A89D6A3" w14:textId="77777777" w:rsidR="00302D64" w:rsidRDefault="00000000">
            <w:pPr>
              <w:spacing w:after="20" w:line="245" w:lineRule="auto"/>
            </w:pPr>
            <w:r>
              <w:rPr>
                <w:b/>
                <w:color w:val="000000"/>
                <w:sz w:val="16"/>
              </w:rPr>
              <w:t xml:space="preserve">PRAKTIČNA POSTAJA – Jesen ali zima: </w:t>
            </w:r>
            <w:r>
              <w:rPr>
                <w:color w:val="000000"/>
                <w:sz w:val="16"/>
              </w:rPr>
              <w:t>Razvrstijo, oblikujejo primerjalne pare in povedo eno spremembo z veznikom medtem ko.</w:t>
            </w:r>
          </w:p>
          <w:p w14:paraId="14FC1B4F" w14:textId="77777777" w:rsidR="00302D64" w:rsidRDefault="00000000">
            <w:pPr>
              <w:spacing w:after="20" w:line="245" w:lineRule="auto"/>
            </w:pPr>
            <w:r>
              <w:rPr>
                <w:b/>
                <w:color w:val="000000"/>
                <w:sz w:val="16"/>
              </w:rPr>
              <w:t xml:space="preserve">GIBALNO-SODELOVALNA POSTAJA – Varno v zimskem okolju: </w:t>
            </w:r>
            <w:r>
              <w:rPr>
                <w:color w:val="000000"/>
                <w:sz w:val="16"/>
              </w:rPr>
              <w:t>Izberejo primerno opremo in ravnanje ter odigrajo varno rešitev.</w:t>
            </w:r>
          </w:p>
          <w:p w14:paraId="26B0755A" w14:textId="77777777" w:rsidR="00302D64" w:rsidRDefault="00000000">
            <w:pPr>
              <w:spacing w:after="20" w:line="245" w:lineRule="auto"/>
            </w:pPr>
            <w:r>
              <w:rPr>
                <w:b/>
                <w:color w:val="000000"/>
                <w:sz w:val="16"/>
              </w:rPr>
              <w:t xml:space="preserve">POSTAJA DOKAZA IN REFLEKSIJE: </w:t>
            </w:r>
            <w:r>
              <w:rPr>
                <w:color w:val="000000"/>
                <w:sz w:val="16"/>
              </w:rPr>
              <w:t>Izberejo en dokaz (zimski opazovalni list, primerjalna razvrstitev),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91F5118" w14:textId="77777777">
              <w:trPr>
                <w:jc w:val="center"/>
              </w:trPr>
              <w:tc>
                <w:tcPr>
                  <w:tcW w:w="7087" w:type="dxa"/>
                  <w:shd w:val="clear" w:color="auto" w:fill="EDC9EA"/>
                  <w:tcMar>
                    <w:top w:w="45" w:type="dxa"/>
                    <w:left w:w="70" w:type="dxa"/>
                    <w:bottom w:w="45" w:type="dxa"/>
                    <w:right w:w="70" w:type="dxa"/>
                  </w:tcMar>
                </w:tcPr>
                <w:p w14:paraId="5A92B464" w14:textId="77777777" w:rsidR="00302D64" w:rsidRDefault="00000000">
                  <w:pPr>
                    <w:keepNext/>
                  </w:pPr>
                  <w:r>
                    <w:rPr>
                      <w:b/>
                      <w:color w:val="000000"/>
                    </w:rPr>
                    <w:t>POVRATNA INFORMACIJA UČITELJICE MED DELOM</w:t>
                  </w:r>
                </w:p>
              </w:tc>
            </w:tr>
          </w:tbl>
          <w:p w14:paraId="5176EDB8" w14:textId="77777777" w:rsidR="00302D64" w:rsidRDefault="00302D64"/>
          <w:p w14:paraId="5A8A8A2D"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0FE3D47D" w14:textId="77777777" w:rsidR="00302D64" w:rsidRDefault="00302D64"/>
          <w:p w14:paraId="325B87B8" w14:textId="77777777" w:rsidR="00302D64" w:rsidRDefault="00000000">
            <w:pPr>
              <w:spacing w:after="20" w:line="245" w:lineRule="auto"/>
            </w:pPr>
            <w:r>
              <w:rPr>
                <w:b/>
                <w:color w:val="000000"/>
                <w:sz w:val="17"/>
              </w:rPr>
              <w:t>1. URA</w:t>
            </w:r>
          </w:p>
          <w:p w14:paraId="7C725C2E" w14:textId="77777777" w:rsidR="00302D64" w:rsidRDefault="00000000">
            <w:pPr>
              <w:spacing w:after="40" w:line="245" w:lineRule="auto"/>
            </w:pPr>
            <w:r>
              <w:rPr>
                <w:color w:val="000000"/>
                <w:sz w:val="16"/>
              </w:rPr>
              <w:t>S simbolom ali skico zabeležijo tri znake zime in eno varnostno opažanje.</w:t>
            </w:r>
          </w:p>
          <w:p w14:paraId="4A4755B5" w14:textId="77777777" w:rsidR="00302D64" w:rsidRDefault="00000000">
            <w:pPr>
              <w:spacing w:line="245" w:lineRule="auto"/>
            </w:pPr>
            <w:r>
              <w:rPr>
                <w:b/>
                <w:color w:val="D95BC6"/>
                <w:sz w:val="16"/>
              </w:rPr>
              <w:t>DOKAZ</w:t>
            </w:r>
          </w:p>
          <w:p w14:paraId="2DAFEA7B" w14:textId="77777777" w:rsidR="00302D64" w:rsidRDefault="00000000">
            <w:pPr>
              <w:spacing w:after="60" w:line="245" w:lineRule="auto"/>
            </w:pPr>
            <w:r>
              <w:rPr>
                <w:color w:val="D95BC6"/>
                <w:sz w:val="16"/>
              </w:rPr>
              <w:t>zimski opazovalni list</w:t>
            </w:r>
          </w:p>
          <w:p w14:paraId="50C32F79" w14:textId="77777777" w:rsidR="00302D64" w:rsidRDefault="00000000">
            <w:pPr>
              <w:spacing w:after="20" w:line="245" w:lineRule="auto"/>
            </w:pPr>
            <w:r>
              <w:rPr>
                <w:b/>
                <w:color w:val="000000"/>
                <w:sz w:val="17"/>
              </w:rPr>
              <w:t>2. URA</w:t>
            </w:r>
          </w:p>
          <w:p w14:paraId="6B011709" w14:textId="77777777" w:rsidR="00302D64" w:rsidRDefault="00000000">
            <w:pPr>
              <w:spacing w:after="40" w:line="245" w:lineRule="auto"/>
            </w:pPr>
            <w:r>
              <w:rPr>
                <w:color w:val="000000"/>
                <w:sz w:val="16"/>
              </w:rPr>
              <w:t>Razvrstijo, oblikujejo primerjalne pare in povedo eno spremembo z veznikom medtem ko.</w:t>
            </w:r>
          </w:p>
          <w:p w14:paraId="23DDAB8F" w14:textId="77777777" w:rsidR="00302D64" w:rsidRDefault="00000000">
            <w:pPr>
              <w:spacing w:line="245" w:lineRule="auto"/>
            </w:pPr>
            <w:r>
              <w:rPr>
                <w:b/>
                <w:color w:val="D95BC6"/>
                <w:sz w:val="16"/>
              </w:rPr>
              <w:t>DOKAZ</w:t>
            </w:r>
          </w:p>
          <w:p w14:paraId="0A0B4706" w14:textId="77777777" w:rsidR="00302D64" w:rsidRDefault="00000000">
            <w:pPr>
              <w:spacing w:after="60" w:line="245" w:lineRule="auto"/>
            </w:pPr>
            <w:r>
              <w:rPr>
                <w:color w:val="D95BC6"/>
                <w:sz w:val="16"/>
              </w:rPr>
              <w:t>primerjalna razvrstitev</w:t>
            </w:r>
          </w:p>
          <w:p w14:paraId="6DB05BE3" w14:textId="77777777" w:rsidR="00302D64" w:rsidRDefault="00000000">
            <w:pPr>
              <w:spacing w:after="20" w:line="245" w:lineRule="auto"/>
            </w:pPr>
            <w:r>
              <w:rPr>
                <w:b/>
                <w:color w:val="000000"/>
                <w:sz w:val="17"/>
              </w:rPr>
              <w:t>3. URA</w:t>
            </w:r>
          </w:p>
          <w:p w14:paraId="21C201D6" w14:textId="77777777" w:rsidR="00302D64" w:rsidRDefault="00000000">
            <w:pPr>
              <w:spacing w:after="40" w:line="245" w:lineRule="auto"/>
            </w:pPr>
            <w:r>
              <w:rPr>
                <w:color w:val="000000"/>
                <w:sz w:val="16"/>
              </w:rPr>
              <w:t>Izberejo primerno opremo in ravnanje ter odigrajo varno rešitev.</w:t>
            </w:r>
          </w:p>
          <w:p w14:paraId="2ACD37A6" w14:textId="77777777" w:rsidR="00302D64" w:rsidRDefault="00000000">
            <w:pPr>
              <w:spacing w:line="245" w:lineRule="auto"/>
            </w:pPr>
            <w:r>
              <w:rPr>
                <w:b/>
                <w:color w:val="D95BC6"/>
                <w:sz w:val="16"/>
              </w:rPr>
              <w:t>DOKAZ</w:t>
            </w:r>
          </w:p>
          <w:p w14:paraId="1DDCAB08" w14:textId="77777777" w:rsidR="00302D64" w:rsidRDefault="00000000">
            <w:pPr>
              <w:spacing w:after="60" w:line="245" w:lineRule="auto"/>
            </w:pPr>
            <w:r>
              <w:rPr>
                <w:color w:val="D95BC6"/>
                <w:sz w:val="16"/>
              </w:rPr>
              <w:t>praktična presoja varnega ravnanja</w:t>
            </w:r>
          </w:p>
        </w:tc>
      </w:tr>
    </w:tbl>
    <w:p w14:paraId="725440A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DF26BC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4261F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B48229" w14:textId="77777777" w:rsidR="00302D64" w:rsidRDefault="00000000">
            <w:pPr>
              <w:jc w:val="center"/>
            </w:pPr>
            <w:r>
              <w:rPr>
                <w:b/>
                <w:color w:val="000000"/>
                <w:sz w:val="20"/>
              </w:rPr>
              <w:t>UČNE DEJAVNOSTI, METODE IN FORMATIVNO SPREMLJANJE</w:t>
            </w:r>
          </w:p>
        </w:tc>
      </w:tr>
      <w:tr w:rsidR="00302D64" w14:paraId="7D8B985B" w14:textId="77777777">
        <w:trPr>
          <w:tblHeader/>
          <w:jc w:val="center"/>
        </w:trPr>
        <w:tc>
          <w:tcPr>
            <w:tcW w:w="4422" w:type="dxa"/>
            <w:vMerge/>
            <w:tcMar>
              <w:top w:w="70" w:type="dxa"/>
              <w:left w:w="90" w:type="dxa"/>
              <w:bottom w:w="70" w:type="dxa"/>
              <w:right w:w="90" w:type="dxa"/>
            </w:tcMar>
            <w:vAlign w:val="center"/>
          </w:tcPr>
          <w:p w14:paraId="081CDDE7" w14:textId="77777777" w:rsidR="00302D64" w:rsidRDefault="00302D64"/>
        </w:tc>
        <w:tc>
          <w:tcPr>
            <w:tcW w:w="7087" w:type="dxa"/>
            <w:shd w:val="clear" w:color="auto" w:fill="FFFFFF"/>
            <w:tcMar>
              <w:top w:w="70" w:type="dxa"/>
              <w:left w:w="90" w:type="dxa"/>
              <w:bottom w:w="70" w:type="dxa"/>
              <w:right w:w="90" w:type="dxa"/>
            </w:tcMar>
            <w:vAlign w:val="center"/>
          </w:tcPr>
          <w:p w14:paraId="5679941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133713B" w14:textId="77777777" w:rsidR="00302D64" w:rsidRDefault="00000000">
            <w:pPr>
              <w:jc w:val="center"/>
            </w:pPr>
            <w:r>
              <w:rPr>
                <w:b/>
                <w:color w:val="000000"/>
              </w:rPr>
              <w:t>UČENEC</w:t>
            </w:r>
          </w:p>
        </w:tc>
      </w:tr>
      <w:tr w:rsidR="00302D64" w14:paraId="4D55A456" w14:textId="77777777">
        <w:trPr>
          <w:jc w:val="center"/>
        </w:trPr>
        <w:tc>
          <w:tcPr>
            <w:tcW w:w="4422" w:type="dxa"/>
            <w:tcMar>
              <w:top w:w="70" w:type="dxa"/>
              <w:left w:w="90" w:type="dxa"/>
              <w:bottom w:w="70" w:type="dxa"/>
              <w:right w:w="90" w:type="dxa"/>
            </w:tcMar>
          </w:tcPr>
          <w:p w14:paraId="6F60D68A" w14:textId="77777777" w:rsidR="00302D64" w:rsidRDefault="00302D64"/>
          <w:p w14:paraId="71135328" w14:textId="77777777" w:rsidR="00302D64" w:rsidRDefault="00000000">
            <w:pPr>
              <w:spacing w:after="40" w:line="245" w:lineRule="auto"/>
            </w:pPr>
            <w:r>
              <w:rPr>
                <w:b/>
                <w:color w:val="000000"/>
              </w:rPr>
              <w:t>FORMATIVNO SPREMLJANJE</w:t>
            </w:r>
          </w:p>
          <w:p w14:paraId="0D6A1C72" w14:textId="77777777" w:rsidR="00302D64" w:rsidRDefault="00000000">
            <w:pPr>
              <w:pStyle w:val="Oznaenseznam"/>
              <w:spacing w:after="16"/>
            </w:pPr>
            <w:r>
              <w:rPr>
                <w:color w:val="000000"/>
                <w:sz w:val="16"/>
              </w:rPr>
              <w:t>predznanje: začetni odgovor, razvrstitev ali prikaz</w:t>
            </w:r>
          </w:p>
          <w:p w14:paraId="3AD1FF15" w14:textId="77777777" w:rsidR="00302D64" w:rsidRDefault="00000000">
            <w:pPr>
              <w:pStyle w:val="Oznaenseznam"/>
              <w:spacing w:after="16"/>
            </w:pPr>
            <w:r>
              <w:rPr>
                <w:color w:val="000000"/>
                <w:sz w:val="16"/>
              </w:rPr>
              <w:t>dokazi med učenjem: izvedba, skica, model, opazovalni zapis ali razlaga</w:t>
            </w:r>
          </w:p>
          <w:p w14:paraId="25338EEA" w14:textId="77777777" w:rsidR="00302D64" w:rsidRDefault="00000000">
            <w:pPr>
              <w:pStyle w:val="Oznaenseznam"/>
              <w:spacing w:after="16"/>
            </w:pPr>
            <w:r>
              <w:rPr>
                <w:color w:val="000000"/>
                <w:sz w:val="16"/>
              </w:rPr>
              <w:t>povratna informacija: konkretna, vezana na kriterij in usmerjena v naslednji korak</w:t>
            </w:r>
          </w:p>
          <w:p w14:paraId="45FE6905" w14:textId="77777777" w:rsidR="00302D64" w:rsidRDefault="00000000">
            <w:pPr>
              <w:pStyle w:val="Oznaenseznam"/>
              <w:spacing w:after="16"/>
            </w:pPr>
            <w:r>
              <w:rPr>
                <w:color w:val="000000"/>
                <w:sz w:val="16"/>
              </w:rPr>
              <w:t>samovrednotenje: semafor, prsti, izbrani simbol ali kratka poved</w:t>
            </w:r>
          </w:p>
          <w:p w14:paraId="4C0FBFA1" w14:textId="77777777" w:rsidR="00302D64" w:rsidRDefault="00000000">
            <w:pPr>
              <w:spacing w:before="40" w:after="20" w:line="245" w:lineRule="auto"/>
            </w:pPr>
            <w:r>
              <w:rPr>
                <w:b/>
                <w:color w:val="000000"/>
              </w:rPr>
              <w:t>VARNOST IN ODGOVORNOST</w:t>
            </w:r>
          </w:p>
          <w:p w14:paraId="13376306" w14:textId="77777777" w:rsidR="00302D64" w:rsidRDefault="00000000">
            <w:pPr>
              <w:spacing w:after="60" w:line="245" w:lineRule="auto"/>
            </w:pPr>
            <w:r>
              <w:rPr>
                <w:color w:val="000000"/>
                <w:sz w:val="16"/>
              </w:rPr>
              <w:t>Upošteva dogovorjena pravila varnega, spoštljivega in odgovornega dela.</w:t>
            </w:r>
          </w:p>
          <w:p w14:paraId="4EDEA75C" w14:textId="77777777" w:rsidR="00302D64" w:rsidRDefault="00000000">
            <w:pPr>
              <w:spacing w:after="20" w:line="245" w:lineRule="auto"/>
            </w:pPr>
            <w:r>
              <w:rPr>
                <w:b/>
                <w:color w:val="000000"/>
              </w:rPr>
              <w:t>EVIDENCA PO IZVEDBI</w:t>
            </w:r>
          </w:p>
          <w:p w14:paraId="4EC74784"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E0F7DA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19AE8AA" w14:textId="77777777">
              <w:trPr>
                <w:jc w:val="center"/>
              </w:trPr>
              <w:tc>
                <w:tcPr>
                  <w:tcW w:w="7087" w:type="dxa"/>
                  <w:shd w:val="clear" w:color="auto" w:fill="EDC9EA"/>
                  <w:tcMar>
                    <w:top w:w="45" w:type="dxa"/>
                    <w:left w:w="70" w:type="dxa"/>
                    <w:bottom w:w="45" w:type="dxa"/>
                    <w:right w:w="70" w:type="dxa"/>
                  </w:tcMar>
                </w:tcPr>
                <w:p w14:paraId="43543C52" w14:textId="77777777" w:rsidR="00302D64" w:rsidRDefault="00000000">
                  <w:pPr>
                    <w:keepNext/>
                  </w:pPr>
                  <w:r>
                    <w:rPr>
                      <w:b/>
                      <w:color w:val="000000"/>
                    </w:rPr>
                    <w:t>VPRAŠANJA V PODPORO UČENJU</w:t>
                  </w:r>
                </w:p>
              </w:tc>
            </w:tr>
          </w:tbl>
          <w:p w14:paraId="7EDC712F" w14:textId="77777777" w:rsidR="00302D64" w:rsidRDefault="00302D64">
            <w:pPr>
              <w:spacing w:line="20" w:lineRule="exact"/>
            </w:pPr>
          </w:p>
          <w:p w14:paraId="69EF1773" w14:textId="77777777" w:rsidR="00302D64" w:rsidRDefault="00000000">
            <w:pPr>
              <w:pStyle w:val="Oznaenseznam"/>
              <w:spacing w:after="16"/>
            </w:pPr>
            <w:r>
              <w:rPr>
                <w:color w:val="000000"/>
                <w:sz w:val="16"/>
              </w:rPr>
              <w:t>Kaj si opazil/-a in kateri dokaz to pokaže?</w:t>
            </w:r>
          </w:p>
          <w:p w14:paraId="14638EE4" w14:textId="77777777" w:rsidR="00302D64" w:rsidRDefault="00000000">
            <w:pPr>
              <w:pStyle w:val="Oznaenseznam"/>
              <w:spacing w:after="16"/>
            </w:pPr>
            <w:r>
              <w:rPr>
                <w:color w:val="000000"/>
                <w:sz w:val="16"/>
              </w:rPr>
              <w:t>Kako si prišel/-la do svoje odločitve?</w:t>
            </w:r>
          </w:p>
          <w:p w14:paraId="4A6D7AD3" w14:textId="77777777" w:rsidR="00302D64" w:rsidRDefault="00000000">
            <w:pPr>
              <w:pStyle w:val="Oznaenseznam"/>
              <w:spacing w:after="16"/>
            </w:pPr>
            <w:r>
              <w:rPr>
                <w:color w:val="000000"/>
                <w:sz w:val="16"/>
              </w:rPr>
              <w:t>Kaj si pri ponovnem poskusu ohranil/-a enako in kaj spremenil/-a?</w:t>
            </w:r>
          </w:p>
          <w:p w14:paraId="650DBAC1" w14:textId="77777777" w:rsidR="00302D64" w:rsidRDefault="00000000">
            <w:pPr>
              <w:pStyle w:val="Oznaenseznam"/>
              <w:spacing w:after="16"/>
            </w:pPr>
            <w:r>
              <w:rPr>
                <w:color w:val="000000"/>
                <w:sz w:val="16"/>
              </w:rPr>
              <w:t>Kateri kriterij že dosegaš? Kaj bo tvoj naslednji korak?</w:t>
            </w:r>
          </w:p>
          <w:p w14:paraId="5AC2709A"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EE4D57B" w14:textId="77777777">
              <w:trPr>
                <w:jc w:val="center"/>
              </w:trPr>
              <w:tc>
                <w:tcPr>
                  <w:tcW w:w="7087" w:type="dxa"/>
                  <w:shd w:val="clear" w:color="auto" w:fill="C6E7F3"/>
                  <w:tcMar>
                    <w:top w:w="45" w:type="dxa"/>
                    <w:left w:w="70" w:type="dxa"/>
                    <w:bottom w:w="45" w:type="dxa"/>
                    <w:right w:w="70" w:type="dxa"/>
                  </w:tcMar>
                </w:tcPr>
                <w:p w14:paraId="7066B2C3" w14:textId="77777777" w:rsidR="00302D64" w:rsidRDefault="00000000">
                  <w:pPr>
                    <w:keepNext/>
                  </w:pPr>
                  <w:r>
                    <w:rPr>
                      <w:b/>
                      <w:color w:val="000000"/>
                    </w:rPr>
                    <w:t>ZAKLJUČNI DEL – UTRJEVANJE IN REFLEKSIJA (10–15 min)</w:t>
                  </w:r>
                </w:p>
              </w:tc>
            </w:tr>
          </w:tbl>
          <w:p w14:paraId="1BDEA63A" w14:textId="77777777" w:rsidR="00302D64" w:rsidRDefault="00302D64">
            <w:pPr>
              <w:spacing w:line="20" w:lineRule="exact"/>
            </w:pPr>
          </w:p>
          <w:p w14:paraId="479BD10B"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64B724C" w14:textId="77777777">
              <w:trPr>
                <w:jc w:val="center"/>
              </w:trPr>
              <w:tc>
                <w:tcPr>
                  <w:tcW w:w="7087" w:type="dxa"/>
                  <w:shd w:val="clear" w:color="auto" w:fill="EDC9EA"/>
                  <w:tcMar>
                    <w:top w:w="45" w:type="dxa"/>
                    <w:left w:w="70" w:type="dxa"/>
                    <w:bottom w:w="45" w:type="dxa"/>
                    <w:right w:w="70" w:type="dxa"/>
                  </w:tcMar>
                </w:tcPr>
                <w:p w14:paraId="3FAF61E5" w14:textId="77777777" w:rsidR="00302D64" w:rsidRDefault="00000000">
                  <w:pPr>
                    <w:keepNext/>
                  </w:pPr>
                  <w:r>
                    <w:rPr>
                      <w:b/>
                      <w:color w:val="000000"/>
                    </w:rPr>
                    <w:t>SAMOVREDNOTENJE</w:t>
                  </w:r>
                </w:p>
              </w:tc>
            </w:tr>
          </w:tbl>
          <w:p w14:paraId="576C9ADC" w14:textId="77777777" w:rsidR="00302D64" w:rsidRDefault="00302D64">
            <w:pPr>
              <w:spacing w:line="20" w:lineRule="exact"/>
            </w:pPr>
          </w:p>
          <w:p w14:paraId="7C7DCE2C"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BD2B6DC" w14:textId="77777777">
              <w:trPr>
                <w:jc w:val="center"/>
              </w:trPr>
              <w:tc>
                <w:tcPr>
                  <w:tcW w:w="7087" w:type="dxa"/>
                  <w:shd w:val="clear" w:color="auto" w:fill="EDC9EA"/>
                  <w:tcMar>
                    <w:top w:w="45" w:type="dxa"/>
                    <w:left w:w="70" w:type="dxa"/>
                    <w:bottom w:w="45" w:type="dxa"/>
                    <w:right w:w="70" w:type="dxa"/>
                  </w:tcMar>
                </w:tcPr>
                <w:p w14:paraId="015B6F8A" w14:textId="77777777" w:rsidR="00302D64" w:rsidRDefault="00000000">
                  <w:pPr>
                    <w:keepNext/>
                  </w:pPr>
                  <w:r>
                    <w:rPr>
                      <w:b/>
                      <w:color w:val="000000"/>
                    </w:rPr>
                    <w:t>VRSTNIŠKO VREDNOTENJE</w:t>
                  </w:r>
                </w:p>
              </w:tc>
            </w:tr>
          </w:tbl>
          <w:p w14:paraId="4DBDD277" w14:textId="77777777" w:rsidR="00302D64" w:rsidRDefault="00302D64">
            <w:pPr>
              <w:spacing w:line="20" w:lineRule="exact"/>
            </w:pPr>
          </w:p>
          <w:p w14:paraId="063FFB95"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1597B148" w14:textId="77777777">
              <w:trPr>
                <w:jc w:val="center"/>
              </w:trPr>
              <w:tc>
                <w:tcPr>
                  <w:tcW w:w="7087" w:type="dxa"/>
                  <w:shd w:val="clear" w:color="auto" w:fill="EDC9EA"/>
                  <w:tcMar>
                    <w:top w:w="45" w:type="dxa"/>
                    <w:left w:w="70" w:type="dxa"/>
                    <w:bottom w:w="45" w:type="dxa"/>
                    <w:right w:w="70" w:type="dxa"/>
                  </w:tcMar>
                </w:tcPr>
                <w:p w14:paraId="5FA344EA" w14:textId="77777777" w:rsidR="00302D64" w:rsidRDefault="00000000">
                  <w:pPr>
                    <w:keepNext/>
                  </w:pPr>
                  <w:r>
                    <w:rPr>
                      <w:b/>
                      <w:color w:val="000000"/>
                    </w:rPr>
                    <w:t>SKUPNI POVZETEK</w:t>
                  </w:r>
                </w:p>
              </w:tc>
            </w:tr>
          </w:tbl>
          <w:p w14:paraId="7778DCB0" w14:textId="77777777" w:rsidR="00302D64" w:rsidRDefault="00302D64"/>
          <w:p w14:paraId="72B73B5A" w14:textId="77777777" w:rsidR="00302D64" w:rsidRDefault="00000000">
            <w:pPr>
              <w:spacing w:before="20" w:after="40" w:line="245" w:lineRule="auto"/>
            </w:pPr>
            <w:r>
              <w:rPr>
                <w:b/>
                <w:color w:val="000000"/>
                <w:sz w:val="17"/>
              </w:rPr>
              <w:t>Zimo prepoznam po vremenu in spremembah v naravi. Oblečem se primerno in se izognem zimskim nevarnostim.</w:t>
            </w:r>
          </w:p>
        </w:tc>
        <w:tc>
          <w:tcPr>
            <w:tcW w:w="2551" w:type="dxa"/>
            <w:tcMar>
              <w:top w:w="70" w:type="dxa"/>
              <w:left w:w="90" w:type="dxa"/>
              <w:bottom w:w="70" w:type="dxa"/>
              <w:right w:w="90" w:type="dxa"/>
            </w:tcMar>
          </w:tcPr>
          <w:p w14:paraId="7A6CEFCA" w14:textId="77777777" w:rsidR="00302D64" w:rsidRDefault="00302D64"/>
          <w:p w14:paraId="40382194" w14:textId="77777777" w:rsidR="00302D64" w:rsidRDefault="00000000">
            <w:pPr>
              <w:spacing w:after="100" w:line="245" w:lineRule="auto"/>
            </w:pPr>
            <w:r>
              <w:rPr>
                <w:color w:val="000000"/>
                <w:sz w:val="16"/>
              </w:rPr>
              <w:t>Odgovarja na podporna vprašanja in se sklicuje na svoj dokaz.</w:t>
            </w:r>
          </w:p>
          <w:p w14:paraId="446CF4B8" w14:textId="77777777" w:rsidR="00302D64" w:rsidRDefault="00000000">
            <w:pPr>
              <w:spacing w:after="100" w:line="245" w:lineRule="auto"/>
            </w:pPr>
            <w:r>
              <w:rPr>
                <w:color w:val="000000"/>
                <w:sz w:val="16"/>
              </w:rPr>
              <w:t>Primerja začetno zamisel z ugotovitvijo ter pove ali pokaže, kaj se je naučil/-a.</w:t>
            </w:r>
          </w:p>
          <w:p w14:paraId="22F51B66" w14:textId="77777777" w:rsidR="00302D64" w:rsidRDefault="00000000">
            <w:pPr>
              <w:spacing w:after="100" w:line="245" w:lineRule="auto"/>
            </w:pPr>
            <w:r>
              <w:rPr>
                <w:color w:val="000000"/>
                <w:sz w:val="16"/>
              </w:rPr>
              <w:t>Izbere raven doseganja in določi naslednji korak.</w:t>
            </w:r>
          </w:p>
          <w:p w14:paraId="3028E8C1" w14:textId="77777777" w:rsidR="00302D64" w:rsidRDefault="00000000">
            <w:pPr>
              <w:spacing w:after="100" w:line="245" w:lineRule="auto"/>
            </w:pPr>
            <w:r>
              <w:rPr>
                <w:color w:val="000000"/>
                <w:sz w:val="16"/>
              </w:rPr>
              <w:t>Sošolcu poda prijazen, konkreten odziv.</w:t>
            </w:r>
          </w:p>
          <w:p w14:paraId="2C75FFA4" w14:textId="77777777" w:rsidR="00302D64" w:rsidRDefault="00000000">
            <w:pPr>
              <w:spacing w:after="20" w:line="245" w:lineRule="auto"/>
            </w:pPr>
            <w:r>
              <w:rPr>
                <w:b/>
                <w:color w:val="D95BC6"/>
                <w:sz w:val="17"/>
              </w:rPr>
              <w:t>DOKAZ O UČENJU</w:t>
            </w:r>
          </w:p>
          <w:p w14:paraId="45DD1404" w14:textId="77777777" w:rsidR="00302D64" w:rsidRDefault="00000000">
            <w:pPr>
              <w:spacing w:after="30" w:line="245" w:lineRule="auto"/>
            </w:pPr>
            <w:r>
              <w:rPr>
                <w:color w:val="D95BC6"/>
                <w:sz w:val="16"/>
              </w:rPr>
              <w:t>izvedba ali izdelek, razlaga, samovrednotenje in odziv na povratno informacijo</w:t>
            </w:r>
          </w:p>
        </w:tc>
      </w:tr>
    </w:tbl>
    <w:p w14:paraId="698E4AA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247224C4" w14:textId="77777777">
        <w:trPr>
          <w:cantSplit/>
          <w:jc w:val="center"/>
        </w:trPr>
        <w:tc>
          <w:tcPr>
            <w:tcW w:w="14060" w:type="dxa"/>
            <w:gridSpan w:val="6"/>
            <w:tcMar>
              <w:top w:w="70" w:type="dxa"/>
              <w:left w:w="90" w:type="dxa"/>
              <w:bottom w:w="70" w:type="dxa"/>
              <w:right w:w="90" w:type="dxa"/>
            </w:tcMar>
            <w:vAlign w:val="center"/>
          </w:tcPr>
          <w:p w14:paraId="12D22F6D" w14:textId="77777777" w:rsidR="00302D64" w:rsidRDefault="00000000">
            <w:pPr>
              <w:jc w:val="center"/>
            </w:pPr>
            <w:r>
              <w:rPr>
                <w:b/>
                <w:color w:val="000000"/>
                <w:sz w:val="24"/>
              </w:rPr>
              <w:lastRenderedPageBreak/>
              <w:t>UČNA PRIPRAVA 18/39</w:t>
            </w:r>
          </w:p>
        </w:tc>
      </w:tr>
      <w:tr w:rsidR="00302D64" w14:paraId="2590B30C" w14:textId="77777777">
        <w:trPr>
          <w:jc w:val="center"/>
        </w:trPr>
        <w:tc>
          <w:tcPr>
            <w:tcW w:w="2665" w:type="dxa"/>
            <w:tcMar>
              <w:top w:w="70" w:type="dxa"/>
              <w:left w:w="90" w:type="dxa"/>
              <w:bottom w:w="70" w:type="dxa"/>
              <w:right w:w="90" w:type="dxa"/>
            </w:tcMar>
            <w:vAlign w:val="center"/>
          </w:tcPr>
          <w:p w14:paraId="49F94792"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B3B9A1B"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3893F77E"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F8A7604" w14:textId="77777777" w:rsidR="00302D64" w:rsidRDefault="00000000">
            <w:r>
              <w:rPr>
                <w:b/>
                <w:color w:val="000000"/>
                <w:sz w:val="16"/>
              </w:rPr>
              <w:t xml:space="preserve">NAČRTOVANI TERMIN: </w:t>
            </w:r>
            <w:r>
              <w:rPr>
                <w:color w:val="000000"/>
                <w:sz w:val="16"/>
              </w:rPr>
              <w:t>18. teden • 11.–15. 1. 2027</w:t>
            </w:r>
          </w:p>
        </w:tc>
        <w:tc>
          <w:tcPr>
            <w:tcW w:w="2268" w:type="dxa"/>
            <w:tcMar>
              <w:top w:w="70" w:type="dxa"/>
              <w:left w:w="90" w:type="dxa"/>
              <w:bottom w:w="70" w:type="dxa"/>
              <w:right w:w="90" w:type="dxa"/>
            </w:tcMar>
            <w:vAlign w:val="center"/>
          </w:tcPr>
          <w:p w14:paraId="1DDE37BE"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10D4804" w14:textId="77777777" w:rsidR="00302D64" w:rsidRDefault="00000000">
            <w:r>
              <w:rPr>
                <w:b/>
                <w:color w:val="000000"/>
                <w:sz w:val="16"/>
              </w:rPr>
              <w:t xml:space="preserve">ŠTEVILO UR: </w:t>
            </w:r>
            <w:r>
              <w:rPr>
                <w:color w:val="000000"/>
                <w:sz w:val="16"/>
              </w:rPr>
              <w:t>3</w:t>
            </w:r>
          </w:p>
        </w:tc>
      </w:tr>
      <w:tr w:rsidR="00302D64" w14:paraId="782AF919" w14:textId="77777777">
        <w:trPr>
          <w:jc w:val="center"/>
        </w:trPr>
        <w:tc>
          <w:tcPr>
            <w:tcW w:w="14061" w:type="dxa"/>
            <w:gridSpan w:val="6"/>
            <w:tcMar>
              <w:top w:w="70" w:type="dxa"/>
              <w:left w:w="90" w:type="dxa"/>
              <w:bottom w:w="70" w:type="dxa"/>
              <w:right w:w="90" w:type="dxa"/>
            </w:tcMar>
            <w:vAlign w:val="center"/>
          </w:tcPr>
          <w:p w14:paraId="3B3194EC" w14:textId="77777777" w:rsidR="00302D64" w:rsidRDefault="00000000">
            <w:r>
              <w:t>TIP UČNE URE: obravnava, izkušenjsko raziskovanje, učenje po postajah, utrjevanje in formativno spremljanje</w:t>
            </w:r>
          </w:p>
        </w:tc>
      </w:tr>
      <w:tr w:rsidR="00302D64" w14:paraId="14E486A7" w14:textId="77777777">
        <w:trPr>
          <w:cantSplit/>
          <w:jc w:val="center"/>
        </w:trPr>
        <w:tc>
          <w:tcPr>
            <w:tcW w:w="14060" w:type="dxa"/>
            <w:gridSpan w:val="6"/>
            <w:tcMar>
              <w:top w:w="70" w:type="dxa"/>
              <w:left w:w="90" w:type="dxa"/>
              <w:bottom w:w="70" w:type="dxa"/>
              <w:right w:w="90" w:type="dxa"/>
            </w:tcMar>
            <w:vAlign w:val="center"/>
          </w:tcPr>
          <w:p w14:paraId="23A32C58" w14:textId="77777777" w:rsidR="00302D64" w:rsidRDefault="00302D64"/>
          <w:p w14:paraId="45E8F3FA" w14:textId="77777777" w:rsidR="00302D64" w:rsidRDefault="00000000">
            <w:pPr>
              <w:spacing w:line="245" w:lineRule="auto"/>
            </w:pPr>
            <w:r>
              <w:rPr>
                <w:b/>
                <w:color w:val="000000"/>
                <w:sz w:val="17"/>
              </w:rPr>
              <w:t xml:space="preserve">UČNI SKLOP: </w:t>
            </w:r>
            <w:r>
              <w:rPr>
                <w:color w:val="000000"/>
                <w:sz w:val="17"/>
              </w:rPr>
              <w:t>ZIMA, SNOVI IN POJAVI</w:t>
            </w:r>
          </w:p>
        </w:tc>
      </w:tr>
      <w:tr w:rsidR="00302D64" w14:paraId="54C01BDF" w14:textId="77777777">
        <w:trPr>
          <w:cantSplit/>
          <w:jc w:val="center"/>
        </w:trPr>
        <w:tc>
          <w:tcPr>
            <w:tcW w:w="14060" w:type="dxa"/>
            <w:gridSpan w:val="6"/>
            <w:tcMar>
              <w:top w:w="70" w:type="dxa"/>
              <w:left w:w="90" w:type="dxa"/>
              <w:bottom w:w="70" w:type="dxa"/>
              <w:right w:w="90" w:type="dxa"/>
            </w:tcMar>
            <w:vAlign w:val="center"/>
          </w:tcPr>
          <w:p w14:paraId="1E0E7D6D" w14:textId="77777777" w:rsidR="00302D64" w:rsidRDefault="00302D64"/>
          <w:p w14:paraId="2CEE8063" w14:textId="77777777" w:rsidR="00302D64" w:rsidRDefault="00000000">
            <w:pPr>
              <w:spacing w:line="245" w:lineRule="auto"/>
            </w:pPr>
            <w:r>
              <w:rPr>
                <w:b/>
                <w:color w:val="000000"/>
                <w:sz w:val="17"/>
              </w:rPr>
              <w:t xml:space="preserve">UČNA TEMA: </w:t>
            </w:r>
            <w:r>
              <w:rPr>
                <w:color w:val="000000"/>
                <w:sz w:val="17"/>
              </w:rPr>
              <w:t>VODA IN LED</w:t>
            </w:r>
          </w:p>
        </w:tc>
      </w:tr>
      <w:tr w:rsidR="00302D64" w14:paraId="44C5C4B0" w14:textId="77777777">
        <w:trPr>
          <w:cantSplit/>
          <w:jc w:val="center"/>
        </w:trPr>
        <w:tc>
          <w:tcPr>
            <w:tcW w:w="14060" w:type="dxa"/>
            <w:gridSpan w:val="6"/>
            <w:tcMar>
              <w:top w:w="70" w:type="dxa"/>
              <w:left w:w="90" w:type="dxa"/>
              <w:bottom w:w="70" w:type="dxa"/>
              <w:right w:w="90" w:type="dxa"/>
            </w:tcMar>
            <w:vAlign w:val="center"/>
          </w:tcPr>
          <w:p w14:paraId="68FA25E8" w14:textId="77777777" w:rsidR="00302D64" w:rsidRDefault="00302D64"/>
          <w:p w14:paraId="5F8D24B3" w14:textId="77777777" w:rsidR="00302D64" w:rsidRDefault="00000000">
            <w:pPr>
              <w:spacing w:line="245" w:lineRule="auto"/>
            </w:pPr>
            <w:r>
              <w:rPr>
                <w:b/>
                <w:color w:val="000000"/>
                <w:sz w:val="17"/>
              </w:rPr>
              <w:t xml:space="preserve">KNJIŽEVNO IZHODIŠČE IN MOTIV: </w:t>
            </w:r>
            <w:r>
              <w:rPr>
                <w:color w:val="000000"/>
                <w:sz w:val="17"/>
              </w:rPr>
              <w:t>»Mehurčki« – Oton Župančič • voda, igra besed, zvočnost in spreminjanje snovi</w:t>
            </w:r>
          </w:p>
        </w:tc>
      </w:tr>
      <w:tr w:rsidR="00302D64" w14:paraId="33E56A47" w14:textId="77777777">
        <w:trPr>
          <w:cantSplit/>
          <w:jc w:val="center"/>
        </w:trPr>
        <w:tc>
          <w:tcPr>
            <w:tcW w:w="14060" w:type="dxa"/>
            <w:gridSpan w:val="6"/>
            <w:tcMar>
              <w:top w:w="70" w:type="dxa"/>
              <w:left w:w="90" w:type="dxa"/>
              <w:bottom w:w="70" w:type="dxa"/>
              <w:right w:w="90" w:type="dxa"/>
            </w:tcMar>
            <w:vAlign w:val="center"/>
          </w:tcPr>
          <w:p w14:paraId="72176FB9" w14:textId="77777777" w:rsidR="00302D64" w:rsidRDefault="00302D64"/>
          <w:p w14:paraId="0825F99B" w14:textId="77777777" w:rsidR="00302D64" w:rsidRDefault="00000000">
            <w:pPr>
              <w:spacing w:line="245" w:lineRule="auto"/>
            </w:pPr>
            <w:r>
              <w:rPr>
                <w:b/>
                <w:color w:val="000000"/>
                <w:sz w:val="17"/>
              </w:rPr>
              <w:t xml:space="preserve">UČNE ENOTE: </w:t>
            </w:r>
            <w:r>
              <w:rPr>
                <w:color w:val="000000"/>
                <w:sz w:val="17"/>
              </w:rPr>
              <w:t>1. ura – Tekoče in trdno • 2. ura – Kaj pospeši taljenje? • 3. ura – Ocenjevalni raziskovalni izziv</w:t>
            </w:r>
          </w:p>
        </w:tc>
      </w:tr>
      <w:tr w:rsidR="00302D64" w14:paraId="304F85CE" w14:textId="77777777">
        <w:trPr>
          <w:cantSplit/>
          <w:jc w:val="center"/>
        </w:trPr>
        <w:tc>
          <w:tcPr>
            <w:tcW w:w="14060" w:type="dxa"/>
            <w:gridSpan w:val="6"/>
            <w:tcMar>
              <w:top w:w="70" w:type="dxa"/>
              <w:left w:w="90" w:type="dxa"/>
              <w:bottom w:w="70" w:type="dxa"/>
              <w:right w:w="90" w:type="dxa"/>
            </w:tcMar>
            <w:vAlign w:val="center"/>
          </w:tcPr>
          <w:p w14:paraId="032AFDC3" w14:textId="77777777" w:rsidR="00302D64" w:rsidRDefault="00302D64"/>
          <w:p w14:paraId="2355DEC2"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6E7609D4" w14:textId="77777777">
        <w:trPr>
          <w:cantSplit/>
          <w:jc w:val="center"/>
        </w:trPr>
        <w:tc>
          <w:tcPr>
            <w:tcW w:w="14060" w:type="dxa"/>
            <w:gridSpan w:val="6"/>
            <w:tcMar>
              <w:top w:w="70" w:type="dxa"/>
              <w:left w:w="90" w:type="dxa"/>
              <w:bottom w:w="70" w:type="dxa"/>
              <w:right w:w="90" w:type="dxa"/>
            </w:tcMar>
            <w:vAlign w:val="center"/>
          </w:tcPr>
          <w:p w14:paraId="75CD0BB2" w14:textId="77777777" w:rsidR="00302D64" w:rsidRDefault="00302D64"/>
          <w:p w14:paraId="5646A007"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25F454D8" w14:textId="77777777">
        <w:trPr>
          <w:cantSplit/>
          <w:jc w:val="center"/>
        </w:trPr>
        <w:tc>
          <w:tcPr>
            <w:tcW w:w="14060" w:type="dxa"/>
            <w:gridSpan w:val="6"/>
            <w:tcMar>
              <w:top w:w="70" w:type="dxa"/>
              <w:left w:w="90" w:type="dxa"/>
              <w:bottom w:w="70" w:type="dxa"/>
              <w:right w:w="90" w:type="dxa"/>
            </w:tcMar>
            <w:vAlign w:val="center"/>
          </w:tcPr>
          <w:p w14:paraId="4163E953" w14:textId="77777777" w:rsidR="00302D64" w:rsidRDefault="00302D64"/>
          <w:p w14:paraId="30FAF0CA"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612DCEEB" w14:textId="77777777">
        <w:trPr>
          <w:cantSplit/>
          <w:jc w:val="center"/>
        </w:trPr>
        <w:tc>
          <w:tcPr>
            <w:tcW w:w="14060" w:type="dxa"/>
            <w:gridSpan w:val="6"/>
            <w:tcMar>
              <w:top w:w="70" w:type="dxa"/>
              <w:left w:w="90" w:type="dxa"/>
              <w:bottom w:w="70" w:type="dxa"/>
              <w:right w:w="90" w:type="dxa"/>
            </w:tcMar>
            <w:vAlign w:val="center"/>
          </w:tcPr>
          <w:p w14:paraId="2967A5AE" w14:textId="77777777" w:rsidR="00302D64" w:rsidRDefault="00302D64"/>
          <w:p w14:paraId="084BDB6E" w14:textId="77777777" w:rsidR="00302D64" w:rsidRDefault="00000000">
            <w:pPr>
              <w:spacing w:line="245" w:lineRule="auto"/>
            </w:pPr>
            <w:r>
              <w:rPr>
                <w:b/>
                <w:color w:val="000000"/>
                <w:sz w:val="17"/>
              </w:rPr>
              <w:t xml:space="preserve">MEDPREDMETNE POVEZAVE: </w:t>
            </w:r>
            <w:r>
              <w:rPr>
                <w:color w:val="000000"/>
                <w:sz w:val="17"/>
              </w:rPr>
              <w:t>SLJ – poimenovanje korakov raziskovanja; MAT – časovno zaporedje in primerjanje; GUM – zvočnost besed; ŠPO – gibalni model delcev</w:t>
            </w:r>
          </w:p>
        </w:tc>
      </w:tr>
      <w:tr w:rsidR="00302D64" w14:paraId="04BE6066" w14:textId="77777777">
        <w:trPr>
          <w:cantSplit/>
          <w:jc w:val="center"/>
        </w:trPr>
        <w:tc>
          <w:tcPr>
            <w:tcW w:w="14060" w:type="dxa"/>
            <w:gridSpan w:val="6"/>
            <w:tcMar>
              <w:top w:w="70" w:type="dxa"/>
              <w:left w:w="90" w:type="dxa"/>
              <w:bottom w:w="70" w:type="dxa"/>
              <w:right w:w="90" w:type="dxa"/>
            </w:tcMar>
            <w:vAlign w:val="center"/>
          </w:tcPr>
          <w:p w14:paraId="356803E9" w14:textId="77777777" w:rsidR="00302D64" w:rsidRDefault="00302D64"/>
          <w:p w14:paraId="726AC2C1" w14:textId="77777777" w:rsidR="00302D64" w:rsidRDefault="00000000">
            <w:pPr>
              <w:spacing w:line="245" w:lineRule="auto"/>
            </w:pPr>
            <w:r>
              <w:rPr>
                <w:b/>
                <w:color w:val="000000"/>
                <w:sz w:val="17"/>
              </w:rPr>
              <w:t xml:space="preserve">UČNA SREDSTVA IN PRIPOMOČKI: </w:t>
            </w:r>
            <w:r>
              <w:rPr>
                <w:color w:val="000000"/>
                <w:sz w:val="17"/>
              </w:rPr>
              <w:t>Mehurčki, prozorni kozarci, voda, kocke ledu, pladnji, žličke, kapalka, toplo in hladno mesto, brisače, slikovni raziskovalni list, opazovalna rubrika</w:t>
            </w:r>
          </w:p>
        </w:tc>
      </w:tr>
      <w:tr w:rsidR="00302D64" w14:paraId="4A0AC32A" w14:textId="77777777">
        <w:trPr>
          <w:cantSplit/>
          <w:jc w:val="center"/>
        </w:trPr>
        <w:tc>
          <w:tcPr>
            <w:tcW w:w="14060" w:type="dxa"/>
            <w:gridSpan w:val="6"/>
            <w:tcMar>
              <w:top w:w="70" w:type="dxa"/>
              <w:left w:w="90" w:type="dxa"/>
              <w:bottom w:w="70" w:type="dxa"/>
              <w:right w:w="90" w:type="dxa"/>
            </w:tcMar>
            <w:vAlign w:val="center"/>
          </w:tcPr>
          <w:p w14:paraId="1684ED51" w14:textId="77777777" w:rsidR="00302D64" w:rsidRDefault="00302D64"/>
          <w:p w14:paraId="0491021D"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0E3A89F5" w14:textId="77777777">
        <w:trPr>
          <w:cantSplit/>
          <w:jc w:val="center"/>
        </w:trPr>
        <w:tc>
          <w:tcPr>
            <w:tcW w:w="14060" w:type="dxa"/>
            <w:gridSpan w:val="6"/>
            <w:tcMar>
              <w:top w:w="70" w:type="dxa"/>
              <w:left w:w="90" w:type="dxa"/>
              <w:bottom w:w="70" w:type="dxa"/>
              <w:right w:w="90" w:type="dxa"/>
            </w:tcMar>
            <w:vAlign w:val="center"/>
          </w:tcPr>
          <w:p w14:paraId="19EDF7AE" w14:textId="77777777" w:rsidR="00302D64" w:rsidRDefault="00302D64"/>
          <w:p w14:paraId="59438462" w14:textId="77777777" w:rsidR="00302D64" w:rsidRDefault="00000000">
            <w:pPr>
              <w:spacing w:line="245" w:lineRule="auto"/>
            </w:pPr>
            <w:r>
              <w:rPr>
                <w:b/>
                <w:color w:val="000000"/>
                <w:sz w:val="16"/>
              </w:rPr>
              <w:t xml:space="preserve">OCENJEVANJE / DAN DEJAVNOSTI: </w:t>
            </w:r>
            <w:r>
              <w:rPr>
                <w:color w:val="000000"/>
                <w:sz w:val="16"/>
              </w:rPr>
              <w:t>OCENJEVANJE 2: izvedba preprostega raziskovanja ter ustna razlaga opažanja, napovedi in ugotovitve</w:t>
            </w:r>
          </w:p>
        </w:tc>
      </w:tr>
      <w:tr w:rsidR="00302D64" w14:paraId="263D48AC" w14:textId="77777777">
        <w:trPr>
          <w:cantSplit/>
          <w:jc w:val="center"/>
        </w:trPr>
        <w:tc>
          <w:tcPr>
            <w:tcW w:w="14060" w:type="dxa"/>
            <w:gridSpan w:val="6"/>
            <w:tcMar>
              <w:top w:w="70" w:type="dxa"/>
              <w:left w:w="90" w:type="dxa"/>
              <w:bottom w:w="70" w:type="dxa"/>
              <w:right w:w="90" w:type="dxa"/>
            </w:tcMar>
            <w:vAlign w:val="center"/>
          </w:tcPr>
          <w:p w14:paraId="76CB341F" w14:textId="77777777" w:rsidR="00302D64" w:rsidRDefault="00302D64"/>
          <w:p w14:paraId="6C9B8B56" w14:textId="77777777" w:rsidR="00302D64" w:rsidRDefault="00000000">
            <w:pPr>
              <w:spacing w:line="245" w:lineRule="auto"/>
            </w:pPr>
            <w:r>
              <w:rPr>
                <w:b/>
                <w:color w:val="000000"/>
                <w:sz w:val="16"/>
              </w:rPr>
              <w:t xml:space="preserve">VARNOST: </w:t>
            </w:r>
            <w:r>
              <w:rPr>
                <w:color w:val="000000"/>
                <w:sz w:val="16"/>
              </w:rPr>
              <w:t>Uporablja se mlačna, ne vroča voda; razlita voda se takoj pobriše, da ne nastane nevarnost zdrsa.</w:t>
            </w:r>
          </w:p>
        </w:tc>
      </w:tr>
    </w:tbl>
    <w:p w14:paraId="1819ADA7"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D7875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C2797DE"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F9DBF8" w14:textId="77777777" w:rsidR="00302D64" w:rsidRDefault="00000000">
            <w:pPr>
              <w:jc w:val="center"/>
            </w:pPr>
            <w:r>
              <w:rPr>
                <w:b/>
                <w:color w:val="000000"/>
                <w:sz w:val="20"/>
              </w:rPr>
              <w:t>UČNE DEJAVNOSTI, METODE IN FORMATIVNO SPREMLJANJE</w:t>
            </w:r>
          </w:p>
        </w:tc>
      </w:tr>
      <w:tr w:rsidR="00302D64" w14:paraId="5B988054" w14:textId="77777777">
        <w:trPr>
          <w:tblHeader/>
          <w:jc w:val="center"/>
        </w:trPr>
        <w:tc>
          <w:tcPr>
            <w:tcW w:w="4422" w:type="dxa"/>
            <w:vMerge/>
            <w:tcMar>
              <w:top w:w="70" w:type="dxa"/>
              <w:left w:w="90" w:type="dxa"/>
              <w:bottom w:w="70" w:type="dxa"/>
              <w:right w:w="90" w:type="dxa"/>
            </w:tcMar>
            <w:vAlign w:val="center"/>
          </w:tcPr>
          <w:p w14:paraId="712EC018" w14:textId="77777777" w:rsidR="00302D64" w:rsidRDefault="00302D64"/>
        </w:tc>
        <w:tc>
          <w:tcPr>
            <w:tcW w:w="7087" w:type="dxa"/>
            <w:shd w:val="clear" w:color="auto" w:fill="FFFFFF"/>
            <w:tcMar>
              <w:top w:w="70" w:type="dxa"/>
              <w:left w:w="90" w:type="dxa"/>
              <w:bottom w:w="70" w:type="dxa"/>
              <w:right w:w="90" w:type="dxa"/>
            </w:tcMar>
            <w:vAlign w:val="center"/>
          </w:tcPr>
          <w:p w14:paraId="298C532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5ED185" w14:textId="77777777" w:rsidR="00302D64" w:rsidRDefault="00000000">
            <w:pPr>
              <w:jc w:val="center"/>
            </w:pPr>
            <w:r>
              <w:rPr>
                <w:b/>
                <w:color w:val="000000"/>
              </w:rPr>
              <w:t>UČENEC</w:t>
            </w:r>
          </w:p>
        </w:tc>
      </w:tr>
      <w:tr w:rsidR="00302D64" w14:paraId="006E4318" w14:textId="77777777">
        <w:trPr>
          <w:jc w:val="center"/>
        </w:trPr>
        <w:tc>
          <w:tcPr>
            <w:tcW w:w="4422" w:type="dxa"/>
            <w:tcMar>
              <w:top w:w="70" w:type="dxa"/>
              <w:left w:w="90" w:type="dxa"/>
              <w:bottom w:w="70" w:type="dxa"/>
              <w:right w:w="90" w:type="dxa"/>
            </w:tcMar>
          </w:tcPr>
          <w:p w14:paraId="04800C62" w14:textId="77777777" w:rsidR="00302D64" w:rsidRDefault="00302D64"/>
          <w:p w14:paraId="3F67B45D" w14:textId="77777777" w:rsidR="00302D64" w:rsidRDefault="00000000">
            <w:pPr>
              <w:spacing w:after="60" w:line="245" w:lineRule="auto"/>
            </w:pPr>
            <w:r>
              <w:rPr>
                <w:b/>
                <w:color w:val="000000"/>
              </w:rPr>
              <w:t>UČNI CILJI</w:t>
            </w:r>
          </w:p>
          <w:p w14:paraId="087F266F" w14:textId="77777777" w:rsidR="00302D64" w:rsidRDefault="00000000">
            <w:pPr>
              <w:spacing w:after="20" w:line="245" w:lineRule="auto"/>
            </w:pPr>
            <w:r>
              <w:rPr>
                <w:b/>
                <w:color w:val="000000"/>
                <w:sz w:val="17"/>
              </w:rPr>
              <w:t>SPLOŠNI</w:t>
            </w:r>
          </w:p>
          <w:p w14:paraId="10F23137" w14:textId="77777777" w:rsidR="00302D64" w:rsidRDefault="00000000">
            <w:pPr>
              <w:pStyle w:val="Oznaenseznam"/>
              <w:spacing w:after="16"/>
            </w:pPr>
            <w:r>
              <w:rPr>
                <w:color w:val="000000"/>
                <w:sz w:val="16"/>
              </w:rPr>
              <w:t>razvija radovednost ter sistematično opazuje, primerja, razvršča in sporoča ugotovitve</w:t>
            </w:r>
          </w:p>
          <w:p w14:paraId="3656C9FF" w14:textId="77777777" w:rsidR="00302D64" w:rsidRDefault="00000000">
            <w:pPr>
              <w:pStyle w:val="Oznaenseznam"/>
              <w:spacing w:after="16"/>
            </w:pPr>
            <w:r>
              <w:rPr>
                <w:color w:val="000000"/>
                <w:sz w:val="16"/>
              </w:rPr>
              <w:t>sodeluje, posluša druge in svoja opažanja izraža na razvojno primeren način</w:t>
            </w:r>
          </w:p>
          <w:p w14:paraId="3A900C43" w14:textId="77777777" w:rsidR="00302D64" w:rsidRDefault="00000000">
            <w:pPr>
              <w:pStyle w:val="Oznaenseznam"/>
              <w:spacing w:after="16"/>
            </w:pPr>
            <w:r>
              <w:rPr>
                <w:color w:val="000000"/>
                <w:sz w:val="16"/>
              </w:rPr>
              <w:t>ravna varno, odgovorno in skrbno do sebe, drugih ter okolja</w:t>
            </w:r>
          </w:p>
          <w:p w14:paraId="43332AE6" w14:textId="77777777" w:rsidR="00302D64" w:rsidRDefault="00000000">
            <w:pPr>
              <w:pStyle w:val="Oznaenseznam"/>
              <w:spacing w:after="16"/>
            </w:pPr>
            <w:r>
              <w:rPr>
                <w:color w:val="000000"/>
                <w:sz w:val="16"/>
              </w:rPr>
              <w:t>ob kriterijih spremlja svoje učenje in sprejema opisno povratno informacijo</w:t>
            </w:r>
          </w:p>
          <w:p w14:paraId="1D019B1D" w14:textId="77777777" w:rsidR="00302D64" w:rsidRDefault="00000000">
            <w:pPr>
              <w:spacing w:before="40" w:after="20" w:line="245" w:lineRule="auto"/>
            </w:pPr>
            <w:r>
              <w:rPr>
                <w:b/>
                <w:color w:val="000000"/>
                <w:sz w:val="17"/>
              </w:rPr>
              <w:t>OPERATIVNI</w:t>
            </w:r>
          </w:p>
          <w:p w14:paraId="61A86E0A" w14:textId="77777777" w:rsidR="00302D64" w:rsidRDefault="00000000">
            <w:pPr>
              <w:pStyle w:val="Oznaenseznam"/>
              <w:spacing w:after="16"/>
            </w:pPr>
            <w:r>
              <w:rPr>
                <w:color w:val="000000"/>
                <w:sz w:val="16"/>
              </w:rPr>
              <w:t>opazuje spreminjanje vode</w:t>
            </w:r>
          </w:p>
          <w:p w14:paraId="159272EA" w14:textId="77777777" w:rsidR="00302D64" w:rsidRDefault="00000000">
            <w:pPr>
              <w:pStyle w:val="Oznaenseznam"/>
              <w:spacing w:after="16"/>
            </w:pPr>
            <w:r>
              <w:rPr>
                <w:color w:val="000000"/>
                <w:sz w:val="16"/>
              </w:rPr>
              <w:t>razlikuje trdno in tekoče</w:t>
            </w:r>
          </w:p>
          <w:p w14:paraId="2E4F4976" w14:textId="77777777" w:rsidR="00302D64" w:rsidRDefault="00000000">
            <w:pPr>
              <w:pStyle w:val="Oznaenseznam"/>
              <w:spacing w:after="16"/>
            </w:pPr>
            <w:r>
              <w:rPr>
                <w:color w:val="000000"/>
                <w:sz w:val="16"/>
              </w:rPr>
              <w:t>varno izvede preprost poskus</w:t>
            </w:r>
          </w:p>
          <w:p w14:paraId="32C1EE2A" w14:textId="77777777" w:rsidR="00302D64" w:rsidRDefault="00000000">
            <w:pPr>
              <w:spacing w:before="40" w:after="20" w:line="245" w:lineRule="auto"/>
            </w:pPr>
            <w:r>
              <w:rPr>
                <w:b/>
                <w:color w:val="000000"/>
                <w:sz w:val="17"/>
              </w:rPr>
              <w:t>PRIČAKOVANI DOSEŽKI / STANDARDI</w:t>
            </w:r>
          </w:p>
          <w:p w14:paraId="54DA80DF" w14:textId="77777777" w:rsidR="00302D64" w:rsidRDefault="00000000">
            <w:pPr>
              <w:pStyle w:val="Oznaenseznam"/>
              <w:spacing w:after="16"/>
            </w:pPr>
            <w:r>
              <w:rPr>
                <w:color w:val="000000"/>
                <w:sz w:val="16"/>
              </w:rPr>
              <w:t>ob konkretni ali slikovni opori opazuje spreminjanje vode</w:t>
            </w:r>
          </w:p>
          <w:p w14:paraId="5D8ECD04" w14:textId="77777777" w:rsidR="00302D64" w:rsidRDefault="00000000">
            <w:pPr>
              <w:pStyle w:val="Oznaenseznam"/>
              <w:spacing w:after="16"/>
            </w:pPr>
            <w:r>
              <w:rPr>
                <w:color w:val="000000"/>
                <w:sz w:val="16"/>
              </w:rPr>
              <w:t>ob konkretni ali slikovni opori razlikuje trdno in tekoče</w:t>
            </w:r>
          </w:p>
          <w:p w14:paraId="4A5C02C5" w14:textId="77777777" w:rsidR="00302D64" w:rsidRDefault="00000000">
            <w:pPr>
              <w:pStyle w:val="Oznaenseznam"/>
              <w:spacing w:after="16"/>
            </w:pPr>
            <w:r>
              <w:rPr>
                <w:color w:val="000000"/>
                <w:sz w:val="16"/>
              </w:rPr>
              <w:t>ob konkretni ali slikovni opori varno izvede preprost poskus</w:t>
            </w:r>
          </w:p>
        </w:tc>
        <w:tc>
          <w:tcPr>
            <w:tcW w:w="7087" w:type="dxa"/>
            <w:tcMar>
              <w:top w:w="70" w:type="dxa"/>
              <w:left w:w="90" w:type="dxa"/>
              <w:bottom w:w="70" w:type="dxa"/>
              <w:right w:w="90" w:type="dxa"/>
            </w:tcMar>
          </w:tcPr>
          <w:p w14:paraId="46E3241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DD26DE5" w14:textId="77777777">
              <w:trPr>
                <w:jc w:val="center"/>
              </w:trPr>
              <w:tc>
                <w:tcPr>
                  <w:tcW w:w="7087" w:type="dxa"/>
                  <w:shd w:val="clear" w:color="auto" w:fill="C6E7F3"/>
                  <w:tcMar>
                    <w:top w:w="45" w:type="dxa"/>
                    <w:left w:w="70" w:type="dxa"/>
                    <w:bottom w:w="45" w:type="dxa"/>
                    <w:right w:w="70" w:type="dxa"/>
                  </w:tcMar>
                </w:tcPr>
                <w:p w14:paraId="12ED89F6" w14:textId="77777777" w:rsidR="00302D64" w:rsidRDefault="00000000">
                  <w:pPr>
                    <w:keepNext/>
                  </w:pPr>
                  <w:r>
                    <w:rPr>
                      <w:b/>
                      <w:color w:val="000000"/>
                    </w:rPr>
                    <w:t>UVODNI DEL – motivacija, aktivacija predznanja in namen učenja (15–20 min)</w:t>
                  </w:r>
                </w:p>
              </w:tc>
            </w:tr>
          </w:tbl>
          <w:p w14:paraId="4CCEC7A0" w14:textId="77777777" w:rsidR="00302D64" w:rsidRDefault="00302D64">
            <w:pPr>
              <w:spacing w:line="20" w:lineRule="exact"/>
            </w:pPr>
          </w:p>
          <w:p w14:paraId="33CD325F" w14:textId="77777777" w:rsidR="00302D64" w:rsidRDefault="00000000">
            <w:pPr>
              <w:spacing w:before="40" w:after="60" w:line="245" w:lineRule="auto"/>
            </w:pPr>
            <w:r>
              <w:rPr>
                <w:color w:val="000000"/>
                <w:sz w:val="17"/>
              </w:rPr>
              <w:t>Ob zvočnosti Župančičevih Mehurčkov učenci opazujejo kozarec vode in kocko ledu. Pred dotikom napovejo, kaj se bo v razredu spremenilo in kaj bo ostalo voda.</w:t>
            </w:r>
          </w:p>
          <w:tbl>
            <w:tblPr>
              <w:tblStyle w:val="Tabelamrea"/>
              <w:tblW w:w="0" w:type="auto"/>
              <w:jc w:val="center"/>
              <w:tblLayout w:type="fixed"/>
              <w:tblLook w:val="04A0" w:firstRow="1" w:lastRow="0" w:firstColumn="1" w:lastColumn="0" w:noHBand="0" w:noVBand="1"/>
            </w:tblPr>
            <w:tblGrid>
              <w:gridCol w:w="7087"/>
            </w:tblGrid>
            <w:tr w:rsidR="00302D64" w14:paraId="7044597D" w14:textId="77777777">
              <w:trPr>
                <w:jc w:val="center"/>
              </w:trPr>
              <w:tc>
                <w:tcPr>
                  <w:tcW w:w="7087" w:type="dxa"/>
                  <w:shd w:val="clear" w:color="auto" w:fill="EDC9EA"/>
                  <w:tcMar>
                    <w:top w:w="45" w:type="dxa"/>
                    <w:left w:w="70" w:type="dxa"/>
                    <w:bottom w:w="45" w:type="dxa"/>
                    <w:right w:w="70" w:type="dxa"/>
                  </w:tcMar>
                </w:tcPr>
                <w:p w14:paraId="621239E8" w14:textId="77777777" w:rsidR="00302D64" w:rsidRDefault="00000000">
                  <w:pPr>
                    <w:keepNext/>
                  </w:pPr>
                  <w:r>
                    <w:rPr>
                      <w:b/>
                      <w:color w:val="000000"/>
                    </w:rPr>
                    <w:t>NAMENI UČENJA</w:t>
                  </w:r>
                </w:p>
              </w:tc>
            </w:tr>
          </w:tbl>
          <w:p w14:paraId="0929F2F2" w14:textId="77777777" w:rsidR="00302D64" w:rsidRDefault="00302D64">
            <w:pPr>
              <w:spacing w:line="20" w:lineRule="exact"/>
            </w:pPr>
          </w:p>
          <w:p w14:paraId="2959DBFF" w14:textId="77777777" w:rsidR="00302D64" w:rsidRDefault="00000000">
            <w:pPr>
              <w:spacing w:before="20" w:after="20" w:line="245" w:lineRule="auto"/>
            </w:pPr>
            <w:r>
              <w:rPr>
                <w:color w:val="000000"/>
                <w:sz w:val="16"/>
              </w:rPr>
              <w:t>Učimo se zato, da bomo lažje razumeli in odgovorno uporabili znanje v vsakdanjih situacijah.</w:t>
            </w:r>
          </w:p>
          <w:p w14:paraId="7759944F" w14:textId="77777777" w:rsidR="00302D64" w:rsidRDefault="00000000">
            <w:pPr>
              <w:pStyle w:val="Oznaenseznam"/>
              <w:spacing w:after="16"/>
            </w:pPr>
            <w:r>
              <w:rPr>
                <w:color w:val="000000"/>
                <w:sz w:val="16"/>
              </w:rPr>
              <w:t>opazujem spreminjanje vode</w:t>
            </w:r>
          </w:p>
          <w:p w14:paraId="429B9043" w14:textId="77777777" w:rsidR="00302D64" w:rsidRDefault="00000000">
            <w:pPr>
              <w:pStyle w:val="Oznaenseznam"/>
              <w:spacing w:after="16"/>
            </w:pPr>
            <w:r>
              <w:rPr>
                <w:color w:val="000000"/>
                <w:sz w:val="16"/>
              </w:rPr>
              <w:t>razlikujem trdno in tekoče</w:t>
            </w:r>
          </w:p>
          <w:p w14:paraId="64FA3407" w14:textId="77777777" w:rsidR="00302D64" w:rsidRDefault="00000000">
            <w:pPr>
              <w:pStyle w:val="Oznaenseznam"/>
              <w:spacing w:after="16"/>
            </w:pPr>
            <w:r>
              <w:rPr>
                <w:color w:val="000000"/>
                <w:sz w:val="16"/>
              </w:rPr>
              <w:t>varno izvede preprost poskus</w:t>
            </w:r>
          </w:p>
          <w:tbl>
            <w:tblPr>
              <w:tblStyle w:val="Tabelamrea"/>
              <w:tblW w:w="0" w:type="auto"/>
              <w:jc w:val="center"/>
              <w:tblLayout w:type="fixed"/>
              <w:tblLook w:val="04A0" w:firstRow="1" w:lastRow="0" w:firstColumn="1" w:lastColumn="0" w:noHBand="0" w:noVBand="1"/>
            </w:tblPr>
            <w:tblGrid>
              <w:gridCol w:w="7087"/>
            </w:tblGrid>
            <w:tr w:rsidR="00302D64" w14:paraId="4E92A736" w14:textId="77777777">
              <w:trPr>
                <w:jc w:val="center"/>
              </w:trPr>
              <w:tc>
                <w:tcPr>
                  <w:tcW w:w="7087" w:type="dxa"/>
                  <w:shd w:val="clear" w:color="auto" w:fill="EDC9EA"/>
                  <w:tcMar>
                    <w:top w:w="45" w:type="dxa"/>
                    <w:left w:w="70" w:type="dxa"/>
                    <w:bottom w:w="45" w:type="dxa"/>
                    <w:right w:w="70" w:type="dxa"/>
                  </w:tcMar>
                </w:tcPr>
                <w:p w14:paraId="6DAADAA4" w14:textId="77777777" w:rsidR="00302D64" w:rsidRDefault="00000000">
                  <w:pPr>
                    <w:keepNext/>
                  </w:pPr>
                  <w:r>
                    <w:rPr>
                      <w:b/>
                      <w:color w:val="000000"/>
                    </w:rPr>
                    <w:t>PREVERJANJE PREDZNANJA</w:t>
                  </w:r>
                </w:p>
              </w:tc>
            </w:tr>
          </w:tbl>
          <w:p w14:paraId="6B25902A" w14:textId="77777777" w:rsidR="00302D64" w:rsidRDefault="00302D64">
            <w:pPr>
              <w:spacing w:line="20" w:lineRule="exact"/>
            </w:pPr>
          </w:p>
          <w:p w14:paraId="1B189B63" w14:textId="77777777" w:rsidR="00302D64" w:rsidRDefault="00000000">
            <w:pPr>
              <w:pStyle w:val="Oznaenseznam"/>
              <w:spacing w:after="16"/>
            </w:pPr>
            <w:r>
              <w:rPr>
                <w:color w:val="000000"/>
                <w:sz w:val="16"/>
              </w:rPr>
              <w:t>Kakšne lastnosti imata tekoča voda in led?</w:t>
            </w:r>
          </w:p>
          <w:p w14:paraId="1A0DEFD2" w14:textId="77777777" w:rsidR="00302D64" w:rsidRDefault="00000000">
            <w:pPr>
              <w:pStyle w:val="Oznaenseznam"/>
              <w:spacing w:after="16"/>
            </w:pPr>
            <w:r>
              <w:rPr>
                <w:color w:val="000000"/>
                <w:sz w:val="16"/>
              </w:rPr>
              <w:t>Kaj moram pri poskusu napovedati, opazovati in povedati?</w:t>
            </w:r>
          </w:p>
          <w:p w14:paraId="23B61060"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FAF7D12" w14:textId="77777777">
              <w:trPr>
                <w:jc w:val="center"/>
              </w:trPr>
              <w:tc>
                <w:tcPr>
                  <w:tcW w:w="7087" w:type="dxa"/>
                  <w:shd w:val="clear" w:color="auto" w:fill="EDC9EA"/>
                  <w:tcMar>
                    <w:top w:w="45" w:type="dxa"/>
                    <w:left w:w="70" w:type="dxa"/>
                    <w:bottom w:w="45" w:type="dxa"/>
                    <w:right w:w="70" w:type="dxa"/>
                  </w:tcMar>
                </w:tcPr>
                <w:p w14:paraId="1A9EF87C" w14:textId="77777777" w:rsidR="00302D64" w:rsidRDefault="00000000">
                  <w:pPr>
                    <w:keepNext/>
                  </w:pPr>
                  <w:r>
                    <w:rPr>
                      <w:b/>
                      <w:color w:val="000000"/>
                    </w:rPr>
                    <w:t>KRITERIJI USPEŠNOSTI</w:t>
                  </w:r>
                </w:p>
              </w:tc>
            </w:tr>
          </w:tbl>
          <w:p w14:paraId="6A5DF513" w14:textId="77777777" w:rsidR="00302D64" w:rsidRDefault="00302D64"/>
          <w:p w14:paraId="318FDC6E" w14:textId="77777777" w:rsidR="00302D64" w:rsidRDefault="00000000">
            <w:pPr>
              <w:spacing w:before="20" w:after="20" w:line="245" w:lineRule="auto"/>
            </w:pPr>
            <w:r>
              <w:rPr>
                <w:b/>
                <w:color w:val="000000"/>
                <w:sz w:val="16"/>
              </w:rPr>
              <w:t>Uspešen/-na bom, ko:</w:t>
            </w:r>
          </w:p>
          <w:p w14:paraId="77082B78" w14:textId="77777777" w:rsidR="00302D64" w:rsidRDefault="00000000">
            <w:pPr>
              <w:pStyle w:val="Oznaenseznam"/>
              <w:spacing w:after="16"/>
            </w:pPr>
            <w:r>
              <w:rPr>
                <w:color w:val="000000"/>
                <w:sz w:val="16"/>
              </w:rPr>
              <w:t>opazujem spreminjanje vode</w:t>
            </w:r>
          </w:p>
          <w:p w14:paraId="0F788DB0" w14:textId="77777777" w:rsidR="00302D64" w:rsidRDefault="00000000">
            <w:pPr>
              <w:pStyle w:val="Oznaenseznam"/>
              <w:spacing w:after="16"/>
            </w:pPr>
            <w:r>
              <w:rPr>
                <w:color w:val="000000"/>
                <w:sz w:val="16"/>
              </w:rPr>
              <w:t>razlikujem trdno in tekoče</w:t>
            </w:r>
          </w:p>
          <w:p w14:paraId="1EE04C6A" w14:textId="77777777" w:rsidR="00302D64" w:rsidRDefault="00000000">
            <w:pPr>
              <w:pStyle w:val="Oznaenseznam"/>
              <w:spacing w:after="16"/>
            </w:pPr>
            <w:r>
              <w:rPr>
                <w:color w:val="000000"/>
                <w:sz w:val="16"/>
              </w:rPr>
              <w:t>varno izvede preprost poskus</w:t>
            </w:r>
          </w:p>
          <w:p w14:paraId="1DE0502F"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4170CE1A" w14:textId="77777777" w:rsidR="00302D64" w:rsidRDefault="00302D64"/>
          <w:p w14:paraId="1F9F89AC" w14:textId="77777777" w:rsidR="00302D64" w:rsidRDefault="00000000">
            <w:pPr>
              <w:spacing w:after="80" w:line="245" w:lineRule="auto"/>
            </w:pPr>
            <w:r>
              <w:rPr>
                <w:color w:val="000000"/>
                <w:sz w:val="16"/>
              </w:rPr>
              <w:t>Posluša ali opazuje književno oziroma predmetno izhodišče ter se vključi z gibom, sliko ali besedo.</w:t>
            </w:r>
          </w:p>
          <w:p w14:paraId="4671573D" w14:textId="77777777" w:rsidR="00302D64" w:rsidRDefault="00000000">
            <w:pPr>
              <w:spacing w:after="80" w:line="245" w:lineRule="auto"/>
            </w:pPr>
            <w:r>
              <w:rPr>
                <w:color w:val="000000"/>
                <w:sz w:val="16"/>
              </w:rPr>
              <w:t>Pove, pokaže ali nariše, kaj že ve. Posluša zamisli drugih.</w:t>
            </w:r>
          </w:p>
          <w:p w14:paraId="052C8B24" w14:textId="77777777" w:rsidR="00302D64" w:rsidRDefault="00000000">
            <w:pPr>
              <w:spacing w:after="100" w:line="245" w:lineRule="auto"/>
            </w:pPr>
            <w:r>
              <w:rPr>
                <w:color w:val="000000"/>
                <w:sz w:val="16"/>
              </w:rPr>
              <w:t>Sodeluje pri razumevanju namenov in kriterijev uspešnosti.</w:t>
            </w:r>
          </w:p>
          <w:p w14:paraId="18E29E9A" w14:textId="77777777" w:rsidR="00302D64" w:rsidRDefault="00000000">
            <w:pPr>
              <w:spacing w:after="20" w:line="245" w:lineRule="auto"/>
            </w:pPr>
            <w:r>
              <w:rPr>
                <w:b/>
                <w:color w:val="D95BC6"/>
                <w:sz w:val="17"/>
              </w:rPr>
              <w:t>DOKAZ O UČENJU</w:t>
            </w:r>
          </w:p>
          <w:p w14:paraId="48EB281A" w14:textId="77777777" w:rsidR="00302D64" w:rsidRDefault="00000000">
            <w:pPr>
              <w:spacing w:after="30" w:line="245" w:lineRule="auto"/>
            </w:pPr>
            <w:r>
              <w:rPr>
                <w:color w:val="D95BC6"/>
                <w:sz w:val="16"/>
              </w:rPr>
              <w:t>začetna zamisel, razvrstitev, risba ali ustni odgovor</w:t>
            </w:r>
          </w:p>
        </w:tc>
      </w:tr>
    </w:tbl>
    <w:p w14:paraId="2110947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D34FFC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1B4051"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7F282B" w14:textId="77777777" w:rsidR="00302D64" w:rsidRDefault="00000000">
            <w:pPr>
              <w:jc w:val="center"/>
            </w:pPr>
            <w:r>
              <w:rPr>
                <w:b/>
                <w:color w:val="000000"/>
                <w:sz w:val="20"/>
              </w:rPr>
              <w:t>UČNE DEJAVNOSTI, METODE IN FORMATIVNO SPREMLJANJE</w:t>
            </w:r>
          </w:p>
        </w:tc>
      </w:tr>
      <w:tr w:rsidR="00302D64" w14:paraId="38DD831A" w14:textId="77777777">
        <w:trPr>
          <w:tblHeader/>
          <w:jc w:val="center"/>
        </w:trPr>
        <w:tc>
          <w:tcPr>
            <w:tcW w:w="4422" w:type="dxa"/>
            <w:vMerge/>
            <w:tcMar>
              <w:top w:w="70" w:type="dxa"/>
              <w:left w:w="90" w:type="dxa"/>
              <w:bottom w:w="70" w:type="dxa"/>
              <w:right w:w="90" w:type="dxa"/>
            </w:tcMar>
            <w:vAlign w:val="center"/>
          </w:tcPr>
          <w:p w14:paraId="05456B29" w14:textId="77777777" w:rsidR="00302D64" w:rsidRDefault="00302D64"/>
        </w:tc>
        <w:tc>
          <w:tcPr>
            <w:tcW w:w="7087" w:type="dxa"/>
            <w:shd w:val="clear" w:color="auto" w:fill="FFFFFF"/>
            <w:tcMar>
              <w:top w:w="70" w:type="dxa"/>
              <w:left w:w="90" w:type="dxa"/>
              <w:bottom w:w="70" w:type="dxa"/>
              <w:right w:w="90" w:type="dxa"/>
            </w:tcMar>
            <w:vAlign w:val="center"/>
          </w:tcPr>
          <w:p w14:paraId="532CACA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3E87BAD" w14:textId="77777777" w:rsidR="00302D64" w:rsidRDefault="00000000">
            <w:pPr>
              <w:jc w:val="center"/>
            </w:pPr>
            <w:r>
              <w:rPr>
                <w:b/>
                <w:color w:val="000000"/>
              </w:rPr>
              <w:t>UČENEC</w:t>
            </w:r>
          </w:p>
        </w:tc>
      </w:tr>
      <w:tr w:rsidR="00302D64" w14:paraId="1A957486" w14:textId="77777777">
        <w:trPr>
          <w:jc w:val="center"/>
        </w:trPr>
        <w:tc>
          <w:tcPr>
            <w:tcW w:w="4422" w:type="dxa"/>
            <w:tcMar>
              <w:top w:w="70" w:type="dxa"/>
              <w:left w:w="90" w:type="dxa"/>
              <w:bottom w:w="70" w:type="dxa"/>
              <w:right w:w="90" w:type="dxa"/>
            </w:tcMar>
          </w:tcPr>
          <w:p w14:paraId="24FB3B9D" w14:textId="77777777" w:rsidR="00302D64" w:rsidRDefault="00302D64"/>
          <w:p w14:paraId="552AAE3B" w14:textId="77777777" w:rsidR="00302D64" w:rsidRDefault="00000000">
            <w:pPr>
              <w:spacing w:after="40" w:line="245" w:lineRule="auto"/>
            </w:pPr>
            <w:r>
              <w:rPr>
                <w:b/>
                <w:color w:val="000000"/>
              </w:rPr>
              <w:t>KLJUČNI POJMI</w:t>
            </w:r>
          </w:p>
          <w:p w14:paraId="616AF01D" w14:textId="77777777" w:rsidR="00302D64" w:rsidRDefault="00000000">
            <w:pPr>
              <w:spacing w:after="80" w:line="245" w:lineRule="auto"/>
            </w:pPr>
            <w:r>
              <w:rPr>
                <w:color w:val="000000"/>
                <w:sz w:val="16"/>
              </w:rPr>
              <w:t>voda, led, trdno, tekoče, taljenje, zamrzovanje, napoved, opazovanje, ugotovitev, varen poskus</w:t>
            </w:r>
          </w:p>
          <w:p w14:paraId="5E8A6AD7" w14:textId="77777777" w:rsidR="00302D64" w:rsidRDefault="00000000">
            <w:pPr>
              <w:spacing w:after="20" w:line="245" w:lineRule="auto"/>
            </w:pPr>
            <w:r>
              <w:rPr>
                <w:b/>
                <w:color w:val="000000"/>
              </w:rPr>
              <w:t>DOKAZI O UČENJU</w:t>
            </w:r>
          </w:p>
          <w:p w14:paraId="7F319FEE" w14:textId="77777777" w:rsidR="00302D64" w:rsidRDefault="00000000">
            <w:pPr>
              <w:pStyle w:val="Oznaenseznam"/>
              <w:spacing w:after="16"/>
            </w:pPr>
            <w:r>
              <w:rPr>
                <w:color w:val="000000"/>
                <w:sz w:val="16"/>
              </w:rPr>
              <w:t>razvrstitev in ustna primerjava</w:t>
            </w:r>
          </w:p>
          <w:p w14:paraId="2DD167E5" w14:textId="77777777" w:rsidR="00302D64" w:rsidRDefault="00000000">
            <w:pPr>
              <w:pStyle w:val="Oznaenseznam"/>
              <w:spacing w:after="16"/>
            </w:pPr>
            <w:r>
              <w:rPr>
                <w:color w:val="000000"/>
                <w:sz w:val="16"/>
              </w:rPr>
              <w:t>slikovni zapis napoved–opazovanje–ugotovitev</w:t>
            </w:r>
          </w:p>
          <w:p w14:paraId="558B8E89" w14:textId="77777777" w:rsidR="00302D64" w:rsidRDefault="00000000">
            <w:pPr>
              <w:pStyle w:val="Oznaenseznam"/>
              <w:spacing w:after="16"/>
            </w:pPr>
            <w:r>
              <w:rPr>
                <w:color w:val="000000"/>
                <w:sz w:val="16"/>
              </w:rPr>
              <w:t>praktična izvedba in kratka ustna razlaga</w:t>
            </w:r>
          </w:p>
          <w:p w14:paraId="65E80F82" w14:textId="77777777" w:rsidR="00302D64" w:rsidRDefault="00000000">
            <w:pPr>
              <w:spacing w:before="40" w:after="20" w:line="245" w:lineRule="auto"/>
            </w:pPr>
            <w:r>
              <w:rPr>
                <w:b/>
                <w:color w:val="000000"/>
              </w:rPr>
              <w:t>MEDPREDMETNA POVEZAVA</w:t>
            </w:r>
          </w:p>
          <w:p w14:paraId="12A7E418" w14:textId="77777777" w:rsidR="00302D64" w:rsidRDefault="00000000">
            <w:pPr>
              <w:spacing w:after="60" w:line="245" w:lineRule="auto"/>
            </w:pPr>
            <w:r>
              <w:rPr>
                <w:color w:val="000000"/>
                <w:sz w:val="16"/>
              </w:rPr>
              <w:t>SLJ – poimenovanje korakov raziskovanja; MAT – časovno zaporedje in primerjanje; GUM – zvočnost besed; ŠPO – gibalni model delcev</w:t>
            </w:r>
          </w:p>
          <w:p w14:paraId="4DE6157B" w14:textId="77777777" w:rsidR="00302D64" w:rsidRDefault="00000000">
            <w:pPr>
              <w:spacing w:after="20" w:line="245" w:lineRule="auto"/>
            </w:pPr>
            <w:r>
              <w:rPr>
                <w:b/>
                <w:color w:val="000000"/>
              </w:rPr>
              <w:t>POUČEVANJE V GIBANJU</w:t>
            </w:r>
          </w:p>
          <w:p w14:paraId="0ED2E255"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4B4197C4" w14:textId="77777777" w:rsidR="00302D64" w:rsidRDefault="00000000">
            <w:pPr>
              <w:spacing w:after="20" w:line="245" w:lineRule="auto"/>
            </w:pPr>
            <w:r>
              <w:rPr>
                <w:b/>
                <w:color w:val="000000"/>
              </w:rPr>
              <w:t>UČENJE PO ŠTIRIH POSTAJAH</w:t>
            </w:r>
          </w:p>
          <w:p w14:paraId="2E681F95"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6B9067C0" w14:textId="77777777" w:rsidR="00302D64" w:rsidRDefault="00000000">
            <w:pPr>
              <w:spacing w:after="20" w:line="245" w:lineRule="auto"/>
            </w:pPr>
            <w:r>
              <w:rPr>
                <w:b/>
                <w:color w:val="000000"/>
              </w:rPr>
              <w:t>DIFERENCIACIJA IN VKLJUČEVANJE</w:t>
            </w:r>
          </w:p>
          <w:p w14:paraId="1DE91BAD" w14:textId="77777777" w:rsidR="00302D64" w:rsidRDefault="00000000">
            <w:pPr>
              <w:spacing w:after="60" w:line="245" w:lineRule="auto"/>
            </w:pPr>
            <w:r>
              <w:rPr>
                <w:color w:val="000000"/>
                <w:sz w:val="16"/>
              </w:rPr>
              <w:t>Navodilo je prikazano po korakih, količine so pripravljene; učenec lahko razlago poda s slikami; merilo znanja ostaja nespremenjeno.</w:t>
            </w:r>
          </w:p>
          <w:p w14:paraId="12D7771E" w14:textId="77777777" w:rsidR="00302D64" w:rsidRDefault="00000000">
            <w:pPr>
              <w:spacing w:after="20" w:line="245" w:lineRule="auto"/>
            </w:pPr>
            <w:r>
              <w:rPr>
                <w:b/>
                <w:color w:val="000000"/>
              </w:rPr>
              <w:t>SPREMLJANJE</w:t>
            </w:r>
          </w:p>
          <w:p w14:paraId="6F01875F"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8B340A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D3AF4B5" w14:textId="77777777">
              <w:trPr>
                <w:jc w:val="center"/>
              </w:trPr>
              <w:tc>
                <w:tcPr>
                  <w:tcW w:w="7087" w:type="dxa"/>
                  <w:shd w:val="clear" w:color="auto" w:fill="C6E7F3"/>
                  <w:tcMar>
                    <w:top w:w="45" w:type="dxa"/>
                    <w:left w:w="70" w:type="dxa"/>
                    <w:bottom w:w="45" w:type="dxa"/>
                    <w:right w:w="70" w:type="dxa"/>
                  </w:tcMar>
                </w:tcPr>
                <w:p w14:paraId="7FC4D561" w14:textId="77777777" w:rsidR="00302D64" w:rsidRDefault="00000000">
                  <w:pPr>
                    <w:keepNext/>
                  </w:pPr>
                  <w:r>
                    <w:t>GLAVNI DEL – IZKUŠENJSKO IN POSTAJNO UČENJE (3 šolske ure)</w:t>
                  </w:r>
                </w:p>
              </w:tc>
            </w:tr>
          </w:tbl>
          <w:p w14:paraId="19CA9102" w14:textId="77777777" w:rsidR="00302D64" w:rsidRDefault="00302D64">
            <w:pPr>
              <w:spacing w:line="20" w:lineRule="exact"/>
            </w:pPr>
          </w:p>
          <w:p w14:paraId="0B29B79F" w14:textId="77777777" w:rsidR="00302D64" w:rsidRDefault="00000000">
            <w:pPr>
              <w:keepNext/>
              <w:spacing w:before="60" w:after="20" w:line="245" w:lineRule="auto"/>
            </w:pPr>
            <w:r>
              <w:rPr>
                <w:b/>
                <w:color w:val="000000"/>
              </w:rPr>
              <w:t>1. URA – Tekoče in trdno</w:t>
            </w:r>
          </w:p>
          <w:p w14:paraId="5A760396" w14:textId="77777777" w:rsidR="00302D64" w:rsidRDefault="00000000">
            <w:pPr>
              <w:spacing w:after="20" w:line="245" w:lineRule="auto"/>
            </w:pPr>
            <w:r>
              <w:rPr>
                <w:b/>
                <w:color w:val="000000"/>
                <w:sz w:val="16"/>
              </w:rPr>
              <w:t xml:space="preserve">Dejavnost učiteljice: </w:t>
            </w:r>
            <w:r>
              <w:rPr>
                <w:color w:val="000000"/>
                <w:sz w:val="16"/>
              </w:rPr>
              <w:t>Pripravi varno postajo s prelivanjem vode ter prenašanjem ledu in modelira natančno opazovanje.</w:t>
            </w:r>
          </w:p>
          <w:p w14:paraId="7C746D80" w14:textId="77777777" w:rsidR="00302D64" w:rsidRDefault="00000000">
            <w:pPr>
              <w:spacing w:after="20" w:line="245" w:lineRule="auto"/>
            </w:pPr>
            <w:r>
              <w:rPr>
                <w:b/>
                <w:color w:val="000000"/>
                <w:sz w:val="16"/>
              </w:rPr>
              <w:t xml:space="preserve">Dejavnost učencev: </w:t>
            </w:r>
            <w:r>
              <w:rPr>
                <w:color w:val="000000"/>
                <w:sz w:val="16"/>
              </w:rPr>
              <w:t>Primerjajo obliko, pretakanje in otip ter primere razvrstijo na trdno/tekoče.</w:t>
            </w:r>
          </w:p>
          <w:p w14:paraId="1999C9CE" w14:textId="77777777" w:rsidR="00302D64" w:rsidRDefault="00000000">
            <w:pPr>
              <w:spacing w:after="40" w:line="245" w:lineRule="auto"/>
            </w:pPr>
            <w:r>
              <w:rPr>
                <w:i/>
                <w:color w:val="D95BC6"/>
                <w:sz w:val="16"/>
              </w:rPr>
              <w:t>Predvideni dokaz: razvrstitev in ustna primerjava.</w:t>
            </w:r>
          </w:p>
          <w:p w14:paraId="3BDF9284" w14:textId="77777777" w:rsidR="00302D64" w:rsidRDefault="00000000">
            <w:pPr>
              <w:keepNext/>
              <w:spacing w:before="60" w:after="20" w:line="245" w:lineRule="auto"/>
            </w:pPr>
            <w:r>
              <w:rPr>
                <w:b/>
                <w:color w:val="000000"/>
              </w:rPr>
              <w:t>2. URA – Kaj pospeši taljenje?</w:t>
            </w:r>
          </w:p>
          <w:p w14:paraId="0B04B204" w14:textId="77777777" w:rsidR="00302D64" w:rsidRDefault="00000000">
            <w:pPr>
              <w:spacing w:after="20" w:line="245" w:lineRule="auto"/>
            </w:pPr>
            <w:r>
              <w:rPr>
                <w:b/>
                <w:color w:val="000000"/>
                <w:sz w:val="16"/>
              </w:rPr>
              <w:t xml:space="preserve">Dejavnost učiteljice: </w:t>
            </w:r>
            <w:r>
              <w:rPr>
                <w:color w:val="000000"/>
                <w:sz w:val="16"/>
              </w:rPr>
              <w:t>Skupinam ponudi pošten preizkus na toplem/hladnem ali v dlani/na krožniku ter vodi napoved.</w:t>
            </w:r>
          </w:p>
          <w:p w14:paraId="4E2DF1AF" w14:textId="77777777" w:rsidR="00302D64" w:rsidRDefault="00000000">
            <w:pPr>
              <w:spacing w:after="20" w:line="245" w:lineRule="auto"/>
            </w:pPr>
            <w:r>
              <w:rPr>
                <w:b/>
                <w:color w:val="000000"/>
                <w:sz w:val="16"/>
              </w:rPr>
              <w:t xml:space="preserve">Dejavnost učencev: </w:t>
            </w:r>
            <w:r>
              <w:rPr>
                <w:color w:val="000000"/>
                <w:sz w:val="16"/>
              </w:rPr>
              <w:t>Napovejo, opazujejo v enakih časovnih presledkih, rezultate označijo s simboli in povedo ugotovitev.</w:t>
            </w:r>
          </w:p>
          <w:p w14:paraId="539DA32F" w14:textId="77777777" w:rsidR="00302D64" w:rsidRDefault="00000000">
            <w:pPr>
              <w:spacing w:after="40" w:line="245" w:lineRule="auto"/>
            </w:pPr>
            <w:r>
              <w:rPr>
                <w:i/>
                <w:color w:val="D95BC6"/>
                <w:sz w:val="16"/>
              </w:rPr>
              <w:t>Predvideni dokaz: slikovni zapis napoved–opazovanje–ugotovitev.</w:t>
            </w:r>
          </w:p>
          <w:p w14:paraId="618A2F65" w14:textId="77777777" w:rsidR="00302D64" w:rsidRDefault="00000000">
            <w:pPr>
              <w:keepNext/>
              <w:spacing w:before="60" w:after="20" w:line="245" w:lineRule="auto"/>
            </w:pPr>
            <w:r>
              <w:rPr>
                <w:b/>
                <w:color w:val="000000"/>
              </w:rPr>
              <w:t>3. URA – Ocenjevalni raziskovalni izziv</w:t>
            </w:r>
          </w:p>
          <w:p w14:paraId="0D49100F" w14:textId="77777777" w:rsidR="00302D64" w:rsidRDefault="00000000">
            <w:pPr>
              <w:spacing w:after="20" w:line="245" w:lineRule="auto"/>
            </w:pPr>
            <w:r>
              <w:rPr>
                <w:b/>
                <w:color w:val="000000"/>
                <w:sz w:val="16"/>
              </w:rPr>
              <w:t xml:space="preserve">Dejavnost učiteljice: </w:t>
            </w:r>
            <w:r>
              <w:rPr>
                <w:color w:val="000000"/>
                <w:sz w:val="16"/>
              </w:rPr>
              <w:t>Posamezno ali v majhni skupini dodeli preprost nov primer; z opazovalnim zapisom vrednoti varnost, razlikovanje stanj in razlago.</w:t>
            </w:r>
          </w:p>
          <w:p w14:paraId="46F9C52C" w14:textId="77777777" w:rsidR="00302D64" w:rsidRDefault="00000000">
            <w:pPr>
              <w:spacing w:after="20" w:line="245" w:lineRule="auto"/>
            </w:pPr>
            <w:r>
              <w:rPr>
                <w:b/>
                <w:color w:val="000000"/>
                <w:sz w:val="16"/>
              </w:rPr>
              <w:t xml:space="preserve">Dejavnost učencev: </w:t>
            </w:r>
            <w:r>
              <w:rPr>
                <w:color w:val="000000"/>
                <w:sz w:val="16"/>
              </w:rPr>
              <w:t>Varno izvedejo korake, pokažejo trdno in tekoče, povedo opažanje ter primerjajo z napovedjo.</w:t>
            </w:r>
          </w:p>
          <w:p w14:paraId="770E0BE3" w14:textId="77777777" w:rsidR="00302D64" w:rsidRDefault="00000000">
            <w:pPr>
              <w:spacing w:after="40" w:line="245" w:lineRule="auto"/>
            </w:pPr>
            <w:r>
              <w:rPr>
                <w:i/>
                <w:color w:val="D95BC6"/>
                <w:sz w:val="16"/>
              </w:rPr>
              <w:t>Predvideni dokaz: praktična izvedba in kratka ustna razlaga.</w:t>
            </w:r>
          </w:p>
          <w:tbl>
            <w:tblPr>
              <w:tblStyle w:val="Tabelamrea"/>
              <w:tblW w:w="0" w:type="auto"/>
              <w:jc w:val="center"/>
              <w:tblLayout w:type="fixed"/>
              <w:tblLook w:val="04A0" w:firstRow="1" w:lastRow="0" w:firstColumn="1" w:lastColumn="0" w:noHBand="0" w:noVBand="1"/>
            </w:tblPr>
            <w:tblGrid>
              <w:gridCol w:w="7087"/>
            </w:tblGrid>
            <w:tr w:rsidR="00302D64" w14:paraId="019F9864" w14:textId="77777777">
              <w:trPr>
                <w:jc w:val="center"/>
              </w:trPr>
              <w:tc>
                <w:tcPr>
                  <w:tcW w:w="7087" w:type="dxa"/>
                  <w:shd w:val="clear" w:color="auto" w:fill="EDC9EA"/>
                  <w:tcMar>
                    <w:top w:w="45" w:type="dxa"/>
                    <w:left w:w="70" w:type="dxa"/>
                    <w:bottom w:w="45" w:type="dxa"/>
                    <w:right w:w="70" w:type="dxa"/>
                  </w:tcMar>
                </w:tcPr>
                <w:p w14:paraId="70EAFAAC" w14:textId="77777777" w:rsidR="00302D64" w:rsidRDefault="00000000">
                  <w:pPr>
                    <w:keepNext/>
                  </w:pPr>
                  <w:r>
                    <w:rPr>
                      <w:b/>
                      <w:color w:val="000000"/>
                    </w:rPr>
                    <w:t>UČENJE PO ŠTIRIH POSTAJAH (6–8 min na postajo)</w:t>
                  </w:r>
                </w:p>
              </w:tc>
            </w:tr>
          </w:tbl>
          <w:p w14:paraId="62A5EA33"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12169760" w14:textId="77777777" w:rsidR="00302D64" w:rsidRDefault="00000000">
            <w:pPr>
              <w:spacing w:after="20" w:line="245" w:lineRule="auto"/>
            </w:pPr>
            <w:r>
              <w:rPr>
                <w:b/>
                <w:color w:val="000000"/>
                <w:sz w:val="16"/>
              </w:rPr>
              <w:t xml:space="preserve">RAZISKOVALNA POSTAJA – Tekoče in trdno: </w:t>
            </w:r>
            <w:r>
              <w:rPr>
                <w:color w:val="000000"/>
                <w:sz w:val="16"/>
              </w:rPr>
              <w:t>Primerjajo obliko, pretakanje in otip ter primere razvrstijo na trdno/tekoče.</w:t>
            </w:r>
          </w:p>
          <w:p w14:paraId="07B9EB96" w14:textId="77777777" w:rsidR="00302D64" w:rsidRDefault="00000000">
            <w:pPr>
              <w:spacing w:after="20" w:line="245" w:lineRule="auto"/>
            </w:pPr>
            <w:r>
              <w:rPr>
                <w:b/>
                <w:color w:val="000000"/>
                <w:sz w:val="16"/>
              </w:rPr>
              <w:t xml:space="preserve">PRAKTIČNA POSTAJA – Kaj pospeši taljenje?: </w:t>
            </w:r>
            <w:r>
              <w:rPr>
                <w:color w:val="000000"/>
                <w:sz w:val="16"/>
              </w:rPr>
              <w:t>Napovejo, opazujejo v enakih časovnih presledkih, rezultate označijo s simboli in povedo ugotovitev.</w:t>
            </w:r>
          </w:p>
          <w:p w14:paraId="028F8554" w14:textId="77777777" w:rsidR="00302D64" w:rsidRDefault="00000000">
            <w:pPr>
              <w:spacing w:after="20" w:line="245" w:lineRule="auto"/>
            </w:pPr>
            <w:r>
              <w:rPr>
                <w:b/>
                <w:color w:val="000000"/>
                <w:sz w:val="16"/>
              </w:rPr>
              <w:t xml:space="preserve">GIBALNO-SODELOVALNA POSTAJA – Ocenjevalni raziskovalni izziv: </w:t>
            </w:r>
            <w:r>
              <w:rPr>
                <w:color w:val="000000"/>
                <w:sz w:val="16"/>
              </w:rPr>
              <w:t>Varno izvedejo korake, pokažejo trdno in tekoče, povedo opažanje ter primerjajo z napovedjo.</w:t>
            </w:r>
          </w:p>
          <w:p w14:paraId="56FAA4F5" w14:textId="77777777" w:rsidR="00302D64" w:rsidRDefault="00000000">
            <w:pPr>
              <w:spacing w:after="20" w:line="245" w:lineRule="auto"/>
            </w:pPr>
            <w:r>
              <w:rPr>
                <w:b/>
                <w:color w:val="000000"/>
                <w:sz w:val="16"/>
              </w:rPr>
              <w:t xml:space="preserve">POSTAJA DOKAZA IN REFLEKSIJE: </w:t>
            </w:r>
            <w:r>
              <w:rPr>
                <w:color w:val="000000"/>
                <w:sz w:val="16"/>
              </w:rPr>
              <w:t>Izberejo en dokaz (razvrstitev in ustna primerjava, slikovni zapis napoved–opazovanje–ugotovitev),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091CDEC5" w14:textId="77777777">
              <w:trPr>
                <w:jc w:val="center"/>
              </w:trPr>
              <w:tc>
                <w:tcPr>
                  <w:tcW w:w="7087" w:type="dxa"/>
                  <w:shd w:val="clear" w:color="auto" w:fill="EDC9EA"/>
                  <w:tcMar>
                    <w:top w:w="45" w:type="dxa"/>
                    <w:left w:w="70" w:type="dxa"/>
                    <w:bottom w:w="45" w:type="dxa"/>
                    <w:right w:w="70" w:type="dxa"/>
                  </w:tcMar>
                </w:tcPr>
                <w:p w14:paraId="689722BF" w14:textId="77777777" w:rsidR="00302D64" w:rsidRDefault="00000000">
                  <w:pPr>
                    <w:keepNext/>
                  </w:pPr>
                  <w:r>
                    <w:rPr>
                      <w:b/>
                      <w:color w:val="000000"/>
                    </w:rPr>
                    <w:t>POVRATNA INFORMACIJA UČITELJICE MED DELOM</w:t>
                  </w:r>
                </w:p>
              </w:tc>
            </w:tr>
          </w:tbl>
          <w:p w14:paraId="339AD5D4" w14:textId="77777777" w:rsidR="00302D64" w:rsidRDefault="00302D64"/>
          <w:p w14:paraId="5609EA93"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5578EAF5" w14:textId="77777777" w:rsidR="00302D64" w:rsidRDefault="00302D64"/>
          <w:p w14:paraId="1ADAA5E1" w14:textId="77777777" w:rsidR="00302D64" w:rsidRDefault="00000000">
            <w:pPr>
              <w:spacing w:after="20" w:line="245" w:lineRule="auto"/>
            </w:pPr>
            <w:r>
              <w:rPr>
                <w:b/>
                <w:color w:val="000000"/>
                <w:sz w:val="17"/>
              </w:rPr>
              <w:t>1. URA</w:t>
            </w:r>
          </w:p>
          <w:p w14:paraId="511A594B" w14:textId="77777777" w:rsidR="00302D64" w:rsidRDefault="00000000">
            <w:pPr>
              <w:spacing w:after="40" w:line="245" w:lineRule="auto"/>
            </w:pPr>
            <w:r>
              <w:rPr>
                <w:color w:val="000000"/>
                <w:sz w:val="16"/>
              </w:rPr>
              <w:t>Primerjajo obliko, pretakanje in otip ter primere razvrstijo na trdno/tekoče.</w:t>
            </w:r>
          </w:p>
          <w:p w14:paraId="7AE060B1" w14:textId="77777777" w:rsidR="00302D64" w:rsidRDefault="00000000">
            <w:pPr>
              <w:spacing w:line="245" w:lineRule="auto"/>
            </w:pPr>
            <w:r>
              <w:rPr>
                <w:b/>
                <w:color w:val="D95BC6"/>
                <w:sz w:val="16"/>
              </w:rPr>
              <w:t>DOKAZ</w:t>
            </w:r>
          </w:p>
          <w:p w14:paraId="0CEA6D53" w14:textId="77777777" w:rsidR="00302D64" w:rsidRDefault="00000000">
            <w:pPr>
              <w:spacing w:after="60" w:line="245" w:lineRule="auto"/>
            </w:pPr>
            <w:r>
              <w:rPr>
                <w:color w:val="D95BC6"/>
                <w:sz w:val="16"/>
              </w:rPr>
              <w:t>razvrstitev in ustna primerjava</w:t>
            </w:r>
          </w:p>
          <w:p w14:paraId="1870C8EB" w14:textId="77777777" w:rsidR="00302D64" w:rsidRDefault="00000000">
            <w:pPr>
              <w:spacing w:after="20" w:line="245" w:lineRule="auto"/>
            </w:pPr>
            <w:r>
              <w:rPr>
                <w:b/>
                <w:color w:val="000000"/>
                <w:sz w:val="17"/>
              </w:rPr>
              <w:t>2. URA</w:t>
            </w:r>
          </w:p>
          <w:p w14:paraId="39D8A8F4" w14:textId="77777777" w:rsidR="00302D64" w:rsidRDefault="00000000">
            <w:pPr>
              <w:spacing w:after="40" w:line="245" w:lineRule="auto"/>
            </w:pPr>
            <w:r>
              <w:rPr>
                <w:color w:val="000000"/>
                <w:sz w:val="16"/>
              </w:rPr>
              <w:t>Napovejo, opazujejo v enakih časovnih presledkih, rezultate označijo s simboli in povedo ugotovitev.</w:t>
            </w:r>
          </w:p>
          <w:p w14:paraId="47D65A5A" w14:textId="77777777" w:rsidR="00302D64" w:rsidRDefault="00000000">
            <w:pPr>
              <w:spacing w:line="245" w:lineRule="auto"/>
            </w:pPr>
            <w:r>
              <w:rPr>
                <w:b/>
                <w:color w:val="D95BC6"/>
                <w:sz w:val="16"/>
              </w:rPr>
              <w:t>DOKAZ</w:t>
            </w:r>
          </w:p>
          <w:p w14:paraId="05551401" w14:textId="77777777" w:rsidR="00302D64" w:rsidRDefault="00000000">
            <w:pPr>
              <w:spacing w:after="60" w:line="245" w:lineRule="auto"/>
            </w:pPr>
            <w:r>
              <w:rPr>
                <w:color w:val="D95BC6"/>
                <w:sz w:val="16"/>
              </w:rPr>
              <w:t>slikovni zapis napoved–opazovanje–ugotovitev</w:t>
            </w:r>
          </w:p>
          <w:p w14:paraId="2BED0DA8" w14:textId="77777777" w:rsidR="00302D64" w:rsidRDefault="00000000">
            <w:pPr>
              <w:spacing w:after="20" w:line="245" w:lineRule="auto"/>
            </w:pPr>
            <w:r>
              <w:rPr>
                <w:b/>
                <w:color w:val="000000"/>
                <w:sz w:val="17"/>
              </w:rPr>
              <w:t>3. URA</w:t>
            </w:r>
          </w:p>
          <w:p w14:paraId="4031AEB6" w14:textId="77777777" w:rsidR="00302D64" w:rsidRDefault="00000000">
            <w:pPr>
              <w:spacing w:after="40" w:line="245" w:lineRule="auto"/>
            </w:pPr>
            <w:r>
              <w:rPr>
                <w:color w:val="000000"/>
                <w:sz w:val="16"/>
              </w:rPr>
              <w:t>Varno izvedejo korake, pokažejo trdno in tekoče, povedo opažanje ter primerjajo z napovedjo.</w:t>
            </w:r>
          </w:p>
          <w:p w14:paraId="4D085D4C" w14:textId="77777777" w:rsidR="00302D64" w:rsidRDefault="00000000">
            <w:pPr>
              <w:spacing w:line="245" w:lineRule="auto"/>
            </w:pPr>
            <w:r>
              <w:rPr>
                <w:b/>
                <w:color w:val="D95BC6"/>
                <w:sz w:val="16"/>
              </w:rPr>
              <w:t>DOKAZ</w:t>
            </w:r>
          </w:p>
          <w:p w14:paraId="54F01D00" w14:textId="77777777" w:rsidR="00302D64" w:rsidRDefault="00000000">
            <w:pPr>
              <w:spacing w:after="60" w:line="245" w:lineRule="auto"/>
            </w:pPr>
            <w:r>
              <w:rPr>
                <w:color w:val="D95BC6"/>
                <w:sz w:val="16"/>
              </w:rPr>
              <w:t>praktična izvedba in kratka ustna razlaga</w:t>
            </w:r>
          </w:p>
        </w:tc>
      </w:tr>
    </w:tbl>
    <w:p w14:paraId="72A4054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9B7EC2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96A80E2"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DF11BB" w14:textId="77777777" w:rsidR="00302D64" w:rsidRDefault="00000000">
            <w:pPr>
              <w:jc w:val="center"/>
            </w:pPr>
            <w:r>
              <w:rPr>
                <w:b/>
                <w:color w:val="000000"/>
                <w:sz w:val="20"/>
              </w:rPr>
              <w:t>UČNE DEJAVNOSTI, METODE IN FORMATIVNO SPREMLJANJE</w:t>
            </w:r>
          </w:p>
        </w:tc>
      </w:tr>
      <w:tr w:rsidR="00302D64" w14:paraId="4372DAB9" w14:textId="77777777">
        <w:trPr>
          <w:tblHeader/>
          <w:jc w:val="center"/>
        </w:trPr>
        <w:tc>
          <w:tcPr>
            <w:tcW w:w="4422" w:type="dxa"/>
            <w:vMerge/>
            <w:tcMar>
              <w:top w:w="70" w:type="dxa"/>
              <w:left w:w="90" w:type="dxa"/>
              <w:bottom w:w="70" w:type="dxa"/>
              <w:right w:w="90" w:type="dxa"/>
            </w:tcMar>
            <w:vAlign w:val="center"/>
          </w:tcPr>
          <w:p w14:paraId="1FEC71DC" w14:textId="77777777" w:rsidR="00302D64" w:rsidRDefault="00302D64"/>
        </w:tc>
        <w:tc>
          <w:tcPr>
            <w:tcW w:w="7087" w:type="dxa"/>
            <w:shd w:val="clear" w:color="auto" w:fill="FFFFFF"/>
            <w:tcMar>
              <w:top w:w="70" w:type="dxa"/>
              <w:left w:w="90" w:type="dxa"/>
              <w:bottom w:w="70" w:type="dxa"/>
              <w:right w:w="90" w:type="dxa"/>
            </w:tcMar>
            <w:vAlign w:val="center"/>
          </w:tcPr>
          <w:p w14:paraId="4CD8D3F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48C323" w14:textId="77777777" w:rsidR="00302D64" w:rsidRDefault="00000000">
            <w:pPr>
              <w:jc w:val="center"/>
            </w:pPr>
            <w:r>
              <w:rPr>
                <w:b/>
                <w:color w:val="000000"/>
              </w:rPr>
              <w:t>UČENEC</w:t>
            </w:r>
          </w:p>
        </w:tc>
      </w:tr>
      <w:tr w:rsidR="00302D64" w14:paraId="4E6D4AD4" w14:textId="77777777">
        <w:trPr>
          <w:jc w:val="center"/>
        </w:trPr>
        <w:tc>
          <w:tcPr>
            <w:tcW w:w="4422" w:type="dxa"/>
            <w:tcMar>
              <w:top w:w="70" w:type="dxa"/>
              <w:left w:w="90" w:type="dxa"/>
              <w:bottom w:w="70" w:type="dxa"/>
              <w:right w:w="90" w:type="dxa"/>
            </w:tcMar>
          </w:tcPr>
          <w:p w14:paraId="283DD036" w14:textId="77777777" w:rsidR="00302D64" w:rsidRDefault="00302D64"/>
          <w:p w14:paraId="66697BC2" w14:textId="77777777" w:rsidR="00302D64" w:rsidRDefault="00000000">
            <w:pPr>
              <w:spacing w:after="40" w:line="245" w:lineRule="auto"/>
            </w:pPr>
            <w:r>
              <w:rPr>
                <w:b/>
                <w:color w:val="000000"/>
              </w:rPr>
              <w:t>FORMATIVNO SPREMLJANJE</w:t>
            </w:r>
          </w:p>
          <w:p w14:paraId="77BDC100" w14:textId="77777777" w:rsidR="00302D64" w:rsidRDefault="00000000">
            <w:pPr>
              <w:pStyle w:val="Oznaenseznam"/>
              <w:spacing w:after="16"/>
            </w:pPr>
            <w:r>
              <w:rPr>
                <w:color w:val="000000"/>
                <w:sz w:val="16"/>
              </w:rPr>
              <w:t>predznanje: začetni odgovor, razvrstitev ali prikaz</w:t>
            </w:r>
          </w:p>
          <w:p w14:paraId="45A2230C" w14:textId="77777777" w:rsidR="00302D64" w:rsidRDefault="00000000">
            <w:pPr>
              <w:pStyle w:val="Oznaenseznam"/>
              <w:spacing w:after="16"/>
            </w:pPr>
            <w:r>
              <w:rPr>
                <w:color w:val="000000"/>
                <w:sz w:val="16"/>
              </w:rPr>
              <w:t>dokazi med učenjem: izvedba, skica, model, opazovalni zapis ali razlaga</w:t>
            </w:r>
          </w:p>
          <w:p w14:paraId="78275B8C" w14:textId="77777777" w:rsidR="00302D64" w:rsidRDefault="00000000">
            <w:pPr>
              <w:pStyle w:val="Oznaenseznam"/>
              <w:spacing w:after="16"/>
            </w:pPr>
            <w:r>
              <w:rPr>
                <w:color w:val="000000"/>
                <w:sz w:val="16"/>
              </w:rPr>
              <w:t>povratna informacija: konkretna, vezana na kriterij in usmerjena v naslednji korak</w:t>
            </w:r>
          </w:p>
          <w:p w14:paraId="18F0020C" w14:textId="77777777" w:rsidR="00302D64" w:rsidRDefault="00000000">
            <w:pPr>
              <w:pStyle w:val="Oznaenseznam"/>
              <w:spacing w:after="16"/>
            </w:pPr>
            <w:r>
              <w:rPr>
                <w:color w:val="000000"/>
                <w:sz w:val="16"/>
              </w:rPr>
              <w:t>samovrednotenje: semafor, prsti, izbrani simbol ali kratka poved</w:t>
            </w:r>
          </w:p>
          <w:p w14:paraId="4A8B4752" w14:textId="77777777" w:rsidR="00302D64" w:rsidRDefault="00000000">
            <w:pPr>
              <w:spacing w:before="40" w:after="20" w:line="245" w:lineRule="auto"/>
            </w:pPr>
            <w:r>
              <w:rPr>
                <w:b/>
                <w:color w:val="000000"/>
              </w:rPr>
              <w:t>VARNOST IN ODGOVORNOST</w:t>
            </w:r>
          </w:p>
          <w:p w14:paraId="5C3C0122" w14:textId="77777777" w:rsidR="00302D64" w:rsidRDefault="00000000">
            <w:pPr>
              <w:spacing w:after="60" w:line="245" w:lineRule="auto"/>
            </w:pPr>
            <w:r>
              <w:rPr>
                <w:color w:val="000000"/>
                <w:sz w:val="16"/>
              </w:rPr>
              <w:t>Uporablja se mlačna, ne vroča voda; razlita voda se takoj pobriše, da ne nastane nevarnost zdrsa.</w:t>
            </w:r>
          </w:p>
          <w:p w14:paraId="05046838" w14:textId="77777777" w:rsidR="00302D64" w:rsidRDefault="00000000">
            <w:pPr>
              <w:spacing w:after="20" w:line="245" w:lineRule="auto"/>
            </w:pPr>
            <w:r>
              <w:rPr>
                <w:b/>
                <w:color w:val="000000"/>
              </w:rPr>
              <w:t>EVIDENCA PO IZVEDBI</w:t>
            </w:r>
          </w:p>
          <w:p w14:paraId="151EF148"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5F1B0ED4"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12EA9F3" w14:textId="77777777">
              <w:trPr>
                <w:jc w:val="center"/>
              </w:trPr>
              <w:tc>
                <w:tcPr>
                  <w:tcW w:w="7087" w:type="dxa"/>
                  <w:shd w:val="clear" w:color="auto" w:fill="EDC9EA"/>
                  <w:tcMar>
                    <w:top w:w="45" w:type="dxa"/>
                    <w:left w:w="70" w:type="dxa"/>
                    <w:bottom w:w="45" w:type="dxa"/>
                    <w:right w:w="70" w:type="dxa"/>
                  </w:tcMar>
                </w:tcPr>
                <w:p w14:paraId="2C14B348" w14:textId="77777777" w:rsidR="00302D64" w:rsidRDefault="00000000">
                  <w:pPr>
                    <w:keepNext/>
                  </w:pPr>
                  <w:r>
                    <w:rPr>
                      <w:b/>
                      <w:color w:val="000000"/>
                    </w:rPr>
                    <w:t>VPRAŠANJA V PODPORO UČENJU</w:t>
                  </w:r>
                </w:p>
              </w:tc>
            </w:tr>
          </w:tbl>
          <w:p w14:paraId="663A8C1E" w14:textId="77777777" w:rsidR="00302D64" w:rsidRDefault="00302D64">
            <w:pPr>
              <w:spacing w:line="20" w:lineRule="exact"/>
            </w:pPr>
          </w:p>
          <w:p w14:paraId="6F1E479E" w14:textId="77777777" w:rsidR="00302D64" w:rsidRDefault="00000000">
            <w:pPr>
              <w:pStyle w:val="Oznaenseznam"/>
              <w:spacing w:after="16"/>
            </w:pPr>
            <w:r>
              <w:rPr>
                <w:color w:val="000000"/>
                <w:sz w:val="16"/>
              </w:rPr>
              <w:t>Kaj si opazil/-a in kateri dokaz to pokaže?</w:t>
            </w:r>
          </w:p>
          <w:p w14:paraId="77AE67BD" w14:textId="77777777" w:rsidR="00302D64" w:rsidRDefault="00000000">
            <w:pPr>
              <w:pStyle w:val="Oznaenseznam"/>
              <w:spacing w:after="16"/>
            </w:pPr>
            <w:r>
              <w:rPr>
                <w:color w:val="000000"/>
                <w:sz w:val="16"/>
              </w:rPr>
              <w:t>Kako si prišel/-la do svoje odločitve?</w:t>
            </w:r>
          </w:p>
          <w:p w14:paraId="78CEBADD" w14:textId="77777777" w:rsidR="00302D64" w:rsidRDefault="00000000">
            <w:pPr>
              <w:pStyle w:val="Oznaenseznam"/>
              <w:spacing w:after="16"/>
            </w:pPr>
            <w:r>
              <w:rPr>
                <w:color w:val="000000"/>
                <w:sz w:val="16"/>
              </w:rPr>
              <w:t>Kaj si pri ponovnem poskusu ohranil/-a enako in kaj spremenil/-a?</w:t>
            </w:r>
          </w:p>
          <w:p w14:paraId="2DE39E35" w14:textId="77777777" w:rsidR="00302D64" w:rsidRDefault="00000000">
            <w:pPr>
              <w:pStyle w:val="Oznaenseznam"/>
              <w:spacing w:after="16"/>
            </w:pPr>
            <w:r>
              <w:rPr>
                <w:color w:val="000000"/>
                <w:sz w:val="16"/>
              </w:rPr>
              <w:t>Kateri kriterij že dosegaš? Kaj bo tvoj naslednji korak?</w:t>
            </w:r>
          </w:p>
          <w:p w14:paraId="10391CB7"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3A124E75" w14:textId="77777777">
              <w:trPr>
                <w:jc w:val="center"/>
              </w:trPr>
              <w:tc>
                <w:tcPr>
                  <w:tcW w:w="7087" w:type="dxa"/>
                  <w:shd w:val="clear" w:color="auto" w:fill="C6E7F3"/>
                  <w:tcMar>
                    <w:top w:w="45" w:type="dxa"/>
                    <w:left w:w="70" w:type="dxa"/>
                    <w:bottom w:w="45" w:type="dxa"/>
                    <w:right w:w="70" w:type="dxa"/>
                  </w:tcMar>
                </w:tcPr>
                <w:p w14:paraId="7A0F5A90" w14:textId="77777777" w:rsidR="00302D64" w:rsidRDefault="00000000">
                  <w:pPr>
                    <w:keepNext/>
                  </w:pPr>
                  <w:r>
                    <w:rPr>
                      <w:b/>
                      <w:color w:val="000000"/>
                    </w:rPr>
                    <w:t>ZAKLJUČNI DEL – UTRJEVANJE IN REFLEKSIJA (10–15 min)</w:t>
                  </w:r>
                </w:p>
              </w:tc>
            </w:tr>
          </w:tbl>
          <w:p w14:paraId="6B58B9FD" w14:textId="77777777" w:rsidR="00302D64" w:rsidRDefault="00302D64">
            <w:pPr>
              <w:spacing w:line="20" w:lineRule="exact"/>
            </w:pPr>
          </w:p>
          <w:p w14:paraId="45E416CC"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180479C8" w14:textId="77777777">
              <w:trPr>
                <w:jc w:val="center"/>
              </w:trPr>
              <w:tc>
                <w:tcPr>
                  <w:tcW w:w="7087" w:type="dxa"/>
                  <w:shd w:val="clear" w:color="auto" w:fill="EDC9EA"/>
                  <w:tcMar>
                    <w:top w:w="45" w:type="dxa"/>
                    <w:left w:w="70" w:type="dxa"/>
                    <w:bottom w:w="45" w:type="dxa"/>
                    <w:right w:w="70" w:type="dxa"/>
                  </w:tcMar>
                </w:tcPr>
                <w:p w14:paraId="5A4B5B90" w14:textId="77777777" w:rsidR="00302D64" w:rsidRDefault="00000000">
                  <w:pPr>
                    <w:keepNext/>
                  </w:pPr>
                  <w:r>
                    <w:rPr>
                      <w:b/>
                      <w:color w:val="000000"/>
                    </w:rPr>
                    <w:t>SAMOVREDNOTENJE</w:t>
                  </w:r>
                </w:p>
              </w:tc>
            </w:tr>
          </w:tbl>
          <w:p w14:paraId="7EC0B8A8" w14:textId="77777777" w:rsidR="00302D64" w:rsidRDefault="00302D64">
            <w:pPr>
              <w:spacing w:line="20" w:lineRule="exact"/>
            </w:pPr>
          </w:p>
          <w:p w14:paraId="4278FE6A"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407350EF" w14:textId="77777777">
              <w:trPr>
                <w:jc w:val="center"/>
              </w:trPr>
              <w:tc>
                <w:tcPr>
                  <w:tcW w:w="7087" w:type="dxa"/>
                  <w:shd w:val="clear" w:color="auto" w:fill="EDC9EA"/>
                  <w:tcMar>
                    <w:top w:w="45" w:type="dxa"/>
                    <w:left w:w="70" w:type="dxa"/>
                    <w:bottom w:w="45" w:type="dxa"/>
                    <w:right w:w="70" w:type="dxa"/>
                  </w:tcMar>
                </w:tcPr>
                <w:p w14:paraId="36C50C3D" w14:textId="77777777" w:rsidR="00302D64" w:rsidRDefault="00000000">
                  <w:pPr>
                    <w:keepNext/>
                  </w:pPr>
                  <w:r>
                    <w:rPr>
                      <w:b/>
                      <w:color w:val="000000"/>
                    </w:rPr>
                    <w:t>VRSTNIŠKO VREDNOTENJE</w:t>
                  </w:r>
                </w:p>
              </w:tc>
            </w:tr>
          </w:tbl>
          <w:p w14:paraId="22F4B353" w14:textId="77777777" w:rsidR="00302D64" w:rsidRDefault="00302D64">
            <w:pPr>
              <w:spacing w:line="20" w:lineRule="exact"/>
            </w:pPr>
          </w:p>
          <w:p w14:paraId="20902A1B"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45B0FD0D" w14:textId="77777777">
              <w:trPr>
                <w:jc w:val="center"/>
              </w:trPr>
              <w:tc>
                <w:tcPr>
                  <w:tcW w:w="7087" w:type="dxa"/>
                  <w:shd w:val="clear" w:color="auto" w:fill="EDC9EA"/>
                  <w:tcMar>
                    <w:top w:w="45" w:type="dxa"/>
                    <w:left w:w="70" w:type="dxa"/>
                    <w:bottom w:w="45" w:type="dxa"/>
                    <w:right w:w="70" w:type="dxa"/>
                  </w:tcMar>
                </w:tcPr>
                <w:p w14:paraId="55AC1510" w14:textId="77777777" w:rsidR="00302D64" w:rsidRDefault="00000000">
                  <w:pPr>
                    <w:keepNext/>
                  </w:pPr>
                  <w:r>
                    <w:rPr>
                      <w:b/>
                      <w:color w:val="000000"/>
                    </w:rPr>
                    <w:t>SKUPNI POVZETEK</w:t>
                  </w:r>
                </w:p>
              </w:tc>
            </w:tr>
          </w:tbl>
          <w:p w14:paraId="31E8A754" w14:textId="77777777" w:rsidR="00302D64" w:rsidRDefault="00302D64">
            <w:pPr>
              <w:spacing w:line="20" w:lineRule="exact"/>
            </w:pPr>
          </w:p>
          <w:p w14:paraId="4567FF8E" w14:textId="77777777" w:rsidR="00302D64" w:rsidRDefault="00000000">
            <w:pPr>
              <w:spacing w:before="20" w:after="40" w:line="245" w:lineRule="auto"/>
            </w:pPr>
            <w:r>
              <w:rPr>
                <w:b/>
                <w:color w:val="000000"/>
                <w:sz w:val="17"/>
              </w:rPr>
              <w:t>Led je trdna voda, tekoča voda se pretaka. Pri raziskovanju napovem, varno opazujem in ugotovitev primerjam z napovedjo.</w:t>
            </w:r>
          </w:p>
          <w:tbl>
            <w:tblPr>
              <w:tblStyle w:val="Tabelamrea"/>
              <w:tblW w:w="0" w:type="auto"/>
              <w:jc w:val="center"/>
              <w:tblLayout w:type="fixed"/>
              <w:tblLook w:val="04A0" w:firstRow="1" w:lastRow="0" w:firstColumn="1" w:lastColumn="0" w:noHBand="0" w:noVBand="1"/>
            </w:tblPr>
            <w:tblGrid>
              <w:gridCol w:w="7087"/>
            </w:tblGrid>
            <w:tr w:rsidR="00302D64" w14:paraId="109DC0E4" w14:textId="77777777">
              <w:trPr>
                <w:jc w:val="center"/>
              </w:trPr>
              <w:tc>
                <w:tcPr>
                  <w:tcW w:w="7087" w:type="dxa"/>
                  <w:shd w:val="clear" w:color="auto" w:fill="EDC9EA"/>
                  <w:tcMar>
                    <w:top w:w="45" w:type="dxa"/>
                    <w:left w:w="70" w:type="dxa"/>
                    <w:bottom w:w="45" w:type="dxa"/>
                    <w:right w:w="70" w:type="dxa"/>
                  </w:tcMar>
                </w:tcPr>
                <w:p w14:paraId="41C3D3B6" w14:textId="77777777" w:rsidR="00302D64" w:rsidRDefault="00000000">
                  <w:pPr>
                    <w:keepNext/>
                  </w:pPr>
                  <w:r>
                    <w:rPr>
                      <w:b/>
                      <w:color w:val="000000"/>
                    </w:rPr>
                    <w:t>OPISNO OCENJEVANJE</w:t>
                  </w:r>
                </w:p>
              </w:tc>
            </w:tr>
          </w:tbl>
          <w:p w14:paraId="0EFDA128" w14:textId="77777777" w:rsidR="00302D64" w:rsidRDefault="00302D64"/>
          <w:p w14:paraId="331C2318" w14:textId="77777777" w:rsidR="00302D64" w:rsidRDefault="00000000">
            <w:pPr>
              <w:spacing w:before="20" w:after="30" w:line="245" w:lineRule="auto"/>
            </w:pPr>
            <w:r>
              <w:rPr>
                <w:color w:val="000000"/>
                <w:sz w:val="16"/>
              </w:rPr>
              <w:t>OCENJEVANJE 2: izvedba preprostega raziskovanja ter ustna razlaga opažanja, napovedi in ugotovitve</w:t>
            </w:r>
          </w:p>
        </w:tc>
        <w:tc>
          <w:tcPr>
            <w:tcW w:w="2551" w:type="dxa"/>
            <w:tcMar>
              <w:top w:w="70" w:type="dxa"/>
              <w:left w:w="90" w:type="dxa"/>
              <w:bottom w:w="70" w:type="dxa"/>
              <w:right w:w="90" w:type="dxa"/>
            </w:tcMar>
          </w:tcPr>
          <w:p w14:paraId="597B25F6" w14:textId="77777777" w:rsidR="00302D64" w:rsidRDefault="00302D64"/>
          <w:p w14:paraId="646C2AD4" w14:textId="77777777" w:rsidR="00302D64" w:rsidRDefault="00000000">
            <w:pPr>
              <w:spacing w:after="100" w:line="245" w:lineRule="auto"/>
            </w:pPr>
            <w:r>
              <w:rPr>
                <w:color w:val="000000"/>
                <w:sz w:val="16"/>
              </w:rPr>
              <w:t>Odgovarja na podporna vprašanja in se sklicuje na svoj dokaz.</w:t>
            </w:r>
          </w:p>
          <w:p w14:paraId="24B3E667" w14:textId="77777777" w:rsidR="00302D64" w:rsidRDefault="00000000">
            <w:pPr>
              <w:spacing w:after="100" w:line="245" w:lineRule="auto"/>
            </w:pPr>
            <w:r>
              <w:rPr>
                <w:color w:val="000000"/>
                <w:sz w:val="16"/>
              </w:rPr>
              <w:t>Primerja začetno zamisel z ugotovitvijo ter pove ali pokaže, kaj se je naučil/-a.</w:t>
            </w:r>
          </w:p>
          <w:p w14:paraId="249AB9AA" w14:textId="77777777" w:rsidR="00302D64" w:rsidRDefault="00000000">
            <w:pPr>
              <w:spacing w:after="100" w:line="245" w:lineRule="auto"/>
            </w:pPr>
            <w:r>
              <w:rPr>
                <w:color w:val="000000"/>
                <w:sz w:val="16"/>
              </w:rPr>
              <w:t>Izbere raven doseganja in določi naslednji korak.</w:t>
            </w:r>
          </w:p>
          <w:p w14:paraId="5ED163BB" w14:textId="77777777" w:rsidR="00302D64" w:rsidRDefault="00000000">
            <w:pPr>
              <w:spacing w:after="100" w:line="245" w:lineRule="auto"/>
            </w:pPr>
            <w:r>
              <w:rPr>
                <w:color w:val="000000"/>
                <w:sz w:val="16"/>
              </w:rPr>
              <w:t>Sošolcu poda prijazen, konkreten odziv.</w:t>
            </w:r>
          </w:p>
          <w:p w14:paraId="21EBE6E2" w14:textId="77777777" w:rsidR="00302D64" w:rsidRDefault="00000000">
            <w:pPr>
              <w:spacing w:after="20" w:line="245" w:lineRule="auto"/>
            </w:pPr>
            <w:r>
              <w:rPr>
                <w:b/>
                <w:color w:val="D95BC6"/>
                <w:sz w:val="17"/>
              </w:rPr>
              <w:t>DOKAZ O UČENJU</w:t>
            </w:r>
          </w:p>
          <w:p w14:paraId="72053FCB" w14:textId="77777777" w:rsidR="00302D64" w:rsidRDefault="00000000">
            <w:pPr>
              <w:spacing w:after="30" w:line="245" w:lineRule="auto"/>
            </w:pPr>
            <w:r>
              <w:rPr>
                <w:color w:val="D95BC6"/>
                <w:sz w:val="16"/>
              </w:rPr>
              <w:t>izvedba ali izdelek, razlaga, samovrednotenje in odziv na povratno informacijo</w:t>
            </w:r>
          </w:p>
        </w:tc>
      </w:tr>
    </w:tbl>
    <w:p w14:paraId="51DC791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04E16333" w14:textId="77777777">
        <w:trPr>
          <w:cantSplit/>
          <w:jc w:val="center"/>
        </w:trPr>
        <w:tc>
          <w:tcPr>
            <w:tcW w:w="14060" w:type="dxa"/>
            <w:gridSpan w:val="6"/>
            <w:tcMar>
              <w:top w:w="70" w:type="dxa"/>
              <w:left w:w="90" w:type="dxa"/>
              <w:bottom w:w="70" w:type="dxa"/>
              <w:right w:w="90" w:type="dxa"/>
            </w:tcMar>
            <w:vAlign w:val="center"/>
          </w:tcPr>
          <w:p w14:paraId="121D30AF" w14:textId="77777777" w:rsidR="00302D64" w:rsidRDefault="00000000">
            <w:pPr>
              <w:jc w:val="center"/>
            </w:pPr>
            <w:r>
              <w:rPr>
                <w:b/>
                <w:color w:val="000000"/>
                <w:sz w:val="24"/>
              </w:rPr>
              <w:lastRenderedPageBreak/>
              <w:t>UČNA PRIPRAVA 19/39</w:t>
            </w:r>
          </w:p>
        </w:tc>
      </w:tr>
      <w:tr w:rsidR="00302D64" w14:paraId="72A9362A" w14:textId="77777777">
        <w:trPr>
          <w:jc w:val="center"/>
        </w:trPr>
        <w:tc>
          <w:tcPr>
            <w:tcW w:w="2665" w:type="dxa"/>
            <w:tcMar>
              <w:top w:w="70" w:type="dxa"/>
              <w:left w:w="90" w:type="dxa"/>
              <w:bottom w:w="70" w:type="dxa"/>
              <w:right w:w="90" w:type="dxa"/>
            </w:tcMar>
            <w:vAlign w:val="center"/>
          </w:tcPr>
          <w:p w14:paraId="55A742CA"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CBA201E"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5B6EE57B"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8667D92" w14:textId="77777777" w:rsidR="00302D64" w:rsidRDefault="00000000">
            <w:r>
              <w:rPr>
                <w:b/>
                <w:color w:val="000000"/>
                <w:sz w:val="16"/>
              </w:rPr>
              <w:t xml:space="preserve">NAČRTOVANI TERMIN: </w:t>
            </w:r>
            <w:r>
              <w:rPr>
                <w:color w:val="000000"/>
                <w:sz w:val="16"/>
              </w:rPr>
              <w:t>19. teden • 18.–22. 1. 2027</w:t>
            </w:r>
          </w:p>
        </w:tc>
        <w:tc>
          <w:tcPr>
            <w:tcW w:w="2268" w:type="dxa"/>
            <w:tcMar>
              <w:top w:w="70" w:type="dxa"/>
              <w:left w:w="90" w:type="dxa"/>
              <w:bottom w:w="70" w:type="dxa"/>
              <w:right w:w="90" w:type="dxa"/>
            </w:tcMar>
            <w:vAlign w:val="center"/>
          </w:tcPr>
          <w:p w14:paraId="1EEC145F"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1D63B2E" w14:textId="77777777" w:rsidR="00302D64" w:rsidRDefault="00000000">
            <w:r>
              <w:rPr>
                <w:b/>
                <w:color w:val="000000"/>
                <w:sz w:val="16"/>
              </w:rPr>
              <w:t xml:space="preserve">ŠTEVILO UR: </w:t>
            </w:r>
            <w:r>
              <w:rPr>
                <w:color w:val="000000"/>
                <w:sz w:val="16"/>
              </w:rPr>
              <w:t>3</w:t>
            </w:r>
          </w:p>
        </w:tc>
      </w:tr>
      <w:tr w:rsidR="00302D64" w14:paraId="0A1EFB16" w14:textId="77777777">
        <w:trPr>
          <w:jc w:val="center"/>
        </w:trPr>
        <w:tc>
          <w:tcPr>
            <w:tcW w:w="14061" w:type="dxa"/>
            <w:gridSpan w:val="6"/>
            <w:tcMar>
              <w:top w:w="70" w:type="dxa"/>
              <w:left w:w="90" w:type="dxa"/>
              <w:bottom w:w="70" w:type="dxa"/>
              <w:right w:w="90" w:type="dxa"/>
            </w:tcMar>
            <w:vAlign w:val="center"/>
          </w:tcPr>
          <w:p w14:paraId="608FDD05" w14:textId="77777777" w:rsidR="00302D64" w:rsidRDefault="00000000">
            <w:r>
              <w:t>TIP UČNE URE: obravnava, izkušenjsko raziskovanje, učenje po postajah, utrjevanje in formativno spremljanje</w:t>
            </w:r>
          </w:p>
        </w:tc>
      </w:tr>
      <w:tr w:rsidR="00302D64" w14:paraId="0D810AFD" w14:textId="77777777">
        <w:trPr>
          <w:cantSplit/>
          <w:jc w:val="center"/>
        </w:trPr>
        <w:tc>
          <w:tcPr>
            <w:tcW w:w="14060" w:type="dxa"/>
            <w:gridSpan w:val="6"/>
            <w:tcMar>
              <w:top w:w="70" w:type="dxa"/>
              <w:left w:w="90" w:type="dxa"/>
              <w:bottom w:w="70" w:type="dxa"/>
              <w:right w:w="90" w:type="dxa"/>
            </w:tcMar>
            <w:vAlign w:val="center"/>
          </w:tcPr>
          <w:p w14:paraId="61932E8B" w14:textId="77777777" w:rsidR="00302D64" w:rsidRDefault="00302D64"/>
          <w:p w14:paraId="666D6322" w14:textId="77777777" w:rsidR="00302D64" w:rsidRDefault="00000000">
            <w:pPr>
              <w:spacing w:line="245" w:lineRule="auto"/>
            </w:pPr>
            <w:r>
              <w:rPr>
                <w:b/>
                <w:color w:val="000000"/>
                <w:sz w:val="17"/>
              </w:rPr>
              <w:t xml:space="preserve">UČNI SKLOP: </w:t>
            </w:r>
            <w:r>
              <w:rPr>
                <w:color w:val="000000"/>
                <w:sz w:val="17"/>
              </w:rPr>
              <w:t>ZIMA, SNOVI IN POJAVI</w:t>
            </w:r>
          </w:p>
        </w:tc>
      </w:tr>
      <w:tr w:rsidR="00302D64" w14:paraId="1EB45D02" w14:textId="77777777">
        <w:trPr>
          <w:cantSplit/>
          <w:jc w:val="center"/>
        </w:trPr>
        <w:tc>
          <w:tcPr>
            <w:tcW w:w="14060" w:type="dxa"/>
            <w:gridSpan w:val="6"/>
            <w:tcMar>
              <w:top w:w="70" w:type="dxa"/>
              <w:left w:w="90" w:type="dxa"/>
              <w:bottom w:w="70" w:type="dxa"/>
              <w:right w:w="90" w:type="dxa"/>
            </w:tcMar>
            <w:vAlign w:val="center"/>
          </w:tcPr>
          <w:p w14:paraId="2A8F3426" w14:textId="77777777" w:rsidR="00302D64" w:rsidRDefault="00302D64"/>
          <w:p w14:paraId="52D05E09" w14:textId="77777777" w:rsidR="00302D64" w:rsidRDefault="00000000">
            <w:pPr>
              <w:spacing w:line="245" w:lineRule="auto"/>
            </w:pPr>
            <w:r>
              <w:rPr>
                <w:b/>
                <w:color w:val="000000"/>
                <w:sz w:val="17"/>
              </w:rPr>
              <w:t xml:space="preserve">UČNA TEMA: </w:t>
            </w:r>
            <w:r>
              <w:rPr>
                <w:color w:val="000000"/>
                <w:sz w:val="17"/>
              </w:rPr>
              <w:t>SVETLOBA IN ZVOK</w:t>
            </w:r>
          </w:p>
        </w:tc>
      </w:tr>
      <w:tr w:rsidR="00302D64" w14:paraId="42E523B1" w14:textId="77777777">
        <w:trPr>
          <w:cantSplit/>
          <w:jc w:val="center"/>
        </w:trPr>
        <w:tc>
          <w:tcPr>
            <w:tcW w:w="14060" w:type="dxa"/>
            <w:gridSpan w:val="6"/>
            <w:tcMar>
              <w:top w:w="70" w:type="dxa"/>
              <w:left w:w="90" w:type="dxa"/>
              <w:bottom w:w="70" w:type="dxa"/>
              <w:right w:w="90" w:type="dxa"/>
            </w:tcMar>
            <w:vAlign w:val="center"/>
          </w:tcPr>
          <w:p w14:paraId="0860D21F" w14:textId="77777777" w:rsidR="00302D64" w:rsidRDefault="00302D64"/>
          <w:p w14:paraId="0569B22D" w14:textId="77777777" w:rsidR="00302D64" w:rsidRDefault="00000000">
            <w:pPr>
              <w:spacing w:line="245" w:lineRule="auto"/>
            </w:pPr>
            <w:r>
              <w:rPr>
                <w:b/>
                <w:color w:val="000000"/>
                <w:sz w:val="17"/>
              </w:rPr>
              <w:t xml:space="preserve">KNJIŽEVNO IZHODIŠČE IN MOTIV: </w:t>
            </w:r>
            <w:r>
              <w:rPr>
                <w:color w:val="000000"/>
                <w:sz w:val="17"/>
              </w:rPr>
              <w:t>»Zlata ptica« – slovenska ljudska pravljica • svetloba, zvok, barva in pravljično iskanje</w:t>
            </w:r>
          </w:p>
        </w:tc>
      </w:tr>
      <w:tr w:rsidR="00302D64" w14:paraId="4F998429" w14:textId="77777777">
        <w:trPr>
          <w:cantSplit/>
          <w:jc w:val="center"/>
        </w:trPr>
        <w:tc>
          <w:tcPr>
            <w:tcW w:w="14060" w:type="dxa"/>
            <w:gridSpan w:val="6"/>
            <w:tcMar>
              <w:top w:w="70" w:type="dxa"/>
              <w:left w:w="90" w:type="dxa"/>
              <w:bottom w:w="70" w:type="dxa"/>
              <w:right w:w="90" w:type="dxa"/>
            </w:tcMar>
            <w:vAlign w:val="center"/>
          </w:tcPr>
          <w:p w14:paraId="6B9711BE" w14:textId="77777777" w:rsidR="00302D64" w:rsidRDefault="00302D64"/>
          <w:p w14:paraId="1D909B10" w14:textId="77777777" w:rsidR="00302D64" w:rsidRDefault="00000000">
            <w:pPr>
              <w:spacing w:line="245" w:lineRule="auto"/>
            </w:pPr>
            <w:r>
              <w:rPr>
                <w:b/>
                <w:color w:val="000000"/>
                <w:sz w:val="17"/>
              </w:rPr>
              <w:t xml:space="preserve">UČNE ENOTE: </w:t>
            </w:r>
            <w:r>
              <w:rPr>
                <w:color w:val="000000"/>
                <w:sz w:val="17"/>
              </w:rPr>
              <w:t>1. ura – Lov na vire svetlobe • 2. ura – Senca se spreminja • 3. ura – Zvočni laboratorij</w:t>
            </w:r>
          </w:p>
        </w:tc>
      </w:tr>
      <w:tr w:rsidR="00302D64" w14:paraId="7588A079" w14:textId="77777777">
        <w:trPr>
          <w:cantSplit/>
          <w:jc w:val="center"/>
        </w:trPr>
        <w:tc>
          <w:tcPr>
            <w:tcW w:w="14060" w:type="dxa"/>
            <w:gridSpan w:val="6"/>
            <w:tcMar>
              <w:top w:w="70" w:type="dxa"/>
              <w:left w:w="90" w:type="dxa"/>
              <w:bottom w:w="70" w:type="dxa"/>
              <w:right w:w="90" w:type="dxa"/>
            </w:tcMar>
            <w:vAlign w:val="center"/>
          </w:tcPr>
          <w:p w14:paraId="4F700072" w14:textId="77777777" w:rsidR="00302D64" w:rsidRDefault="00302D64"/>
          <w:p w14:paraId="16CDF04E"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172670CE" w14:textId="77777777">
        <w:trPr>
          <w:cantSplit/>
          <w:jc w:val="center"/>
        </w:trPr>
        <w:tc>
          <w:tcPr>
            <w:tcW w:w="14060" w:type="dxa"/>
            <w:gridSpan w:val="6"/>
            <w:tcMar>
              <w:top w:w="70" w:type="dxa"/>
              <w:left w:w="90" w:type="dxa"/>
              <w:bottom w:w="70" w:type="dxa"/>
              <w:right w:w="90" w:type="dxa"/>
            </w:tcMar>
            <w:vAlign w:val="center"/>
          </w:tcPr>
          <w:p w14:paraId="15812E62" w14:textId="77777777" w:rsidR="00302D64" w:rsidRDefault="00302D64"/>
          <w:p w14:paraId="17DD12C9"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70A62907" w14:textId="77777777">
        <w:trPr>
          <w:cantSplit/>
          <w:jc w:val="center"/>
        </w:trPr>
        <w:tc>
          <w:tcPr>
            <w:tcW w:w="14060" w:type="dxa"/>
            <w:gridSpan w:val="6"/>
            <w:tcMar>
              <w:top w:w="70" w:type="dxa"/>
              <w:left w:w="90" w:type="dxa"/>
              <w:bottom w:w="70" w:type="dxa"/>
              <w:right w:w="90" w:type="dxa"/>
            </w:tcMar>
            <w:vAlign w:val="center"/>
          </w:tcPr>
          <w:p w14:paraId="38C242C3" w14:textId="77777777" w:rsidR="00302D64" w:rsidRDefault="00302D64"/>
          <w:p w14:paraId="0F8807F6"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6B16A40" w14:textId="77777777">
        <w:trPr>
          <w:cantSplit/>
          <w:jc w:val="center"/>
        </w:trPr>
        <w:tc>
          <w:tcPr>
            <w:tcW w:w="14060" w:type="dxa"/>
            <w:gridSpan w:val="6"/>
            <w:tcMar>
              <w:top w:w="70" w:type="dxa"/>
              <w:left w:w="90" w:type="dxa"/>
              <w:bottom w:w="70" w:type="dxa"/>
              <w:right w:w="90" w:type="dxa"/>
            </w:tcMar>
            <w:vAlign w:val="center"/>
          </w:tcPr>
          <w:p w14:paraId="3180E861" w14:textId="77777777" w:rsidR="00302D64" w:rsidRDefault="00302D64"/>
          <w:p w14:paraId="395FAE60" w14:textId="77777777" w:rsidR="00302D64" w:rsidRDefault="00000000">
            <w:pPr>
              <w:spacing w:line="245" w:lineRule="auto"/>
            </w:pPr>
            <w:r>
              <w:rPr>
                <w:b/>
                <w:color w:val="000000"/>
                <w:sz w:val="17"/>
              </w:rPr>
              <w:t xml:space="preserve">MEDPREDMETNE POVEZAVE: </w:t>
            </w:r>
            <w:r>
              <w:rPr>
                <w:color w:val="000000"/>
                <w:sz w:val="17"/>
              </w:rPr>
              <w:t>LUM – obris sence; GUM – zvočni viri in glasnost; MAT – primerjanje velikosti; SLJ – opis poskusa</w:t>
            </w:r>
          </w:p>
        </w:tc>
      </w:tr>
      <w:tr w:rsidR="00302D64" w14:paraId="65690A43" w14:textId="77777777">
        <w:trPr>
          <w:cantSplit/>
          <w:jc w:val="center"/>
        </w:trPr>
        <w:tc>
          <w:tcPr>
            <w:tcW w:w="14060" w:type="dxa"/>
            <w:gridSpan w:val="6"/>
            <w:tcMar>
              <w:top w:w="70" w:type="dxa"/>
              <w:left w:w="90" w:type="dxa"/>
              <w:bottom w:w="70" w:type="dxa"/>
              <w:right w:w="90" w:type="dxa"/>
            </w:tcMar>
            <w:vAlign w:val="center"/>
          </w:tcPr>
          <w:p w14:paraId="7F45D6C3" w14:textId="77777777" w:rsidR="00302D64" w:rsidRDefault="00302D64"/>
          <w:p w14:paraId="354CFBEA" w14:textId="77777777" w:rsidR="00302D64" w:rsidRDefault="00000000">
            <w:pPr>
              <w:spacing w:line="245" w:lineRule="auto"/>
            </w:pPr>
            <w:r>
              <w:rPr>
                <w:b/>
                <w:color w:val="000000"/>
                <w:sz w:val="17"/>
              </w:rPr>
              <w:t xml:space="preserve">UČNA SREDSTVA IN PRIPOMOČKI: </w:t>
            </w:r>
            <w:r>
              <w:rPr>
                <w:color w:val="000000"/>
                <w:sz w:val="17"/>
              </w:rPr>
              <w:t>Zlata ptica, svetilke, neprosojni predmeti, bel zaslon, ogledalce, odsevniki, varni zvočni predmeti, merilnik hrupa ali slikovna lestvica</w:t>
            </w:r>
          </w:p>
        </w:tc>
      </w:tr>
      <w:tr w:rsidR="00302D64" w14:paraId="39461AAA" w14:textId="77777777">
        <w:trPr>
          <w:cantSplit/>
          <w:jc w:val="center"/>
        </w:trPr>
        <w:tc>
          <w:tcPr>
            <w:tcW w:w="14060" w:type="dxa"/>
            <w:gridSpan w:val="6"/>
            <w:tcMar>
              <w:top w:w="70" w:type="dxa"/>
              <w:left w:w="90" w:type="dxa"/>
              <w:bottom w:w="70" w:type="dxa"/>
              <w:right w:w="90" w:type="dxa"/>
            </w:tcMar>
            <w:vAlign w:val="center"/>
          </w:tcPr>
          <w:p w14:paraId="09BB8668" w14:textId="77777777" w:rsidR="00302D64" w:rsidRDefault="00302D64"/>
          <w:p w14:paraId="7A2003FE"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50F7BE4F" w14:textId="77777777">
        <w:trPr>
          <w:cantSplit/>
          <w:jc w:val="center"/>
        </w:trPr>
        <w:tc>
          <w:tcPr>
            <w:tcW w:w="14060" w:type="dxa"/>
            <w:gridSpan w:val="6"/>
            <w:tcMar>
              <w:top w:w="70" w:type="dxa"/>
              <w:left w:w="90" w:type="dxa"/>
              <w:bottom w:w="70" w:type="dxa"/>
              <w:right w:w="90" w:type="dxa"/>
            </w:tcMar>
            <w:vAlign w:val="center"/>
          </w:tcPr>
          <w:p w14:paraId="5179BB1B" w14:textId="77777777" w:rsidR="00302D64" w:rsidRDefault="00302D64"/>
          <w:p w14:paraId="460BE25C"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4745A8BF" w14:textId="77777777">
        <w:trPr>
          <w:cantSplit/>
          <w:jc w:val="center"/>
        </w:trPr>
        <w:tc>
          <w:tcPr>
            <w:tcW w:w="14060" w:type="dxa"/>
            <w:gridSpan w:val="6"/>
            <w:tcMar>
              <w:top w:w="70" w:type="dxa"/>
              <w:left w:w="90" w:type="dxa"/>
              <w:bottom w:w="70" w:type="dxa"/>
              <w:right w:w="90" w:type="dxa"/>
            </w:tcMar>
            <w:vAlign w:val="center"/>
          </w:tcPr>
          <w:p w14:paraId="4B4CC333" w14:textId="77777777" w:rsidR="00302D64" w:rsidRDefault="00302D64"/>
          <w:p w14:paraId="5AE967F2" w14:textId="77777777" w:rsidR="00302D64" w:rsidRDefault="00000000">
            <w:pPr>
              <w:spacing w:line="245" w:lineRule="auto"/>
            </w:pPr>
            <w:r>
              <w:rPr>
                <w:b/>
                <w:color w:val="000000"/>
                <w:sz w:val="16"/>
              </w:rPr>
              <w:t xml:space="preserve">VARNOST: </w:t>
            </w:r>
            <w:r>
              <w:rPr>
                <w:color w:val="000000"/>
                <w:sz w:val="16"/>
              </w:rPr>
              <w:t>S svetilkami se ne sveti v oči; zvočni viri so kratki in zmerne glasnosti.</w:t>
            </w:r>
          </w:p>
        </w:tc>
      </w:tr>
    </w:tbl>
    <w:p w14:paraId="56678E9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905D5D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DD508B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0BC75F3" w14:textId="77777777" w:rsidR="00302D64" w:rsidRDefault="00000000">
            <w:pPr>
              <w:jc w:val="center"/>
            </w:pPr>
            <w:r>
              <w:rPr>
                <w:b/>
                <w:color w:val="000000"/>
                <w:sz w:val="20"/>
              </w:rPr>
              <w:t>UČNE DEJAVNOSTI, METODE IN FORMATIVNO SPREMLJANJE</w:t>
            </w:r>
          </w:p>
        </w:tc>
      </w:tr>
      <w:tr w:rsidR="00302D64" w14:paraId="7934E979" w14:textId="77777777">
        <w:trPr>
          <w:tblHeader/>
          <w:jc w:val="center"/>
        </w:trPr>
        <w:tc>
          <w:tcPr>
            <w:tcW w:w="4422" w:type="dxa"/>
            <w:vMerge/>
            <w:tcMar>
              <w:top w:w="70" w:type="dxa"/>
              <w:left w:w="90" w:type="dxa"/>
              <w:bottom w:w="70" w:type="dxa"/>
              <w:right w:w="90" w:type="dxa"/>
            </w:tcMar>
            <w:vAlign w:val="center"/>
          </w:tcPr>
          <w:p w14:paraId="1FE8E4BC" w14:textId="77777777" w:rsidR="00302D64" w:rsidRDefault="00302D64"/>
        </w:tc>
        <w:tc>
          <w:tcPr>
            <w:tcW w:w="7087" w:type="dxa"/>
            <w:shd w:val="clear" w:color="auto" w:fill="FFFFFF"/>
            <w:tcMar>
              <w:top w:w="70" w:type="dxa"/>
              <w:left w:w="90" w:type="dxa"/>
              <w:bottom w:w="70" w:type="dxa"/>
              <w:right w:w="90" w:type="dxa"/>
            </w:tcMar>
            <w:vAlign w:val="center"/>
          </w:tcPr>
          <w:p w14:paraId="449BB50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47D6268" w14:textId="77777777" w:rsidR="00302D64" w:rsidRDefault="00000000">
            <w:pPr>
              <w:jc w:val="center"/>
            </w:pPr>
            <w:r>
              <w:rPr>
                <w:b/>
                <w:color w:val="000000"/>
              </w:rPr>
              <w:t>UČENEC</w:t>
            </w:r>
          </w:p>
        </w:tc>
      </w:tr>
      <w:tr w:rsidR="00302D64" w14:paraId="0CC83989" w14:textId="77777777">
        <w:trPr>
          <w:jc w:val="center"/>
        </w:trPr>
        <w:tc>
          <w:tcPr>
            <w:tcW w:w="4422" w:type="dxa"/>
            <w:tcMar>
              <w:top w:w="70" w:type="dxa"/>
              <w:left w:w="90" w:type="dxa"/>
              <w:bottom w:w="70" w:type="dxa"/>
              <w:right w:w="90" w:type="dxa"/>
            </w:tcMar>
          </w:tcPr>
          <w:p w14:paraId="7DEDC1E9" w14:textId="77777777" w:rsidR="00302D64" w:rsidRDefault="00302D64"/>
          <w:p w14:paraId="25350AB2" w14:textId="77777777" w:rsidR="00302D64" w:rsidRDefault="00000000">
            <w:pPr>
              <w:spacing w:after="60" w:line="245" w:lineRule="auto"/>
            </w:pPr>
            <w:r>
              <w:rPr>
                <w:b/>
                <w:color w:val="000000"/>
              </w:rPr>
              <w:t>UČNI CILJI</w:t>
            </w:r>
          </w:p>
          <w:p w14:paraId="7EE81CA9" w14:textId="77777777" w:rsidR="00302D64" w:rsidRDefault="00000000">
            <w:pPr>
              <w:spacing w:after="20" w:line="245" w:lineRule="auto"/>
            </w:pPr>
            <w:r>
              <w:rPr>
                <w:b/>
                <w:color w:val="000000"/>
                <w:sz w:val="17"/>
              </w:rPr>
              <w:t>SPLOŠNI</w:t>
            </w:r>
          </w:p>
          <w:p w14:paraId="29A082F8" w14:textId="77777777" w:rsidR="00302D64" w:rsidRDefault="00000000">
            <w:pPr>
              <w:pStyle w:val="Oznaenseznam"/>
              <w:spacing w:after="16"/>
            </w:pPr>
            <w:r>
              <w:rPr>
                <w:color w:val="000000"/>
                <w:sz w:val="16"/>
              </w:rPr>
              <w:t>razvija radovednost ter sistematično opazuje, primerja, razvršča in sporoča ugotovitve</w:t>
            </w:r>
          </w:p>
          <w:p w14:paraId="0DCD3C70" w14:textId="77777777" w:rsidR="00302D64" w:rsidRDefault="00000000">
            <w:pPr>
              <w:pStyle w:val="Oznaenseznam"/>
              <w:spacing w:after="16"/>
            </w:pPr>
            <w:r>
              <w:rPr>
                <w:color w:val="000000"/>
                <w:sz w:val="16"/>
              </w:rPr>
              <w:t>sodeluje, posluša druge in svoja opažanja izraža na razvojno primeren način</w:t>
            </w:r>
          </w:p>
          <w:p w14:paraId="15944E16" w14:textId="77777777" w:rsidR="00302D64" w:rsidRDefault="00000000">
            <w:pPr>
              <w:pStyle w:val="Oznaenseznam"/>
              <w:spacing w:after="16"/>
            </w:pPr>
            <w:r>
              <w:rPr>
                <w:color w:val="000000"/>
                <w:sz w:val="16"/>
              </w:rPr>
              <w:t>ravna varno, odgovorno in skrbno do sebe, drugih ter okolja</w:t>
            </w:r>
          </w:p>
          <w:p w14:paraId="75845AB6" w14:textId="77777777" w:rsidR="00302D64" w:rsidRDefault="00000000">
            <w:pPr>
              <w:pStyle w:val="Oznaenseznam"/>
              <w:spacing w:after="16"/>
            </w:pPr>
            <w:r>
              <w:rPr>
                <w:color w:val="000000"/>
                <w:sz w:val="16"/>
              </w:rPr>
              <w:t>ob kriterijih spremlja svoje učenje in sprejema opisno povratno informacijo</w:t>
            </w:r>
          </w:p>
          <w:p w14:paraId="7198E536" w14:textId="77777777" w:rsidR="00302D64" w:rsidRDefault="00000000">
            <w:pPr>
              <w:spacing w:before="40" w:after="20" w:line="245" w:lineRule="auto"/>
            </w:pPr>
            <w:r>
              <w:rPr>
                <w:b/>
                <w:color w:val="000000"/>
                <w:sz w:val="17"/>
              </w:rPr>
              <w:t>OPERATIVNI</w:t>
            </w:r>
          </w:p>
          <w:p w14:paraId="119E3471" w14:textId="77777777" w:rsidR="00302D64" w:rsidRDefault="00000000">
            <w:pPr>
              <w:pStyle w:val="Oznaenseznam"/>
              <w:spacing w:after="16"/>
            </w:pPr>
            <w:r>
              <w:rPr>
                <w:color w:val="000000"/>
                <w:sz w:val="16"/>
              </w:rPr>
              <w:t>raziskuje vire svetlobe in zvoka</w:t>
            </w:r>
          </w:p>
          <w:p w14:paraId="7D4E9536" w14:textId="77777777" w:rsidR="00302D64" w:rsidRDefault="00000000">
            <w:pPr>
              <w:pStyle w:val="Oznaenseznam"/>
              <w:spacing w:after="16"/>
            </w:pPr>
            <w:r>
              <w:rPr>
                <w:color w:val="000000"/>
                <w:sz w:val="16"/>
              </w:rPr>
              <w:t>razlikuje močno/šibko ter glasno/tiho</w:t>
            </w:r>
          </w:p>
          <w:p w14:paraId="4ABF215E" w14:textId="77777777" w:rsidR="00302D64" w:rsidRDefault="00000000">
            <w:pPr>
              <w:pStyle w:val="Oznaenseznam"/>
              <w:spacing w:after="16"/>
            </w:pPr>
            <w:r>
              <w:rPr>
                <w:color w:val="000000"/>
                <w:sz w:val="16"/>
              </w:rPr>
              <w:t>skrbi za sluh</w:t>
            </w:r>
          </w:p>
          <w:p w14:paraId="216FEA98" w14:textId="77777777" w:rsidR="00302D64" w:rsidRDefault="00000000">
            <w:pPr>
              <w:spacing w:before="40" w:after="20" w:line="245" w:lineRule="auto"/>
            </w:pPr>
            <w:r>
              <w:rPr>
                <w:b/>
                <w:color w:val="000000"/>
                <w:sz w:val="17"/>
              </w:rPr>
              <w:t>PRIČAKOVANI DOSEŽKI / STANDARDI</w:t>
            </w:r>
          </w:p>
          <w:p w14:paraId="5D877BB8" w14:textId="77777777" w:rsidR="00302D64" w:rsidRDefault="00000000">
            <w:pPr>
              <w:pStyle w:val="Oznaenseznam"/>
              <w:spacing w:after="16"/>
            </w:pPr>
            <w:r>
              <w:rPr>
                <w:color w:val="000000"/>
                <w:sz w:val="16"/>
              </w:rPr>
              <w:t>ob konkretni ali slikovni opori raziskuje vire svetlobe in zvoka</w:t>
            </w:r>
          </w:p>
          <w:p w14:paraId="31A22C05" w14:textId="77777777" w:rsidR="00302D64" w:rsidRDefault="00000000">
            <w:pPr>
              <w:pStyle w:val="Oznaenseznam"/>
              <w:spacing w:after="16"/>
            </w:pPr>
            <w:r>
              <w:rPr>
                <w:color w:val="000000"/>
                <w:sz w:val="16"/>
              </w:rPr>
              <w:t>ob konkretni ali slikovni opori razlikuje močno/šibko ter glasno/tiho</w:t>
            </w:r>
          </w:p>
          <w:p w14:paraId="357F7E0E" w14:textId="77777777" w:rsidR="00302D64" w:rsidRDefault="00000000">
            <w:pPr>
              <w:pStyle w:val="Oznaenseznam"/>
              <w:spacing w:after="16"/>
            </w:pPr>
            <w:r>
              <w:rPr>
                <w:color w:val="000000"/>
                <w:sz w:val="16"/>
              </w:rPr>
              <w:t>ob konkretni ali slikovni opori skrbi za sluh</w:t>
            </w:r>
          </w:p>
        </w:tc>
        <w:tc>
          <w:tcPr>
            <w:tcW w:w="7087" w:type="dxa"/>
            <w:tcMar>
              <w:top w:w="70" w:type="dxa"/>
              <w:left w:w="90" w:type="dxa"/>
              <w:bottom w:w="70" w:type="dxa"/>
              <w:right w:w="90" w:type="dxa"/>
            </w:tcMar>
          </w:tcPr>
          <w:p w14:paraId="7713A870"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927B829" w14:textId="77777777">
              <w:trPr>
                <w:jc w:val="center"/>
              </w:trPr>
              <w:tc>
                <w:tcPr>
                  <w:tcW w:w="7087" w:type="dxa"/>
                  <w:shd w:val="clear" w:color="auto" w:fill="C6E7F3"/>
                  <w:tcMar>
                    <w:top w:w="45" w:type="dxa"/>
                    <w:left w:w="70" w:type="dxa"/>
                    <w:bottom w:w="45" w:type="dxa"/>
                    <w:right w:w="70" w:type="dxa"/>
                  </w:tcMar>
                </w:tcPr>
                <w:p w14:paraId="4831CA39" w14:textId="77777777" w:rsidR="00302D64" w:rsidRDefault="00000000">
                  <w:pPr>
                    <w:keepNext/>
                  </w:pPr>
                  <w:r>
                    <w:rPr>
                      <w:b/>
                      <w:color w:val="000000"/>
                    </w:rPr>
                    <w:t>UVODNI DEL – motivacija, aktivacija predznanja in namen učenja (15–20 min)</w:t>
                  </w:r>
                </w:p>
              </w:tc>
            </w:tr>
          </w:tbl>
          <w:p w14:paraId="43D0D35D" w14:textId="77777777" w:rsidR="00302D64" w:rsidRDefault="00302D64">
            <w:pPr>
              <w:spacing w:line="20" w:lineRule="exact"/>
            </w:pPr>
          </w:p>
          <w:p w14:paraId="3D4961CA" w14:textId="77777777" w:rsidR="00302D64" w:rsidRDefault="00000000">
            <w:pPr>
              <w:spacing w:before="40" w:after="60" w:line="245" w:lineRule="auto"/>
            </w:pPr>
            <w:r>
              <w:rPr>
                <w:color w:val="000000"/>
                <w:sz w:val="17"/>
              </w:rPr>
              <w:t>Zlata ptica se oglasi, a je ne vidimo. Učenci ugotavljajo, kaj potrebujemo, da nekaj vidimo, in po čem lahko predmet prepoznamo samo s sluhom.</w:t>
            </w:r>
          </w:p>
          <w:tbl>
            <w:tblPr>
              <w:tblStyle w:val="Tabelamrea"/>
              <w:tblW w:w="0" w:type="auto"/>
              <w:jc w:val="center"/>
              <w:tblLayout w:type="fixed"/>
              <w:tblLook w:val="04A0" w:firstRow="1" w:lastRow="0" w:firstColumn="1" w:lastColumn="0" w:noHBand="0" w:noVBand="1"/>
            </w:tblPr>
            <w:tblGrid>
              <w:gridCol w:w="7087"/>
            </w:tblGrid>
            <w:tr w:rsidR="00302D64" w14:paraId="098E3427" w14:textId="77777777">
              <w:trPr>
                <w:jc w:val="center"/>
              </w:trPr>
              <w:tc>
                <w:tcPr>
                  <w:tcW w:w="7087" w:type="dxa"/>
                  <w:shd w:val="clear" w:color="auto" w:fill="EDC9EA"/>
                  <w:tcMar>
                    <w:top w:w="45" w:type="dxa"/>
                    <w:left w:w="70" w:type="dxa"/>
                    <w:bottom w:w="45" w:type="dxa"/>
                    <w:right w:w="70" w:type="dxa"/>
                  </w:tcMar>
                </w:tcPr>
                <w:p w14:paraId="43395567" w14:textId="77777777" w:rsidR="00302D64" w:rsidRDefault="00000000">
                  <w:pPr>
                    <w:keepNext/>
                  </w:pPr>
                  <w:r>
                    <w:rPr>
                      <w:b/>
                      <w:color w:val="000000"/>
                    </w:rPr>
                    <w:t>NAMENI UČENJA</w:t>
                  </w:r>
                </w:p>
              </w:tc>
            </w:tr>
          </w:tbl>
          <w:p w14:paraId="2F736694" w14:textId="77777777" w:rsidR="00302D64" w:rsidRDefault="00302D64">
            <w:pPr>
              <w:spacing w:line="20" w:lineRule="exact"/>
            </w:pPr>
          </w:p>
          <w:p w14:paraId="79330E42" w14:textId="77777777" w:rsidR="00302D64" w:rsidRDefault="00000000">
            <w:pPr>
              <w:spacing w:before="20" w:after="20" w:line="245" w:lineRule="auto"/>
            </w:pPr>
            <w:r>
              <w:rPr>
                <w:color w:val="000000"/>
                <w:sz w:val="16"/>
              </w:rPr>
              <w:t>Učimo se zato, da bomo lažje razumeli in odgovorno uporabili znanje v vsakdanjih situacijah.</w:t>
            </w:r>
          </w:p>
          <w:p w14:paraId="36B6F9A8" w14:textId="77777777" w:rsidR="00302D64" w:rsidRDefault="00000000">
            <w:pPr>
              <w:pStyle w:val="Oznaenseznam"/>
              <w:spacing w:after="16"/>
            </w:pPr>
            <w:r>
              <w:rPr>
                <w:color w:val="000000"/>
                <w:sz w:val="16"/>
              </w:rPr>
              <w:t>raziskujem vire svetlobe in zvoka</w:t>
            </w:r>
          </w:p>
          <w:p w14:paraId="2494694A" w14:textId="77777777" w:rsidR="00302D64" w:rsidRDefault="00000000">
            <w:pPr>
              <w:pStyle w:val="Oznaenseznam"/>
              <w:spacing w:after="16"/>
            </w:pPr>
            <w:r>
              <w:rPr>
                <w:color w:val="000000"/>
                <w:sz w:val="16"/>
              </w:rPr>
              <w:t>razlikujem močno/šibko ter glasno/tiho</w:t>
            </w:r>
          </w:p>
          <w:p w14:paraId="6C980BC1" w14:textId="77777777" w:rsidR="00302D64" w:rsidRDefault="00000000">
            <w:pPr>
              <w:pStyle w:val="Oznaenseznam"/>
              <w:spacing w:after="16"/>
            </w:pPr>
            <w:r>
              <w:rPr>
                <w:color w:val="000000"/>
                <w:sz w:val="16"/>
              </w:rPr>
              <w:t>skrbim za sluh</w:t>
            </w:r>
          </w:p>
          <w:tbl>
            <w:tblPr>
              <w:tblStyle w:val="Tabelamrea"/>
              <w:tblW w:w="0" w:type="auto"/>
              <w:jc w:val="center"/>
              <w:tblLayout w:type="fixed"/>
              <w:tblLook w:val="04A0" w:firstRow="1" w:lastRow="0" w:firstColumn="1" w:lastColumn="0" w:noHBand="0" w:noVBand="1"/>
            </w:tblPr>
            <w:tblGrid>
              <w:gridCol w:w="7087"/>
            </w:tblGrid>
            <w:tr w:rsidR="00302D64" w14:paraId="68B92CBE" w14:textId="77777777">
              <w:trPr>
                <w:jc w:val="center"/>
              </w:trPr>
              <w:tc>
                <w:tcPr>
                  <w:tcW w:w="7087" w:type="dxa"/>
                  <w:shd w:val="clear" w:color="auto" w:fill="EDC9EA"/>
                  <w:tcMar>
                    <w:top w:w="45" w:type="dxa"/>
                    <w:left w:w="70" w:type="dxa"/>
                    <w:bottom w:w="45" w:type="dxa"/>
                    <w:right w:w="70" w:type="dxa"/>
                  </w:tcMar>
                </w:tcPr>
                <w:p w14:paraId="2007DD15" w14:textId="77777777" w:rsidR="00302D64" w:rsidRDefault="00000000">
                  <w:pPr>
                    <w:keepNext/>
                  </w:pPr>
                  <w:r>
                    <w:rPr>
                      <w:b/>
                      <w:color w:val="000000"/>
                    </w:rPr>
                    <w:t>PREVERJANJE PREDZNANJA</w:t>
                  </w:r>
                </w:p>
              </w:tc>
            </w:tr>
          </w:tbl>
          <w:p w14:paraId="22F6651E" w14:textId="77777777" w:rsidR="00302D64" w:rsidRDefault="00302D64">
            <w:pPr>
              <w:spacing w:line="20" w:lineRule="exact"/>
            </w:pPr>
          </w:p>
          <w:p w14:paraId="6191FF8C" w14:textId="77777777" w:rsidR="00302D64" w:rsidRDefault="00000000">
            <w:pPr>
              <w:pStyle w:val="Oznaenseznam"/>
              <w:spacing w:after="16"/>
            </w:pPr>
            <w:r>
              <w:rPr>
                <w:color w:val="000000"/>
                <w:sz w:val="16"/>
              </w:rPr>
              <w:t>Kateri predmeti oddajajo svetlobo in kateri samo odbijajo svetlobo?</w:t>
            </w:r>
          </w:p>
          <w:p w14:paraId="39057AEC" w14:textId="77777777" w:rsidR="00302D64" w:rsidRDefault="00000000">
            <w:pPr>
              <w:pStyle w:val="Oznaenseznam"/>
              <w:spacing w:after="16"/>
            </w:pPr>
            <w:r>
              <w:rPr>
                <w:color w:val="000000"/>
                <w:sz w:val="16"/>
              </w:rPr>
              <w:t>Kako glasnost vpliva na naše počutje in sluh?</w:t>
            </w:r>
          </w:p>
          <w:p w14:paraId="22497A24"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326E2D0" w14:textId="77777777">
              <w:trPr>
                <w:jc w:val="center"/>
              </w:trPr>
              <w:tc>
                <w:tcPr>
                  <w:tcW w:w="7087" w:type="dxa"/>
                  <w:shd w:val="clear" w:color="auto" w:fill="EDC9EA"/>
                  <w:tcMar>
                    <w:top w:w="45" w:type="dxa"/>
                    <w:left w:w="70" w:type="dxa"/>
                    <w:bottom w:w="45" w:type="dxa"/>
                    <w:right w:w="70" w:type="dxa"/>
                  </w:tcMar>
                </w:tcPr>
                <w:p w14:paraId="77DF78B6" w14:textId="77777777" w:rsidR="00302D64" w:rsidRDefault="00000000">
                  <w:pPr>
                    <w:keepNext/>
                  </w:pPr>
                  <w:r>
                    <w:rPr>
                      <w:b/>
                      <w:color w:val="000000"/>
                    </w:rPr>
                    <w:t>KRITERIJI USPEŠNOSTI</w:t>
                  </w:r>
                </w:p>
              </w:tc>
            </w:tr>
          </w:tbl>
          <w:p w14:paraId="15D839C7" w14:textId="77777777" w:rsidR="00302D64" w:rsidRDefault="00302D64"/>
          <w:p w14:paraId="232D5692" w14:textId="77777777" w:rsidR="00302D64" w:rsidRDefault="00000000">
            <w:pPr>
              <w:spacing w:before="20" w:after="20" w:line="245" w:lineRule="auto"/>
            </w:pPr>
            <w:r>
              <w:rPr>
                <w:b/>
                <w:color w:val="000000"/>
                <w:sz w:val="16"/>
              </w:rPr>
              <w:t>Uspešen/-na bom, ko:</w:t>
            </w:r>
          </w:p>
          <w:p w14:paraId="1D5ED943" w14:textId="77777777" w:rsidR="00302D64" w:rsidRDefault="00000000">
            <w:pPr>
              <w:pStyle w:val="Oznaenseznam"/>
              <w:spacing w:after="16"/>
            </w:pPr>
            <w:r>
              <w:rPr>
                <w:color w:val="000000"/>
                <w:sz w:val="16"/>
              </w:rPr>
              <w:t>raziskujem vire svetlobe in zvoka</w:t>
            </w:r>
          </w:p>
          <w:p w14:paraId="5AC197FC" w14:textId="77777777" w:rsidR="00302D64" w:rsidRDefault="00000000">
            <w:pPr>
              <w:pStyle w:val="Oznaenseznam"/>
              <w:spacing w:after="16"/>
            </w:pPr>
            <w:r>
              <w:rPr>
                <w:color w:val="000000"/>
                <w:sz w:val="16"/>
              </w:rPr>
              <w:t>razlikujem močno/šibko ter glasno/tiho</w:t>
            </w:r>
          </w:p>
          <w:p w14:paraId="4FF084AC" w14:textId="77777777" w:rsidR="00302D64" w:rsidRDefault="00000000">
            <w:pPr>
              <w:pStyle w:val="Oznaenseznam"/>
              <w:spacing w:after="16"/>
            </w:pPr>
            <w:r>
              <w:rPr>
                <w:color w:val="000000"/>
                <w:sz w:val="16"/>
              </w:rPr>
              <w:t>skrbim za sluh</w:t>
            </w:r>
          </w:p>
          <w:p w14:paraId="591EAA6D"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087CFFAD" w14:textId="77777777" w:rsidR="00302D64" w:rsidRDefault="00302D64"/>
          <w:p w14:paraId="3E694ECA" w14:textId="77777777" w:rsidR="00302D64" w:rsidRDefault="00000000">
            <w:pPr>
              <w:spacing w:after="80" w:line="245" w:lineRule="auto"/>
            </w:pPr>
            <w:r>
              <w:rPr>
                <w:color w:val="000000"/>
                <w:sz w:val="16"/>
              </w:rPr>
              <w:t>Posluša ali opazuje književno oziroma predmetno izhodišče ter se vključi z gibom, sliko ali besedo.</w:t>
            </w:r>
          </w:p>
          <w:p w14:paraId="69006509" w14:textId="77777777" w:rsidR="00302D64" w:rsidRDefault="00000000">
            <w:pPr>
              <w:spacing w:after="80" w:line="245" w:lineRule="auto"/>
            </w:pPr>
            <w:r>
              <w:rPr>
                <w:color w:val="000000"/>
                <w:sz w:val="16"/>
              </w:rPr>
              <w:t>Pove, pokaže ali nariše, kaj že ve. Posluša zamisli drugih.</w:t>
            </w:r>
          </w:p>
          <w:p w14:paraId="4F30F950" w14:textId="77777777" w:rsidR="00302D64" w:rsidRDefault="00000000">
            <w:pPr>
              <w:spacing w:after="100" w:line="245" w:lineRule="auto"/>
            </w:pPr>
            <w:r>
              <w:rPr>
                <w:color w:val="000000"/>
                <w:sz w:val="16"/>
              </w:rPr>
              <w:t>Sodeluje pri razumevanju namenov in kriterijev uspešnosti.</w:t>
            </w:r>
          </w:p>
          <w:p w14:paraId="24D9533F" w14:textId="77777777" w:rsidR="00302D64" w:rsidRDefault="00000000">
            <w:pPr>
              <w:spacing w:after="20" w:line="245" w:lineRule="auto"/>
            </w:pPr>
            <w:r>
              <w:rPr>
                <w:b/>
                <w:color w:val="D95BC6"/>
                <w:sz w:val="17"/>
              </w:rPr>
              <w:t>DOKAZ O UČENJU</w:t>
            </w:r>
          </w:p>
          <w:p w14:paraId="405B61EB" w14:textId="77777777" w:rsidR="00302D64" w:rsidRDefault="00000000">
            <w:pPr>
              <w:spacing w:after="30" w:line="245" w:lineRule="auto"/>
            </w:pPr>
            <w:r>
              <w:rPr>
                <w:color w:val="D95BC6"/>
                <w:sz w:val="16"/>
              </w:rPr>
              <w:t>začetna zamisel, razvrstitev, risba ali ustni odgovor</w:t>
            </w:r>
          </w:p>
        </w:tc>
      </w:tr>
    </w:tbl>
    <w:p w14:paraId="7853E2F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3AE90C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37A97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36C7AC5" w14:textId="77777777" w:rsidR="00302D64" w:rsidRDefault="00000000">
            <w:pPr>
              <w:jc w:val="center"/>
            </w:pPr>
            <w:r>
              <w:rPr>
                <w:b/>
                <w:color w:val="000000"/>
                <w:sz w:val="20"/>
              </w:rPr>
              <w:t>UČNE DEJAVNOSTI, METODE IN FORMATIVNO SPREMLJANJE</w:t>
            </w:r>
          </w:p>
        </w:tc>
      </w:tr>
      <w:tr w:rsidR="00302D64" w14:paraId="274C70FC" w14:textId="77777777">
        <w:trPr>
          <w:tblHeader/>
          <w:jc w:val="center"/>
        </w:trPr>
        <w:tc>
          <w:tcPr>
            <w:tcW w:w="4422" w:type="dxa"/>
            <w:vMerge/>
            <w:tcMar>
              <w:top w:w="70" w:type="dxa"/>
              <w:left w:w="90" w:type="dxa"/>
              <w:bottom w:w="70" w:type="dxa"/>
              <w:right w:w="90" w:type="dxa"/>
            </w:tcMar>
            <w:vAlign w:val="center"/>
          </w:tcPr>
          <w:p w14:paraId="0AF64CB7" w14:textId="77777777" w:rsidR="00302D64" w:rsidRDefault="00302D64"/>
        </w:tc>
        <w:tc>
          <w:tcPr>
            <w:tcW w:w="7087" w:type="dxa"/>
            <w:shd w:val="clear" w:color="auto" w:fill="FFFFFF"/>
            <w:tcMar>
              <w:top w:w="70" w:type="dxa"/>
              <w:left w:w="90" w:type="dxa"/>
              <w:bottom w:w="70" w:type="dxa"/>
              <w:right w:w="90" w:type="dxa"/>
            </w:tcMar>
            <w:vAlign w:val="center"/>
          </w:tcPr>
          <w:p w14:paraId="25E9B12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13E8A4D" w14:textId="77777777" w:rsidR="00302D64" w:rsidRDefault="00000000">
            <w:pPr>
              <w:jc w:val="center"/>
            </w:pPr>
            <w:r>
              <w:rPr>
                <w:b/>
                <w:color w:val="000000"/>
              </w:rPr>
              <w:t>UČENEC</w:t>
            </w:r>
          </w:p>
        </w:tc>
      </w:tr>
      <w:tr w:rsidR="00302D64" w14:paraId="5ACA2EC9" w14:textId="77777777">
        <w:trPr>
          <w:jc w:val="center"/>
        </w:trPr>
        <w:tc>
          <w:tcPr>
            <w:tcW w:w="4422" w:type="dxa"/>
            <w:tcMar>
              <w:top w:w="70" w:type="dxa"/>
              <w:left w:w="90" w:type="dxa"/>
              <w:bottom w:w="70" w:type="dxa"/>
              <w:right w:w="90" w:type="dxa"/>
            </w:tcMar>
          </w:tcPr>
          <w:p w14:paraId="3A973230" w14:textId="77777777" w:rsidR="00302D64" w:rsidRDefault="00302D64"/>
          <w:p w14:paraId="556D2F95" w14:textId="77777777" w:rsidR="00302D64" w:rsidRDefault="00000000">
            <w:pPr>
              <w:spacing w:after="40" w:line="245" w:lineRule="auto"/>
            </w:pPr>
            <w:r>
              <w:rPr>
                <w:b/>
                <w:color w:val="000000"/>
              </w:rPr>
              <w:t>KLJUČNI POJMI</w:t>
            </w:r>
          </w:p>
          <w:p w14:paraId="58C7404B" w14:textId="77777777" w:rsidR="00302D64" w:rsidRDefault="00000000">
            <w:pPr>
              <w:spacing w:after="80" w:line="245" w:lineRule="auto"/>
            </w:pPr>
            <w:r>
              <w:rPr>
                <w:color w:val="000000"/>
                <w:sz w:val="16"/>
              </w:rPr>
              <w:t>svetloba, svetilo, osvetljen predmet, odboj, senca, zvok, zvočni vir, glasno, tiho, sluh</w:t>
            </w:r>
          </w:p>
          <w:p w14:paraId="6EFA5CED" w14:textId="77777777" w:rsidR="00302D64" w:rsidRDefault="00000000">
            <w:pPr>
              <w:spacing w:after="20" w:line="245" w:lineRule="auto"/>
            </w:pPr>
            <w:r>
              <w:rPr>
                <w:b/>
                <w:color w:val="000000"/>
              </w:rPr>
              <w:t>DOKAZI O UČENJU</w:t>
            </w:r>
          </w:p>
          <w:p w14:paraId="15CBEE94" w14:textId="77777777" w:rsidR="00302D64" w:rsidRDefault="00000000">
            <w:pPr>
              <w:pStyle w:val="Oznaenseznam"/>
              <w:spacing w:after="16"/>
            </w:pPr>
            <w:r>
              <w:rPr>
                <w:color w:val="000000"/>
                <w:sz w:val="16"/>
              </w:rPr>
              <w:t>razvrstitev svetlobnih virov</w:t>
            </w:r>
          </w:p>
          <w:p w14:paraId="4B8C6E9E" w14:textId="77777777" w:rsidR="00302D64" w:rsidRDefault="00000000">
            <w:pPr>
              <w:pStyle w:val="Oznaenseznam"/>
              <w:spacing w:after="16"/>
            </w:pPr>
            <w:r>
              <w:rPr>
                <w:color w:val="000000"/>
                <w:sz w:val="16"/>
              </w:rPr>
              <w:t>dva obrisa sence in ugotovitev</w:t>
            </w:r>
          </w:p>
          <w:p w14:paraId="657C8ED8" w14:textId="77777777" w:rsidR="00302D64" w:rsidRDefault="00000000">
            <w:pPr>
              <w:pStyle w:val="Oznaenseznam"/>
              <w:spacing w:after="16"/>
            </w:pPr>
            <w:r>
              <w:rPr>
                <w:color w:val="000000"/>
                <w:sz w:val="16"/>
              </w:rPr>
              <w:t>zvočni zemljevid in predlog za varovanje sluha</w:t>
            </w:r>
          </w:p>
          <w:p w14:paraId="7680E070" w14:textId="77777777" w:rsidR="00302D64" w:rsidRDefault="00000000">
            <w:pPr>
              <w:spacing w:before="40" w:after="20" w:line="245" w:lineRule="auto"/>
            </w:pPr>
            <w:r>
              <w:rPr>
                <w:b/>
                <w:color w:val="000000"/>
              </w:rPr>
              <w:t>MEDPREDMETNA POVEZAVA</w:t>
            </w:r>
          </w:p>
          <w:p w14:paraId="492F1F13" w14:textId="77777777" w:rsidR="00302D64" w:rsidRDefault="00000000">
            <w:pPr>
              <w:spacing w:after="60" w:line="245" w:lineRule="auto"/>
            </w:pPr>
            <w:r>
              <w:rPr>
                <w:color w:val="000000"/>
                <w:sz w:val="16"/>
              </w:rPr>
              <w:t>LUM – obris sence; GUM – zvočni viri in glasnost; MAT – primerjanje velikosti; SLJ – opis poskusa</w:t>
            </w:r>
          </w:p>
          <w:p w14:paraId="2FC7F571" w14:textId="77777777" w:rsidR="00302D64" w:rsidRDefault="00000000">
            <w:pPr>
              <w:spacing w:after="20" w:line="245" w:lineRule="auto"/>
            </w:pPr>
            <w:r>
              <w:rPr>
                <w:b/>
                <w:color w:val="000000"/>
              </w:rPr>
              <w:t>POUČEVANJE V GIBANJU</w:t>
            </w:r>
          </w:p>
          <w:p w14:paraId="251FCC37"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4FEA1D7D" w14:textId="77777777" w:rsidR="00302D64" w:rsidRDefault="00000000">
            <w:pPr>
              <w:spacing w:after="20" w:line="245" w:lineRule="auto"/>
            </w:pPr>
            <w:r>
              <w:rPr>
                <w:b/>
                <w:color w:val="000000"/>
              </w:rPr>
              <w:t>UČENJE PO ŠTIRIH POSTAJAH</w:t>
            </w:r>
          </w:p>
          <w:p w14:paraId="637A3780"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62B00356" w14:textId="77777777" w:rsidR="00302D64" w:rsidRDefault="00000000">
            <w:pPr>
              <w:spacing w:after="20" w:line="245" w:lineRule="auto"/>
            </w:pPr>
            <w:r>
              <w:rPr>
                <w:b/>
                <w:color w:val="000000"/>
              </w:rPr>
              <w:t>DIFERENCIACIJA IN VKLJUČEVANJE</w:t>
            </w:r>
          </w:p>
          <w:p w14:paraId="157CF248" w14:textId="77777777" w:rsidR="00302D64" w:rsidRDefault="00000000">
            <w:pPr>
              <w:spacing w:after="60" w:line="245" w:lineRule="auto"/>
            </w:pPr>
            <w:r>
              <w:rPr>
                <w:color w:val="000000"/>
                <w:sz w:val="16"/>
              </w:rPr>
              <w:t>Učenec lahko dela v manj zvočno obremenjujočem prostoru; uporablja večje kontrastne predmete; naprednejši pojasni vpliv razdalje na senco.</w:t>
            </w:r>
          </w:p>
          <w:p w14:paraId="7567672E" w14:textId="77777777" w:rsidR="00302D64" w:rsidRDefault="00000000">
            <w:pPr>
              <w:spacing w:after="20" w:line="245" w:lineRule="auto"/>
            </w:pPr>
            <w:r>
              <w:rPr>
                <w:b/>
                <w:color w:val="000000"/>
              </w:rPr>
              <w:t>SPREMLJANJE</w:t>
            </w:r>
          </w:p>
          <w:p w14:paraId="1AEE444D"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1BF09B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1ED0BBD" w14:textId="77777777">
              <w:trPr>
                <w:jc w:val="center"/>
              </w:trPr>
              <w:tc>
                <w:tcPr>
                  <w:tcW w:w="7087" w:type="dxa"/>
                  <w:shd w:val="clear" w:color="auto" w:fill="C6E7F3"/>
                  <w:tcMar>
                    <w:top w:w="45" w:type="dxa"/>
                    <w:left w:w="70" w:type="dxa"/>
                    <w:bottom w:w="45" w:type="dxa"/>
                    <w:right w:w="70" w:type="dxa"/>
                  </w:tcMar>
                </w:tcPr>
                <w:p w14:paraId="58E4F08C" w14:textId="77777777" w:rsidR="00302D64" w:rsidRDefault="00000000">
                  <w:pPr>
                    <w:keepNext/>
                  </w:pPr>
                  <w:r>
                    <w:t>GLAVNI DEL – IZKUŠENJSKO IN POSTAJNO UČENJE (3 šolske ure)</w:t>
                  </w:r>
                </w:p>
              </w:tc>
            </w:tr>
          </w:tbl>
          <w:p w14:paraId="5DE84C8B" w14:textId="77777777" w:rsidR="00302D64" w:rsidRDefault="00302D64">
            <w:pPr>
              <w:spacing w:line="20" w:lineRule="exact"/>
            </w:pPr>
          </w:p>
          <w:p w14:paraId="33CD4624" w14:textId="77777777" w:rsidR="00302D64" w:rsidRDefault="00000000">
            <w:pPr>
              <w:keepNext/>
              <w:spacing w:before="60" w:after="20" w:line="245" w:lineRule="auto"/>
            </w:pPr>
            <w:r>
              <w:rPr>
                <w:b/>
                <w:color w:val="000000"/>
              </w:rPr>
              <w:t>1. URA – Lov na vire svetlobe</w:t>
            </w:r>
          </w:p>
          <w:p w14:paraId="65089E28" w14:textId="77777777" w:rsidR="00302D64" w:rsidRDefault="00000000">
            <w:pPr>
              <w:spacing w:after="20" w:line="245" w:lineRule="auto"/>
            </w:pPr>
            <w:r>
              <w:rPr>
                <w:b/>
                <w:color w:val="000000"/>
                <w:sz w:val="16"/>
              </w:rPr>
              <w:t xml:space="preserve">Dejavnost učiteljice: </w:t>
            </w:r>
            <w:r>
              <w:rPr>
                <w:color w:val="000000"/>
                <w:sz w:val="16"/>
              </w:rPr>
              <w:t>Zatemni del prostora in predstavi svetilo, osvetljen predmet ter odsevno površino.</w:t>
            </w:r>
          </w:p>
          <w:p w14:paraId="16A83E86" w14:textId="77777777" w:rsidR="00302D64" w:rsidRDefault="00000000">
            <w:pPr>
              <w:spacing w:after="20" w:line="245" w:lineRule="auto"/>
            </w:pPr>
            <w:r>
              <w:rPr>
                <w:b/>
                <w:color w:val="000000"/>
                <w:sz w:val="16"/>
              </w:rPr>
              <w:t xml:space="preserve">Dejavnost učencev: </w:t>
            </w:r>
            <w:r>
              <w:rPr>
                <w:color w:val="000000"/>
                <w:sz w:val="16"/>
              </w:rPr>
              <w:t>Razvrstijo naravne in umetne vire, preverijo s svetilko ter razložijo, zakaj predmet vidijo.</w:t>
            </w:r>
          </w:p>
          <w:p w14:paraId="4F7353ED" w14:textId="77777777" w:rsidR="00302D64" w:rsidRDefault="00000000">
            <w:pPr>
              <w:spacing w:after="40" w:line="245" w:lineRule="auto"/>
            </w:pPr>
            <w:r>
              <w:rPr>
                <w:i/>
                <w:color w:val="D95BC6"/>
                <w:sz w:val="16"/>
              </w:rPr>
              <w:t>Predvideni dokaz: razvrstitev svetlobnih virov.</w:t>
            </w:r>
          </w:p>
          <w:p w14:paraId="16677C3F" w14:textId="77777777" w:rsidR="00302D64" w:rsidRDefault="00000000">
            <w:pPr>
              <w:keepNext/>
              <w:spacing w:before="60" w:after="20" w:line="245" w:lineRule="auto"/>
            </w:pPr>
            <w:r>
              <w:rPr>
                <w:b/>
                <w:color w:val="000000"/>
              </w:rPr>
              <w:t>2. URA – Senca se spreminja</w:t>
            </w:r>
          </w:p>
          <w:p w14:paraId="1B164BDD" w14:textId="77777777" w:rsidR="00302D64" w:rsidRDefault="00000000">
            <w:pPr>
              <w:spacing w:after="20" w:line="245" w:lineRule="auto"/>
            </w:pPr>
            <w:r>
              <w:rPr>
                <w:b/>
                <w:color w:val="000000"/>
                <w:sz w:val="16"/>
              </w:rPr>
              <w:t xml:space="preserve">Dejavnost učiteljice: </w:t>
            </w:r>
            <w:r>
              <w:rPr>
                <w:color w:val="000000"/>
                <w:sz w:val="16"/>
              </w:rPr>
              <w:t>Vodi pošten preizkus s svetilko, predmetom in zaslonom; spreminja le eno razdaljo.</w:t>
            </w:r>
          </w:p>
          <w:p w14:paraId="416921FF" w14:textId="77777777" w:rsidR="00302D64" w:rsidRDefault="00000000">
            <w:pPr>
              <w:spacing w:after="20" w:line="245" w:lineRule="auto"/>
            </w:pPr>
            <w:r>
              <w:rPr>
                <w:b/>
                <w:color w:val="000000"/>
                <w:sz w:val="16"/>
              </w:rPr>
              <w:t xml:space="preserve">Dejavnost učencev: </w:t>
            </w:r>
            <w:r>
              <w:rPr>
                <w:color w:val="000000"/>
                <w:sz w:val="16"/>
              </w:rPr>
              <w:t>Napovejo velikost sence, izvedejo premik in z obrisom primerjajo rezultata.</w:t>
            </w:r>
          </w:p>
          <w:p w14:paraId="7949FCC3" w14:textId="77777777" w:rsidR="00302D64" w:rsidRDefault="00000000">
            <w:pPr>
              <w:spacing w:after="40" w:line="245" w:lineRule="auto"/>
            </w:pPr>
            <w:r>
              <w:rPr>
                <w:i/>
                <w:color w:val="D95BC6"/>
                <w:sz w:val="16"/>
              </w:rPr>
              <w:t>Predvideni dokaz: dva obrisa sence in ugotovitev.</w:t>
            </w:r>
          </w:p>
          <w:p w14:paraId="2672CFD5" w14:textId="77777777" w:rsidR="00302D64" w:rsidRDefault="00000000">
            <w:pPr>
              <w:keepNext/>
              <w:spacing w:before="60" w:after="20" w:line="245" w:lineRule="auto"/>
            </w:pPr>
            <w:r>
              <w:rPr>
                <w:b/>
                <w:color w:val="000000"/>
              </w:rPr>
              <w:t>3. URA – Zvočni laboratorij</w:t>
            </w:r>
          </w:p>
          <w:p w14:paraId="1D9BF61F" w14:textId="77777777" w:rsidR="00302D64" w:rsidRDefault="00000000">
            <w:pPr>
              <w:spacing w:after="20" w:line="245" w:lineRule="auto"/>
            </w:pPr>
            <w:r>
              <w:rPr>
                <w:b/>
                <w:color w:val="000000"/>
                <w:sz w:val="16"/>
              </w:rPr>
              <w:t xml:space="preserve">Dejavnost učiteljice: </w:t>
            </w:r>
            <w:r>
              <w:rPr>
                <w:color w:val="000000"/>
                <w:sz w:val="16"/>
              </w:rPr>
              <w:t>Pripravi varne zvočne vire in lestvico tiho–glasno; uvede pravila varovanja sluha.</w:t>
            </w:r>
          </w:p>
          <w:p w14:paraId="033DD1A4" w14:textId="77777777" w:rsidR="00302D64" w:rsidRDefault="00000000">
            <w:pPr>
              <w:spacing w:after="20" w:line="245" w:lineRule="auto"/>
            </w:pPr>
            <w:r>
              <w:rPr>
                <w:b/>
                <w:color w:val="000000"/>
                <w:sz w:val="16"/>
              </w:rPr>
              <w:t xml:space="preserve">Dejavnost učencev: </w:t>
            </w:r>
            <w:r>
              <w:rPr>
                <w:color w:val="000000"/>
                <w:sz w:val="16"/>
              </w:rPr>
              <w:t>Prepoznavajo vir z zaprtimi očmi, primerjajo glasnost in predlagajo način zmanjšanja hrupa.</w:t>
            </w:r>
          </w:p>
          <w:p w14:paraId="75A033E7" w14:textId="77777777" w:rsidR="00302D64" w:rsidRDefault="00000000">
            <w:pPr>
              <w:spacing w:after="40" w:line="245" w:lineRule="auto"/>
            </w:pPr>
            <w:r>
              <w:rPr>
                <w:i/>
                <w:color w:val="D95BC6"/>
                <w:sz w:val="16"/>
              </w:rPr>
              <w:t>Predvideni dokaz: zvočni zemljevid in predlog za varovanje sluha.</w:t>
            </w:r>
          </w:p>
          <w:tbl>
            <w:tblPr>
              <w:tblStyle w:val="Tabelamrea"/>
              <w:tblW w:w="0" w:type="auto"/>
              <w:jc w:val="center"/>
              <w:tblLayout w:type="fixed"/>
              <w:tblLook w:val="04A0" w:firstRow="1" w:lastRow="0" w:firstColumn="1" w:lastColumn="0" w:noHBand="0" w:noVBand="1"/>
            </w:tblPr>
            <w:tblGrid>
              <w:gridCol w:w="7087"/>
            </w:tblGrid>
            <w:tr w:rsidR="00302D64" w14:paraId="36F1052A" w14:textId="77777777">
              <w:trPr>
                <w:jc w:val="center"/>
              </w:trPr>
              <w:tc>
                <w:tcPr>
                  <w:tcW w:w="7087" w:type="dxa"/>
                  <w:shd w:val="clear" w:color="auto" w:fill="EDC9EA"/>
                  <w:tcMar>
                    <w:top w:w="45" w:type="dxa"/>
                    <w:left w:w="70" w:type="dxa"/>
                    <w:bottom w:w="45" w:type="dxa"/>
                    <w:right w:w="70" w:type="dxa"/>
                  </w:tcMar>
                </w:tcPr>
                <w:p w14:paraId="1DF40F05" w14:textId="77777777" w:rsidR="00302D64" w:rsidRDefault="00000000">
                  <w:pPr>
                    <w:keepNext/>
                  </w:pPr>
                  <w:r>
                    <w:rPr>
                      <w:b/>
                      <w:color w:val="000000"/>
                    </w:rPr>
                    <w:t>UČENJE PO ŠTIRIH POSTAJAH (6–8 min na postajo)</w:t>
                  </w:r>
                </w:p>
              </w:tc>
            </w:tr>
          </w:tbl>
          <w:p w14:paraId="575FE7A2"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154627B7" w14:textId="77777777" w:rsidR="00302D64" w:rsidRDefault="00000000">
            <w:pPr>
              <w:spacing w:after="20" w:line="245" w:lineRule="auto"/>
            </w:pPr>
            <w:r>
              <w:rPr>
                <w:b/>
                <w:color w:val="000000"/>
                <w:sz w:val="16"/>
              </w:rPr>
              <w:t xml:space="preserve">RAZISKOVALNA POSTAJA – Lov na vire svetlobe: </w:t>
            </w:r>
            <w:r>
              <w:rPr>
                <w:color w:val="000000"/>
                <w:sz w:val="16"/>
              </w:rPr>
              <w:t>Razvrstijo naravne in umetne vire, preverijo s svetilko ter razložijo, zakaj predmet vidijo.</w:t>
            </w:r>
          </w:p>
          <w:p w14:paraId="3F6E669B" w14:textId="77777777" w:rsidR="00302D64" w:rsidRDefault="00000000">
            <w:pPr>
              <w:spacing w:after="20" w:line="245" w:lineRule="auto"/>
            </w:pPr>
            <w:r>
              <w:rPr>
                <w:b/>
                <w:color w:val="000000"/>
                <w:sz w:val="16"/>
              </w:rPr>
              <w:t xml:space="preserve">PRAKTIČNA POSTAJA – Senca se spreminja: </w:t>
            </w:r>
            <w:r>
              <w:rPr>
                <w:color w:val="000000"/>
                <w:sz w:val="16"/>
              </w:rPr>
              <w:t>Napovejo velikost sence, izvedejo premik in z obrisom primerjajo rezultata.</w:t>
            </w:r>
          </w:p>
          <w:p w14:paraId="09631AF5" w14:textId="77777777" w:rsidR="00302D64" w:rsidRDefault="00000000">
            <w:pPr>
              <w:spacing w:after="20" w:line="245" w:lineRule="auto"/>
            </w:pPr>
            <w:r>
              <w:rPr>
                <w:b/>
                <w:color w:val="000000"/>
                <w:sz w:val="16"/>
              </w:rPr>
              <w:t xml:space="preserve">GIBALNO-SODELOVALNA POSTAJA – Zvočni laboratorij: </w:t>
            </w:r>
            <w:r>
              <w:rPr>
                <w:color w:val="000000"/>
                <w:sz w:val="16"/>
              </w:rPr>
              <w:t>Prepoznavajo vir z zaprtimi očmi, primerjajo glasnost in predlagajo način zmanjšanja hrupa.</w:t>
            </w:r>
          </w:p>
          <w:p w14:paraId="3A0DE9E4" w14:textId="77777777" w:rsidR="00302D64" w:rsidRDefault="00000000">
            <w:pPr>
              <w:spacing w:after="20" w:line="245" w:lineRule="auto"/>
            </w:pPr>
            <w:r>
              <w:rPr>
                <w:b/>
                <w:color w:val="000000"/>
                <w:sz w:val="16"/>
              </w:rPr>
              <w:t xml:space="preserve">POSTAJA DOKAZA IN REFLEKSIJE: </w:t>
            </w:r>
            <w:r>
              <w:rPr>
                <w:color w:val="000000"/>
                <w:sz w:val="16"/>
              </w:rPr>
              <w:t>Izberejo en dokaz (razvrstitev svetlobnih virov, dva obrisa sence in ugotovitev),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287E82E1" w14:textId="77777777">
              <w:trPr>
                <w:jc w:val="center"/>
              </w:trPr>
              <w:tc>
                <w:tcPr>
                  <w:tcW w:w="7087" w:type="dxa"/>
                  <w:shd w:val="clear" w:color="auto" w:fill="EDC9EA"/>
                  <w:tcMar>
                    <w:top w:w="45" w:type="dxa"/>
                    <w:left w:w="70" w:type="dxa"/>
                    <w:bottom w:w="45" w:type="dxa"/>
                    <w:right w:w="70" w:type="dxa"/>
                  </w:tcMar>
                </w:tcPr>
                <w:p w14:paraId="42D2B535" w14:textId="77777777" w:rsidR="00302D64" w:rsidRDefault="00000000">
                  <w:pPr>
                    <w:keepNext/>
                  </w:pPr>
                  <w:r>
                    <w:rPr>
                      <w:b/>
                      <w:color w:val="000000"/>
                    </w:rPr>
                    <w:t>POVRATNA INFORMACIJA UČITELJICE MED DELOM</w:t>
                  </w:r>
                </w:p>
              </w:tc>
            </w:tr>
          </w:tbl>
          <w:p w14:paraId="186FB64D" w14:textId="77777777" w:rsidR="00302D64" w:rsidRDefault="00302D64"/>
          <w:p w14:paraId="10B1632B"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00362F22" w14:textId="77777777" w:rsidR="00302D64" w:rsidRDefault="00302D64"/>
          <w:p w14:paraId="39BADBE8" w14:textId="77777777" w:rsidR="00302D64" w:rsidRDefault="00000000">
            <w:pPr>
              <w:spacing w:after="20" w:line="245" w:lineRule="auto"/>
            </w:pPr>
            <w:r>
              <w:rPr>
                <w:b/>
                <w:color w:val="000000"/>
                <w:sz w:val="17"/>
              </w:rPr>
              <w:t>1. URA</w:t>
            </w:r>
          </w:p>
          <w:p w14:paraId="509321BB" w14:textId="77777777" w:rsidR="00302D64" w:rsidRDefault="00000000">
            <w:pPr>
              <w:spacing w:after="40" w:line="245" w:lineRule="auto"/>
            </w:pPr>
            <w:r>
              <w:rPr>
                <w:color w:val="000000"/>
                <w:sz w:val="16"/>
              </w:rPr>
              <w:t>Razvrstijo naravne in umetne vire, preverijo s svetilko ter razložijo, zakaj predmet vidijo.</w:t>
            </w:r>
          </w:p>
          <w:p w14:paraId="3781F1FA" w14:textId="77777777" w:rsidR="00302D64" w:rsidRDefault="00000000">
            <w:pPr>
              <w:spacing w:line="245" w:lineRule="auto"/>
            </w:pPr>
            <w:r>
              <w:rPr>
                <w:b/>
                <w:color w:val="D95BC6"/>
                <w:sz w:val="16"/>
              </w:rPr>
              <w:t>DOKAZ</w:t>
            </w:r>
          </w:p>
          <w:p w14:paraId="0F2CE501" w14:textId="77777777" w:rsidR="00302D64" w:rsidRDefault="00000000">
            <w:pPr>
              <w:spacing w:after="60" w:line="245" w:lineRule="auto"/>
            </w:pPr>
            <w:r>
              <w:rPr>
                <w:color w:val="D95BC6"/>
                <w:sz w:val="16"/>
              </w:rPr>
              <w:t>razvrstitev svetlobnih virov</w:t>
            </w:r>
          </w:p>
          <w:p w14:paraId="485A2164" w14:textId="77777777" w:rsidR="00302D64" w:rsidRDefault="00000000">
            <w:pPr>
              <w:spacing w:after="20" w:line="245" w:lineRule="auto"/>
            </w:pPr>
            <w:r>
              <w:rPr>
                <w:b/>
                <w:color w:val="000000"/>
                <w:sz w:val="17"/>
              </w:rPr>
              <w:t>2. URA</w:t>
            </w:r>
          </w:p>
          <w:p w14:paraId="44BFE4DA" w14:textId="77777777" w:rsidR="00302D64" w:rsidRDefault="00000000">
            <w:pPr>
              <w:spacing w:after="40" w:line="245" w:lineRule="auto"/>
            </w:pPr>
            <w:r>
              <w:rPr>
                <w:color w:val="000000"/>
                <w:sz w:val="16"/>
              </w:rPr>
              <w:t>Napovejo velikost sence, izvedejo premik in z obrisom primerjajo rezultata.</w:t>
            </w:r>
          </w:p>
          <w:p w14:paraId="10BB4BC6" w14:textId="77777777" w:rsidR="00302D64" w:rsidRDefault="00000000">
            <w:pPr>
              <w:spacing w:line="245" w:lineRule="auto"/>
            </w:pPr>
            <w:r>
              <w:rPr>
                <w:b/>
                <w:color w:val="D95BC6"/>
                <w:sz w:val="16"/>
              </w:rPr>
              <w:t>DOKAZ</w:t>
            </w:r>
          </w:p>
          <w:p w14:paraId="7C56B6D4" w14:textId="77777777" w:rsidR="00302D64" w:rsidRDefault="00000000">
            <w:pPr>
              <w:spacing w:after="60" w:line="245" w:lineRule="auto"/>
            </w:pPr>
            <w:r>
              <w:rPr>
                <w:color w:val="D95BC6"/>
                <w:sz w:val="16"/>
              </w:rPr>
              <w:t>dva obrisa sence in ugotovitev</w:t>
            </w:r>
          </w:p>
          <w:p w14:paraId="25B0E34B" w14:textId="77777777" w:rsidR="00302D64" w:rsidRDefault="00000000">
            <w:pPr>
              <w:spacing w:after="20" w:line="245" w:lineRule="auto"/>
            </w:pPr>
            <w:r>
              <w:rPr>
                <w:b/>
                <w:color w:val="000000"/>
                <w:sz w:val="17"/>
              </w:rPr>
              <w:t>3. URA</w:t>
            </w:r>
          </w:p>
          <w:p w14:paraId="0E0C8CE4" w14:textId="77777777" w:rsidR="00302D64" w:rsidRDefault="00000000">
            <w:pPr>
              <w:spacing w:after="40" w:line="245" w:lineRule="auto"/>
            </w:pPr>
            <w:r>
              <w:rPr>
                <w:color w:val="000000"/>
                <w:sz w:val="16"/>
              </w:rPr>
              <w:t>Prepoznavajo vir z zaprtimi očmi, primerjajo glasnost in predlagajo način zmanjšanja hrupa.</w:t>
            </w:r>
          </w:p>
          <w:p w14:paraId="1285B5BD" w14:textId="77777777" w:rsidR="00302D64" w:rsidRDefault="00000000">
            <w:pPr>
              <w:spacing w:line="245" w:lineRule="auto"/>
            </w:pPr>
            <w:r>
              <w:rPr>
                <w:b/>
                <w:color w:val="D95BC6"/>
                <w:sz w:val="16"/>
              </w:rPr>
              <w:t>DOKAZ</w:t>
            </w:r>
          </w:p>
          <w:p w14:paraId="2E99BBE6" w14:textId="77777777" w:rsidR="00302D64" w:rsidRDefault="00000000">
            <w:pPr>
              <w:spacing w:after="60" w:line="245" w:lineRule="auto"/>
            </w:pPr>
            <w:r>
              <w:rPr>
                <w:color w:val="D95BC6"/>
                <w:sz w:val="16"/>
              </w:rPr>
              <w:t>zvočni zemljevid in predlog za varovanje sluha</w:t>
            </w:r>
          </w:p>
        </w:tc>
      </w:tr>
    </w:tbl>
    <w:p w14:paraId="1971B2C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0D5D07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9E378D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6A0C5EC" w14:textId="77777777" w:rsidR="00302D64" w:rsidRDefault="00000000">
            <w:pPr>
              <w:jc w:val="center"/>
            </w:pPr>
            <w:r>
              <w:rPr>
                <w:b/>
                <w:color w:val="000000"/>
                <w:sz w:val="20"/>
              </w:rPr>
              <w:t>UČNE DEJAVNOSTI, METODE IN FORMATIVNO SPREMLJANJE</w:t>
            </w:r>
          </w:p>
        </w:tc>
      </w:tr>
      <w:tr w:rsidR="00302D64" w14:paraId="6E688974" w14:textId="77777777">
        <w:trPr>
          <w:tblHeader/>
          <w:jc w:val="center"/>
        </w:trPr>
        <w:tc>
          <w:tcPr>
            <w:tcW w:w="4422" w:type="dxa"/>
            <w:vMerge/>
            <w:tcMar>
              <w:top w:w="70" w:type="dxa"/>
              <w:left w:w="90" w:type="dxa"/>
              <w:bottom w:w="70" w:type="dxa"/>
              <w:right w:w="90" w:type="dxa"/>
            </w:tcMar>
            <w:vAlign w:val="center"/>
          </w:tcPr>
          <w:p w14:paraId="65AA537E" w14:textId="77777777" w:rsidR="00302D64" w:rsidRDefault="00302D64"/>
        </w:tc>
        <w:tc>
          <w:tcPr>
            <w:tcW w:w="7087" w:type="dxa"/>
            <w:shd w:val="clear" w:color="auto" w:fill="FFFFFF"/>
            <w:tcMar>
              <w:top w:w="70" w:type="dxa"/>
              <w:left w:w="90" w:type="dxa"/>
              <w:bottom w:w="70" w:type="dxa"/>
              <w:right w:w="90" w:type="dxa"/>
            </w:tcMar>
            <w:vAlign w:val="center"/>
          </w:tcPr>
          <w:p w14:paraId="5251FDD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E82E3C3" w14:textId="77777777" w:rsidR="00302D64" w:rsidRDefault="00000000">
            <w:pPr>
              <w:jc w:val="center"/>
            </w:pPr>
            <w:r>
              <w:rPr>
                <w:b/>
                <w:color w:val="000000"/>
              </w:rPr>
              <w:t>UČENEC</w:t>
            </w:r>
          </w:p>
        </w:tc>
      </w:tr>
      <w:tr w:rsidR="00302D64" w14:paraId="6EEF05DD" w14:textId="77777777">
        <w:trPr>
          <w:jc w:val="center"/>
        </w:trPr>
        <w:tc>
          <w:tcPr>
            <w:tcW w:w="4422" w:type="dxa"/>
            <w:tcMar>
              <w:top w:w="70" w:type="dxa"/>
              <w:left w:w="90" w:type="dxa"/>
              <w:bottom w:w="70" w:type="dxa"/>
              <w:right w:w="90" w:type="dxa"/>
            </w:tcMar>
          </w:tcPr>
          <w:p w14:paraId="3B6E0A45" w14:textId="77777777" w:rsidR="00302D64" w:rsidRDefault="00302D64"/>
          <w:p w14:paraId="078CDEE6" w14:textId="77777777" w:rsidR="00302D64" w:rsidRDefault="00000000">
            <w:pPr>
              <w:spacing w:after="40" w:line="245" w:lineRule="auto"/>
            </w:pPr>
            <w:r>
              <w:rPr>
                <w:b/>
                <w:color w:val="000000"/>
              </w:rPr>
              <w:t>FORMATIVNO SPREMLJANJE</w:t>
            </w:r>
          </w:p>
          <w:p w14:paraId="424FCB43" w14:textId="77777777" w:rsidR="00302D64" w:rsidRDefault="00000000">
            <w:pPr>
              <w:pStyle w:val="Oznaenseznam"/>
              <w:spacing w:after="16"/>
            </w:pPr>
            <w:r>
              <w:rPr>
                <w:color w:val="000000"/>
                <w:sz w:val="16"/>
              </w:rPr>
              <w:t>predznanje: začetni odgovor, razvrstitev ali prikaz</w:t>
            </w:r>
          </w:p>
          <w:p w14:paraId="0A359B8A" w14:textId="77777777" w:rsidR="00302D64" w:rsidRDefault="00000000">
            <w:pPr>
              <w:pStyle w:val="Oznaenseznam"/>
              <w:spacing w:after="16"/>
            </w:pPr>
            <w:r>
              <w:rPr>
                <w:color w:val="000000"/>
                <w:sz w:val="16"/>
              </w:rPr>
              <w:t>dokazi med učenjem: izvedba, skica, model, opazovalni zapis ali razlaga</w:t>
            </w:r>
          </w:p>
          <w:p w14:paraId="459CBA93" w14:textId="77777777" w:rsidR="00302D64" w:rsidRDefault="00000000">
            <w:pPr>
              <w:pStyle w:val="Oznaenseznam"/>
              <w:spacing w:after="16"/>
            </w:pPr>
            <w:r>
              <w:rPr>
                <w:color w:val="000000"/>
                <w:sz w:val="16"/>
              </w:rPr>
              <w:t>povratna informacija: konkretna, vezana na kriterij in usmerjena v naslednji korak</w:t>
            </w:r>
          </w:p>
          <w:p w14:paraId="28AE7125" w14:textId="77777777" w:rsidR="00302D64" w:rsidRDefault="00000000">
            <w:pPr>
              <w:pStyle w:val="Oznaenseznam"/>
              <w:spacing w:after="16"/>
            </w:pPr>
            <w:r>
              <w:rPr>
                <w:color w:val="000000"/>
                <w:sz w:val="16"/>
              </w:rPr>
              <w:t>samovrednotenje: semafor, prsti, izbrani simbol ali kratka poved</w:t>
            </w:r>
          </w:p>
          <w:p w14:paraId="473766D1" w14:textId="77777777" w:rsidR="00302D64" w:rsidRDefault="00000000">
            <w:pPr>
              <w:spacing w:before="40" w:after="20" w:line="245" w:lineRule="auto"/>
            </w:pPr>
            <w:r>
              <w:rPr>
                <w:b/>
                <w:color w:val="000000"/>
              </w:rPr>
              <w:t>VARNOST IN ODGOVORNOST</w:t>
            </w:r>
          </w:p>
          <w:p w14:paraId="3370399E" w14:textId="77777777" w:rsidR="00302D64" w:rsidRDefault="00000000">
            <w:pPr>
              <w:spacing w:after="60" w:line="245" w:lineRule="auto"/>
            </w:pPr>
            <w:r>
              <w:rPr>
                <w:color w:val="000000"/>
                <w:sz w:val="16"/>
              </w:rPr>
              <w:t>S svetilkami se ne sveti v oči; zvočni viri so kratki in zmerne glasnosti.</w:t>
            </w:r>
          </w:p>
          <w:p w14:paraId="735F2621" w14:textId="77777777" w:rsidR="00302D64" w:rsidRDefault="00000000">
            <w:pPr>
              <w:spacing w:after="20" w:line="245" w:lineRule="auto"/>
            </w:pPr>
            <w:r>
              <w:rPr>
                <w:b/>
                <w:color w:val="000000"/>
              </w:rPr>
              <w:t>EVIDENCA PO IZVEDBI</w:t>
            </w:r>
          </w:p>
          <w:p w14:paraId="2446C7FC"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A72DC1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B5F4389" w14:textId="77777777">
              <w:trPr>
                <w:jc w:val="center"/>
              </w:trPr>
              <w:tc>
                <w:tcPr>
                  <w:tcW w:w="7087" w:type="dxa"/>
                  <w:shd w:val="clear" w:color="auto" w:fill="EDC9EA"/>
                  <w:tcMar>
                    <w:top w:w="45" w:type="dxa"/>
                    <w:left w:w="70" w:type="dxa"/>
                    <w:bottom w:w="45" w:type="dxa"/>
                    <w:right w:w="70" w:type="dxa"/>
                  </w:tcMar>
                </w:tcPr>
                <w:p w14:paraId="337284D9" w14:textId="77777777" w:rsidR="00302D64" w:rsidRDefault="00000000">
                  <w:pPr>
                    <w:keepNext/>
                  </w:pPr>
                  <w:r>
                    <w:rPr>
                      <w:b/>
                      <w:color w:val="000000"/>
                    </w:rPr>
                    <w:t>VPRAŠANJA V PODPORO UČENJU</w:t>
                  </w:r>
                </w:p>
              </w:tc>
            </w:tr>
          </w:tbl>
          <w:p w14:paraId="20AEBC48" w14:textId="77777777" w:rsidR="00302D64" w:rsidRDefault="00302D64">
            <w:pPr>
              <w:spacing w:line="20" w:lineRule="exact"/>
            </w:pPr>
          </w:p>
          <w:p w14:paraId="6A79E401" w14:textId="77777777" w:rsidR="00302D64" w:rsidRDefault="00000000">
            <w:pPr>
              <w:pStyle w:val="Oznaenseznam"/>
              <w:spacing w:after="16"/>
            </w:pPr>
            <w:r>
              <w:rPr>
                <w:color w:val="000000"/>
                <w:sz w:val="16"/>
              </w:rPr>
              <w:t>Kaj si opazil/-a in kateri dokaz to pokaže?</w:t>
            </w:r>
          </w:p>
          <w:p w14:paraId="612CF000" w14:textId="77777777" w:rsidR="00302D64" w:rsidRDefault="00000000">
            <w:pPr>
              <w:pStyle w:val="Oznaenseznam"/>
              <w:spacing w:after="16"/>
            </w:pPr>
            <w:r>
              <w:rPr>
                <w:color w:val="000000"/>
                <w:sz w:val="16"/>
              </w:rPr>
              <w:t>Kako si prišel/-la do svoje odločitve?</w:t>
            </w:r>
          </w:p>
          <w:p w14:paraId="14001096" w14:textId="77777777" w:rsidR="00302D64" w:rsidRDefault="00000000">
            <w:pPr>
              <w:pStyle w:val="Oznaenseznam"/>
              <w:spacing w:after="16"/>
            </w:pPr>
            <w:r>
              <w:rPr>
                <w:color w:val="000000"/>
                <w:sz w:val="16"/>
              </w:rPr>
              <w:t>Kaj si pri ponovnem poskusu ohranil/-a enako in kaj spremenil/-a?</w:t>
            </w:r>
          </w:p>
          <w:p w14:paraId="61890323" w14:textId="77777777" w:rsidR="00302D64" w:rsidRDefault="00000000">
            <w:pPr>
              <w:pStyle w:val="Oznaenseznam"/>
              <w:spacing w:after="16"/>
            </w:pPr>
            <w:r>
              <w:rPr>
                <w:color w:val="000000"/>
                <w:sz w:val="16"/>
              </w:rPr>
              <w:t>Kateri kriterij že dosegaš? Kaj bo tvoj naslednji korak?</w:t>
            </w:r>
          </w:p>
          <w:p w14:paraId="604A3BD7"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1B3D8F70" w14:textId="77777777">
              <w:trPr>
                <w:jc w:val="center"/>
              </w:trPr>
              <w:tc>
                <w:tcPr>
                  <w:tcW w:w="7087" w:type="dxa"/>
                  <w:shd w:val="clear" w:color="auto" w:fill="C6E7F3"/>
                  <w:tcMar>
                    <w:top w:w="45" w:type="dxa"/>
                    <w:left w:w="70" w:type="dxa"/>
                    <w:bottom w:w="45" w:type="dxa"/>
                    <w:right w:w="70" w:type="dxa"/>
                  </w:tcMar>
                </w:tcPr>
                <w:p w14:paraId="1AE6970D" w14:textId="77777777" w:rsidR="00302D64" w:rsidRDefault="00000000">
                  <w:pPr>
                    <w:keepNext/>
                  </w:pPr>
                  <w:r>
                    <w:rPr>
                      <w:b/>
                      <w:color w:val="000000"/>
                    </w:rPr>
                    <w:t>ZAKLJUČNI DEL – UTRJEVANJE IN REFLEKSIJA (10–15 min)</w:t>
                  </w:r>
                </w:p>
              </w:tc>
            </w:tr>
          </w:tbl>
          <w:p w14:paraId="23B47AA1" w14:textId="77777777" w:rsidR="00302D64" w:rsidRDefault="00302D64">
            <w:pPr>
              <w:spacing w:line="20" w:lineRule="exact"/>
            </w:pPr>
          </w:p>
          <w:p w14:paraId="5DD13C24"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0FC62672" w14:textId="77777777">
              <w:trPr>
                <w:jc w:val="center"/>
              </w:trPr>
              <w:tc>
                <w:tcPr>
                  <w:tcW w:w="7087" w:type="dxa"/>
                  <w:shd w:val="clear" w:color="auto" w:fill="EDC9EA"/>
                  <w:tcMar>
                    <w:top w:w="45" w:type="dxa"/>
                    <w:left w:w="70" w:type="dxa"/>
                    <w:bottom w:w="45" w:type="dxa"/>
                    <w:right w:w="70" w:type="dxa"/>
                  </w:tcMar>
                </w:tcPr>
                <w:p w14:paraId="3EFD201F" w14:textId="77777777" w:rsidR="00302D64" w:rsidRDefault="00000000">
                  <w:pPr>
                    <w:keepNext/>
                  </w:pPr>
                  <w:r>
                    <w:rPr>
                      <w:b/>
                      <w:color w:val="000000"/>
                    </w:rPr>
                    <w:t>SAMOVREDNOTENJE</w:t>
                  </w:r>
                </w:p>
              </w:tc>
            </w:tr>
          </w:tbl>
          <w:p w14:paraId="3FBDAD72" w14:textId="77777777" w:rsidR="00302D64" w:rsidRDefault="00302D64">
            <w:pPr>
              <w:spacing w:line="20" w:lineRule="exact"/>
            </w:pPr>
          </w:p>
          <w:p w14:paraId="6AB3B392"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1699B17" w14:textId="77777777">
              <w:trPr>
                <w:jc w:val="center"/>
              </w:trPr>
              <w:tc>
                <w:tcPr>
                  <w:tcW w:w="7087" w:type="dxa"/>
                  <w:shd w:val="clear" w:color="auto" w:fill="EDC9EA"/>
                  <w:tcMar>
                    <w:top w:w="45" w:type="dxa"/>
                    <w:left w:w="70" w:type="dxa"/>
                    <w:bottom w:w="45" w:type="dxa"/>
                    <w:right w:w="70" w:type="dxa"/>
                  </w:tcMar>
                </w:tcPr>
                <w:p w14:paraId="0AFCDAFC" w14:textId="77777777" w:rsidR="00302D64" w:rsidRDefault="00000000">
                  <w:pPr>
                    <w:keepNext/>
                  </w:pPr>
                  <w:r>
                    <w:rPr>
                      <w:b/>
                      <w:color w:val="000000"/>
                    </w:rPr>
                    <w:t>VRSTNIŠKO VREDNOTENJE</w:t>
                  </w:r>
                </w:p>
              </w:tc>
            </w:tr>
          </w:tbl>
          <w:p w14:paraId="6B6F74E7" w14:textId="77777777" w:rsidR="00302D64" w:rsidRDefault="00302D64">
            <w:pPr>
              <w:spacing w:line="20" w:lineRule="exact"/>
            </w:pPr>
          </w:p>
          <w:p w14:paraId="2DE4C0EC"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4D7F1BD5" w14:textId="77777777">
              <w:trPr>
                <w:jc w:val="center"/>
              </w:trPr>
              <w:tc>
                <w:tcPr>
                  <w:tcW w:w="7087" w:type="dxa"/>
                  <w:shd w:val="clear" w:color="auto" w:fill="EDC9EA"/>
                  <w:tcMar>
                    <w:top w:w="45" w:type="dxa"/>
                    <w:left w:w="70" w:type="dxa"/>
                    <w:bottom w:w="45" w:type="dxa"/>
                    <w:right w:w="70" w:type="dxa"/>
                  </w:tcMar>
                </w:tcPr>
                <w:p w14:paraId="3BC9F314" w14:textId="77777777" w:rsidR="00302D64" w:rsidRDefault="00000000">
                  <w:pPr>
                    <w:keepNext/>
                  </w:pPr>
                  <w:r>
                    <w:rPr>
                      <w:b/>
                      <w:color w:val="000000"/>
                    </w:rPr>
                    <w:t>SKUPNI POVZETEK</w:t>
                  </w:r>
                </w:p>
              </w:tc>
            </w:tr>
          </w:tbl>
          <w:p w14:paraId="205BA4DB" w14:textId="77777777" w:rsidR="00302D64" w:rsidRDefault="00302D64"/>
          <w:p w14:paraId="76D01D4D" w14:textId="77777777" w:rsidR="00302D64" w:rsidRDefault="00000000">
            <w:pPr>
              <w:spacing w:before="20" w:after="40" w:line="245" w:lineRule="auto"/>
            </w:pPr>
            <w:r>
              <w:rPr>
                <w:b/>
                <w:color w:val="000000"/>
                <w:sz w:val="17"/>
              </w:rPr>
              <w:t>Predmete vidimo, ko do njih pride svetloba. Zvok nastaja pri zvočnem viru, oči in sluh pa varujemo pred močnimi dražljaji.</w:t>
            </w:r>
          </w:p>
        </w:tc>
        <w:tc>
          <w:tcPr>
            <w:tcW w:w="2551" w:type="dxa"/>
            <w:tcMar>
              <w:top w:w="70" w:type="dxa"/>
              <w:left w:w="90" w:type="dxa"/>
              <w:bottom w:w="70" w:type="dxa"/>
              <w:right w:w="90" w:type="dxa"/>
            </w:tcMar>
          </w:tcPr>
          <w:p w14:paraId="29011892" w14:textId="77777777" w:rsidR="00302D64" w:rsidRDefault="00302D64"/>
          <w:p w14:paraId="2A186DC9" w14:textId="77777777" w:rsidR="00302D64" w:rsidRDefault="00000000">
            <w:pPr>
              <w:spacing w:after="100" w:line="245" w:lineRule="auto"/>
            </w:pPr>
            <w:r>
              <w:rPr>
                <w:color w:val="000000"/>
                <w:sz w:val="16"/>
              </w:rPr>
              <w:t>Odgovarja na podporna vprašanja in se sklicuje na svoj dokaz.</w:t>
            </w:r>
          </w:p>
          <w:p w14:paraId="06387C35" w14:textId="77777777" w:rsidR="00302D64" w:rsidRDefault="00000000">
            <w:pPr>
              <w:spacing w:after="100" w:line="245" w:lineRule="auto"/>
            </w:pPr>
            <w:r>
              <w:rPr>
                <w:color w:val="000000"/>
                <w:sz w:val="16"/>
              </w:rPr>
              <w:t>Primerja začetno zamisel z ugotovitvijo ter pove ali pokaže, kaj se je naučil/-a.</w:t>
            </w:r>
          </w:p>
          <w:p w14:paraId="4001BBF8" w14:textId="77777777" w:rsidR="00302D64" w:rsidRDefault="00000000">
            <w:pPr>
              <w:spacing w:after="100" w:line="245" w:lineRule="auto"/>
            </w:pPr>
            <w:r>
              <w:rPr>
                <w:color w:val="000000"/>
                <w:sz w:val="16"/>
              </w:rPr>
              <w:t>Izbere raven doseganja in določi naslednji korak.</w:t>
            </w:r>
          </w:p>
          <w:p w14:paraId="1D94F435" w14:textId="77777777" w:rsidR="00302D64" w:rsidRDefault="00000000">
            <w:pPr>
              <w:spacing w:after="100" w:line="245" w:lineRule="auto"/>
            </w:pPr>
            <w:r>
              <w:rPr>
                <w:color w:val="000000"/>
                <w:sz w:val="16"/>
              </w:rPr>
              <w:t>Sošolcu poda prijazen, konkreten odziv.</w:t>
            </w:r>
          </w:p>
          <w:p w14:paraId="76696A4B" w14:textId="77777777" w:rsidR="00302D64" w:rsidRDefault="00000000">
            <w:pPr>
              <w:spacing w:after="20" w:line="245" w:lineRule="auto"/>
            </w:pPr>
            <w:r>
              <w:rPr>
                <w:b/>
                <w:color w:val="D95BC6"/>
                <w:sz w:val="17"/>
              </w:rPr>
              <w:t>DOKAZ O UČENJU</w:t>
            </w:r>
          </w:p>
          <w:p w14:paraId="451FC5AB" w14:textId="77777777" w:rsidR="00302D64" w:rsidRDefault="00000000">
            <w:pPr>
              <w:spacing w:after="30" w:line="245" w:lineRule="auto"/>
            </w:pPr>
            <w:r>
              <w:rPr>
                <w:color w:val="D95BC6"/>
                <w:sz w:val="16"/>
              </w:rPr>
              <w:t>izvedba ali izdelek, razlaga, samovrednotenje in odziv na povratno informacijo</w:t>
            </w:r>
          </w:p>
        </w:tc>
      </w:tr>
    </w:tbl>
    <w:p w14:paraId="62C0D9D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1EB145B" w14:textId="77777777">
        <w:trPr>
          <w:cantSplit/>
          <w:jc w:val="center"/>
        </w:trPr>
        <w:tc>
          <w:tcPr>
            <w:tcW w:w="14060" w:type="dxa"/>
            <w:gridSpan w:val="6"/>
            <w:tcMar>
              <w:top w:w="70" w:type="dxa"/>
              <w:left w:w="90" w:type="dxa"/>
              <w:bottom w:w="70" w:type="dxa"/>
              <w:right w:w="90" w:type="dxa"/>
            </w:tcMar>
            <w:vAlign w:val="center"/>
          </w:tcPr>
          <w:p w14:paraId="1B71A59C" w14:textId="77777777" w:rsidR="00302D64" w:rsidRDefault="00000000">
            <w:pPr>
              <w:jc w:val="center"/>
            </w:pPr>
            <w:r>
              <w:rPr>
                <w:b/>
                <w:color w:val="000000"/>
                <w:sz w:val="24"/>
              </w:rPr>
              <w:lastRenderedPageBreak/>
              <w:t>UČNA PRIPRAVA 20/39</w:t>
            </w:r>
          </w:p>
        </w:tc>
      </w:tr>
      <w:tr w:rsidR="00302D64" w14:paraId="2FA2B5E5" w14:textId="77777777">
        <w:trPr>
          <w:jc w:val="center"/>
        </w:trPr>
        <w:tc>
          <w:tcPr>
            <w:tcW w:w="2665" w:type="dxa"/>
            <w:tcMar>
              <w:top w:w="70" w:type="dxa"/>
              <w:left w:w="90" w:type="dxa"/>
              <w:bottom w:w="70" w:type="dxa"/>
              <w:right w:w="90" w:type="dxa"/>
            </w:tcMar>
            <w:vAlign w:val="center"/>
          </w:tcPr>
          <w:p w14:paraId="6278DA3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1589D97"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4FA27E60"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7D6FE85" w14:textId="77777777" w:rsidR="00302D64" w:rsidRDefault="00000000">
            <w:r>
              <w:rPr>
                <w:b/>
                <w:color w:val="000000"/>
                <w:sz w:val="16"/>
              </w:rPr>
              <w:t xml:space="preserve">NAČRTOVANI TERMIN: </w:t>
            </w:r>
            <w:r>
              <w:rPr>
                <w:color w:val="000000"/>
                <w:sz w:val="16"/>
              </w:rPr>
              <w:t>20. teden • 25.–29. 1. 2027</w:t>
            </w:r>
          </w:p>
        </w:tc>
        <w:tc>
          <w:tcPr>
            <w:tcW w:w="2268" w:type="dxa"/>
            <w:tcMar>
              <w:top w:w="70" w:type="dxa"/>
              <w:left w:w="90" w:type="dxa"/>
              <w:bottom w:w="70" w:type="dxa"/>
              <w:right w:w="90" w:type="dxa"/>
            </w:tcMar>
            <w:vAlign w:val="center"/>
          </w:tcPr>
          <w:p w14:paraId="7DEEFF6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4C89FAE" w14:textId="77777777" w:rsidR="00302D64" w:rsidRDefault="00000000">
            <w:r>
              <w:rPr>
                <w:b/>
                <w:color w:val="000000"/>
                <w:sz w:val="16"/>
              </w:rPr>
              <w:t xml:space="preserve">ŠTEVILO UR: </w:t>
            </w:r>
            <w:r>
              <w:rPr>
                <w:color w:val="000000"/>
                <w:sz w:val="16"/>
              </w:rPr>
              <w:t>2</w:t>
            </w:r>
          </w:p>
        </w:tc>
      </w:tr>
      <w:tr w:rsidR="00302D64" w14:paraId="0CB1A38E" w14:textId="77777777">
        <w:trPr>
          <w:jc w:val="center"/>
        </w:trPr>
        <w:tc>
          <w:tcPr>
            <w:tcW w:w="14061" w:type="dxa"/>
            <w:gridSpan w:val="6"/>
            <w:tcMar>
              <w:top w:w="70" w:type="dxa"/>
              <w:left w:w="90" w:type="dxa"/>
              <w:bottom w:w="70" w:type="dxa"/>
              <w:right w:w="90" w:type="dxa"/>
            </w:tcMar>
            <w:vAlign w:val="center"/>
          </w:tcPr>
          <w:p w14:paraId="1028EA4F" w14:textId="77777777" w:rsidR="00302D64" w:rsidRDefault="00000000">
            <w:r>
              <w:t>TIP UČNE URE: obravnava, izkušenjsko raziskovanje, učenje po postajah, utrjevanje in formativno spremljanje</w:t>
            </w:r>
          </w:p>
        </w:tc>
      </w:tr>
      <w:tr w:rsidR="00302D64" w14:paraId="7540DFBD" w14:textId="77777777">
        <w:trPr>
          <w:cantSplit/>
          <w:jc w:val="center"/>
        </w:trPr>
        <w:tc>
          <w:tcPr>
            <w:tcW w:w="14060" w:type="dxa"/>
            <w:gridSpan w:val="6"/>
            <w:tcMar>
              <w:top w:w="70" w:type="dxa"/>
              <w:left w:w="90" w:type="dxa"/>
              <w:bottom w:w="70" w:type="dxa"/>
              <w:right w:w="90" w:type="dxa"/>
            </w:tcMar>
            <w:vAlign w:val="center"/>
          </w:tcPr>
          <w:p w14:paraId="15DC43AC" w14:textId="77777777" w:rsidR="00302D64" w:rsidRDefault="00302D64"/>
          <w:p w14:paraId="3E1CE318" w14:textId="77777777" w:rsidR="00302D64" w:rsidRDefault="00000000">
            <w:pPr>
              <w:spacing w:line="245" w:lineRule="auto"/>
            </w:pPr>
            <w:r>
              <w:rPr>
                <w:b/>
                <w:color w:val="000000"/>
                <w:sz w:val="17"/>
              </w:rPr>
              <w:t xml:space="preserve">UČNI SKLOP: </w:t>
            </w:r>
            <w:r>
              <w:rPr>
                <w:color w:val="000000"/>
                <w:sz w:val="17"/>
              </w:rPr>
              <w:t>ZIMA, SNOVI IN POJAVI</w:t>
            </w:r>
          </w:p>
        </w:tc>
      </w:tr>
      <w:tr w:rsidR="00302D64" w14:paraId="5BBC58B3" w14:textId="77777777">
        <w:trPr>
          <w:cantSplit/>
          <w:jc w:val="center"/>
        </w:trPr>
        <w:tc>
          <w:tcPr>
            <w:tcW w:w="14060" w:type="dxa"/>
            <w:gridSpan w:val="6"/>
            <w:tcMar>
              <w:top w:w="70" w:type="dxa"/>
              <w:left w:w="90" w:type="dxa"/>
              <w:bottom w:w="70" w:type="dxa"/>
              <w:right w:w="90" w:type="dxa"/>
            </w:tcMar>
            <w:vAlign w:val="center"/>
          </w:tcPr>
          <w:p w14:paraId="54D45590" w14:textId="77777777" w:rsidR="00302D64" w:rsidRDefault="00302D64"/>
          <w:p w14:paraId="70E3518C" w14:textId="77777777" w:rsidR="00302D64" w:rsidRDefault="00000000">
            <w:pPr>
              <w:spacing w:line="245" w:lineRule="auto"/>
            </w:pPr>
            <w:r>
              <w:rPr>
                <w:b/>
                <w:color w:val="000000"/>
                <w:sz w:val="17"/>
              </w:rPr>
              <w:t xml:space="preserve">UČNA TEMA: </w:t>
            </w:r>
            <w:r>
              <w:rPr>
                <w:color w:val="000000"/>
                <w:sz w:val="17"/>
              </w:rPr>
              <w:t>ROČNA DELA</w:t>
            </w:r>
          </w:p>
        </w:tc>
      </w:tr>
      <w:tr w:rsidR="00302D64" w14:paraId="0FC85E21" w14:textId="77777777">
        <w:trPr>
          <w:cantSplit/>
          <w:jc w:val="center"/>
        </w:trPr>
        <w:tc>
          <w:tcPr>
            <w:tcW w:w="14060" w:type="dxa"/>
            <w:gridSpan w:val="6"/>
            <w:tcMar>
              <w:top w:w="70" w:type="dxa"/>
              <w:left w:w="90" w:type="dxa"/>
              <w:bottom w:w="70" w:type="dxa"/>
              <w:right w:w="90" w:type="dxa"/>
            </w:tcMar>
            <w:vAlign w:val="center"/>
          </w:tcPr>
          <w:p w14:paraId="63A3BA25" w14:textId="77777777" w:rsidR="00302D64" w:rsidRDefault="00302D64"/>
          <w:p w14:paraId="1B290598" w14:textId="77777777" w:rsidR="00302D64" w:rsidRDefault="00000000">
            <w:pPr>
              <w:spacing w:line="245" w:lineRule="auto"/>
            </w:pPr>
            <w:r>
              <w:rPr>
                <w:b/>
                <w:color w:val="000000"/>
                <w:sz w:val="17"/>
              </w:rPr>
              <w:t xml:space="preserve">KNJIŽEVNO IZHODIŠČE IN MOTIV: </w:t>
            </w:r>
            <w:r>
              <w:rPr>
                <w:color w:val="000000"/>
                <w:sz w:val="17"/>
              </w:rPr>
              <w:t>»Klobuk gospoda Konstantina« – Peter Svetina • predmet, material, načrtovanje in ustvarjalno reševanje težav</w:t>
            </w:r>
          </w:p>
        </w:tc>
      </w:tr>
      <w:tr w:rsidR="00302D64" w14:paraId="0744D7F6" w14:textId="77777777">
        <w:trPr>
          <w:cantSplit/>
          <w:jc w:val="center"/>
        </w:trPr>
        <w:tc>
          <w:tcPr>
            <w:tcW w:w="14060" w:type="dxa"/>
            <w:gridSpan w:val="6"/>
            <w:tcMar>
              <w:top w:w="70" w:type="dxa"/>
              <w:left w:w="90" w:type="dxa"/>
              <w:bottom w:w="70" w:type="dxa"/>
              <w:right w:w="90" w:type="dxa"/>
            </w:tcMar>
            <w:vAlign w:val="center"/>
          </w:tcPr>
          <w:p w14:paraId="14CFDD86" w14:textId="77777777" w:rsidR="00302D64" w:rsidRDefault="00302D64"/>
          <w:p w14:paraId="057226BD" w14:textId="77777777" w:rsidR="00302D64" w:rsidRDefault="00000000">
            <w:pPr>
              <w:spacing w:line="245" w:lineRule="auto"/>
            </w:pPr>
            <w:r>
              <w:rPr>
                <w:b/>
                <w:color w:val="000000"/>
                <w:sz w:val="17"/>
              </w:rPr>
              <w:t xml:space="preserve">UČNE ENOTE: </w:t>
            </w:r>
            <w:r>
              <w:rPr>
                <w:color w:val="000000"/>
                <w:sz w:val="17"/>
              </w:rPr>
              <w:t>1. ura – Preizkus materialov in načrt • 2. ura – Izdelaj – preskusi – izboljšaj</w:t>
            </w:r>
          </w:p>
        </w:tc>
      </w:tr>
      <w:tr w:rsidR="00302D64" w14:paraId="654DB29F" w14:textId="77777777">
        <w:trPr>
          <w:cantSplit/>
          <w:jc w:val="center"/>
        </w:trPr>
        <w:tc>
          <w:tcPr>
            <w:tcW w:w="14060" w:type="dxa"/>
            <w:gridSpan w:val="6"/>
            <w:tcMar>
              <w:top w:w="70" w:type="dxa"/>
              <w:left w:w="90" w:type="dxa"/>
              <w:bottom w:w="70" w:type="dxa"/>
              <w:right w:w="90" w:type="dxa"/>
            </w:tcMar>
            <w:vAlign w:val="center"/>
          </w:tcPr>
          <w:p w14:paraId="771DADCA" w14:textId="77777777" w:rsidR="00302D64" w:rsidRDefault="00302D64"/>
          <w:p w14:paraId="48A10BC7"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6D39779D" w14:textId="77777777">
        <w:trPr>
          <w:cantSplit/>
          <w:jc w:val="center"/>
        </w:trPr>
        <w:tc>
          <w:tcPr>
            <w:tcW w:w="14060" w:type="dxa"/>
            <w:gridSpan w:val="6"/>
            <w:tcMar>
              <w:top w:w="70" w:type="dxa"/>
              <w:left w:w="90" w:type="dxa"/>
              <w:bottom w:w="70" w:type="dxa"/>
              <w:right w:w="90" w:type="dxa"/>
            </w:tcMar>
            <w:vAlign w:val="center"/>
          </w:tcPr>
          <w:p w14:paraId="70CA7C17" w14:textId="77777777" w:rsidR="00302D64" w:rsidRDefault="00302D64"/>
          <w:p w14:paraId="230761A3"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4385BE37" w14:textId="77777777">
        <w:trPr>
          <w:cantSplit/>
          <w:jc w:val="center"/>
        </w:trPr>
        <w:tc>
          <w:tcPr>
            <w:tcW w:w="14060" w:type="dxa"/>
            <w:gridSpan w:val="6"/>
            <w:tcMar>
              <w:top w:w="70" w:type="dxa"/>
              <w:left w:w="90" w:type="dxa"/>
              <w:bottom w:w="70" w:type="dxa"/>
              <w:right w:w="90" w:type="dxa"/>
            </w:tcMar>
            <w:vAlign w:val="center"/>
          </w:tcPr>
          <w:p w14:paraId="50AEB43A" w14:textId="77777777" w:rsidR="00302D64" w:rsidRDefault="00302D64"/>
          <w:p w14:paraId="5944E804"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58DB3FA" w14:textId="77777777">
        <w:trPr>
          <w:cantSplit/>
          <w:jc w:val="center"/>
        </w:trPr>
        <w:tc>
          <w:tcPr>
            <w:tcW w:w="14060" w:type="dxa"/>
            <w:gridSpan w:val="6"/>
            <w:tcMar>
              <w:top w:w="70" w:type="dxa"/>
              <w:left w:w="90" w:type="dxa"/>
              <w:bottom w:w="70" w:type="dxa"/>
              <w:right w:w="90" w:type="dxa"/>
            </w:tcMar>
            <w:vAlign w:val="center"/>
          </w:tcPr>
          <w:p w14:paraId="7CDF18DF" w14:textId="77777777" w:rsidR="00302D64" w:rsidRDefault="00302D64"/>
          <w:p w14:paraId="15CA1B80" w14:textId="77777777" w:rsidR="00302D64" w:rsidRDefault="00000000">
            <w:pPr>
              <w:spacing w:line="245" w:lineRule="auto"/>
            </w:pPr>
            <w:r>
              <w:rPr>
                <w:b/>
                <w:color w:val="000000"/>
                <w:sz w:val="17"/>
              </w:rPr>
              <w:t xml:space="preserve">MEDPREDMETNE POVEZAVE: </w:t>
            </w:r>
            <w:r>
              <w:rPr>
                <w:color w:val="000000"/>
                <w:sz w:val="17"/>
              </w:rPr>
              <w:t>LUM – oblikovanje; MAT – merjenje in geometrijske oblike; SLJ – opis postopka; SPO/TEHNIKA – lastnosti materialov</w:t>
            </w:r>
          </w:p>
        </w:tc>
      </w:tr>
      <w:tr w:rsidR="00302D64" w14:paraId="3E2F8898" w14:textId="77777777">
        <w:trPr>
          <w:cantSplit/>
          <w:jc w:val="center"/>
        </w:trPr>
        <w:tc>
          <w:tcPr>
            <w:tcW w:w="14060" w:type="dxa"/>
            <w:gridSpan w:val="6"/>
            <w:tcMar>
              <w:top w:w="70" w:type="dxa"/>
              <w:left w:w="90" w:type="dxa"/>
              <w:bottom w:w="70" w:type="dxa"/>
              <w:right w:w="90" w:type="dxa"/>
            </w:tcMar>
            <w:vAlign w:val="center"/>
          </w:tcPr>
          <w:p w14:paraId="283E3352" w14:textId="77777777" w:rsidR="00302D64" w:rsidRDefault="00302D64"/>
          <w:p w14:paraId="75439EC9" w14:textId="77777777" w:rsidR="00302D64" w:rsidRDefault="00000000">
            <w:pPr>
              <w:spacing w:line="245" w:lineRule="auto"/>
            </w:pPr>
            <w:r>
              <w:rPr>
                <w:b/>
                <w:color w:val="000000"/>
                <w:sz w:val="17"/>
              </w:rPr>
              <w:t xml:space="preserve">UČNA SREDSTVA IN PRIPOMOČKI: </w:t>
            </w:r>
            <w:r>
              <w:rPr>
                <w:color w:val="000000"/>
                <w:sz w:val="17"/>
              </w:rPr>
              <w:t>Klobuk gospoda Konstantina, papir, karton, blago, aluminijasta folija, vrvica, lepilni trak, lepilo, varne škarje, kapalka, slikovni načrt</w:t>
            </w:r>
          </w:p>
        </w:tc>
      </w:tr>
      <w:tr w:rsidR="00302D64" w14:paraId="3B9476D7" w14:textId="77777777">
        <w:trPr>
          <w:cantSplit/>
          <w:jc w:val="center"/>
        </w:trPr>
        <w:tc>
          <w:tcPr>
            <w:tcW w:w="14060" w:type="dxa"/>
            <w:gridSpan w:val="6"/>
            <w:tcMar>
              <w:top w:w="70" w:type="dxa"/>
              <w:left w:w="90" w:type="dxa"/>
              <w:bottom w:w="70" w:type="dxa"/>
              <w:right w:w="90" w:type="dxa"/>
            </w:tcMar>
            <w:vAlign w:val="center"/>
          </w:tcPr>
          <w:p w14:paraId="4098078F" w14:textId="77777777" w:rsidR="00302D64" w:rsidRDefault="00302D64"/>
          <w:p w14:paraId="2366D8B6"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1FF821C4" w14:textId="77777777">
        <w:trPr>
          <w:cantSplit/>
          <w:jc w:val="center"/>
        </w:trPr>
        <w:tc>
          <w:tcPr>
            <w:tcW w:w="14060" w:type="dxa"/>
            <w:gridSpan w:val="6"/>
            <w:tcMar>
              <w:top w:w="70" w:type="dxa"/>
              <w:left w:w="90" w:type="dxa"/>
              <w:bottom w:w="70" w:type="dxa"/>
              <w:right w:w="90" w:type="dxa"/>
            </w:tcMar>
            <w:vAlign w:val="center"/>
          </w:tcPr>
          <w:p w14:paraId="499FDCD6" w14:textId="77777777" w:rsidR="00302D64" w:rsidRDefault="00302D64"/>
          <w:p w14:paraId="14E7E991" w14:textId="77777777" w:rsidR="00302D64" w:rsidRDefault="00000000">
            <w:pPr>
              <w:spacing w:line="245" w:lineRule="auto"/>
            </w:pPr>
            <w:r>
              <w:rPr>
                <w:b/>
                <w:color w:val="000000"/>
                <w:sz w:val="16"/>
              </w:rPr>
              <w:t xml:space="preserve">OCENJEVANJE / DAN DEJAVNOSTI: </w:t>
            </w:r>
            <w:r>
              <w:rPr>
                <w:color w:val="000000"/>
                <w:sz w:val="16"/>
              </w:rPr>
              <w:t>NARAVOSLOVNI DAN • po dogovoru • Kemijski poskusi • termin sporočijo po dogovoru z Niko</w:t>
            </w:r>
          </w:p>
        </w:tc>
      </w:tr>
      <w:tr w:rsidR="00302D64" w14:paraId="65422AE6" w14:textId="77777777">
        <w:trPr>
          <w:cantSplit/>
          <w:jc w:val="center"/>
        </w:trPr>
        <w:tc>
          <w:tcPr>
            <w:tcW w:w="14060" w:type="dxa"/>
            <w:gridSpan w:val="6"/>
            <w:tcMar>
              <w:top w:w="70" w:type="dxa"/>
              <w:left w:w="90" w:type="dxa"/>
              <w:bottom w:w="70" w:type="dxa"/>
              <w:right w:w="90" w:type="dxa"/>
            </w:tcMar>
            <w:vAlign w:val="center"/>
          </w:tcPr>
          <w:p w14:paraId="0D3417A0" w14:textId="77777777" w:rsidR="00302D64" w:rsidRDefault="00302D64"/>
          <w:p w14:paraId="227B0A2D" w14:textId="77777777" w:rsidR="00302D64" w:rsidRDefault="00000000">
            <w:pPr>
              <w:spacing w:line="245" w:lineRule="auto"/>
            </w:pPr>
            <w:r>
              <w:rPr>
                <w:b/>
                <w:color w:val="000000"/>
                <w:sz w:val="16"/>
              </w:rPr>
              <w:t xml:space="preserve">VARNOST: </w:t>
            </w:r>
            <w:r>
              <w:rPr>
                <w:color w:val="000000"/>
                <w:sz w:val="16"/>
              </w:rPr>
              <w:t>Orodje se uporablja po prikazu in pod nadzorom; delovno mesto je urejeno, ostanki pa pravilno ločeni.</w:t>
            </w:r>
          </w:p>
        </w:tc>
      </w:tr>
    </w:tbl>
    <w:p w14:paraId="3674AF7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6A3809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57D4ADE"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ADF52D" w14:textId="77777777" w:rsidR="00302D64" w:rsidRDefault="00000000">
            <w:pPr>
              <w:jc w:val="center"/>
            </w:pPr>
            <w:r>
              <w:rPr>
                <w:b/>
                <w:color w:val="000000"/>
                <w:sz w:val="20"/>
              </w:rPr>
              <w:t>UČNE DEJAVNOSTI, METODE IN FORMATIVNO SPREMLJANJE</w:t>
            </w:r>
          </w:p>
        </w:tc>
      </w:tr>
      <w:tr w:rsidR="00302D64" w14:paraId="1E72BDDB" w14:textId="77777777">
        <w:trPr>
          <w:tblHeader/>
          <w:jc w:val="center"/>
        </w:trPr>
        <w:tc>
          <w:tcPr>
            <w:tcW w:w="4422" w:type="dxa"/>
            <w:vMerge/>
            <w:tcMar>
              <w:top w:w="70" w:type="dxa"/>
              <w:left w:w="90" w:type="dxa"/>
              <w:bottom w:w="70" w:type="dxa"/>
              <w:right w:w="90" w:type="dxa"/>
            </w:tcMar>
            <w:vAlign w:val="center"/>
          </w:tcPr>
          <w:p w14:paraId="4989C287" w14:textId="77777777" w:rsidR="00302D64" w:rsidRDefault="00302D64"/>
        </w:tc>
        <w:tc>
          <w:tcPr>
            <w:tcW w:w="7087" w:type="dxa"/>
            <w:shd w:val="clear" w:color="auto" w:fill="FFFFFF"/>
            <w:tcMar>
              <w:top w:w="70" w:type="dxa"/>
              <w:left w:w="90" w:type="dxa"/>
              <w:bottom w:w="70" w:type="dxa"/>
              <w:right w:w="90" w:type="dxa"/>
            </w:tcMar>
            <w:vAlign w:val="center"/>
          </w:tcPr>
          <w:p w14:paraId="44F8976D"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FD5F709" w14:textId="77777777" w:rsidR="00302D64" w:rsidRDefault="00000000">
            <w:pPr>
              <w:jc w:val="center"/>
            </w:pPr>
            <w:r>
              <w:rPr>
                <w:b/>
                <w:color w:val="000000"/>
              </w:rPr>
              <w:t>UČENEC</w:t>
            </w:r>
          </w:p>
        </w:tc>
      </w:tr>
      <w:tr w:rsidR="00302D64" w14:paraId="483CE3C8" w14:textId="77777777">
        <w:trPr>
          <w:jc w:val="center"/>
        </w:trPr>
        <w:tc>
          <w:tcPr>
            <w:tcW w:w="4422" w:type="dxa"/>
            <w:tcMar>
              <w:top w:w="70" w:type="dxa"/>
              <w:left w:w="90" w:type="dxa"/>
              <w:bottom w:w="70" w:type="dxa"/>
              <w:right w:w="90" w:type="dxa"/>
            </w:tcMar>
          </w:tcPr>
          <w:p w14:paraId="32EA4D21" w14:textId="77777777" w:rsidR="00302D64" w:rsidRDefault="00302D64"/>
          <w:p w14:paraId="619DCB45" w14:textId="77777777" w:rsidR="00302D64" w:rsidRDefault="00000000">
            <w:pPr>
              <w:spacing w:after="60" w:line="245" w:lineRule="auto"/>
            </w:pPr>
            <w:r>
              <w:rPr>
                <w:b/>
                <w:color w:val="000000"/>
              </w:rPr>
              <w:t>UČNI CILJI</w:t>
            </w:r>
          </w:p>
          <w:p w14:paraId="7D8BFF90" w14:textId="77777777" w:rsidR="00302D64" w:rsidRDefault="00000000">
            <w:pPr>
              <w:spacing w:after="20" w:line="245" w:lineRule="auto"/>
            </w:pPr>
            <w:r>
              <w:rPr>
                <w:b/>
                <w:color w:val="000000"/>
                <w:sz w:val="17"/>
              </w:rPr>
              <w:t>SPLOŠNI</w:t>
            </w:r>
          </w:p>
          <w:p w14:paraId="7ED82DEC" w14:textId="77777777" w:rsidR="00302D64" w:rsidRDefault="00000000">
            <w:pPr>
              <w:pStyle w:val="Oznaenseznam"/>
              <w:spacing w:after="16"/>
            </w:pPr>
            <w:r>
              <w:rPr>
                <w:color w:val="000000"/>
                <w:sz w:val="16"/>
              </w:rPr>
              <w:t>razvija radovednost ter sistematično opazuje, primerja, razvršča in sporoča ugotovitve</w:t>
            </w:r>
          </w:p>
          <w:p w14:paraId="4666A541" w14:textId="77777777" w:rsidR="00302D64" w:rsidRDefault="00000000">
            <w:pPr>
              <w:pStyle w:val="Oznaenseznam"/>
              <w:spacing w:after="16"/>
            </w:pPr>
            <w:r>
              <w:rPr>
                <w:color w:val="000000"/>
                <w:sz w:val="16"/>
              </w:rPr>
              <w:t>sodeluje, posluša druge in svoja opažanja izraža na razvojno primeren način</w:t>
            </w:r>
          </w:p>
          <w:p w14:paraId="6ADE8574" w14:textId="77777777" w:rsidR="00302D64" w:rsidRDefault="00000000">
            <w:pPr>
              <w:pStyle w:val="Oznaenseznam"/>
              <w:spacing w:after="16"/>
            </w:pPr>
            <w:r>
              <w:rPr>
                <w:color w:val="000000"/>
                <w:sz w:val="16"/>
              </w:rPr>
              <w:t>ravna varno, odgovorno in skrbno do sebe, drugih ter okolja</w:t>
            </w:r>
          </w:p>
          <w:p w14:paraId="75B2A0FC" w14:textId="77777777" w:rsidR="00302D64" w:rsidRDefault="00000000">
            <w:pPr>
              <w:pStyle w:val="Oznaenseznam"/>
              <w:spacing w:after="16"/>
            </w:pPr>
            <w:r>
              <w:rPr>
                <w:color w:val="000000"/>
                <w:sz w:val="16"/>
              </w:rPr>
              <w:t>ob kriterijih spremlja svoje učenje in sprejema opisno povratno informacijo</w:t>
            </w:r>
          </w:p>
          <w:p w14:paraId="60D6C879" w14:textId="77777777" w:rsidR="00302D64" w:rsidRDefault="00000000">
            <w:pPr>
              <w:spacing w:before="40" w:after="20" w:line="245" w:lineRule="auto"/>
            </w:pPr>
            <w:r>
              <w:rPr>
                <w:b/>
                <w:color w:val="000000"/>
                <w:sz w:val="17"/>
              </w:rPr>
              <w:t>OPERATIVNI</w:t>
            </w:r>
          </w:p>
          <w:p w14:paraId="2AD5BD93" w14:textId="77777777" w:rsidR="00302D64" w:rsidRDefault="00000000">
            <w:pPr>
              <w:pStyle w:val="Oznaenseznam"/>
              <w:spacing w:after="16"/>
            </w:pPr>
            <w:r>
              <w:rPr>
                <w:color w:val="000000"/>
                <w:sz w:val="16"/>
              </w:rPr>
              <w:t>načrtuje izdelek</w:t>
            </w:r>
          </w:p>
          <w:p w14:paraId="64D66E4B" w14:textId="77777777" w:rsidR="00302D64" w:rsidRDefault="00000000">
            <w:pPr>
              <w:pStyle w:val="Oznaenseznam"/>
              <w:spacing w:after="16"/>
            </w:pPr>
            <w:r>
              <w:rPr>
                <w:color w:val="000000"/>
                <w:sz w:val="16"/>
              </w:rPr>
              <w:t>izbere gradivo glede na lastnost</w:t>
            </w:r>
          </w:p>
          <w:p w14:paraId="11520E70" w14:textId="77777777" w:rsidR="00302D64" w:rsidRDefault="00000000">
            <w:pPr>
              <w:pStyle w:val="Oznaenseznam"/>
              <w:spacing w:after="16"/>
            </w:pPr>
            <w:r>
              <w:rPr>
                <w:color w:val="000000"/>
                <w:sz w:val="16"/>
              </w:rPr>
              <w:t>preizkusi in izboljša rešitev</w:t>
            </w:r>
          </w:p>
          <w:p w14:paraId="14009457" w14:textId="77777777" w:rsidR="00302D64" w:rsidRDefault="00000000">
            <w:pPr>
              <w:spacing w:before="40" w:after="20" w:line="245" w:lineRule="auto"/>
            </w:pPr>
            <w:r>
              <w:rPr>
                <w:b/>
                <w:color w:val="000000"/>
                <w:sz w:val="17"/>
              </w:rPr>
              <w:t>PRIČAKOVANI DOSEŽKI / STANDARDI</w:t>
            </w:r>
          </w:p>
          <w:p w14:paraId="7547832D" w14:textId="77777777" w:rsidR="00302D64" w:rsidRDefault="00000000">
            <w:pPr>
              <w:pStyle w:val="Oznaenseznam"/>
              <w:spacing w:after="16"/>
            </w:pPr>
            <w:r>
              <w:rPr>
                <w:color w:val="000000"/>
                <w:sz w:val="16"/>
              </w:rPr>
              <w:t>ob konkretni ali slikovni opori načrtuje izdelek</w:t>
            </w:r>
          </w:p>
          <w:p w14:paraId="538050AE" w14:textId="77777777" w:rsidR="00302D64" w:rsidRDefault="00000000">
            <w:pPr>
              <w:pStyle w:val="Oznaenseznam"/>
              <w:spacing w:after="16"/>
            </w:pPr>
            <w:r>
              <w:rPr>
                <w:color w:val="000000"/>
                <w:sz w:val="16"/>
              </w:rPr>
              <w:t>ob konkretni ali slikovni opori izbere gradivo glede na lastnost</w:t>
            </w:r>
          </w:p>
          <w:p w14:paraId="7CA3FC72" w14:textId="77777777" w:rsidR="00302D64" w:rsidRDefault="00000000">
            <w:pPr>
              <w:pStyle w:val="Oznaenseznam"/>
              <w:spacing w:after="16"/>
            </w:pPr>
            <w:r>
              <w:rPr>
                <w:color w:val="000000"/>
                <w:sz w:val="16"/>
              </w:rPr>
              <w:t>ob konkretni ali slikovni opori preizkusi in izboljša rešitev</w:t>
            </w:r>
          </w:p>
        </w:tc>
        <w:tc>
          <w:tcPr>
            <w:tcW w:w="7087" w:type="dxa"/>
            <w:tcMar>
              <w:top w:w="70" w:type="dxa"/>
              <w:left w:w="90" w:type="dxa"/>
              <w:bottom w:w="70" w:type="dxa"/>
              <w:right w:w="90" w:type="dxa"/>
            </w:tcMar>
          </w:tcPr>
          <w:p w14:paraId="3A18AE6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66D92F8" w14:textId="77777777">
              <w:trPr>
                <w:jc w:val="center"/>
              </w:trPr>
              <w:tc>
                <w:tcPr>
                  <w:tcW w:w="7087" w:type="dxa"/>
                  <w:shd w:val="clear" w:color="auto" w:fill="C6E7F3"/>
                  <w:tcMar>
                    <w:top w:w="45" w:type="dxa"/>
                    <w:left w:w="70" w:type="dxa"/>
                    <w:bottom w:w="45" w:type="dxa"/>
                    <w:right w:w="70" w:type="dxa"/>
                  </w:tcMar>
                </w:tcPr>
                <w:p w14:paraId="5FE8861B" w14:textId="77777777" w:rsidR="00302D64" w:rsidRDefault="00000000">
                  <w:pPr>
                    <w:keepNext/>
                  </w:pPr>
                  <w:r>
                    <w:rPr>
                      <w:b/>
                      <w:color w:val="000000"/>
                    </w:rPr>
                    <w:t>UVODNI DEL – motivacija, aktivacija predznanja in namen učenja (15–20 min)</w:t>
                  </w:r>
                </w:p>
              </w:tc>
            </w:tr>
          </w:tbl>
          <w:p w14:paraId="64AC3A23" w14:textId="77777777" w:rsidR="00302D64" w:rsidRDefault="00302D64">
            <w:pPr>
              <w:spacing w:line="20" w:lineRule="exact"/>
            </w:pPr>
          </w:p>
          <w:p w14:paraId="3E3F4F45" w14:textId="77777777" w:rsidR="00302D64" w:rsidRDefault="00000000">
            <w:pPr>
              <w:spacing w:before="40" w:after="60" w:line="245" w:lineRule="auto"/>
            </w:pPr>
            <w:r>
              <w:rPr>
                <w:color w:val="000000"/>
                <w:sz w:val="17"/>
              </w:rPr>
              <w:t>Klobuk gospoda Konstantina ima težavo: ne stoji, prepušča kapljice ali se trga. Učenci najprej določijo, katero lastnost mora imeti dobra rešitev.</w:t>
            </w:r>
          </w:p>
          <w:tbl>
            <w:tblPr>
              <w:tblStyle w:val="Tabelamrea"/>
              <w:tblW w:w="0" w:type="auto"/>
              <w:jc w:val="center"/>
              <w:tblLayout w:type="fixed"/>
              <w:tblLook w:val="04A0" w:firstRow="1" w:lastRow="0" w:firstColumn="1" w:lastColumn="0" w:noHBand="0" w:noVBand="1"/>
            </w:tblPr>
            <w:tblGrid>
              <w:gridCol w:w="7087"/>
            </w:tblGrid>
            <w:tr w:rsidR="00302D64" w14:paraId="70907ACA" w14:textId="77777777">
              <w:trPr>
                <w:jc w:val="center"/>
              </w:trPr>
              <w:tc>
                <w:tcPr>
                  <w:tcW w:w="7087" w:type="dxa"/>
                  <w:shd w:val="clear" w:color="auto" w:fill="EDC9EA"/>
                  <w:tcMar>
                    <w:top w:w="45" w:type="dxa"/>
                    <w:left w:w="70" w:type="dxa"/>
                    <w:bottom w:w="45" w:type="dxa"/>
                    <w:right w:w="70" w:type="dxa"/>
                  </w:tcMar>
                </w:tcPr>
                <w:p w14:paraId="1DD0DBE4" w14:textId="77777777" w:rsidR="00302D64" w:rsidRDefault="00000000">
                  <w:pPr>
                    <w:keepNext/>
                  </w:pPr>
                  <w:r>
                    <w:rPr>
                      <w:b/>
                      <w:color w:val="000000"/>
                    </w:rPr>
                    <w:t>NAMENI UČENJA</w:t>
                  </w:r>
                </w:p>
              </w:tc>
            </w:tr>
          </w:tbl>
          <w:p w14:paraId="71C383BA" w14:textId="77777777" w:rsidR="00302D64" w:rsidRDefault="00302D64">
            <w:pPr>
              <w:spacing w:line="20" w:lineRule="exact"/>
            </w:pPr>
          </w:p>
          <w:p w14:paraId="74A16995" w14:textId="77777777" w:rsidR="00302D64" w:rsidRDefault="00000000">
            <w:pPr>
              <w:spacing w:before="20" w:after="20" w:line="245" w:lineRule="auto"/>
            </w:pPr>
            <w:r>
              <w:rPr>
                <w:color w:val="000000"/>
                <w:sz w:val="16"/>
              </w:rPr>
              <w:t>Učimo se zato, da bomo lažje razumeli in odgovorno uporabili znanje v vsakdanjih situacijah.</w:t>
            </w:r>
          </w:p>
          <w:p w14:paraId="6F5C726F" w14:textId="77777777" w:rsidR="00302D64" w:rsidRDefault="00000000">
            <w:pPr>
              <w:pStyle w:val="Oznaenseznam"/>
              <w:spacing w:after="16"/>
            </w:pPr>
            <w:r>
              <w:rPr>
                <w:color w:val="000000"/>
                <w:sz w:val="16"/>
              </w:rPr>
              <w:t>načrtujem izdelek</w:t>
            </w:r>
          </w:p>
          <w:p w14:paraId="489F0F86" w14:textId="77777777" w:rsidR="00302D64" w:rsidRDefault="00000000">
            <w:pPr>
              <w:pStyle w:val="Oznaenseznam"/>
              <w:spacing w:after="16"/>
            </w:pPr>
            <w:r>
              <w:rPr>
                <w:color w:val="000000"/>
                <w:sz w:val="16"/>
              </w:rPr>
              <w:t>izberem gradivo glede na lastnost</w:t>
            </w:r>
          </w:p>
          <w:p w14:paraId="1923639F" w14:textId="77777777" w:rsidR="00302D64" w:rsidRDefault="00000000">
            <w:pPr>
              <w:pStyle w:val="Oznaenseznam"/>
              <w:spacing w:after="16"/>
            </w:pPr>
            <w:r>
              <w:rPr>
                <w:color w:val="000000"/>
                <w:sz w:val="16"/>
              </w:rPr>
              <w:t>preizkusim in izboljša rešitev</w:t>
            </w:r>
          </w:p>
          <w:tbl>
            <w:tblPr>
              <w:tblStyle w:val="Tabelamrea"/>
              <w:tblW w:w="0" w:type="auto"/>
              <w:jc w:val="center"/>
              <w:tblLayout w:type="fixed"/>
              <w:tblLook w:val="04A0" w:firstRow="1" w:lastRow="0" w:firstColumn="1" w:lastColumn="0" w:noHBand="0" w:noVBand="1"/>
            </w:tblPr>
            <w:tblGrid>
              <w:gridCol w:w="7087"/>
            </w:tblGrid>
            <w:tr w:rsidR="00302D64" w14:paraId="1C89E43E" w14:textId="77777777">
              <w:trPr>
                <w:jc w:val="center"/>
              </w:trPr>
              <w:tc>
                <w:tcPr>
                  <w:tcW w:w="7087" w:type="dxa"/>
                  <w:shd w:val="clear" w:color="auto" w:fill="EDC9EA"/>
                  <w:tcMar>
                    <w:top w:w="45" w:type="dxa"/>
                    <w:left w:w="70" w:type="dxa"/>
                    <w:bottom w:w="45" w:type="dxa"/>
                    <w:right w:w="70" w:type="dxa"/>
                  </w:tcMar>
                </w:tcPr>
                <w:p w14:paraId="7DB1795D" w14:textId="77777777" w:rsidR="00302D64" w:rsidRDefault="00000000">
                  <w:pPr>
                    <w:keepNext/>
                  </w:pPr>
                  <w:r>
                    <w:rPr>
                      <w:b/>
                      <w:color w:val="000000"/>
                    </w:rPr>
                    <w:t>PREVERJANJE PREDZNANJA</w:t>
                  </w:r>
                </w:p>
              </w:tc>
            </w:tr>
          </w:tbl>
          <w:p w14:paraId="7105D0F3" w14:textId="77777777" w:rsidR="00302D64" w:rsidRDefault="00302D64">
            <w:pPr>
              <w:spacing w:line="20" w:lineRule="exact"/>
            </w:pPr>
          </w:p>
          <w:p w14:paraId="072DDD7C" w14:textId="77777777" w:rsidR="00302D64" w:rsidRDefault="00000000">
            <w:pPr>
              <w:pStyle w:val="Oznaenseznam"/>
              <w:spacing w:after="16"/>
            </w:pPr>
            <w:r>
              <w:rPr>
                <w:color w:val="000000"/>
                <w:sz w:val="16"/>
              </w:rPr>
              <w:t>Zakaj so predmeti narejeni iz različnih materialov?</w:t>
            </w:r>
          </w:p>
          <w:p w14:paraId="0596A469" w14:textId="77777777" w:rsidR="00302D64" w:rsidRDefault="00000000">
            <w:pPr>
              <w:pStyle w:val="Oznaenseznam"/>
              <w:spacing w:after="16"/>
            </w:pPr>
            <w:r>
              <w:rPr>
                <w:color w:val="000000"/>
                <w:sz w:val="16"/>
              </w:rPr>
              <w:t>Kako mi načrt in kriteriji pomagajo izboljšati izdelek?</w:t>
            </w:r>
          </w:p>
          <w:p w14:paraId="7F2DF2C2"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0C5FB665" w14:textId="77777777">
              <w:trPr>
                <w:jc w:val="center"/>
              </w:trPr>
              <w:tc>
                <w:tcPr>
                  <w:tcW w:w="7087" w:type="dxa"/>
                  <w:shd w:val="clear" w:color="auto" w:fill="EDC9EA"/>
                  <w:tcMar>
                    <w:top w:w="45" w:type="dxa"/>
                    <w:left w:w="70" w:type="dxa"/>
                    <w:bottom w:w="45" w:type="dxa"/>
                    <w:right w:w="70" w:type="dxa"/>
                  </w:tcMar>
                </w:tcPr>
                <w:p w14:paraId="20C6F989" w14:textId="77777777" w:rsidR="00302D64" w:rsidRDefault="00000000">
                  <w:pPr>
                    <w:keepNext/>
                  </w:pPr>
                  <w:r>
                    <w:rPr>
                      <w:b/>
                      <w:color w:val="000000"/>
                    </w:rPr>
                    <w:t>KRITERIJI USPEŠNOSTI</w:t>
                  </w:r>
                </w:p>
              </w:tc>
            </w:tr>
          </w:tbl>
          <w:p w14:paraId="4EE4E7F4" w14:textId="77777777" w:rsidR="00302D64" w:rsidRDefault="00302D64"/>
          <w:p w14:paraId="3EA35C60" w14:textId="77777777" w:rsidR="00302D64" w:rsidRDefault="00000000">
            <w:pPr>
              <w:spacing w:before="20" w:after="20" w:line="245" w:lineRule="auto"/>
            </w:pPr>
            <w:r>
              <w:rPr>
                <w:b/>
                <w:color w:val="000000"/>
                <w:sz w:val="16"/>
              </w:rPr>
              <w:t>Uspešen/-na bom, ko:</w:t>
            </w:r>
          </w:p>
          <w:p w14:paraId="1C1B9576" w14:textId="77777777" w:rsidR="00302D64" w:rsidRDefault="00000000">
            <w:pPr>
              <w:pStyle w:val="Oznaenseznam"/>
              <w:spacing w:after="16"/>
            </w:pPr>
            <w:r>
              <w:rPr>
                <w:color w:val="000000"/>
                <w:sz w:val="16"/>
              </w:rPr>
              <w:t>načrtujem izdelek</w:t>
            </w:r>
          </w:p>
          <w:p w14:paraId="69418763" w14:textId="77777777" w:rsidR="00302D64" w:rsidRDefault="00000000">
            <w:pPr>
              <w:pStyle w:val="Oznaenseznam"/>
              <w:spacing w:after="16"/>
            </w:pPr>
            <w:r>
              <w:rPr>
                <w:color w:val="000000"/>
                <w:sz w:val="16"/>
              </w:rPr>
              <w:t>izberem gradivo glede na lastnost</w:t>
            </w:r>
          </w:p>
          <w:p w14:paraId="11F3D1A9" w14:textId="77777777" w:rsidR="00302D64" w:rsidRDefault="00000000">
            <w:pPr>
              <w:pStyle w:val="Oznaenseznam"/>
              <w:spacing w:after="16"/>
            </w:pPr>
            <w:r>
              <w:rPr>
                <w:color w:val="000000"/>
                <w:sz w:val="16"/>
              </w:rPr>
              <w:t>preizkusim in izboljša rešitev</w:t>
            </w:r>
          </w:p>
          <w:p w14:paraId="51BEFB10"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6B27745" w14:textId="77777777" w:rsidR="00302D64" w:rsidRDefault="00302D64"/>
          <w:p w14:paraId="27965F78" w14:textId="77777777" w:rsidR="00302D64" w:rsidRDefault="00000000">
            <w:pPr>
              <w:spacing w:after="80" w:line="245" w:lineRule="auto"/>
            </w:pPr>
            <w:r>
              <w:rPr>
                <w:color w:val="000000"/>
                <w:sz w:val="16"/>
              </w:rPr>
              <w:t>Posluša ali opazuje književno oziroma predmetno izhodišče ter se vključi z gibom, sliko ali besedo.</w:t>
            </w:r>
          </w:p>
          <w:p w14:paraId="4ED94A6C" w14:textId="77777777" w:rsidR="00302D64" w:rsidRDefault="00000000">
            <w:pPr>
              <w:spacing w:after="80" w:line="245" w:lineRule="auto"/>
            </w:pPr>
            <w:r>
              <w:rPr>
                <w:color w:val="000000"/>
                <w:sz w:val="16"/>
              </w:rPr>
              <w:t>Pove, pokaže ali nariše, kaj že ve. Posluša zamisli drugih.</w:t>
            </w:r>
          </w:p>
          <w:p w14:paraId="0108E42F" w14:textId="77777777" w:rsidR="00302D64" w:rsidRDefault="00000000">
            <w:pPr>
              <w:spacing w:after="100" w:line="245" w:lineRule="auto"/>
            </w:pPr>
            <w:r>
              <w:rPr>
                <w:color w:val="000000"/>
                <w:sz w:val="16"/>
              </w:rPr>
              <w:t>Sodeluje pri razumevanju namenov in kriterijev uspešnosti.</w:t>
            </w:r>
          </w:p>
          <w:p w14:paraId="4D269579" w14:textId="77777777" w:rsidR="00302D64" w:rsidRDefault="00000000">
            <w:pPr>
              <w:spacing w:after="20" w:line="245" w:lineRule="auto"/>
            </w:pPr>
            <w:r>
              <w:rPr>
                <w:b/>
                <w:color w:val="D95BC6"/>
                <w:sz w:val="17"/>
              </w:rPr>
              <w:t>DOKAZ O UČENJU</w:t>
            </w:r>
          </w:p>
          <w:p w14:paraId="5C4117DA" w14:textId="77777777" w:rsidR="00302D64" w:rsidRDefault="00000000">
            <w:pPr>
              <w:spacing w:after="30" w:line="245" w:lineRule="auto"/>
            </w:pPr>
            <w:r>
              <w:rPr>
                <w:color w:val="D95BC6"/>
                <w:sz w:val="16"/>
              </w:rPr>
              <w:t>začetna zamisel, razvrstitev, risba ali ustni odgovor</w:t>
            </w:r>
          </w:p>
        </w:tc>
      </w:tr>
    </w:tbl>
    <w:p w14:paraId="62FB447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134E57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C7EC77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B74DEB" w14:textId="77777777" w:rsidR="00302D64" w:rsidRDefault="00000000">
            <w:pPr>
              <w:jc w:val="center"/>
            </w:pPr>
            <w:r>
              <w:rPr>
                <w:b/>
                <w:color w:val="000000"/>
                <w:sz w:val="20"/>
              </w:rPr>
              <w:t>UČNE DEJAVNOSTI, METODE IN FORMATIVNO SPREMLJANJE</w:t>
            </w:r>
          </w:p>
        </w:tc>
      </w:tr>
      <w:tr w:rsidR="00302D64" w14:paraId="75A123F9" w14:textId="77777777">
        <w:trPr>
          <w:tblHeader/>
          <w:jc w:val="center"/>
        </w:trPr>
        <w:tc>
          <w:tcPr>
            <w:tcW w:w="4422" w:type="dxa"/>
            <w:vMerge/>
            <w:tcMar>
              <w:top w:w="70" w:type="dxa"/>
              <w:left w:w="90" w:type="dxa"/>
              <w:bottom w:w="70" w:type="dxa"/>
              <w:right w:w="90" w:type="dxa"/>
            </w:tcMar>
            <w:vAlign w:val="center"/>
          </w:tcPr>
          <w:p w14:paraId="25550AA9" w14:textId="77777777" w:rsidR="00302D64" w:rsidRDefault="00302D64"/>
        </w:tc>
        <w:tc>
          <w:tcPr>
            <w:tcW w:w="7087" w:type="dxa"/>
            <w:shd w:val="clear" w:color="auto" w:fill="FFFFFF"/>
            <w:tcMar>
              <w:top w:w="70" w:type="dxa"/>
              <w:left w:w="90" w:type="dxa"/>
              <w:bottom w:w="70" w:type="dxa"/>
              <w:right w:w="90" w:type="dxa"/>
            </w:tcMar>
            <w:vAlign w:val="center"/>
          </w:tcPr>
          <w:p w14:paraId="4A86C0D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EA11B4D" w14:textId="77777777" w:rsidR="00302D64" w:rsidRDefault="00000000">
            <w:pPr>
              <w:jc w:val="center"/>
            </w:pPr>
            <w:r>
              <w:rPr>
                <w:b/>
                <w:color w:val="000000"/>
              </w:rPr>
              <w:t>UČENEC</w:t>
            </w:r>
          </w:p>
        </w:tc>
      </w:tr>
      <w:tr w:rsidR="00302D64" w14:paraId="645FCB60" w14:textId="77777777">
        <w:trPr>
          <w:jc w:val="center"/>
        </w:trPr>
        <w:tc>
          <w:tcPr>
            <w:tcW w:w="4422" w:type="dxa"/>
            <w:tcMar>
              <w:top w:w="70" w:type="dxa"/>
              <w:left w:w="90" w:type="dxa"/>
              <w:bottom w:w="70" w:type="dxa"/>
              <w:right w:w="90" w:type="dxa"/>
            </w:tcMar>
          </w:tcPr>
          <w:p w14:paraId="41EE00D7" w14:textId="77777777" w:rsidR="00302D64" w:rsidRDefault="00302D64"/>
          <w:p w14:paraId="62A31BD5" w14:textId="77777777" w:rsidR="00302D64" w:rsidRDefault="00000000">
            <w:pPr>
              <w:spacing w:after="40" w:line="245" w:lineRule="auto"/>
            </w:pPr>
            <w:r>
              <w:rPr>
                <w:b/>
                <w:color w:val="000000"/>
              </w:rPr>
              <w:t>KLJUČNI POJMI</w:t>
            </w:r>
          </w:p>
          <w:p w14:paraId="266FB184" w14:textId="77777777" w:rsidR="00302D64" w:rsidRDefault="00000000">
            <w:pPr>
              <w:spacing w:after="80" w:line="245" w:lineRule="auto"/>
            </w:pPr>
            <w:r>
              <w:rPr>
                <w:color w:val="000000"/>
                <w:sz w:val="16"/>
              </w:rPr>
              <w:t>material, lastnost, namen, načrt, sestavni del, orodje, izdelek, preskus, kriterij, izboljšava</w:t>
            </w:r>
          </w:p>
          <w:p w14:paraId="25F9E773" w14:textId="77777777" w:rsidR="00302D64" w:rsidRDefault="00000000">
            <w:pPr>
              <w:spacing w:after="20" w:line="245" w:lineRule="auto"/>
            </w:pPr>
            <w:r>
              <w:rPr>
                <w:b/>
                <w:color w:val="000000"/>
              </w:rPr>
              <w:t>DOKAZI O UČENJU</w:t>
            </w:r>
          </w:p>
          <w:p w14:paraId="7F310017" w14:textId="77777777" w:rsidR="00302D64" w:rsidRDefault="00000000">
            <w:pPr>
              <w:pStyle w:val="Oznaenseznam"/>
              <w:spacing w:after="16"/>
            </w:pPr>
            <w:r>
              <w:rPr>
                <w:color w:val="000000"/>
                <w:sz w:val="16"/>
              </w:rPr>
              <w:t>načrt z utemeljeno izbiro materiala</w:t>
            </w:r>
          </w:p>
          <w:p w14:paraId="15DD5FFA" w14:textId="77777777" w:rsidR="00302D64" w:rsidRDefault="00000000">
            <w:pPr>
              <w:pStyle w:val="Oznaenseznam"/>
              <w:spacing w:after="16"/>
            </w:pPr>
            <w:r>
              <w:rPr>
                <w:color w:val="000000"/>
                <w:sz w:val="16"/>
              </w:rPr>
              <w:t>izdelek pred in po izboljšavi</w:t>
            </w:r>
          </w:p>
          <w:p w14:paraId="68B7C9C4" w14:textId="77777777" w:rsidR="00302D64" w:rsidRDefault="00000000">
            <w:pPr>
              <w:spacing w:before="40" w:after="20" w:line="245" w:lineRule="auto"/>
            </w:pPr>
            <w:r>
              <w:rPr>
                <w:b/>
                <w:color w:val="000000"/>
              </w:rPr>
              <w:t>MEDPREDMETNA POVEZAVA</w:t>
            </w:r>
          </w:p>
          <w:p w14:paraId="6DC45D23" w14:textId="77777777" w:rsidR="00302D64" w:rsidRDefault="00000000">
            <w:pPr>
              <w:spacing w:after="60" w:line="245" w:lineRule="auto"/>
            </w:pPr>
            <w:r>
              <w:rPr>
                <w:color w:val="000000"/>
                <w:sz w:val="16"/>
              </w:rPr>
              <w:t>LUM – oblikovanje; MAT – merjenje in geometrijske oblike; SLJ – opis postopka; SPO/TEHNIKA – lastnosti materialov</w:t>
            </w:r>
          </w:p>
          <w:p w14:paraId="2135E800" w14:textId="77777777" w:rsidR="00302D64" w:rsidRDefault="00000000">
            <w:pPr>
              <w:spacing w:after="20" w:line="245" w:lineRule="auto"/>
            </w:pPr>
            <w:r>
              <w:rPr>
                <w:b/>
                <w:color w:val="000000"/>
              </w:rPr>
              <w:t>POUČEVANJE V GIBANJU</w:t>
            </w:r>
          </w:p>
          <w:p w14:paraId="2C120B36"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4B44EDD5" w14:textId="77777777" w:rsidR="00302D64" w:rsidRDefault="00000000">
            <w:pPr>
              <w:spacing w:after="20" w:line="245" w:lineRule="auto"/>
            </w:pPr>
            <w:r>
              <w:rPr>
                <w:b/>
                <w:color w:val="000000"/>
              </w:rPr>
              <w:t>UČENJE PO ŠTIRIH POSTAJAH</w:t>
            </w:r>
          </w:p>
          <w:p w14:paraId="2E64EEB4"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71263F90" w14:textId="77777777" w:rsidR="00302D64" w:rsidRDefault="00000000">
            <w:pPr>
              <w:spacing w:after="20" w:line="245" w:lineRule="auto"/>
            </w:pPr>
            <w:r>
              <w:rPr>
                <w:b/>
                <w:color w:val="000000"/>
              </w:rPr>
              <w:t>DIFERENCIACIJA IN VKLJUČEVANJE</w:t>
            </w:r>
          </w:p>
          <w:p w14:paraId="63615EC9" w14:textId="77777777" w:rsidR="00302D64" w:rsidRDefault="00000000">
            <w:pPr>
              <w:spacing w:after="60" w:line="245" w:lineRule="auto"/>
            </w:pPr>
            <w:r>
              <w:rPr>
                <w:color w:val="000000"/>
                <w:sz w:val="16"/>
              </w:rPr>
              <w:t>Na voljo je predloga načrta in že pripravljen material; učenec izbira med dvema spojema; naprednejši načrtuje lasten preskus.</w:t>
            </w:r>
          </w:p>
          <w:p w14:paraId="297E3F61" w14:textId="77777777" w:rsidR="00302D64" w:rsidRDefault="00000000">
            <w:pPr>
              <w:spacing w:after="20" w:line="245" w:lineRule="auto"/>
            </w:pPr>
            <w:r>
              <w:rPr>
                <w:b/>
                <w:color w:val="000000"/>
              </w:rPr>
              <w:t>SPREMLJANJE</w:t>
            </w:r>
          </w:p>
          <w:p w14:paraId="6B523777"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C26B828"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4E60252" w14:textId="77777777">
              <w:trPr>
                <w:jc w:val="center"/>
              </w:trPr>
              <w:tc>
                <w:tcPr>
                  <w:tcW w:w="7087" w:type="dxa"/>
                  <w:shd w:val="clear" w:color="auto" w:fill="C6E7F3"/>
                  <w:tcMar>
                    <w:top w:w="45" w:type="dxa"/>
                    <w:left w:w="70" w:type="dxa"/>
                    <w:bottom w:w="45" w:type="dxa"/>
                    <w:right w:w="70" w:type="dxa"/>
                  </w:tcMar>
                </w:tcPr>
                <w:p w14:paraId="0473ADFA" w14:textId="77777777" w:rsidR="00302D64" w:rsidRDefault="00000000">
                  <w:pPr>
                    <w:keepNext/>
                  </w:pPr>
                  <w:r>
                    <w:t>GLAVNI DEL – IZKUŠENJSKO IN POSTAJNO UČENJE (2 šolski uri)</w:t>
                  </w:r>
                </w:p>
              </w:tc>
            </w:tr>
          </w:tbl>
          <w:p w14:paraId="66F3EDF6" w14:textId="77777777" w:rsidR="00302D64" w:rsidRDefault="00302D64">
            <w:pPr>
              <w:spacing w:line="20" w:lineRule="exact"/>
            </w:pPr>
          </w:p>
          <w:p w14:paraId="36FCDEF8" w14:textId="77777777" w:rsidR="00302D64" w:rsidRDefault="00000000">
            <w:pPr>
              <w:keepNext/>
              <w:spacing w:before="60" w:after="20" w:line="245" w:lineRule="auto"/>
            </w:pPr>
            <w:r>
              <w:rPr>
                <w:b/>
                <w:color w:val="000000"/>
              </w:rPr>
              <w:t>1. URA – Preizkus materialov in načrt</w:t>
            </w:r>
          </w:p>
          <w:p w14:paraId="1E029973" w14:textId="77777777" w:rsidR="00302D64" w:rsidRDefault="00000000">
            <w:pPr>
              <w:spacing w:after="20" w:line="245" w:lineRule="auto"/>
            </w:pPr>
            <w:r>
              <w:rPr>
                <w:b/>
                <w:color w:val="000000"/>
                <w:sz w:val="16"/>
              </w:rPr>
              <w:t xml:space="preserve">Dejavnost učiteljice: </w:t>
            </w:r>
            <w:r>
              <w:rPr>
                <w:color w:val="000000"/>
                <w:sz w:val="16"/>
              </w:rPr>
              <w:t>Ponudi papir, karton, blago, folijo in vrvico ter vodi preizkuse prožnosti, trdnosti in prepuščanja kapljic.</w:t>
            </w:r>
          </w:p>
          <w:p w14:paraId="64C5A3F2" w14:textId="77777777" w:rsidR="00302D64" w:rsidRDefault="00000000">
            <w:pPr>
              <w:spacing w:after="20" w:line="245" w:lineRule="auto"/>
            </w:pPr>
            <w:r>
              <w:rPr>
                <w:b/>
                <w:color w:val="000000"/>
                <w:sz w:val="16"/>
              </w:rPr>
              <w:t xml:space="preserve">Dejavnost učencev: </w:t>
            </w:r>
            <w:r>
              <w:rPr>
                <w:color w:val="000000"/>
                <w:sz w:val="16"/>
              </w:rPr>
              <w:t>Izberejo material glede na namen, narišejo načrt in označijo dele izdelka.</w:t>
            </w:r>
          </w:p>
          <w:p w14:paraId="0D2F6C95" w14:textId="77777777" w:rsidR="00302D64" w:rsidRDefault="00000000">
            <w:pPr>
              <w:spacing w:after="40" w:line="245" w:lineRule="auto"/>
            </w:pPr>
            <w:r>
              <w:rPr>
                <w:i/>
                <w:color w:val="D95BC6"/>
                <w:sz w:val="16"/>
              </w:rPr>
              <w:t>Predvideni dokaz: načrt z utemeljeno izbiro materiala.</w:t>
            </w:r>
          </w:p>
          <w:p w14:paraId="6F6558A8" w14:textId="77777777" w:rsidR="00302D64" w:rsidRDefault="00000000">
            <w:pPr>
              <w:keepNext/>
              <w:spacing w:before="60" w:after="20" w:line="245" w:lineRule="auto"/>
            </w:pPr>
            <w:r>
              <w:rPr>
                <w:b/>
                <w:color w:val="000000"/>
              </w:rPr>
              <w:t>2. URA – Izdelaj – preskusi – izboljšaj</w:t>
            </w:r>
          </w:p>
          <w:p w14:paraId="1E071EA4" w14:textId="77777777" w:rsidR="00302D64" w:rsidRDefault="00000000">
            <w:pPr>
              <w:spacing w:after="20" w:line="245" w:lineRule="auto"/>
            </w:pPr>
            <w:r>
              <w:rPr>
                <w:b/>
                <w:color w:val="000000"/>
                <w:sz w:val="16"/>
              </w:rPr>
              <w:t xml:space="preserve">Dejavnost učiteljice: </w:t>
            </w:r>
            <w:r>
              <w:rPr>
                <w:color w:val="000000"/>
                <w:sz w:val="16"/>
              </w:rPr>
              <w:t>Modelira varno uporabo orodij in daje opisno povratno informacijo glede na kriterije uporabnost, trdnost in urejenost.</w:t>
            </w:r>
          </w:p>
          <w:p w14:paraId="122F4BED" w14:textId="77777777" w:rsidR="00302D64" w:rsidRDefault="00000000">
            <w:pPr>
              <w:spacing w:after="20" w:line="245" w:lineRule="auto"/>
            </w:pPr>
            <w:r>
              <w:rPr>
                <w:b/>
                <w:color w:val="000000"/>
                <w:sz w:val="16"/>
              </w:rPr>
              <w:t xml:space="preserve">Dejavnost učencev: </w:t>
            </w:r>
            <w:r>
              <w:rPr>
                <w:color w:val="000000"/>
                <w:sz w:val="16"/>
              </w:rPr>
              <w:t>Izdelajo klobuk ali zaščito za predmet, ga preskusijo, sprejmejo povratno informacijo in izboljšajo.</w:t>
            </w:r>
          </w:p>
          <w:p w14:paraId="3B808E7A" w14:textId="77777777" w:rsidR="00302D64" w:rsidRDefault="00000000">
            <w:pPr>
              <w:spacing w:after="40" w:line="245" w:lineRule="auto"/>
            </w:pPr>
            <w:r>
              <w:rPr>
                <w:i/>
                <w:color w:val="D95BC6"/>
                <w:sz w:val="16"/>
              </w:rPr>
              <w:t>Predvideni dokaz: izdelek pred in po izboljšavi.</w:t>
            </w:r>
          </w:p>
          <w:tbl>
            <w:tblPr>
              <w:tblStyle w:val="Tabelamrea"/>
              <w:tblW w:w="0" w:type="auto"/>
              <w:jc w:val="center"/>
              <w:tblLayout w:type="fixed"/>
              <w:tblLook w:val="04A0" w:firstRow="1" w:lastRow="0" w:firstColumn="1" w:lastColumn="0" w:noHBand="0" w:noVBand="1"/>
            </w:tblPr>
            <w:tblGrid>
              <w:gridCol w:w="7087"/>
            </w:tblGrid>
            <w:tr w:rsidR="00302D64" w14:paraId="25A7206A" w14:textId="77777777">
              <w:trPr>
                <w:jc w:val="center"/>
              </w:trPr>
              <w:tc>
                <w:tcPr>
                  <w:tcW w:w="7087" w:type="dxa"/>
                  <w:shd w:val="clear" w:color="auto" w:fill="EDC9EA"/>
                  <w:tcMar>
                    <w:top w:w="45" w:type="dxa"/>
                    <w:left w:w="70" w:type="dxa"/>
                    <w:bottom w:w="45" w:type="dxa"/>
                    <w:right w:w="70" w:type="dxa"/>
                  </w:tcMar>
                </w:tcPr>
                <w:p w14:paraId="4DE6ADD2" w14:textId="77777777" w:rsidR="00302D64" w:rsidRDefault="00000000">
                  <w:pPr>
                    <w:keepNext/>
                  </w:pPr>
                  <w:r>
                    <w:rPr>
                      <w:b/>
                      <w:color w:val="000000"/>
                    </w:rPr>
                    <w:t>UČENJE PO ŠTIRIH POSTAJAH (6–8 min na postajo)</w:t>
                  </w:r>
                </w:p>
              </w:tc>
            </w:tr>
          </w:tbl>
          <w:p w14:paraId="17935528"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0A36A06C" w14:textId="77777777" w:rsidR="00302D64" w:rsidRDefault="00000000">
            <w:pPr>
              <w:spacing w:after="20" w:line="245" w:lineRule="auto"/>
            </w:pPr>
            <w:r>
              <w:rPr>
                <w:b/>
                <w:color w:val="000000"/>
                <w:sz w:val="16"/>
              </w:rPr>
              <w:t xml:space="preserve">RAZISKOVALNA POSTAJA – Preizkus materialov in načrt: </w:t>
            </w:r>
            <w:r>
              <w:rPr>
                <w:color w:val="000000"/>
                <w:sz w:val="16"/>
              </w:rPr>
              <w:t>Izberejo material glede na namen, narišejo načrt in označijo dele izdelka.</w:t>
            </w:r>
          </w:p>
          <w:p w14:paraId="6CB50E3F" w14:textId="77777777" w:rsidR="00302D64" w:rsidRDefault="00000000">
            <w:pPr>
              <w:spacing w:after="20" w:line="245" w:lineRule="auto"/>
            </w:pPr>
            <w:r>
              <w:rPr>
                <w:b/>
                <w:color w:val="000000"/>
                <w:sz w:val="16"/>
              </w:rPr>
              <w:t xml:space="preserve">PRAKTIČNA POSTAJA – Izdelaj – preskusi – izboljšaj: </w:t>
            </w:r>
            <w:r>
              <w:rPr>
                <w:color w:val="000000"/>
                <w:sz w:val="16"/>
              </w:rPr>
              <w:t>Izdelajo klobuk ali zaščito za predmet, ga preskusijo, sprejmejo povratno informacijo in izboljšajo.</w:t>
            </w:r>
          </w:p>
          <w:p w14:paraId="78F07DDF"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3D19BEEF" w14:textId="77777777" w:rsidR="00302D64" w:rsidRDefault="00000000">
            <w:pPr>
              <w:spacing w:after="20" w:line="245" w:lineRule="auto"/>
            </w:pPr>
            <w:r>
              <w:rPr>
                <w:b/>
                <w:color w:val="000000"/>
                <w:sz w:val="16"/>
              </w:rPr>
              <w:t xml:space="preserve">POSTAJA DOKAZA IN REFLEKSIJE: </w:t>
            </w:r>
            <w:r>
              <w:rPr>
                <w:color w:val="000000"/>
                <w:sz w:val="16"/>
              </w:rPr>
              <w:t>Izberejo en dokaz (načrt z utemeljeno izbiro materiala, izdelek pred in po izboljšavi),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72B72DFA" w14:textId="77777777">
              <w:trPr>
                <w:jc w:val="center"/>
              </w:trPr>
              <w:tc>
                <w:tcPr>
                  <w:tcW w:w="7087" w:type="dxa"/>
                  <w:shd w:val="clear" w:color="auto" w:fill="EDC9EA"/>
                  <w:tcMar>
                    <w:top w:w="45" w:type="dxa"/>
                    <w:left w:w="70" w:type="dxa"/>
                    <w:bottom w:w="45" w:type="dxa"/>
                    <w:right w:w="70" w:type="dxa"/>
                  </w:tcMar>
                </w:tcPr>
                <w:p w14:paraId="1FBEB875" w14:textId="77777777" w:rsidR="00302D64" w:rsidRDefault="00000000">
                  <w:pPr>
                    <w:keepNext/>
                  </w:pPr>
                  <w:r>
                    <w:rPr>
                      <w:b/>
                      <w:color w:val="000000"/>
                    </w:rPr>
                    <w:t>POVRATNA INFORMACIJA UČITELJICE MED DELOM</w:t>
                  </w:r>
                </w:p>
              </w:tc>
            </w:tr>
          </w:tbl>
          <w:p w14:paraId="786BC8FA" w14:textId="77777777" w:rsidR="00302D64" w:rsidRDefault="00302D64"/>
          <w:p w14:paraId="5A0A1415"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4FB14DCF" w14:textId="77777777" w:rsidR="00302D64" w:rsidRDefault="00302D64"/>
          <w:p w14:paraId="6002D26B" w14:textId="77777777" w:rsidR="00302D64" w:rsidRDefault="00000000">
            <w:pPr>
              <w:spacing w:after="20" w:line="245" w:lineRule="auto"/>
            </w:pPr>
            <w:r>
              <w:rPr>
                <w:b/>
                <w:color w:val="000000"/>
                <w:sz w:val="17"/>
              </w:rPr>
              <w:t>1. URA</w:t>
            </w:r>
          </w:p>
          <w:p w14:paraId="674F3301" w14:textId="77777777" w:rsidR="00302D64" w:rsidRDefault="00000000">
            <w:pPr>
              <w:spacing w:after="40" w:line="245" w:lineRule="auto"/>
            </w:pPr>
            <w:r>
              <w:rPr>
                <w:color w:val="000000"/>
                <w:sz w:val="16"/>
              </w:rPr>
              <w:t>Izberejo material glede na namen, narišejo načrt in označijo dele izdelka.</w:t>
            </w:r>
          </w:p>
          <w:p w14:paraId="646488EC" w14:textId="77777777" w:rsidR="00302D64" w:rsidRDefault="00000000">
            <w:pPr>
              <w:spacing w:line="245" w:lineRule="auto"/>
            </w:pPr>
            <w:r>
              <w:rPr>
                <w:b/>
                <w:color w:val="D95BC6"/>
                <w:sz w:val="16"/>
              </w:rPr>
              <w:t>DOKAZ</w:t>
            </w:r>
          </w:p>
          <w:p w14:paraId="7FE5C496" w14:textId="77777777" w:rsidR="00302D64" w:rsidRDefault="00000000">
            <w:pPr>
              <w:spacing w:after="60" w:line="245" w:lineRule="auto"/>
            </w:pPr>
            <w:r>
              <w:rPr>
                <w:color w:val="D95BC6"/>
                <w:sz w:val="16"/>
              </w:rPr>
              <w:t>načrt z utemeljeno izbiro materiala</w:t>
            </w:r>
          </w:p>
          <w:p w14:paraId="2CB39C30" w14:textId="77777777" w:rsidR="00302D64" w:rsidRDefault="00000000">
            <w:pPr>
              <w:spacing w:after="20" w:line="245" w:lineRule="auto"/>
            </w:pPr>
            <w:r>
              <w:rPr>
                <w:b/>
                <w:color w:val="000000"/>
                <w:sz w:val="17"/>
              </w:rPr>
              <w:t>2. URA</w:t>
            </w:r>
          </w:p>
          <w:p w14:paraId="017BB449" w14:textId="77777777" w:rsidR="00302D64" w:rsidRDefault="00000000">
            <w:pPr>
              <w:spacing w:after="40" w:line="245" w:lineRule="auto"/>
            </w:pPr>
            <w:r>
              <w:rPr>
                <w:color w:val="000000"/>
                <w:sz w:val="16"/>
              </w:rPr>
              <w:t>Izdelajo klobuk ali zaščito za predmet, ga preskusijo, sprejmejo povratno informacijo in izboljšajo.</w:t>
            </w:r>
          </w:p>
          <w:p w14:paraId="01BFF5A4" w14:textId="77777777" w:rsidR="00302D64" w:rsidRDefault="00000000">
            <w:pPr>
              <w:spacing w:line="245" w:lineRule="auto"/>
            </w:pPr>
            <w:r>
              <w:rPr>
                <w:b/>
                <w:color w:val="D95BC6"/>
                <w:sz w:val="16"/>
              </w:rPr>
              <w:t>DOKAZ</w:t>
            </w:r>
          </w:p>
          <w:p w14:paraId="3C3F52FF" w14:textId="77777777" w:rsidR="00302D64" w:rsidRDefault="00000000">
            <w:pPr>
              <w:spacing w:after="60" w:line="245" w:lineRule="auto"/>
            </w:pPr>
            <w:r>
              <w:rPr>
                <w:color w:val="D95BC6"/>
                <w:sz w:val="16"/>
              </w:rPr>
              <w:t>izdelek pred in po izboljšavi</w:t>
            </w:r>
          </w:p>
        </w:tc>
      </w:tr>
    </w:tbl>
    <w:p w14:paraId="4A09FF16"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545377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C8BC75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6AE7A4" w14:textId="77777777" w:rsidR="00302D64" w:rsidRDefault="00000000">
            <w:pPr>
              <w:jc w:val="center"/>
            </w:pPr>
            <w:r>
              <w:rPr>
                <w:b/>
                <w:color w:val="000000"/>
                <w:sz w:val="20"/>
              </w:rPr>
              <w:t>UČNE DEJAVNOSTI, METODE IN FORMATIVNO SPREMLJANJE</w:t>
            </w:r>
          </w:p>
        </w:tc>
      </w:tr>
      <w:tr w:rsidR="00302D64" w14:paraId="6AF260B1" w14:textId="77777777">
        <w:trPr>
          <w:tblHeader/>
          <w:jc w:val="center"/>
        </w:trPr>
        <w:tc>
          <w:tcPr>
            <w:tcW w:w="4422" w:type="dxa"/>
            <w:vMerge/>
            <w:tcMar>
              <w:top w:w="70" w:type="dxa"/>
              <w:left w:w="90" w:type="dxa"/>
              <w:bottom w:w="70" w:type="dxa"/>
              <w:right w:w="90" w:type="dxa"/>
            </w:tcMar>
            <w:vAlign w:val="center"/>
          </w:tcPr>
          <w:p w14:paraId="3B6D0B72" w14:textId="77777777" w:rsidR="00302D64" w:rsidRDefault="00302D64"/>
        </w:tc>
        <w:tc>
          <w:tcPr>
            <w:tcW w:w="7087" w:type="dxa"/>
            <w:shd w:val="clear" w:color="auto" w:fill="FFFFFF"/>
            <w:tcMar>
              <w:top w:w="70" w:type="dxa"/>
              <w:left w:w="90" w:type="dxa"/>
              <w:bottom w:w="70" w:type="dxa"/>
              <w:right w:w="90" w:type="dxa"/>
            </w:tcMar>
            <w:vAlign w:val="center"/>
          </w:tcPr>
          <w:p w14:paraId="615CF7F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6A2B479" w14:textId="77777777" w:rsidR="00302D64" w:rsidRDefault="00000000">
            <w:pPr>
              <w:jc w:val="center"/>
            </w:pPr>
            <w:r>
              <w:rPr>
                <w:b/>
                <w:color w:val="000000"/>
              </w:rPr>
              <w:t>UČENEC</w:t>
            </w:r>
          </w:p>
        </w:tc>
      </w:tr>
      <w:tr w:rsidR="00302D64" w14:paraId="73FBFE34" w14:textId="77777777">
        <w:trPr>
          <w:jc w:val="center"/>
        </w:trPr>
        <w:tc>
          <w:tcPr>
            <w:tcW w:w="4422" w:type="dxa"/>
            <w:tcMar>
              <w:top w:w="70" w:type="dxa"/>
              <w:left w:w="90" w:type="dxa"/>
              <w:bottom w:w="70" w:type="dxa"/>
              <w:right w:w="90" w:type="dxa"/>
            </w:tcMar>
          </w:tcPr>
          <w:p w14:paraId="6F74653A" w14:textId="77777777" w:rsidR="00302D64" w:rsidRDefault="00302D64"/>
          <w:p w14:paraId="5F5C56E2" w14:textId="77777777" w:rsidR="00302D64" w:rsidRDefault="00000000">
            <w:pPr>
              <w:spacing w:after="40" w:line="245" w:lineRule="auto"/>
            </w:pPr>
            <w:r>
              <w:rPr>
                <w:b/>
                <w:color w:val="000000"/>
              </w:rPr>
              <w:t>FORMATIVNO SPREMLJANJE</w:t>
            </w:r>
          </w:p>
          <w:p w14:paraId="747DFCD5" w14:textId="77777777" w:rsidR="00302D64" w:rsidRDefault="00000000">
            <w:pPr>
              <w:pStyle w:val="Oznaenseznam"/>
              <w:spacing w:after="16"/>
            </w:pPr>
            <w:r>
              <w:rPr>
                <w:color w:val="000000"/>
                <w:sz w:val="16"/>
              </w:rPr>
              <w:t>predznanje: začetni odgovor, razvrstitev ali prikaz</w:t>
            </w:r>
          </w:p>
          <w:p w14:paraId="20596454" w14:textId="77777777" w:rsidR="00302D64" w:rsidRDefault="00000000">
            <w:pPr>
              <w:pStyle w:val="Oznaenseznam"/>
              <w:spacing w:after="16"/>
            </w:pPr>
            <w:r>
              <w:rPr>
                <w:color w:val="000000"/>
                <w:sz w:val="16"/>
              </w:rPr>
              <w:t>dokazi med učenjem: izvedba, skica, model, opazovalni zapis ali razlaga</w:t>
            </w:r>
          </w:p>
          <w:p w14:paraId="206AA231" w14:textId="77777777" w:rsidR="00302D64" w:rsidRDefault="00000000">
            <w:pPr>
              <w:pStyle w:val="Oznaenseznam"/>
              <w:spacing w:after="16"/>
            </w:pPr>
            <w:r>
              <w:rPr>
                <w:color w:val="000000"/>
                <w:sz w:val="16"/>
              </w:rPr>
              <w:t>povratna informacija: konkretna, vezana na kriterij in usmerjena v naslednji korak</w:t>
            </w:r>
          </w:p>
          <w:p w14:paraId="35DCE3B4" w14:textId="77777777" w:rsidR="00302D64" w:rsidRDefault="00000000">
            <w:pPr>
              <w:pStyle w:val="Oznaenseznam"/>
              <w:spacing w:after="16"/>
            </w:pPr>
            <w:r>
              <w:rPr>
                <w:color w:val="000000"/>
                <w:sz w:val="16"/>
              </w:rPr>
              <w:t>samovrednotenje: semafor, prsti, izbrani simbol ali kratka poved</w:t>
            </w:r>
          </w:p>
          <w:p w14:paraId="7618492D" w14:textId="77777777" w:rsidR="00302D64" w:rsidRDefault="00000000">
            <w:pPr>
              <w:spacing w:before="40" w:after="20" w:line="245" w:lineRule="auto"/>
            </w:pPr>
            <w:r>
              <w:rPr>
                <w:b/>
                <w:color w:val="000000"/>
              </w:rPr>
              <w:t>VARNOST IN ODGOVORNOST</w:t>
            </w:r>
          </w:p>
          <w:p w14:paraId="1CBC4CEB" w14:textId="77777777" w:rsidR="00302D64" w:rsidRDefault="00000000">
            <w:pPr>
              <w:spacing w:after="60" w:line="245" w:lineRule="auto"/>
            </w:pPr>
            <w:r>
              <w:rPr>
                <w:color w:val="000000"/>
                <w:sz w:val="16"/>
              </w:rPr>
              <w:t>Orodje se uporablja po prikazu in pod nadzorom; delovno mesto je urejeno, ostanki pa pravilno ločeni.</w:t>
            </w:r>
          </w:p>
          <w:p w14:paraId="7EDF99BA" w14:textId="77777777" w:rsidR="00302D64" w:rsidRDefault="00000000">
            <w:pPr>
              <w:spacing w:after="20" w:line="245" w:lineRule="auto"/>
            </w:pPr>
            <w:r>
              <w:rPr>
                <w:b/>
                <w:color w:val="000000"/>
              </w:rPr>
              <w:t>EVIDENCA PO IZVEDBI</w:t>
            </w:r>
          </w:p>
          <w:p w14:paraId="631963E9"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601ADED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69389A1" w14:textId="77777777">
              <w:trPr>
                <w:jc w:val="center"/>
              </w:trPr>
              <w:tc>
                <w:tcPr>
                  <w:tcW w:w="7087" w:type="dxa"/>
                  <w:shd w:val="clear" w:color="auto" w:fill="EDC9EA"/>
                  <w:tcMar>
                    <w:top w:w="45" w:type="dxa"/>
                    <w:left w:w="70" w:type="dxa"/>
                    <w:bottom w:w="45" w:type="dxa"/>
                    <w:right w:w="70" w:type="dxa"/>
                  </w:tcMar>
                </w:tcPr>
                <w:p w14:paraId="01E418AE" w14:textId="77777777" w:rsidR="00302D64" w:rsidRDefault="00000000">
                  <w:pPr>
                    <w:keepNext/>
                  </w:pPr>
                  <w:r>
                    <w:rPr>
                      <w:b/>
                      <w:color w:val="000000"/>
                    </w:rPr>
                    <w:t>VPRAŠANJA V PODPORO UČENJU</w:t>
                  </w:r>
                </w:p>
              </w:tc>
            </w:tr>
          </w:tbl>
          <w:p w14:paraId="0513A4BC" w14:textId="77777777" w:rsidR="00302D64" w:rsidRDefault="00302D64">
            <w:pPr>
              <w:spacing w:line="20" w:lineRule="exact"/>
            </w:pPr>
          </w:p>
          <w:p w14:paraId="5DA3701A" w14:textId="77777777" w:rsidR="00302D64" w:rsidRDefault="00000000">
            <w:pPr>
              <w:pStyle w:val="Oznaenseznam"/>
              <w:spacing w:after="16"/>
            </w:pPr>
            <w:r>
              <w:rPr>
                <w:color w:val="000000"/>
                <w:sz w:val="16"/>
              </w:rPr>
              <w:t>Kaj si opazil/-a in kateri dokaz to pokaže?</w:t>
            </w:r>
          </w:p>
          <w:p w14:paraId="62106AF0" w14:textId="77777777" w:rsidR="00302D64" w:rsidRDefault="00000000">
            <w:pPr>
              <w:pStyle w:val="Oznaenseznam"/>
              <w:spacing w:after="16"/>
            </w:pPr>
            <w:r>
              <w:rPr>
                <w:color w:val="000000"/>
                <w:sz w:val="16"/>
              </w:rPr>
              <w:t>Kako si prišel/-la do svoje odločitve?</w:t>
            </w:r>
          </w:p>
          <w:p w14:paraId="2AE35CB2" w14:textId="77777777" w:rsidR="00302D64" w:rsidRDefault="00000000">
            <w:pPr>
              <w:pStyle w:val="Oznaenseznam"/>
              <w:spacing w:after="16"/>
            </w:pPr>
            <w:r>
              <w:rPr>
                <w:color w:val="000000"/>
                <w:sz w:val="16"/>
              </w:rPr>
              <w:t>Kaj si pri ponovnem poskusu ohranil/-a enako in kaj spremenil/-a?</w:t>
            </w:r>
          </w:p>
          <w:p w14:paraId="6F67D487" w14:textId="77777777" w:rsidR="00302D64" w:rsidRDefault="00000000">
            <w:pPr>
              <w:pStyle w:val="Oznaenseznam"/>
              <w:spacing w:after="16"/>
            </w:pPr>
            <w:r>
              <w:rPr>
                <w:color w:val="000000"/>
                <w:sz w:val="16"/>
              </w:rPr>
              <w:t>Kateri kriterij že dosegaš? Kaj bo tvoj naslednji korak?</w:t>
            </w:r>
          </w:p>
          <w:p w14:paraId="7D514443"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7DC52ED3" w14:textId="77777777">
              <w:trPr>
                <w:jc w:val="center"/>
              </w:trPr>
              <w:tc>
                <w:tcPr>
                  <w:tcW w:w="7087" w:type="dxa"/>
                  <w:shd w:val="clear" w:color="auto" w:fill="C6E7F3"/>
                  <w:tcMar>
                    <w:top w:w="45" w:type="dxa"/>
                    <w:left w:w="70" w:type="dxa"/>
                    <w:bottom w:w="45" w:type="dxa"/>
                    <w:right w:w="70" w:type="dxa"/>
                  </w:tcMar>
                </w:tcPr>
                <w:p w14:paraId="31B4BD0B" w14:textId="77777777" w:rsidR="00302D64" w:rsidRDefault="00000000">
                  <w:pPr>
                    <w:keepNext/>
                  </w:pPr>
                  <w:r>
                    <w:rPr>
                      <w:b/>
                      <w:color w:val="000000"/>
                    </w:rPr>
                    <w:t>ZAKLJUČNI DEL – UTRJEVANJE IN REFLEKSIJA (10–15 min)</w:t>
                  </w:r>
                </w:p>
              </w:tc>
            </w:tr>
          </w:tbl>
          <w:p w14:paraId="10A26112" w14:textId="77777777" w:rsidR="00302D64" w:rsidRDefault="00302D64">
            <w:pPr>
              <w:spacing w:line="20" w:lineRule="exact"/>
            </w:pPr>
          </w:p>
          <w:p w14:paraId="4072B24D"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2648E0B6" w14:textId="77777777">
              <w:trPr>
                <w:jc w:val="center"/>
              </w:trPr>
              <w:tc>
                <w:tcPr>
                  <w:tcW w:w="7087" w:type="dxa"/>
                  <w:shd w:val="clear" w:color="auto" w:fill="EDC9EA"/>
                  <w:tcMar>
                    <w:top w:w="45" w:type="dxa"/>
                    <w:left w:w="70" w:type="dxa"/>
                    <w:bottom w:w="45" w:type="dxa"/>
                    <w:right w:w="70" w:type="dxa"/>
                  </w:tcMar>
                </w:tcPr>
                <w:p w14:paraId="0B2F07BF" w14:textId="77777777" w:rsidR="00302D64" w:rsidRDefault="00000000">
                  <w:pPr>
                    <w:keepNext/>
                  </w:pPr>
                  <w:r>
                    <w:rPr>
                      <w:b/>
                      <w:color w:val="000000"/>
                    </w:rPr>
                    <w:t>SAMOVREDNOTENJE</w:t>
                  </w:r>
                </w:p>
              </w:tc>
            </w:tr>
          </w:tbl>
          <w:p w14:paraId="54E1740B" w14:textId="77777777" w:rsidR="00302D64" w:rsidRDefault="00302D64">
            <w:pPr>
              <w:spacing w:line="20" w:lineRule="exact"/>
            </w:pPr>
          </w:p>
          <w:p w14:paraId="682DA03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1155326" w14:textId="77777777">
              <w:trPr>
                <w:jc w:val="center"/>
              </w:trPr>
              <w:tc>
                <w:tcPr>
                  <w:tcW w:w="7087" w:type="dxa"/>
                  <w:shd w:val="clear" w:color="auto" w:fill="EDC9EA"/>
                  <w:tcMar>
                    <w:top w:w="45" w:type="dxa"/>
                    <w:left w:w="70" w:type="dxa"/>
                    <w:bottom w:w="45" w:type="dxa"/>
                    <w:right w:w="70" w:type="dxa"/>
                  </w:tcMar>
                </w:tcPr>
                <w:p w14:paraId="3969209F" w14:textId="77777777" w:rsidR="00302D64" w:rsidRDefault="00000000">
                  <w:pPr>
                    <w:keepNext/>
                  </w:pPr>
                  <w:r>
                    <w:rPr>
                      <w:b/>
                      <w:color w:val="000000"/>
                    </w:rPr>
                    <w:t>VRSTNIŠKO VREDNOTENJE</w:t>
                  </w:r>
                </w:p>
              </w:tc>
            </w:tr>
          </w:tbl>
          <w:p w14:paraId="7A23950B" w14:textId="77777777" w:rsidR="00302D64" w:rsidRDefault="00302D64">
            <w:pPr>
              <w:spacing w:line="20" w:lineRule="exact"/>
            </w:pPr>
          </w:p>
          <w:p w14:paraId="4219C8B2"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7FB2C099" w14:textId="77777777">
              <w:trPr>
                <w:jc w:val="center"/>
              </w:trPr>
              <w:tc>
                <w:tcPr>
                  <w:tcW w:w="7087" w:type="dxa"/>
                  <w:shd w:val="clear" w:color="auto" w:fill="EDC9EA"/>
                  <w:tcMar>
                    <w:top w:w="45" w:type="dxa"/>
                    <w:left w:w="70" w:type="dxa"/>
                    <w:bottom w:w="45" w:type="dxa"/>
                    <w:right w:w="70" w:type="dxa"/>
                  </w:tcMar>
                </w:tcPr>
                <w:p w14:paraId="72353EAF" w14:textId="77777777" w:rsidR="00302D64" w:rsidRDefault="00000000">
                  <w:pPr>
                    <w:keepNext/>
                  </w:pPr>
                  <w:r>
                    <w:rPr>
                      <w:b/>
                      <w:color w:val="000000"/>
                    </w:rPr>
                    <w:t>SKUPNI POVZETEK</w:t>
                  </w:r>
                </w:p>
              </w:tc>
            </w:tr>
          </w:tbl>
          <w:p w14:paraId="0793A5B2" w14:textId="77777777" w:rsidR="00302D64" w:rsidRDefault="00302D64"/>
          <w:p w14:paraId="464857BC" w14:textId="77777777" w:rsidR="00302D64" w:rsidRDefault="00000000">
            <w:pPr>
              <w:spacing w:before="20" w:after="40" w:line="245" w:lineRule="auto"/>
            </w:pPr>
            <w:r>
              <w:rPr>
                <w:b/>
                <w:color w:val="000000"/>
                <w:sz w:val="17"/>
              </w:rPr>
              <w:t>Material izberem glede na namen. Izdelek načrtujem, varno izdelam, preskusim in po povratni informaciji izboljšam.</w:t>
            </w:r>
          </w:p>
        </w:tc>
        <w:tc>
          <w:tcPr>
            <w:tcW w:w="2551" w:type="dxa"/>
            <w:tcMar>
              <w:top w:w="70" w:type="dxa"/>
              <w:left w:w="90" w:type="dxa"/>
              <w:bottom w:w="70" w:type="dxa"/>
              <w:right w:w="90" w:type="dxa"/>
            </w:tcMar>
          </w:tcPr>
          <w:p w14:paraId="605A985E" w14:textId="77777777" w:rsidR="00302D64" w:rsidRDefault="00302D64"/>
          <w:p w14:paraId="0E943C85" w14:textId="77777777" w:rsidR="00302D64" w:rsidRDefault="00000000">
            <w:pPr>
              <w:spacing w:after="100" w:line="245" w:lineRule="auto"/>
            </w:pPr>
            <w:r>
              <w:rPr>
                <w:color w:val="000000"/>
                <w:sz w:val="16"/>
              </w:rPr>
              <w:t>Odgovarja na podporna vprašanja in se sklicuje na svoj dokaz.</w:t>
            </w:r>
          </w:p>
          <w:p w14:paraId="67E28325" w14:textId="77777777" w:rsidR="00302D64" w:rsidRDefault="00000000">
            <w:pPr>
              <w:spacing w:after="100" w:line="245" w:lineRule="auto"/>
            </w:pPr>
            <w:r>
              <w:rPr>
                <w:color w:val="000000"/>
                <w:sz w:val="16"/>
              </w:rPr>
              <w:t>Primerja začetno zamisel z ugotovitvijo ter pove ali pokaže, kaj se je naučil/-a.</w:t>
            </w:r>
          </w:p>
          <w:p w14:paraId="77CE118F" w14:textId="77777777" w:rsidR="00302D64" w:rsidRDefault="00000000">
            <w:pPr>
              <w:spacing w:after="100" w:line="245" w:lineRule="auto"/>
            </w:pPr>
            <w:r>
              <w:rPr>
                <w:color w:val="000000"/>
                <w:sz w:val="16"/>
              </w:rPr>
              <w:t>Izbere raven doseganja in določi naslednji korak.</w:t>
            </w:r>
          </w:p>
          <w:p w14:paraId="3784831A" w14:textId="77777777" w:rsidR="00302D64" w:rsidRDefault="00000000">
            <w:pPr>
              <w:spacing w:after="100" w:line="245" w:lineRule="auto"/>
            </w:pPr>
            <w:r>
              <w:rPr>
                <w:color w:val="000000"/>
                <w:sz w:val="16"/>
              </w:rPr>
              <w:t>Sošolcu poda prijazen, konkreten odziv.</w:t>
            </w:r>
          </w:p>
          <w:p w14:paraId="71A64280" w14:textId="77777777" w:rsidR="00302D64" w:rsidRDefault="00000000">
            <w:pPr>
              <w:spacing w:after="20" w:line="245" w:lineRule="auto"/>
            </w:pPr>
            <w:r>
              <w:rPr>
                <w:b/>
                <w:color w:val="D95BC6"/>
                <w:sz w:val="17"/>
              </w:rPr>
              <w:t>DOKAZ O UČENJU</w:t>
            </w:r>
          </w:p>
          <w:p w14:paraId="12522256" w14:textId="77777777" w:rsidR="00302D64" w:rsidRDefault="00000000">
            <w:pPr>
              <w:spacing w:after="30" w:line="245" w:lineRule="auto"/>
            </w:pPr>
            <w:r>
              <w:rPr>
                <w:color w:val="D95BC6"/>
                <w:sz w:val="16"/>
              </w:rPr>
              <w:t>izvedba ali izdelek, razlaga, samovrednotenje in odziv na povratno informacijo</w:t>
            </w:r>
          </w:p>
        </w:tc>
      </w:tr>
    </w:tbl>
    <w:p w14:paraId="2553FD3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477ED36F" w14:textId="77777777">
        <w:trPr>
          <w:cantSplit/>
          <w:jc w:val="center"/>
        </w:trPr>
        <w:tc>
          <w:tcPr>
            <w:tcW w:w="14060" w:type="dxa"/>
            <w:gridSpan w:val="6"/>
            <w:tcMar>
              <w:top w:w="70" w:type="dxa"/>
              <w:left w:w="90" w:type="dxa"/>
              <w:bottom w:w="70" w:type="dxa"/>
              <w:right w:w="90" w:type="dxa"/>
            </w:tcMar>
            <w:vAlign w:val="center"/>
          </w:tcPr>
          <w:p w14:paraId="2226D9D0" w14:textId="77777777" w:rsidR="00302D64" w:rsidRDefault="00000000">
            <w:pPr>
              <w:jc w:val="center"/>
            </w:pPr>
            <w:r>
              <w:rPr>
                <w:b/>
                <w:color w:val="000000"/>
                <w:sz w:val="24"/>
              </w:rPr>
              <w:lastRenderedPageBreak/>
              <w:t>UČNA PRIPRAVA 21/39</w:t>
            </w:r>
          </w:p>
        </w:tc>
      </w:tr>
      <w:tr w:rsidR="00302D64" w14:paraId="2718E2CB" w14:textId="77777777">
        <w:trPr>
          <w:jc w:val="center"/>
        </w:trPr>
        <w:tc>
          <w:tcPr>
            <w:tcW w:w="2665" w:type="dxa"/>
            <w:tcMar>
              <w:top w:w="70" w:type="dxa"/>
              <w:left w:w="90" w:type="dxa"/>
              <w:bottom w:w="70" w:type="dxa"/>
              <w:right w:w="90" w:type="dxa"/>
            </w:tcMar>
            <w:vAlign w:val="center"/>
          </w:tcPr>
          <w:p w14:paraId="67821F1D"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5F09AEB"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A73D4C0"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8B5D079" w14:textId="77777777" w:rsidR="00302D64" w:rsidRDefault="00000000">
            <w:r>
              <w:rPr>
                <w:b/>
                <w:color w:val="000000"/>
                <w:sz w:val="16"/>
              </w:rPr>
              <w:t xml:space="preserve">NAČRTOVANI TERMIN: </w:t>
            </w:r>
            <w:r>
              <w:rPr>
                <w:color w:val="000000"/>
                <w:sz w:val="16"/>
              </w:rPr>
              <w:t>21. teden • 1.–5. 2. 2027</w:t>
            </w:r>
          </w:p>
        </w:tc>
        <w:tc>
          <w:tcPr>
            <w:tcW w:w="2268" w:type="dxa"/>
            <w:tcMar>
              <w:top w:w="70" w:type="dxa"/>
              <w:left w:w="90" w:type="dxa"/>
              <w:bottom w:w="70" w:type="dxa"/>
              <w:right w:w="90" w:type="dxa"/>
            </w:tcMar>
            <w:vAlign w:val="center"/>
          </w:tcPr>
          <w:p w14:paraId="020B7C37"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DA8FDAF" w14:textId="77777777" w:rsidR="00302D64" w:rsidRDefault="00000000">
            <w:r>
              <w:rPr>
                <w:b/>
                <w:color w:val="000000"/>
                <w:sz w:val="16"/>
              </w:rPr>
              <w:t xml:space="preserve">ŠTEVILO UR: </w:t>
            </w:r>
            <w:r>
              <w:rPr>
                <w:color w:val="000000"/>
                <w:sz w:val="16"/>
              </w:rPr>
              <w:t>3</w:t>
            </w:r>
          </w:p>
        </w:tc>
      </w:tr>
      <w:tr w:rsidR="00302D64" w14:paraId="1143FFCB" w14:textId="77777777">
        <w:trPr>
          <w:jc w:val="center"/>
        </w:trPr>
        <w:tc>
          <w:tcPr>
            <w:tcW w:w="14061" w:type="dxa"/>
            <w:gridSpan w:val="6"/>
            <w:tcMar>
              <w:top w:w="70" w:type="dxa"/>
              <w:left w:w="90" w:type="dxa"/>
              <w:bottom w:w="70" w:type="dxa"/>
              <w:right w:w="90" w:type="dxa"/>
            </w:tcMar>
            <w:vAlign w:val="center"/>
          </w:tcPr>
          <w:p w14:paraId="00C1436B" w14:textId="77777777" w:rsidR="00302D64" w:rsidRDefault="00000000">
            <w:r>
              <w:t>TIP UČNE URE: obravnava, izkušenjsko raziskovanje, učenje po postajah, utrjevanje in formativno spremljanje</w:t>
            </w:r>
          </w:p>
        </w:tc>
      </w:tr>
      <w:tr w:rsidR="00302D64" w14:paraId="1EE59B9B" w14:textId="77777777">
        <w:trPr>
          <w:cantSplit/>
          <w:jc w:val="center"/>
        </w:trPr>
        <w:tc>
          <w:tcPr>
            <w:tcW w:w="14060" w:type="dxa"/>
            <w:gridSpan w:val="6"/>
            <w:tcMar>
              <w:top w:w="70" w:type="dxa"/>
              <w:left w:w="90" w:type="dxa"/>
              <w:bottom w:w="70" w:type="dxa"/>
              <w:right w:w="90" w:type="dxa"/>
            </w:tcMar>
            <w:vAlign w:val="center"/>
          </w:tcPr>
          <w:p w14:paraId="78B8D0C2" w14:textId="77777777" w:rsidR="00302D64" w:rsidRDefault="00302D64"/>
          <w:p w14:paraId="652D88CA" w14:textId="77777777" w:rsidR="00302D64" w:rsidRDefault="00000000">
            <w:pPr>
              <w:spacing w:line="245" w:lineRule="auto"/>
            </w:pPr>
            <w:r>
              <w:rPr>
                <w:b/>
                <w:color w:val="000000"/>
                <w:sz w:val="17"/>
              </w:rPr>
              <w:t xml:space="preserve">UČNI SKLOP: </w:t>
            </w:r>
            <w:r>
              <w:rPr>
                <w:color w:val="000000"/>
                <w:sz w:val="17"/>
              </w:rPr>
              <w:t>NEKOČ IN DANES – ČAS IN DEDIŠČINA</w:t>
            </w:r>
          </w:p>
        </w:tc>
      </w:tr>
      <w:tr w:rsidR="00302D64" w14:paraId="635D9EDD" w14:textId="77777777">
        <w:trPr>
          <w:cantSplit/>
          <w:jc w:val="center"/>
        </w:trPr>
        <w:tc>
          <w:tcPr>
            <w:tcW w:w="14060" w:type="dxa"/>
            <w:gridSpan w:val="6"/>
            <w:tcMar>
              <w:top w:w="70" w:type="dxa"/>
              <w:left w:w="90" w:type="dxa"/>
              <w:bottom w:w="70" w:type="dxa"/>
              <w:right w:w="90" w:type="dxa"/>
            </w:tcMar>
            <w:vAlign w:val="center"/>
          </w:tcPr>
          <w:p w14:paraId="698F4433" w14:textId="77777777" w:rsidR="00302D64" w:rsidRDefault="00302D64"/>
          <w:p w14:paraId="38384FE4" w14:textId="77777777" w:rsidR="00302D64" w:rsidRDefault="00000000">
            <w:pPr>
              <w:spacing w:line="245" w:lineRule="auto"/>
            </w:pPr>
            <w:r>
              <w:rPr>
                <w:b/>
                <w:color w:val="000000"/>
                <w:sz w:val="17"/>
              </w:rPr>
              <w:t xml:space="preserve">UČNA TEMA: </w:t>
            </w:r>
            <w:r>
              <w:rPr>
                <w:color w:val="000000"/>
                <w:sz w:val="17"/>
              </w:rPr>
              <w:t>ČAS</w:t>
            </w:r>
          </w:p>
        </w:tc>
      </w:tr>
      <w:tr w:rsidR="00302D64" w14:paraId="20C4B6D4" w14:textId="77777777">
        <w:trPr>
          <w:cantSplit/>
          <w:jc w:val="center"/>
        </w:trPr>
        <w:tc>
          <w:tcPr>
            <w:tcW w:w="14060" w:type="dxa"/>
            <w:gridSpan w:val="6"/>
            <w:tcMar>
              <w:top w:w="70" w:type="dxa"/>
              <w:left w:w="90" w:type="dxa"/>
              <w:bottom w:w="70" w:type="dxa"/>
              <w:right w:w="90" w:type="dxa"/>
            </w:tcMar>
            <w:vAlign w:val="center"/>
          </w:tcPr>
          <w:p w14:paraId="19A4779A" w14:textId="77777777" w:rsidR="00302D64" w:rsidRDefault="00302D64"/>
          <w:p w14:paraId="558D1753" w14:textId="77777777" w:rsidR="00302D64" w:rsidRDefault="00000000">
            <w:pPr>
              <w:spacing w:line="245" w:lineRule="auto"/>
            </w:pPr>
            <w:r>
              <w:rPr>
                <w:b/>
                <w:color w:val="000000"/>
                <w:sz w:val="17"/>
              </w:rPr>
              <w:t xml:space="preserve">KNJIŽEVNO IZHODIŠČE IN MOTIV: </w:t>
            </w:r>
            <w:r>
              <w:rPr>
                <w:color w:val="000000"/>
                <w:sz w:val="17"/>
              </w:rPr>
              <w:t>»Janček Ježek« – slovenska ljudska pravljica • nekoč in danes, časovno zaporedje in ljudsko izročilo</w:t>
            </w:r>
          </w:p>
        </w:tc>
      </w:tr>
      <w:tr w:rsidR="00302D64" w14:paraId="113774D3" w14:textId="77777777">
        <w:trPr>
          <w:cantSplit/>
          <w:jc w:val="center"/>
        </w:trPr>
        <w:tc>
          <w:tcPr>
            <w:tcW w:w="14060" w:type="dxa"/>
            <w:gridSpan w:val="6"/>
            <w:tcMar>
              <w:top w:w="70" w:type="dxa"/>
              <w:left w:w="90" w:type="dxa"/>
              <w:bottom w:w="70" w:type="dxa"/>
              <w:right w:w="90" w:type="dxa"/>
            </w:tcMar>
            <w:vAlign w:val="center"/>
          </w:tcPr>
          <w:p w14:paraId="35A6972B" w14:textId="77777777" w:rsidR="00302D64" w:rsidRDefault="00302D64"/>
          <w:p w14:paraId="53021048" w14:textId="77777777" w:rsidR="00302D64" w:rsidRDefault="00000000">
            <w:pPr>
              <w:spacing w:line="245" w:lineRule="auto"/>
            </w:pPr>
            <w:r>
              <w:rPr>
                <w:b/>
                <w:color w:val="000000"/>
                <w:sz w:val="17"/>
              </w:rPr>
              <w:t xml:space="preserve">UČNE ENOTE: </w:t>
            </w:r>
            <w:r>
              <w:rPr>
                <w:color w:val="000000"/>
                <w:sz w:val="17"/>
              </w:rPr>
              <w:t>1. ura – Človeški časovni trak • 2. ura – Koledarski detektivi • 3. ura – Zgodba nekoč in danes</w:t>
            </w:r>
          </w:p>
        </w:tc>
      </w:tr>
      <w:tr w:rsidR="00302D64" w14:paraId="325629D0" w14:textId="77777777">
        <w:trPr>
          <w:cantSplit/>
          <w:jc w:val="center"/>
        </w:trPr>
        <w:tc>
          <w:tcPr>
            <w:tcW w:w="14060" w:type="dxa"/>
            <w:gridSpan w:val="6"/>
            <w:tcMar>
              <w:top w:w="70" w:type="dxa"/>
              <w:left w:w="90" w:type="dxa"/>
              <w:bottom w:w="70" w:type="dxa"/>
              <w:right w:w="90" w:type="dxa"/>
            </w:tcMar>
            <w:vAlign w:val="center"/>
          </w:tcPr>
          <w:p w14:paraId="17896DE4" w14:textId="77777777" w:rsidR="00302D64" w:rsidRDefault="00302D64"/>
          <w:p w14:paraId="0E496FE4"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29DBCDD9" w14:textId="77777777">
        <w:trPr>
          <w:cantSplit/>
          <w:jc w:val="center"/>
        </w:trPr>
        <w:tc>
          <w:tcPr>
            <w:tcW w:w="14060" w:type="dxa"/>
            <w:gridSpan w:val="6"/>
            <w:tcMar>
              <w:top w:w="70" w:type="dxa"/>
              <w:left w:w="90" w:type="dxa"/>
              <w:bottom w:w="70" w:type="dxa"/>
              <w:right w:w="90" w:type="dxa"/>
            </w:tcMar>
            <w:vAlign w:val="center"/>
          </w:tcPr>
          <w:p w14:paraId="2E8EDBF1" w14:textId="77777777" w:rsidR="00302D64" w:rsidRDefault="00302D64"/>
          <w:p w14:paraId="39987C0D"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4FB82991" w14:textId="77777777">
        <w:trPr>
          <w:cantSplit/>
          <w:jc w:val="center"/>
        </w:trPr>
        <w:tc>
          <w:tcPr>
            <w:tcW w:w="14060" w:type="dxa"/>
            <w:gridSpan w:val="6"/>
            <w:tcMar>
              <w:top w:w="70" w:type="dxa"/>
              <w:left w:w="90" w:type="dxa"/>
              <w:bottom w:w="70" w:type="dxa"/>
              <w:right w:w="90" w:type="dxa"/>
            </w:tcMar>
            <w:vAlign w:val="center"/>
          </w:tcPr>
          <w:p w14:paraId="7074D07A" w14:textId="77777777" w:rsidR="00302D64" w:rsidRDefault="00302D64"/>
          <w:p w14:paraId="4C6EBF92"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6B1178A0" w14:textId="77777777">
        <w:trPr>
          <w:cantSplit/>
          <w:jc w:val="center"/>
        </w:trPr>
        <w:tc>
          <w:tcPr>
            <w:tcW w:w="14060" w:type="dxa"/>
            <w:gridSpan w:val="6"/>
            <w:tcMar>
              <w:top w:w="70" w:type="dxa"/>
              <w:left w:w="90" w:type="dxa"/>
              <w:bottom w:w="70" w:type="dxa"/>
              <w:right w:w="90" w:type="dxa"/>
            </w:tcMar>
            <w:vAlign w:val="center"/>
          </w:tcPr>
          <w:p w14:paraId="671F7E3C" w14:textId="77777777" w:rsidR="00302D64" w:rsidRDefault="00302D64"/>
          <w:p w14:paraId="3E3AA67A" w14:textId="77777777" w:rsidR="00302D64" w:rsidRDefault="00000000">
            <w:pPr>
              <w:spacing w:line="245" w:lineRule="auto"/>
            </w:pPr>
            <w:r>
              <w:rPr>
                <w:b/>
                <w:color w:val="000000"/>
                <w:sz w:val="17"/>
              </w:rPr>
              <w:t xml:space="preserve">MEDPREDMETNE POVEZAVE: </w:t>
            </w:r>
            <w:r>
              <w:rPr>
                <w:color w:val="000000"/>
                <w:sz w:val="17"/>
              </w:rPr>
              <w:t>SLJ – časovno urejena pripoved; MAT – zaporedje; ŠPO – živi časovni trak; LUM – slikovni trak</w:t>
            </w:r>
          </w:p>
        </w:tc>
      </w:tr>
      <w:tr w:rsidR="00302D64" w14:paraId="5FA1BB2F" w14:textId="77777777">
        <w:trPr>
          <w:cantSplit/>
          <w:jc w:val="center"/>
        </w:trPr>
        <w:tc>
          <w:tcPr>
            <w:tcW w:w="14060" w:type="dxa"/>
            <w:gridSpan w:val="6"/>
            <w:tcMar>
              <w:top w:w="70" w:type="dxa"/>
              <w:left w:w="90" w:type="dxa"/>
              <w:bottom w:w="70" w:type="dxa"/>
              <w:right w:w="90" w:type="dxa"/>
            </w:tcMar>
            <w:vAlign w:val="center"/>
          </w:tcPr>
          <w:p w14:paraId="184D77F5" w14:textId="77777777" w:rsidR="00302D64" w:rsidRDefault="00302D64"/>
          <w:p w14:paraId="6EFF9FC8" w14:textId="77777777" w:rsidR="00302D64" w:rsidRDefault="00000000">
            <w:pPr>
              <w:spacing w:line="245" w:lineRule="auto"/>
            </w:pPr>
            <w:r>
              <w:rPr>
                <w:b/>
                <w:color w:val="000000"/>
                <w:sz w:val="17"/>
              </w:rPr>
              <w:t xml:space="preserve">UČNA SREDSTVA IN PRIPOMOČKI: </w:t>
            </w:r>
            <w:r>
              <w:rPr>
                <w:color w:val="000000"/>
                <w:sz w:val="17"/>
              </w:rPr>
              <w:t>Janček Ježek, slike dogodkov, talna vrv, kartice prej/potem, velik koledar, oznake dni in mesecev, trak papirja</w:t>
            </w:r>
          </w:p>
        </w:tc>
      </w:tr>
      <w:tr w:rsidR="00302D64" w14:paraId="744BC8DA" w14:textId="77777777">
        <w:trPr>
          <w:cantSplit/>
          <w:jc w:val="center"/>
        </w:trPr>
        <w:tc>
          <w:tcPr>
            <w:tcW w:w="14060" w:type="dxa"/>
            <w:gridSpan w:val="6"/>
            <w:tcMar>
              <w:top w:w="70" w:type="dxa"/>
              <w:left w:w="90" w:type="dxa"/>
              <w:bottom w:w="70" w:type="dxa"/>
              <w:right w:w="90" w:type="dxa"/>
            </w:tcMar>
            <w:vAlign w:val="center"/>
          </w:tcPr>
          <w:p w14:paraId="5A96D9E8" w14:textId="77777777" w:rsidR="00302D64" w:rsidRDefault="00302D64"/>
          <w:p w14:paraId="68327F55"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119EE528" w14:textId="77777777">
        <w:trPr>
          <w:cantSplit/>
          <w:jc w:val="center"/>
        </w:trPr>
        <w:tc>
          <w:tcPr>
            <w:tcW w:w="14060" w:type="dxa"/>
            <w:gridSpan w:val="6"/>
            <w:tcMar>
              <w:top w:w="70" w:type="dxa"/>
              <w:left w:w="90" w:type="dxa"/>
              <w:bottom w:w="70" w:type="dxa"/>
              <w:right w:w="90" w:type="dxa"/>
            </w:tcMar>
            <w:vAlign w:val="center"/>
          </w:tcPr>
          <w:p w14:paraId="1A653F65" w14:textId="77777777" w:rsidR="00302D64" w:rsidRDefault="00302D64"/>
          <w:p w14:paraId="393DC442"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49154A6A" w14:textId="77777777">
        <w:trPr>
          <w:cantSplit/>
          <w:jc w:val="center"/>
        </w:trPr>
        <w:tc>
          <w:tcPr>
            <w:tcW w:w="14060" w:type="dxa"/>
            <w:gridSpan w:val="6"/>
            <w:tcMar>
              <w:top w:w="70" w:type="dxa"/>
              <w:left w:w="90" w:type="dxa"/>
              <w:bottom w:w="70" w:type="dxa"/>
              <w:right w:w="90" w:type="dxa"/>
            </w:tcMar>
            <w:vAlign w:val="center"/>
          </w:tcPr>
          <w:p w14:paraId="17C9E675" w14:textId="77777777" w:rsidR="00302D64" w:rsidRDefault="00302D64"/>
          <w:p w14:paraId="379ACF73"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50D4A3F7"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CC05A8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8A3244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B49B8D" w14:textId="77777777" w:rsidR="00302D64" w:rsidRDefault="00000000">
            <w:pPr>
              <w:jc w:val="center"/>
            </w:pPr>
            <w:r>
              <w:rPr>
                <w:b/>
                <w:color w:val="000000"/>
                <w:sz w:val="20"/>
              </w:rPr>
              <w:t>UČNE DEJAVNOSTI, METODE IN FORMATIVNO SPREMLJANJE</w:t>
            </w:r>
          </w:p>
        </w:tc>
      </w:tr>
      <w:tr w:rsidR="00302D64" w14:paraId="06A29B25" w14:textId="77777777">
        <w:trPr>
          <w:tblHeader/>
          <w:jc w:val="center"/>
        </w:trPr>
        <w:tc>
          <w:tcPr>
            <w:tcW w:w="4422" w:type="dxa"/>
            <w:vMerge/>
            <w:tcMar>
              <w:top w:w="70" w:type="dxa"/>
              <w:left w:w="90" w:type="dxa"/>
              <w:bottom w:w="70" w:type="dxa"/>
              <w:right w:w="90" w:type="dxa"/>
            </w:tcMar>
            <w:vAlign w:val="center"/>
          </w:tcPr>
          <w:p w14:paraId="6A5E7D1B" w14:textId="77777777" w:rsidR="00302D64" w:rsidRDefault="00302D64"/>
        </w:tc>
        <w:tc>
          <w:tcPr>
            <w:tcW w:w="7087" w:type="dxa"/>
            <w:shd w:val="clear" w:color="auto" w:fill="FFFFFF"/>
            <w:tcMar>
              <w:top w:w="70" w:type="dxa"/>
              <w:left w:w="90" w:type="dxa"/>
              <w:bottom w:w="70" w:type="dxa"/>
              <w:right w:w="90" w:type="dxa"/>
            </w:tcMar>
            <w:vAlign w:val="center"/>
          </w:tcPr>
          <w:p w14:paraId="45F26341"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D68469" w14:textId="77777777" w:rsidR="00302D64" w:rsidRDefault="00000000">
            <w:pPr>
              <w:jc w:val="center"/>
            </w:pPr>
            <w:r>
              <w:rPr>
                <w:b/>
                <w:color w:val="000000"/>
              </w:rPr>
              <w:t>UČENEC</w:t>
            </w:r>
          </w:p>
        </w:tc>
      </w:tr>
      <w:tr w:rsidR="00302D64" w14:paraId="629669DE" w14:textId="77777777">
        <w:trPr>
          <w:jc w:val="center"/>
        </w:trPr>
        <w:tc>
          <w:tcPr>
            <w:tcW w:w="4422" w:type="dxa"/>
            <w:tcMar>
              <w:top w:w="70" w:type="dxa"/>
              <w:left w:w="90" w:type="dxa"/>
              <w:bottom w:w="70" w:type="dxa"/>
              <w:right w:w="90" w:type="dxa"/>
            </w:tcMar>
          </w:tcPr>
          <w:p w14:paraId="27269C9B" w14:textId="77777777" w:rsidR="00302D64" w:rsidRDefault="00302D64"/>
          <w:p w14:paraId="0F52A8B3" w14:textId="77777777" w:rsidR="00302D64" w:rsidRDefault="00000000">
            <w:pPr>
              <w:spacing w:after="60" w:line="245" w:lineRule="auto"/>
            </w:pPr>
            <w:r>
              <w:rPr>
                <w:b/>
                <w:color w:val="000000"/>
              </w:rPr>
              <w:t>UČNI CILJI</w:t>
            </w:r>
          </w:p>
          <w:p w14:paraId="711E8BF4" w14:textId="77777777" w:rsidR="00302D64" w:rsidRDefault="00000000">
            <w:pPr>
              <w:spacing w:after="20" w:line="245" w:lineRule="auto"/>
            </w:pPr>
            <w:r>
              <w:rPr>
                <w:b/>
                <w:color w:val="000000"/>
                <w:sz w:val="17"/>
              </w:rPr>
              <w:t>SPLOŠNI</w:t>
            </w:r>
          </w:p>
          <w:p w14:paraId="3BEC00EF" w14:textId="77777777" w:rsidR="00302D64" w:rsidRDefault="00000000">
            <w:pPr>
              <w:pStyle w:val="Oznaenseznam"/>
              <w:spacing w:after="16"/>
            </w:pPr>
            <w:r>
              <w:rPr>
                <w:color w:val="000000"/>
                <w:sz w:val="16"/>
              </w:rPr>
              <w:t>razvija radovednost ter sistematično opazuje, primerja, razvršča in sporoča ugotovitve</w:t>
            </w:r>
          </w:p>
          <w:p w14:paraId="67EC9CE0" w14:textId="77777777" w:rsidR="00302D64" w:rsidRDefault="00000000">
            <w:pPr>
              <w:pStyle w:val="Oznaenseznam"/>
              <w:spacing w:after="16"/>
            </w:pPr>
            <w:r>
              <w:rPr>
                <w:color w:val="000000"/>
                <w:sz w:val="16"/>
              </w:rPr>
              <w:t>sodeluje, posluša druge in svoja opažanja izraža na razvojno primeren način</w:t>
            </w:r>
          </w:p>
          <w:p w14:paraId="7B4B2539" w14:textId="77777777" w:rsidR="00302D64" w:rsidRDefault="00000000">
            <w:pPr>
              <w:pStyle w:val="Oznaenseznam"/>
              <w:spacing w:after="16"/>
            </w:pPr>
            <w:r>
              <w:rPr>
                <w:color w:val="000000"/>
                <w:sz w:val="16"/>
              </w:rPr>
              <w:t>ravna varno, odgovorno in skrbno do sebe, drugih ter okolja</w:t>
            </w:r>
          </w:p>
          <w:p w14:paraId="0CDFF279" w14:textId="77777777" w:rsidR="00302D64" w:rsidRDefault="00000000">
            <w:pPr>
              <w:pStyle w:val="Oznaenseznam"/>
              <w:spacing w:after="16"/>
            </w:pPr>
            <w:r>
              <w:rPr>
                <w:color w:val="000000"/>
                <w:sz w:val="16"/>
              </w:rPr>
              <w:t>ob kriterijih spremlja svoje učenje in sprejema opisno povratno informacijo</w:t>
            </w:r>
          </w:p>
          <w:p w14:paraId="0665BBB1" w14:textId="77777777" w:rsidR="00302D64" w:rsidRDefault="00000000">
            <w:pPr>
              <w:spacing w:before="40" w:after="20" w:line="245" w:lineRule="auto"/>
            </w:pPr>
            <w:r>
              <w:rPr>
                <w:b/>
                <w:color w:val="000000"/>
                <w:sz w:val="17"/>
              </w:rPr>
              <w:t>OPERATIVNI</w:t>
            </w:r>
          </w:p>
          <w:p w14:paraId="07DE1D77" w14:textId="77777777" w:rsidR="00302D64" w:rsidRDefault="00000000">
            <w:pPr>
              <w:pStyle w:val="Oznaenseznam"/>
              <w:spacing w:after="16"/>
            </w:pPr>
            <w:r>
              <w:rPr>
                <w:color w:val="000000"/>
                <w:sz w:val="16"/>
              </w:rPr>
              <w:t>uporablja prej, potem, včeraj, danes in jutri</w:t>
            </w:r>
          </w:p>
          <w:p w14:paraId="6F1D1F7E" w14:textId="77777777" w:rsidR="00302D64" w:rsidRDefault="00000000">
            <w:pPr>
              <w:pStyle w:val="Oznaenseznam"/>
              <w:spacing w:after="16"/>
            </w:pPr>
            <w:r>
              <w:rPr>
                <w:color w:val="000000"/>
                <w:sz w:val="16"/>
              </w:rPr>
              <w:t>uredi dogodke</w:t>
            </w:r>
          </w:p>
          <w:p w14:paraId="4B4E06A1" w14:textId="77777777" w:rsidR="00302D64" w:rsidRDefault="00000000">
            <w:pPr>
              <w:pStyle w:val="Oznaenseznam"/>
              <w:spacing w:after="16"/>
            </w:pPr>
            <w:r>
              <w:rPr>
                <w:color w:val="000000"/>
                <w:sz w:val="16"/>
              </w:rPr>
              <w:t>uporablja koledar</w:t>
            </w:r>
          </w:p>
          <w:p w14:paraId="0B613106" w14:textId="77777777" w:rsidR="00302D64" w:rsidRDefault="00000000">
            <w:pPr>
              <w:spacing w:before="40" w:after="20" w:line="245" w:lineRule="auto"/>
            </w:pPr>
            <w:r>
              <w:rPr>
                <w:b/>
                <w:color w:val="000000"/>
                <w:sz w:val="17"/>
              </w:rPr>
              <w:t>PRIČAKOVANI DOSEŽKI / STANDARDI</w:t>
            </w:r>
          </w:p>
          <w:p w14:paraId="2AA26130" w14:textId="77777777" w:rsidR="00302D64" w:rsidRDefault="00000000">
            <w:pPr>
              <w:pStyle w:val="Oznaenseznam"/>
              <w:spacing w:after="16"/>
            </w:pPr>
            <w:r>
              <w:rPr>
                <w:color w:val="000000"/>
                <w:sz w:val="16"/>
              </w:rPr>
              <w:t>ob konkretni ali slikovni opori uporablja prej, potem, včeraj, danes in jutri</w:t>
            </w:r>
          </w:p>
          <w:p w14:paraId="32773625" w14:textId="77777777" w:rsidR="00302D64" w:rsidRDefault="00000000">
            <w:pPr>
              <w:pStyle w:val="Oznaenseznam"/>
              <w:spacing w:after="16"/>
            </w:pPr>
            <w:r>
              <w:rPr>
                <w:color w:val="000000"/>
                <w:sz w:val="16"/>
              </w:rPr>
              <w:t>ob konkretni ali slikovni opori uredi dogodke</w:t>
            </w:r>
          </w:p>
          <w:p w14:paraId="2264FCC4" w14:textId="77777777" w:rsidR="00302D64" w:rsidRDefault="00000000">
            <w:pPr>
              <w:pStyle w:val="Oznaenseznam"/>
              <w:spacing w:after="16"/>
            </w:pPr>
            <w:r>
              <w:rPr>
                <w:color w:val="000000"/>
                <w:sz w:val="16"/>
              </w:rPr>
              <w:t>ob konkretni ali slikovni opori uporablja koledar</w:t>
            </w:r>
          </w:p>
        </w:tc>
        <w:tc>
          <w:tcPr>
            <w:tcW w:w="7087" w:type="dxa"/>
            <w:tcMar>
              <w:top w:w="70" w:type="dxa"/>
              <w:left w:w="90" w:type="dxa"/>
              <w:bottom w:w="70" w:type="dxa"/>
              <w:right w:w="90" w:type="dxa"/>
            </w:tcMar>
          </w:tcPr>
          <w:p w14:paraId="17419E1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21F4A5D" w14:textId="77777777">
              <w:trPr>
                <w:jc w:val="center"/>
              </w:trPr>
              <w:tc>
                <w:tcPr>
                  <w:tcW w:w="7087" w:type="dxa"/>
                  <w:shd w:val="clear" w:color="auto" w:fill="C6E7F3"/>
                  <w:tcMar>
                    <w:top w:w="45" w:type="dxa"/>
                    <w:left w:w="70" w:type="dxa"/>
                    <w:bottom w:w="45" w:type="dxa"/>
                    <w:right w:w="70" w:type="dxa"/>
                  </w:tcMar>
                </w:tcPr>
                <w:p w14:paraId="4B5A4BEB" w14:textId="77777777" w:rsidR="00302D64" w:rsidRDefault="00000000">
                  <w:pPr>
                    <w:keepNext/>
                  </w:pPr>
                  <w:r>
                    <w:rPr>
                      <w:b/>
                      <w:color w:val="000000"/>
                    </w:rPr>
                    <w:t>UVODNI DEL – motivacija, aktivacija predznanja in namen učenja (15–20 min)</w:t>
                  </w:r>
                </w:p>
              </w:tc>
            </w:tr>
          </w:tbl>
          <w:p w14:paraId="6574C360" w14:textId="77777777" w:rsidR="00302D64" w:rsidRDefault="00302D64">
            <w:pPr>
              <w:spacing w:line="20" w:lineRule="exact"/>
            </w:pPr>
          </w:p>
          <w:p w14:paraId="4B7821CD" w14:textId="77777777" w:rsidR="00302D64" w:rsidRDefault="00000000">
            <w:pPr>
              <w:spacing w:before="40" w:after="60" w:line="245" w:lineRule="auto"/>
            </w:pPr>
            <w:r>
              <w:rPr>
                <w:color w:val="000000"/>
                <w:sz w:val="17"/>
              </w:rPr>
              <w:t>Janček Ježek prinese pomešane slike dogodkov. Učenci iščejo začetek, nadaljevanje in konec ter utemeljujejo zaporedje z besedami prej in potem.</w:t>
            </w:r>
          </w:p>
          <w:tbl>
            <w:tblPr>
              <w:tblStyle w:val="Tabelamrea"/>
              <w:tblW w:w="0" w:type="auto"/>
              <w:jc w:val="center"/>
              <w:tblLayout w:type="fixed"/>
              <w:tblLook w:val="04A0" w:firstRow="1" w:lastRow="0" w:firstColumn="1" w:lastColumn="0" w:noHBand="0" w:noVBand="1"/>
            </w:tblPr>
            <w:tblGrid>
              <w:gridCol w:w="7087"/>
            </w:tblGrid>
            <w:tr w:rsidR="00302D64" w14:paraId="01E8E602" w14:textId="77777777">
              <w:trPr>
                <w:jc w:val="center"/>
              </w:trPr>
              <w:tc>
                <w:tcPr>
                  <w:tcW w:w="7087" w:type="dxa"/>
                  <w:shd w:val="clear" w:color="auto" w:fill="EDC9EA"/>
                  <w:tcMar>
                    <w:top w:w="45" w:type="dxa"/>
                    <w:left w:w="70" w:type="dxa"/>
                    <w:bottom w:w="45" w:type="dxa"/>
                    <w:right w:w="70" w:type="dxa"/>
                  </w:tcMar>
                </w:tcPr>
                <w:p w14:paraId="5AB58CD6" w14:textId="77777777" w:rsidR="00302D64" w:rsidRDefault="00000000">
                  <w:pPr>
                    <w:keepNext/>
                  </w:pPr>
                  <w:r>
                    <w:rPr>
                      <w:b/>
                      <w:color w:val="000000"/>
                    </w:rPr>
                    <w:t>NAMENI UČENJA</w:t>
                  </w:r>
                </w:p>
              </w:tc>
            </w:tr>
          </w:tbl>
          <w:p w14:paraId="5ECC7C4B" w14:textId="77777777" w:rsidR="00302D64" w:rsidRDefault="00302D64">
            <w:pPr>
              <w:spacing w:line="20" w:lineRule="exact"/>
            </w:pPr>
          </w:p>
          <w:p w14:paraId="65C93179" w14:textId="77777777" w:rsidR="00302D64" w:rsidRDefault="00000000">
            <w:pPr>
              <w:spacing w:before="20" w:after="20" w:line="245" w:lineRule="auto"/>
            </w:pPr>
            <w:r>
              <w:rPr>
                <w:color w:val="000000"/>
                <w:sz w:val="16"/>
              </w:rPr>
              <w:t>Učimo se zato, da bomo lažje razumeli in odgovorno uporabili znanje v vsakdanjih situacijah.</w:t>
            </w:r>
          </w:p>
          <w:p w14:paraId="727BD2D5" w14:textId="77777777" w:rsidR="00302D64" w:rsidRDefault="00000000">
            <w:pPr>
              <w:pStyle w:val="Oznaenseznam"/>
              <w:spacing w:after="16"/>
            </w:pPr>
            <w:r>
              <w:rPr>
                <w:color w:val="000000"/>
                <w:sz w:val="16"/>
              </w:rPr>
              <w:t>uporabljam prej, potem, včeraj, danes in jutri</w:t>
            </w:r>
          </w:p>
          <w:p w14:paraId="13543A74" w14:textId="77777777" w:rsidR="00302D64" w:rsidRDefault="00000000">
            <w:pPr>
              <w:pStyle w:val="Oznaenseznam"/>
              <w:spacing w:after="16"/>
            </w:pPr>
            <w:r>
              <w:rPr>
                <w:color w:val="000000"/>
                <w:sz w:val="16"/>
              </w:rPr>
              <w:t>uredim dogodke</w:t>
            </w:r>
          </w:p>
          <w:p w14:paraId="21533E66" w14:textId="77777777" w:rsidR="00302D64" w:rsidRDefault="00000000">
            <w:pPr>
              <w:pStyle w:val="Oznaenseznam"/>
              <w:spacing w:after="16"/>
            </w:pPr>
            <w:r>
              <w:rPr>
                <w:color w:val="000000"/>
                <w:sz w:val="16"/>
              </w:rPr>
              <w:t>uporabljam koledar</w:t>
            </w:r>
          </w:p>
          <w:tbl>
            <w:tblPr>
              <w:tblStyle w:val="Tabelamrea"/>
              <w:tblW w:w="0" w:type="auto"/>
              <w:jc w:val="center"/>
              <w:tblLayout w:type="fixed"/>
              <w:tblLook w:val="04A0" w:firstRow="1" w:lastRow="0" w:firstColumn="1" w:lastColumn="0" w:noHBand="0" w:noVBand="1"/>
            </w:tblPr>
            <w:tblGrid>
              <w:gridCol w:w="7087"/>
            </w:tblGrid>
            <w:tr w:rsidR="00302D64" w14:paraId="7CDE0CB0" w14:textId="77777777">
              <w:trPr>
                <w:jc w:val="center"/>
              </w:trPr>
              <w:tc>
                <w:tcPr>
                  <w:tcW w:w="7087" w:type="dxa"/>
                  <w:shd w:val="clear" w:color="auto" w:fill="EDC9EA"/>
                  <w:tcMar>
                    <w:top w:w="45" w:type="dxa"/>
                    <w:left w:w="70" w:type="dxa"/>
                    <w:bottom w:w="45" w:type="dxa"/>
                    <w:right w:w="70" w:type="dxa"/>
                  </w:tcMar>
                </w:tcPr>
                <w:p w14:paraId="118D82C2" w14:textId="77777777" w:rsidR="00302D64" w:rsidRDefault="00000000">
                  <w:pPr>
                    <w:keepNext/>
                  </w:pPr>
                  <w:r>
                    <w:rPr>
                      <w:b/>
                      <w:color w:val="000000"/>
                    </w:rPr>
                    <w:t>PREVERJANJE PREDZNANJA</w:t>
                  </w:r>
                </w:p>
              </w:tc>
            </w:tr>
          </w:tbl>
          <w:p w14:paraId="6D99AF53" w14:textId="77777777" w:rsidR="00302D64" w:rsidRDefault="00302D64">
            <w:pPr>
              <w:spacing w:line="20" w:lineRule="exact"/>
            </w:pPr>
          </w:p>
          <w:p w14:paraId="3BE7F8DE" w14:textId="77777777" w:rsidR="00302D64" w:rsidRDefault="00000000">
            <w:pPr>
              <w:pStyle w:val="Oznaenseznam"/>
              <w:spacing w:after="16"/>
            </w:pPr>
            <w:r>
              <w:rPr>
                <w:color w:val="000000"/>
                <w:sz w:val="16"/>
              </w:rPr>
              <w:t>Kako povem, kaj se je zgodilo včeraj, kaj se dogaja danes in kaj načrtujem jutri?</w:t>
            </w:r>
          </w:p>
          <w:p w14:paraId="4D431DE9" w14:textId="77777777" w:rsidR="00302D64" w:rsidRDefault="00000000">
            <w:pPr>
              <w:pStyle w:val="Oznaenseznam"/>
              <w:spacing w:after="16"/>
            </w:pPr>
            <w:r>
              <w:rPr>
                <w:color w:val="000000"/>
                <w:sz w:val="16"/>
              </w:rPr>
              <w:t>Katere informacije najdem na koledarju?</w:t>
            </w:r>
          </w:p>
          <w:p w14:paraId="22DF5581"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64F3188" w14:textId="77777777">
              <w:trPr>
                <w:jc w:val="center"/>
              </w:trPr>
              <w:tc>
                <w:tcPr>
                  <w:tcW w:w="7087" w:type="dxa"/>
                  <w:shd w:val="clear" w:color="auto" w:fill="EDC9EA"/>
                  <w:tcMar>
                    <w:top w:w="45" w:type="dxa"/>
                    <w:left w:w="70" w:type="dxa"/>
                    <w:bottom w:w="45" w:type="dxa"/>
                    <w:right w:w="70" w:type="dxa"/>
                  </w:tcMar>
                </w:tcPr>
                <w:p w14:paraId="6CDFF1E1" w14:textId="77777777" w:rsidR="00302D64" w:rsidRDefault="00000000">
                  <w:pPr>
                    <w:keepNext/>
                  </w:pPr>
                  <w:r>
                    <w:rPr>
                      <w:b/>
                      <w:color w:val="000000"/>
                    </w:rPr>
                    <w:t>KRITERIJI USPEŠNOSTI</w:t>
                  </w:r>
                </w:p>
              </w:tc>
            </w:tr>
          </w:tbl>
          <w:p w14:paraId="072C24B9" w14:textId="77777777" w:rsidR="00302D64" w:rsidRDefault="00302D64"/>
          <w:p w14:paraId="4389796A" w14:textId="77777777" w:rsidR="00302D64" w:rsidRDefault="00000000">
            <w:pPr>
              <w:spacing w:before="20" w:after="20" w:line="245" w:lineRule="auto"/>
            </w:pPr>
            <w:r>
              <w:rPr>
                <w:b/>
                <w:color w:val="000000"/>
                <w:sz w:val="16"/>
              </w:rPr>
              <w:t>Uspešen/-na bom, ko:</w:t>
            </w:r>
          </w:p>
          <w:p w14:paraId="0C03B7CB" w14:textId="77777777" w:rsidR="00302D64" w:rsidRDefault="00000000">
            <w:pPr>
              <w:pStyle w:val="Oznaenseznam"/>
              <w:spacing w:after="16"/>
            </w:pPr>
            <w:r>
              <w:rPr>
                <w:color w:val="000000"/>
                <w:sz w:val="16"/>
              </w:rPr>
              <w:t>uporabljam prej, potem, včeraj, danes in jutri</w:t>
            </w:r>
          </w:p>
          <w:p w14:paraId="05AEA9E3" w14:textId="77777777" w:rsidR="00302D64" w:rsidRDefault="00000000">
            <w:pPr>
              <w:pStyle w:val="Oznaenseznam"/>
              <w:spacing w:after="16"/>
            </w:pPr>
            <w:r>
              <w:rPr>
                <w:color w:val="000000"/>
                <w:sz w:val="16"/>
              </w:rPr>
              <w:t>uredim dogodke</w:t>
            </w:r>
          </w:p>
          <w:p w14:paraId="18B8135A" w14:textId="77777777" w:rsidR="00302D64" w:rsidRDefault="00000000">
            <w:pPr>
              <w:pStyle w:val="Oznaenseznam"/>
              <w:spacing w:after="16"/>
            </w:pPr>
            <w:r>
              <w:rPr>
                <w:color w:val="000000"/>
                <w:sz w:val="16"/>
              </w:rPr>
              <w:t>uporabljam koledar</w:t>
            </w:r>
          </w:p>
          <w:p w14:paraId="68CB2BC6"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555B4117" w14:textId="77777777" w:rsidR="00302D64" w:rsidRDefault="00302D64"/>
          <w:p w14:paraId="28DCFA5B" w14:textId="77777777" w:rsidR="00302D64" w:rsidRDefault="00000000">
            <w:pPr>
              <w:spacing w:after="80" w:line="245" w:lineRule="auto"/>
            </w:pPr>
            <w:r>
              <w:rPr>
                <w:color w:val="000000"/>
                <w:sz w:val="16"/>
              </w:rPr>
              <w:t>Posluša ali opazuje književno oziroma predmetno izhodišče ter se vključi z gibom, sliko ali besedo.</w:t>
            </w:r>
          </w:p>
          <w:p w14:paraId="407D3738" w14:textId="77777777" w:rsidR="00302D64" w:rsidRDefault="00000000">
            <w:pPr>
              <w:spacing w:after="80" w:line="245" w:lineRule="auto"/>
            </w:pPr>
            <w:r>
              <w:rPr>
                <w:color w:val="000000"/>
                <w:sz w:val="16"/>
              </w:rPr>
              <w:t>Pove, pokaže ali nariše, kaj že ve. Posluša zamisli drugih.</w:t>
            </w:r>
          </w:p>
          <w:p w14:paraId="1EBC4819" w14:textId="77777777" w:rsidR="00302D64" w:rsidRDefault="00000000">
            <w:pPr>
              <w:spacing w:after="100" w:line="245" w:lineRule="auto"/>
            </w:pPr>
            <w:r>
              <w:rPr>
                <w:color w:val="000000"/>
                <w:sz w:val="16"/>
              </w:rPr>
              <w:t>Sodeluje pri razumevanju namenov in kriterijev uspešnosti.</w:t>
            </w:r>
          </w:p>
          <w:p w14:paraId="38269803" w14:textId="77777777" w:rsidR="00302D64" w:rsidRDefault="00000000">
            <w:pPr>
              <w:spacing w:after="20" w:line="245" w:lineRule="auto"/>
            </w:pPr>
            <w:r>
              <w:rPr>
                <w:b/>
                <w:color w:val="D95BC6"/>
                <w:sz w:val="17"/>
              </w:rPr>
              <w:t>DOKAZ O UČENJU</w:t>
            </w:r>
          </w:p>
          <w:p w14:paraId="3BA27605" w14:textId="77777777" w:rsidR="00302D64" w:rsidRDefault="00000000">
            <w:pPr>
              <w:spacing w:after="30" w:line="245" w:lineRule="auto"/>
            </w:pPr>
            <w:r>
              <w:rPr>
                <w:color w:val="D95BC6"/>
                <w:sz w:val="16"/>
              </w:rPr>
              <w:t>začetna zamisel, razvrstitev, risba ali ustni odgovor</w:t>
            </w:r>
          </w:p>
        </w:tc>
      </w:tr>
    </w:tbl>
    <w:p w14:paraId="3F68518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CB5CAF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0B6BE6"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372C92" w14:textId="77777777" w:rsidR="00302D64" w:rsidRDefault="00000000">
            <w:pPr>
              <w:jc w:val="center"/>
            </w:pPr>
            <w:r>
              <w:rPr>
                <w:b/>
                <w:color w:val="000000"/>
                <w:sz w:val="20"/>
              </w:rPr>
              <w:t>UČNE DEJAVNOSTI, METODE IN FORMATIVNO SPREMLJANJE</w:t>
            </w:r>
          </w:p>
        </w:tc>
      </w:tr>
      <w:tr w:rsidR="00302D64" w14:paraId="43D75460" w14:textId="77777777">
        <w:trPr>
          <w:tblHeader/>
          <w:jc w:val="center"/>
        </w:trPr>
        <w:tc>
          <w:tcPr>
            <w:tcW w:w="4422" w:type="dxa"/>
            <w:vMerge/>
            <w:tcMar>
              <w:top w:w="70" w:type="dxa"/>
              <w:left w:w="90" w:type="dxa"/>
              <w:bottom w:w="70" w:type="dxa"/>
              <w:right w:w="90" w:type="dxa"/>
            </w:tcMar>
            <w:vAlign w:val="center"/>
          </w:tcPr>
          <w:p w14:paraId="153804D4" w14:textId="77777777" w:rsidR="00302D64" w:rsidRDefault="00302D64"/>
        </w:tc>
        <w:tc>
          <w:tcPr>
            <w:tcW w:w="7087" w:type="dxa"/>
            <w:shd w:val="clear" w:color="auto" w:fill="FFFFFF"/>
            <w:tcMar>
              <w:top w:w="70" w:type="dxa"/>
              <w:left w:w="90" w:type="dxa"/>
              <w:bottom w:w="70" w:type="dxa"/>
              <w:right w:w="90" w:type="dxa"/>
            </w:tcMar>
            <w:vAlign w:val="center"/>
          </w:tcPr>
          <w:p w14:paraId="211DFB2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39D61A" w14:textId="77777777" w:rsidR="00302D64" w:rsidRDefault="00000000">
            <w:pPr>
              <w:jc w:val="center"/>
            </w:pPr>
            <w:r>
              <w:rPr>
                <w:b/>
                <w:color w:val="000000"/>
              </w:rPr>
              <w:t>UČENEC</w:t>
            </w:r>
          </w:p>
        </w:tc>
      </w:tr>
      <w:tr w:rsidR="00302D64" w14:paraId="61645604" w14:textId="77777777">
        <w:trPr>
          <w:jc w:val="center"/>
        </w:trPr>
        <w:tc>
          <w:tcPr>
            <w:tcW w:w="4422" w:type="dxa"/>
            <w:tcMar>
              <w:top w:w="70" w:type="dxa"/>
              <w:left w:w="90" w:type="dxa"/>
              <w:bottom w:w="70" w:type="dxa"/>
              <w:right w:w="90" w:type="dxa"/>
            </w:tcMar>
          </w:tcPr>
          <w:p w14:paraId="36CCB1CE" w14:textId="77777777" w:rsidR="00302D64" w:rsidRDefault="00302D64"/>
          <w:p w14:paraId="65CDF7E3" w14:textId="77777777" w:rsidR="00302D64" w:rsidRDefault="00000000">
            <w:pPr>
              <w:spacing w:after="40" w:line="245" w:lineRule="auto"/>
            </w:pPr>
            <w:r>
              <w:rPr>
                <w:b/>
                <w:color w:val="000000"/>
              </w:rPr>
              <w:t>KLJUČNI POJMI</w:t>
            </w:r>
          </w:p>
          <w:p w14:paraId="29ABA751" w14:textId="77777777" w:rsidR="00302D64" w:rsidRDefault="00000000">
            <w:pPr>
              <w:spacing w:after="80" w:line="245" w:lineRule="auto"/>
            </w:pPr>
            <w:r>
              <w:rPr>
                <w:color w:val="000000"/>
                <w:sz w:val="16"/>
              </w:rPr>
              <w:t>prej, potem, včeraj, danes, jutri, dan, teden, mesec, datum, zaporedje, časovni trak</w:t>
            </w:r>
          </w:p>
          <w:p w14:paraId="393E9ED3" w14:textId="77777777" w:rsidR="00302D64" w:rsidRDefault="00000000">
            <w:pPr>
              <w:spacing w:after="20" w:line="245" w:lineRule="auto"/>
            </w:pPr>
            <w:r>
              <w:rPr>
                <w:b/>
                <w:color w:val="000000"/>
              </w:rPr>
              <w:t>DOKAZI O UČENJU</w:t>
            </w:r>
          </w:p>
          <w:p w14:paraId="325FDAAC" w14:textId="77777777" w:rsidR="00302D64" w:rsidRDefault="00000000">
            <w:pPr>
              <w:pStyle w:val="Oznaenseznam"/>
              <w:spacing w:after="16"/>
            </w:pPr>
            <w:r>
              <w:rPr>
                <w:color w:val="000000"/>
                <w:sz w:val="16"/>
              </w:rPr>
              <w:t>urejen živi časovni trak</w:t>
            </w:r>
          </w:p>
          <w:p w14:paraId="2254C00B" w14:textId="77777777" w:rsidR="00302D64" w:rsidRDefault="00000000">
            <w:pPr>
              <w:pStyle w:val="Oznaenseznam"/>
              <w:spacing w:after="16"/>
            </w:pPr>
            <w:r>
              <w:rPr>
                <w:color w:val="000000"/>
                <w:sz w:val="16"/>
              </w:rPr>
              <w:t>pravilno uporabljeni koledarski podatki</w:t>
            </w:r>
          </w:p>
          <w:p w14:paraId="28582B62" w14:textId="77777777" w:rsidR="00302D64" w:rsidRDefault="00000000">
            <w:pPr>
              <w:pStyle w:val="Oznaenseznam"/>
              <w:spacing w:after="16"/>
            </w:pPr>
            <w:r>
              <w:rPr>
                <w:color w:val="000000"/>
                <w:sz w:val="16"/>
              </w:rPr>
              <w:t>slikovni časovni trak in pripoved</w:t>
            </w:r>
          </w:p>
          <w:p w14:paraId="598509B8" w14:textId="77777777" w:rsidR="00302D64" w:rsidRDefault="00000000">
            <w:pPr>
              <w:spacing w:before="40" w:after="20" w:line="245" w:lineRule="auto"/>
            </w:pPr>
            <w:r>
              <w:rPr>
                <w:b/>
                <w:color w:val="000000"/>
              </w:rPr>
              <w:t>MEDPREDMETNA POVEZAVA</w:t>
            </w:r>
          </w:p>
          <w:p w14:paraId="5FD2BDBF" w14:textId="77777777" w:rsidR="00302D64" w:rsidRDefault="00000000">
            <w:pPr>
              <w:spacing w:after="60" w:line="245" w:lineRule="auto"/>
            </w:pPr>
            <w:r>
              <w:rPr>
                <w:color w:val="000000"/>
                <w:sz w:val="16"/>
              </w:rPr>
              <w:t>SLJ – časovno urejena pripoved; MAT – zaporedje; ŠPO – živi časovni trak; LUM – slikovni trak</w:t>
            </w:r>
          </w:p>
          <w:p w14:paraId="32C6236D" w14:textId="77777777" w:rsidR="00302D64" w:rsidRDefault="00000000">
            <w:pPr>
              <w:spacing w:after="20" w:line="245" w:lineRule="auto"/>
            </w:pPr>
            <w:r>
              <w:rPr>
                <w:b/>
                <w:color w:val="000000"/>
              </w:rPr>
              <w:t>POUČEVANJE V GIBANJU</w:t>
            </w:r>
          </w:p>
          <w:p w14:paraId="7649DAAC"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A56DCAB" w14:textId="77777777" w:rsidR="00302D64" w:rsidRDefault="00000000">
            <w:pPr>
              <w:spacing w:after="20" w:line="245" w:lineRule="auto"/>
            </w:pPr>
            <w:r>
              <w:rPr>
                <w:b/>
                <w:color w:val="000000"/>
              </w:rPr>
              <w:t>UČENJE PO ŠTIRIH POSTAJAH</w:t>
            </w:r>
          </w:p>
          <w:p w14:paraId="415C3A0D"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0A2BEBD4" w14:textId="77777777" w:rsidR="00302D64" w:rsidRDefault="00000000">
            <w:pPr>
              <w:spacing w:after="20" w:line="245" w:lineRule="auto"/>
            </w:pPr>
            <w:r>
              <w:rPr>
                <w:b/>
                <w:color w:val="000000"/>
              </w:rPr>
              <w:t>DIFERENCIACIJA IN VKLJUČEVANJE</w:t>
            </w:r>
          </w:p>
          <w:p w14:paraId="5202D518" w14:textId="77777777" w:rsidR="00302D64" w:rsidRDefault="00000000">
            <w:pPr>
              <w:spacing w:after="60" w:line="245" w:lineRule="auto"/>
            </w:pPr>
            <w:r>
              <w:rPr>
                <w:color w:val="000000"/>
                <w:sz w:val="16"/>
              </w:rPr>
              <w:t>Uporabijo se tri slike namesto več; učenec odgovarja s postavitvijo; naprednejši doda prihodnji dogodek in pojasni časovno razmerje.</w:t>
            </w:r>
          </w:p>
          <w:p w14:paraId="51B5D295" w14:textId="77777777" w:rsidR="00302D64" w:rsidRDefault="00000000">
            <w:pPr>
              <w:spacing w:after="20" w:line="245" w:lineRule="auto"/>
            </w:pPr>
            <w:r>
              <w:rPr>
                <w:b/>
                <w:color w:val="000000"/>
              </w:rPr>
              <w:t>SPREMLJANJE</w:t>
            </w:r>
          </w:p>
          <w:p w14:paraId="475C884D"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3E5DA9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9199FA6" w14:textId="77777777">
              <w:trPr>
                <w:jc w:val="center"/>
              </w:trPr>
              <w:tc>
                <w:tcPr>
                  <w:tcW w:w="7087" w:type="dxa"/>
                  <w:shd w:val="clear" w:color="auto" w:fill="C6E7F3"/>
                  <w:tcMar>
                    <w:top w:w="45" w:type="dxa"/>
                    <w:left w:w="70" w:type="dxa"/>
                    <w:bottom w:w="45" w:type="dxa"/>
                    <w:right w:w="70" w:type="dxa"/>
                  </w:tcMar>
                </w:tcPr>
                <w:p w14:paraId="63FF02C1" w14:textId="77777777" w:rsidR="00302D64" w:rsidRDefault="00000000">
                  <w:pPr>
                    <w:keepNext/>
                  </w:pPr>
                  <w:r>
                    <w:t>GLAVNI DEL – IZKUŠENJSKO IN POSTAJNO UČENJE (3 šolske ure)</w:t>
                  </w:r>
                </w:p>
              </w:tc>
            </w:tr>
          </w:tbl>
          <w:p w14:paraId="770E6E9B" w14:textId="77777777" w:rsidR="00302D64" w:rsidRDefault="00302D64">
            <w:pPr>
              <w:spacing w:line="20" w:lineRule="exact"/>
            </w:pPr>
          </w:p>
          <w:p w14:paraId="7FB61F33" w14:textId="77777777" w:rsidR="00302D64" w:rsidRDefault="00000000">
            <w:pPr>
              <w:keepNext/>
              <w:spacing w:before="60" w:after="20" w:line="245" w:lineRule="auto"/>
            </w:pPr>
            <w:r>
              <w:rPr>
                <w:b/>
                <w:color w:val="000000"/>
              </w:rPr>
              <w:t>1. URA – Človeški časovni trak</w:t>
            </w:r>
          </w:p>
          <w:p w14:paraId="08D7E124" w14:textId="77777777" w:rsidR="00302D64" w:rsidRDefault="00000000">
            <w:pPr>
              <w:spacing w:after="20" w:line="245" w:lineRule="auto"/>
            </w:pPr>
            <w:r>
              <w:rPr>
                <w:b/>
                <w:color w:val="000000"/>
                <w:sz w:val="16"/>
              </w:rPr>
              <w:t xml:space="preserve">Dejavnost učiteljice: </w:t>
            </w:r>
            <w:r>
              <w:rPr>
                <w:color w:val="000000"/>
                <w:sz w:val="16"/>
              </w:rPr>
              <w:t>Razdeli slike dnevne rutine in usmerja utemeljevanje zaporedja.</w:t>
            </w:r>
          </w:p>
          <w:p w14:paraId="5CE4CE0F" w14:textId="77777777" w:rsidR="00302D64" w:rsidRDefault="00000000">
            <w:pPr>
              <w:spacing w:after="20" w:line="245" w:lineRule="auto"/>
            </w:pPr>
            <w:r>
              <w:rPr>
                <w:b/>
                <w:color w:val="000000"/>
                <w:sz w:val="16"/>
              </w:rPr>
              <w:t xml:space="preserve">Dejavnost učencev: </w:t>
            </w:r>
            <w:r>
              <w:rPr>
                <w:color w:val="000000"/>
                <w:sz w:val="16"/>
              </w:rPr>
              <w:t>Postavijo se v zaporedje, uporabijo prej/potem in preverijo smiselnost traku.</w:t>
            </w:r>
          </w:p>
          <w:p w14:paraId="50C20731" w14:textId="77777777" w:rsidR="00302D64" w:rsidRDefault="00000000">
            <w:pPr>
              <w:spacing w:after="40" w:line="245" w:lineRule="auto"/>
            </w:pPr>
            <w:r>
              <w:rPr>
                <w:i/>
                <w:color w:val="D95BC6"/>
                <w:sz w:val="16"/>
              </w:rPr>
              <w:t>Predvideni dokaz: urejen živi časovni trak.</w:t>
            </w:r>
          </w:p>
          <w:p w14:paraId="3E9AB24D" w14:textId="77777777" w:rsidR="00302D64" w:rsidRDefault="00000000">
            <w:pPr>
              <w:keepNext/>
              <w:spacing w:before="60" w:after="20" w:line="245" w:lineRule="auto"/>
            </w:pPr>
            <w:r>
              <w:rPr>
                <w:b/>
                <w:color w:val="000000"/>
              </w:rPr>
              <w:t>2. URA – Koledarski detektivi</w:t>
            </w:r>
          </w:p>
          <w:p w14:paraId="4FB70319" w14:textId="77777777" w:rsidR="00302D64" w:rsidRDefault="00000000">
            <w:pPr>
              <w:spacing w:after="20" w:line="245" w:lineRule="auto"/>
            </w:pPr>
            <w:r>
              <w:rPr>
                <w:b/>
                <w:color w:val="000000"/>
                <w:sz w:val="16"/>
              </w:rPr>
              <w:t xml:space="preserve">Dejavnost učiteljice: </w:t>
            </w:r>
            <w:r>
              <w:rPr>
                <w:color w:val="000000"/>
                <w:sz w:val="16"/>
              </w:rPr>
              <w:t>Na velikem koledarju pokaže dan, teden, mesec, datum in dogodek.</w:t>
            </w:r>
          </w:p>
          <w:p w14:paraId="3AFEA8BB" w14:textId="77777777" w:rsidR="00302D64" w:rsidRDefault="00000000">
            <w:pPr>
              <w:spacing w:after="20" w:line="245" w:lineRule="auto"/>
            </w:pPr>
            <w:r>
              <w:rPr>
                <w:b/>
                <w:color w:val="000000"/>
                <w:sz w:val="16"/>
              </w:rPr>
              <w:t xml:space="preserve">Dejavnost učencev: </w:t>
            </w:r>
            <w:r>
              <w:rPr>
                <w:color w:val="000000"/>
                <w:sz w:val="16"/>
              </w:rPr>
              <w:t>Poiščejo današnji datum, včeraj in jutri ter označijo dogodek v istem tednu.</w:t>
            </w:r>
          </w:p>
          <w:p w14:paraId="569BCED2" w14:textId="77777777" w:rsidR="00302D64" w:rsidRDefault="00000000">
            <w:pPr>
              <w:spacing w:after="40" w:line="245" w:lineRule="auto"/>
            </w:pPr>
            <w:r>
              <w:rPr>
                <w:i/>
                <w:color w:val="D95BC6"/>
                <w:sz w:val="16"/>
              </w:rPr>
              <w:t>Predvideni dokaz: pravilno uporabljeni koledarski podatki.</w:t>
            </w:r>
          </w:p>
          <w:p w14:paraId="325A33AB" w14:textId="77777777" w:rsidR="00302D64" w:rsidRDefault="00000000">
            <w:pPr>
              <w:keepNext/>
              <w:spacing w:before="60" w:after="20" w:line="245" w:lineRule="auto"/>
            </w:pPr>
            <w:r>
              <w:rPr>
                <w:b/>
                <w:color w:val="000000"/>
              </w:rPr>
              <w:t>3. URA – Zgodba nekoč in danes</w:t>
            </w:r>
          </w:p>
          <w:p w14:paraId="497CF7BE" w14:textId="77777777" w:rsidR="00302D64" w:rsidRDefault="00000000">
            <w:pPr>
              <w:spacing w:after="20" w:line="245" w:lineRule="auto"/>
            </w:pPr>
            <w:r>
              <w:rPr>
                <w:b/>
                <w:color w:val="000000"/>
                <w:sz w:val="16"/>
              </w:rPr>
              <w:t xml:space="preserve">Dejavnost učiteljice: </w:t>
            </w:r>
            <w:r>
              <w:rPr>
                <w:color w:val="000000"/>
                <w:sz w:val="16"/>
              </w:rPr>
              <w:t>Ponudi slike iz Jančkove zgodbe in današnjega življenja ter vodi izdelavo preprostega traku.</w:t>
            </w:r>
          </w:p>
          <w:p w14:paraId="5A391EF2" w14:textId="77777777" w:rsidR="00302D64" w:rsidRDefault="00000000">
            <w:pPr>
              <w:spacing w:after="20" w:line="245" w:lineRule="auto"/>
            </w:pPr>
            <w:r>
              <w:rPr>
                <w:b/>
                <w:color w:val="000000"/>
                <w:sz w:val="16"/>
              </w:rPr>
              <w:t xml:space="preserve">Dejavnost učencev: </w:t>
            </w:r>
            <w:r>
              <w:rPr>
                <w:color w:val="000000"/>
                <w:sz w:val="16"/>
              </w:rPr>
              <w:t>Uredijo dogodke, dodajo simbol preteklosti/sedanjosti in pripovedujejo po zaporedju.</w:t>
            </w:r>
          </w:p>
          <w:p w14:paraId="5C650B78" w14:textId="77777777" w:rsidR="00302D64" w:rsidRDefault="00000000">
            <w:pPr>
              <w:spacing w:after="40" w:line="245" w:lineRule="auto"/>
            </w:pPr>
            <w:r>
              <w:rPr>
                <w:i/>
                <w:color w:val="D95BC6"/>
                <w:sz w:val="16"/>
              </w:rPr>
              <w:t>Predvideni dokaz: slikovni časovni trak in pripoved.</w:t>
            </w:r>
          </w:p>
          <w:tbl>
            <w:tblPr>
              <w:tblStyle w:val="Tabelamrea"/>
              <w:tblW w:w="0" w:type="auto"/>
              <w:jc w:val="center"/>
              <w:tblLayout w:type="fixed"/>
              <w:tblLook w:val="04A0" w:firstRow="1" w:lastRow="0" w:firstColumn="1" w:lastColumn="0" w:noHBand="0" w:noVBand="1"/>
            </w:tblPr>
            <w:tblGrid>
              <w:gridCol w:w="7087"/>
            </w:tblGrid>
            <w:tr w:rsidR="00302D64" w14:paraId="653D9725" w14:textId="77777777">
              <w:trPr>
                <w:jc w:val="center"/>
              </w:trPr>
              <w:tc>
                <w:tcPr>
                  <w:tcW w:w="7087" w:type="dxa"/>
                  <w:shd w:val="clear" w:color="auto" w:fill="EDC9EA"/>
                  <w:tcMar>
                    <w:top w:w="45" w:type="dxa"/>
                    <w:left w:w="70" w:type="dxa"/>
                    <w:bottom w:w="45" w:type="dxa"/>
                    <w:right w:w="70" w:type="dxa"/>
                  </w:tcMar>
                </w:tcPr>
                <w:p w14:paraId="2B75E777" w14:textId="77777777" w:rsidR="00302D64" w:rsidRDefault="00000000">
                  <w:pPr>
                    <w:keepNext/>
                  </w:pPr>
                  <w:r>
                    <w:rPr>
                      <w:b/>
                      <w:color w:val="000000"/>
                    </w:rPr>
                    <w:t>UČENJE PO ŠTIRIH POSTAJAH (6–8 min na postajo)</w:t>
                  </w:r>
                </w:p>
              </w:tc>
            </w:tr>
          </w:tbl>
          <w:p w14:paraId="06DC5B42"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4EA5AD45" w14:textId="77777777" w:rsidR="00302D64" w:rsidRDefault="00000000">
            <w:pPr>
              <w:spacing w:after="20" w:line="245" w:lineRule="auto"/>
            </w:pPr>
            <w:r>
              <w:rPr>
                <w:b/>
                <w:color w:val="000000"/>
                <w:sz w:val="16"/>
              </w:rPr>
              <w:t xml:space="preserve">RAZISKOVALNA POSTAJA – Človeški časovni trak: </w:t>
            </w:r>
            <w:r>
              <w:rPr>
                <w:color w:val="000000"/>
                <w:sz w:val="16"/>
              </w:rPr>
              <w:t>Postavijo se v zaporedje, uporabijo prej/potem in preverijo smiselnost traku.</w:t>
            </w:r>
          </w:p>
          <w:p w14:paraId="44F5160B" w14:textId="77777777" w:rsidR="00302D64" w:rsidRDefault="00000000">
            <w:pPr>
              <w:spacing w:after="20" w:line="245" w:lineRule="auto"/>
            </w:pPr>
            <w:r>
              <w:rPr>
                <w:b/>
                <w:color w:val="000000"/>
                <w:sz w:val="16"/>
              </w:rPr>
              <w:t xml:space="preserve">PRAKTIČNA POSTAJA – Koledarski detektivi: </w:t>
            </w:r>
            <w:r>
              <w:rPr>
                <w:color w:val="000000"/>
                <w:sz w:val="16"/>
              </w:rPr>
              <w:t>Poiščejo današnji datum, včeraj in jutri ter označijo dogodek v istem tednu.</w:t>
            </w:r>
          </w:p>
          <w:p w14:paraId="095B8602" w14:textId="77777777" w:rsidR="00302D64" w:rsidRDefault="00000000">
            <w:pPr>
              <w:spacing w:after="20" w:line="245" w:lineRule="auto"/>
            </w:pPr>
            <w:r>
              <w:rPr>
                <w:b/>
                <w:color w:val="000000"/>
                <w:sz w:val="16"/>
              </w:rPr>
              <w:t xml:space="preserve">GIBALNO-SODELOVALNA POSTAJA – Zgodba nekoč in danes: </w:t>
            </w:r>
            <w:r>
              <w:rPr>
                <w:color w:val="000000"/>
                <w:sz w:val="16"/>
              </w:rPr>
              <w:t>Uredijo dogodke, dodajo simbol preteklosti/sedanjosti in pripovedujejo po zaporedju.</w:t>
            </w:r>
          </w:p>
          <w:p w14:paraId="17309E52" w14:textId="77777777" w:rsidR="00302D64" w:rsidRDefault="00000000">
            <w:pPr>
              <w:spacing w:after="20" w:line="245" w:lineRule="auto"/>
            </w:pPr>
            <w:r>
              <w:rPr>
                <w:b/>
                <w:color w:val="000000"/>
                <w:sz w:val="16"/>
              </w:rPr>
              <w:t xml:space="preserve">POSTAJA DOKAZA IN REFLEKSIJE: </w:t>
            </w:r>
            <w:r>
              <w:rPr>
                <w:color w:val="000000"/>
                <w:sz w:val="16"/>
              </w:rPr>
              <w:t>Izberejo en dokaz (urejen živi časovni trak, pravilno uporabljeni koledarski podatki),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262606E2" w14:textId="77777777">
              <w:trPr>
                <w:jc w:val="center"/>
              </w:trPr>
              <w:tc>
                <w:tcPr>
                  <w:tcW w:w="7087" w:type="dxa"/>
                  <w:shd w:val="clear" w:color="auto" w:fill="EDC9EA"/>
                  <w:tcMar>
                    <w:top w:w="45" w:type="dxa"/>
                    <w:left w:w="70" w:type="dxa"/>
                    <w:bottom w:w="45" w:type="dxa"/>
                    <w:right w:w="70" w:type="dxa"/>
                  </w:tcMar>
                </w:tcPr>
                <w:p w14:paraId="3F366DFB" w14:textId="77777777" w:rsidR="00302D64" w:rsidRDefault="00000000">
                  <w:pPr>
                    <w:keepNext/>
                  </w:pPr>
                  <w:r>
                    <w:rPr>
                      <w:b/>
                      <w:color w:val="000000"/>
                    </w:rPr>
                    <w:t>POVRATNA INFORMACIJA UČITELJICE MED DELOM</w:t>
                  </w:r>
                </w:p>
              </w:tc>
            </w:tr>
          </w:tbl>
          <w:p w14:paraId="1BE2D7A2" w14:textId="77777777" w:rsidR="00302D64" w:rsidRDefault="00302D64"/>
          <w:p w14:paraId="687718EC"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3C0402FB" w14:textId="77777777" w:rsidR="00302D64" w:rsidRDefault="00302D64"/>
          <w:p w14:paraId="00F32A95" w14:textId="77777777" w:rsidR="00302D64" w:rsidRDefault="00000000">
            <w:pPr>
              <w:spacing w:after="20" w:line="245" w:lineRule="auto"/>
            </w:pPr>
            <w:r>
              <w:rPr>
                <w:b/>
                <w:color w:val="000000"/>
                <w:sz w:val="17"/>
              </w:rPr>
              <w:t>1. URA</w:t>
            </w:r>
          </w:p>
          <w:p w14:paraId="0BB54FFA" w14:textId="77777777" w:rsidR="00302D64" w:rsidRDefault="00000000">
            <w:pPr>
              <w:spacing w:after="40" w:line="245" w:lineRule="auto"/>
            </w:pPr>
            <w:r>
              <w:rPr>
                <w:color w:val="000000"/>
                <w:sz w:val="16"/>
              </w:rPr>
              <w:t>Postavijo se v zaporedje, uporabijo prej/potem in preverijo smiselnost traku.</w:t>
            </w:r>
          </w:p>
          <w:p w14:paraId="45C9E5FD" w14:textId="77777777" w:rsidR="00302D64" w:rsidRDefault="00000000">
            <w:pPr>
              <w:spacing w:line="245" w:lineRule="auto"/>
            </w:pPr>
            <w:r>
              <w:rPr>
                <w:b/>
                <w:color w:val="D95BC6"/>
                <w:sz w:val="16"/>
              </w:rPr>
              <w:t>DOKAZ</w:t>
            </w:r>
          </w:p>
          <w:p w14:paraId="6D88FAC7" w14:textId="77777777" w:rsidR="00302D64" w:rsidRDefault="00000000">
            <w:pPr>
              <w:spacing w:after="60" w:line="245" w:lineRule="auto"/>
            </w:pPr>
            <w:r>
              <w:rPr>
                <w:color w:val="D95BC6"/>
                <w:sz w:val="16"/>
              </w:rPr>
              <w:t>urejen živi časovni trak</w:t>
            </w:r>
          </w:p>
          <w:p w14:paraId="3B09A0F9" w14:textId="77777777" w:rsidR="00302D64" w:rsidRDefault="00000000">
            <w:pPr>
              <w:spacing w:after="20" w:line="245" w:lineRule="auto"/>
            </w:pPr>
            <w:r>
              <w:rPr>
                <w:b/>
                <w:color w:val="000000"/>
                <w:sz w:val="17"/>
              </w:rPr>
              <w:t>2. URA</w:t>
            </w:r>
          </w:p>
          <w:p w14:paraId="7B7153E2" w14:textId="77777777" w:rsidR="00302D64" w:rsidRDefault="00000000">
            <w:pPr>
              <w:spacing w:after="40" w:line="245" w:lineRule="auto"/>
            </w:pPr>
            <w:r>
              <w:rPr>
                <w:color w:val="000000"/>
                <w:sz w:val="16"/>
              </w:rPr>
              <w:t>Poiščejo današnji datum, včeraj in jutri ter označijo dogodek v istem tednu.</w:t>
            </w:r>
          </w:p>
          <w:p w14:paraId="45AC06BA" w14:textId="77777777" w:rsidR="00302D64" w:rsidRDefault="00000000">
            <w:pPr>
              <w:spacing w:line="245" w:lineRule="auto"/>
            </w:pPr>
            <w:r>
              <w:rPr>
                <w:b/>
                <w:color w:val="D95BC6"/>
                <w:sz w:val="16"/>
              </w:rPr>
              <w:t>DOKAZ</w:t>
            </w:r>
          </w:p>
          <w:p w14:paraId="738AF0B3" w14:textId="77777777" w:rsidR="00302D64" w:rsidRDefault="00000000">
            <w:pPr>
              <w:spacing w:after="60" w:line="245" w:lineRule="auto"/>
            </w:pPr>
            <w:r>
              <w:rPr>
                <w:color w:val="D95BC6"/>
                <w:sz w:val="16"/>
              </w:rPr>
              <w:t>pravilno uporabljeni koledarski podatki</w:t>
            </w:r>
          </w:p>
          <w:p w14:paraId="3440E8C8" w14:textId="77777777" w:rsidR="00302D64" w:rsidRDefault="00000000">
            <w:pPr>
              <w:spacing w:after="20" w:line="245" w:lineRule="auto"/>
            </w:pPr>
            <w:r>
              <w:rPr>
                <w:b/>
                <w:color w:val="000000"/>
                <w:sz w:val="17"/>
              </w:rPr>
              <w:t>3. URA</w:t>
            </w:r>
          </w:p>
          <w:p w14:paraId="392F0DE8" w14:textId="77777777" w:rsidR="00302D64" w:rsidRDefault="00000000">
            <w:pPr>
              <w:spacing w:after="40" w:line="245" w:lineRule="auto"/>
            </w:pPr>
            <w:r>
              <w:rPr>
                <w:color w:val="000000"/>
                <w:sz w:val="16"/>
              </w:rPr>
              <w:t>Uredijo dogodke, dodajo simbol preteklosti/sedanjosti in pripovedujejo po zaporedju.</w:t>
            </w:r>
          </w:p>
          <w:p w14:paraId="5D356189" w14:textId="77777777" w:rsidR="00302D64" w:rsidRDefault="00000000">
            <w:pPr>
              <w:spacing w:line="245" w:lineRule="auto"/>
            </w:pPr>
            <w:r>
              <w:rPr>
                <w:b/>
                <w:color w:val="D95BC6"/>
                <w:sz w:val="16"/>
              </w:rPr>
              <w:t>DOKAZ</w:t>
            </w:r>
          </w:p>
          <w:p w14:paraId="63EB9FF5" w14:textId="77777777" w:rsidR="00302D64" w:rsidRDefault="00000000">
            <w:pPr>
              <w:spacing w:after="60" w:line="245" w:lineRule="auto"/>
            </w:pPr>
            <w:r>
              <w:rPr>
                <w:color w:val="D95BC6"/>
                <w:sz w:val="16"/>
              </w:rPr>
              <w:t>slikovni časovni trak in pripoved</w:t>
            </w:r>
          </w:p>
        </w:tc>
      </w:tr>
    </w:tbl>
    <w:p w14:paraId="6144B36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8310FB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A2D84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950B4B3" w14:textId="77777777" w:rsidR="00302D64" w:rsidRDefault="00000000">
            <w:pPr>
              <w:jc w:val="center"/>
            </w:pPr>
            <w:r>
              <w:rPr>
                <w:b/>
                <w:color w:val="000000"/>
                <w:sz w:val="20"/>
              </w:rPr>
              <w:t>UČNE DEJAVNOSTI, METODE IN FORMATIVNO SPREMLJANJE</w:t>
            </w:r>
          </w:p>
        </w:tc>
      </w:tr>
      <w:tr w:rsidR="00302D64" w14:paraId="657FC767" w14:textId="77777777">
        <w:trPr>
          <w:tblHeader/>
          <w:jc w:val="center"/>
        </w:trPr>
        <w:tc>
          <w:tcPr>
            <w:tcW w:w="4422" w:type="dxa"/>
            <w:vMerge/>
            <w:tcMar>
              <w:top w:w="70" w:type="dxa"/>
              <w:left w:w="90" w:type="dxa"/>
              <w:bottom w:w="70" w:type="dxa"/>
              <w:right w:w="90" w:type="dxa"/>
            </w:tcMar>
            <w:vAlign w:val="center"/>
          </w:tcPr>
          <w:p w14:paraId="3D35C843" w14:textId="77777777" w:rsidR="00302D64" w:rsidRDefault="00302D64"/>
        </w:tc>
        <w:tc>
          <w:tcPr>
            <w:tcW w:w="7087" w:type="dxa"/>
            <w:shd w:val="clear" w:color="auto" w:fill="FFFFFF"/>
            <w:tcMar>
              <w:top w:w="70" w:type="dxa"/>
              <w:left w:w="90" w:type="dxa"/>
              <w:bottom w:w="70" w:type="dxa"/>
              <w:right w:w="90" w:type="dxa"/>
            </w:tcMar>
            <w:vAlign w:val="center"/>
          </w:tcPr>
          <w:p w14:paraId="53507CD1"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D14CE5" w14:textId="77777777" w:rsidR="00302D64" w:rsidRDefault="00000000">
            <w:pPr>
              <w:jc w:val="center"/>
            </w:pPr>
            <w:r>
              <w:rPr>
                <w:b/>
                <w:color w:val="000000"/>
              </w:rPr>
              <w:t>UČENEC</w:t>
            </w:r>
          </w:p>
        </w:tc>
      </w:tr>
      <w:tr w:rsidR="00302D64" w14:paraId="3D2B27BB" w14:textId="77777777">
        <w:trPr>
          <w:jc w:val="center"/>
        </w:trPr>
        <w:tc>
          <w:tcPr>
            <w:tcW w:w="4422" w:type="dxa"/>
            <w:tcMar>
              <w:top w:w="70" w:type="dxa"/>
              <w:left w:w="90" w:type="dxa"/>
              <w:bottom w:w="70" w:type="dxa"/>
              <w:right w:w="90" w:type="dxa"/>
            </w:tcMar>
          </w:tcPr>
          <w:p w14:paraId="7211AEEE" w14:textId="77777777" w:rsidR="00302D64" w:rsidRDefault="00302D64"/>
          <w:p w14:paraId="2B70CB9C" w14:textId="77777777" w:rsidR="00302D64" w:rsidRDefault="00000000">
            <w:pPr>
              <w:spacing w:after="40" w:line="245" w:lineRule="auto"/>
            </w:pPr>
            <w:r>
              <w:rPr>
                <w:b/>
                <w:color w:val="000000"/>
              </w:rPr>
              <w:t>FORMATIVNO SPREMLJANJE</w:t>
            </w:r>
          </w:p>
          <w:p w14:paraId="213FEFEC" w14:textId="77777777" w:rsidR="00302D64" w:rsidRDefault="00000000">
            <w:pPr>
              <w:pStyle w:val="Oznaenseznam"/>
              <w:spacing w:after="16"/>
            </w:pPr>
            <w:r>
              <w:rPr>
                <w:color w:val="000000"/>
                <w:sz w:val="16"/>
              </w:rPr>
              <w:t>predznanje: začetni odgovor, razvrstitev ali prikaz</w:t>
            </w:r>
          </w:p>
          <w:p w14:paraId="2CE3F8D1" w14:textId="77777777" w:rsidR="00302D64" w:rsidRDefault="00000000">
            <w:pPr>
              <w:pStyle w:val="Oznaenseznam"/>
              <w:spacing w:after="16"/>
            </w:pPr>
            <w:r>
              <w:rPr>
                <w:color w:val="000000"/>
                <w:sz w:val="16"/>
              </w:rPr>
              <w:t>dokazi med učenjem: izvedba, skica, model, opazovalni zapis ali razlaga</w:t>
            </w:r>
          </w:p>
          <w:p w14:paraId="40CD39BA" w14:textId="77777777" w:rsidR="00302D64" w:rsidRDefault="00000000">
            <w:pPr>
              <w:pStyle w:val="Oznaenseznam"/>
              <w:spacing w:after="16"/>
            </w:pPr>
            <w:r>
              <w:rPr>
                <w:color w:val="000000"/>
                <w:sz w:val="16"/>
              </w:rPr>
              <w:t>povratna informacija: konkretna, vezana na kriterij in usmerjena v naslednji korak</w:t>
            </w:r>
          </w:p>
          <w:p w14:paraId="1C2C5935" w14:textId="77777777" w:rsidR="00302D64" w:rsidRDefault="00000000">
            <w:pPr>
              <w:pStyle w:val="Oznaenseznam"/>
              <w:spacing w:after="16"/>
            </w:pPr>
            <w:r>
              <w:rPr>
                <w:color w:val="000000"/>
                <w:sz w:val="16"/>
              </w:rPr>
              <w:t>samovrednotenje: semafor, prsti, izbrani simbol ali kratka poved</w:t>
            </w:r>
          </w:p>
          <w:p w14:paraId="6C67086A" w14:textId="77777777" w:rsidR="00302D64" w:rsidRDefault="00000000">
            <w:pPr>
              <w:spacing w:before="40" w:after="20" w:line="245" w:lineRule="auto"/>
            </w:pPr>
            <w:r>
              <w:rPr>
                <w:b/>
                <w:color w:val="000000"/>
              </w:rPr>
              <w:t>VARNOST IN ODGOVORNOST</w:t>
            </w:r>
          </w:p>
          <w:p w14:paraId="47BAB342" w14:textId="77777777" w:rsidR="00302D64" w:rsidRDefault="00000000">
            <w:pPr>
              <w:spacing w:after="60" w:line="245" w:lineRule="auto"/>
            </w:pPr>
            <w:r>
              <w:rPr>
                <w:color w:val="000000"/>
                <w:sz w:val="16"/>
              </w:rPr>
              <w:t>Upošteva dogovorjena pravila varnega, spoštljivega in odgovornega dela.</w:t>
            </w:r>
          </w:p>
          <w:p w14:paraId="607BC26B" w14:textId="77777777" w:rsidR="00302D64" w:rsidRDefault="00000000">
            <w:pPr>
              <w:spacing w:after="20" w:line="245" w:lineRule="auto"/>
            </w:pPr>
            <w:r>
              <w:rPr>
                <w:b/>
                <w:color w:val="000000"/>
              </w:rPr>
              <w:t>EVIDENCA PO IZVEDBI</w:t>
            </w:r>
          </w:p>
          <w:p w14:paraId="06DE5BBD"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1B72257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8152884" w14:textId="77777777">
              <w:trPr>
                <w:jc w:val="center"/>
              </w:trPr>
              <w:tc>
                <w:tcPr>
                  <w:tcW w:w="7087" w:type="dxa"/>
                  <w:shd w:val="clear" w:color="auto" w:fill="EDC9EA"/>
                  <w:tcMar>
                    <w:top w:w="45" w:type="dxa"/>
                    <w:left w:w="70" w:type="dxa"/>
                    <w:bottom w:w="45" w:type="dxa"/>
                    <w:right w:w="70" w:type="dxa"/>
                  </w:tcMar>
                </w:tcPr>
                <w:p w14:paraId="05145533" w14:textId="77777777" w:rsidR="00302D64" w:rsidRDefault="00000000">
                  <w:pPr>
                    <w:keepNext/>
                  </w:pPr>
                  <w:r>
                    <w:rPr>
                      <w:b/>
                      <w:color w:val="000000"/>
                    </w:rPr>
                    <w:t>VPRAŠANJA V PODPORO UČENJU</w:t>
                  </w:r>
                </w:p>
              </w:tc>
            </w:tr>
          </w:tbl>
          <w:p w14:paraId="5EC0497C" w14:textId="77777777" w:rsidR="00302D64" w:rsidRDefault="00302D64">
            <w:pPr>
              <w:spacing w:line="20" w:lineRule="exact"/>
            </w:pPr>
          </w:p>
          <w:p w14:paraId="11D00BDE" w14:textId="77777777" w:rsidR="00302D64" w:rsidRDefault="00000000">
            <w:pPr>
              <w:pStyle w:val="Oznaenseznam"/>
              <w:spacing w:after="16"/>
            </w:pPr>
            <w:r>
              <w:rPr>
                <w:color w:val="000000"/>
                <w:sz w:val="16"/>
              </w:rPr>
              <w:t>Kaj si opazil/-a in kateri dokaz to pokaže?</w:t>
            </w:r>
          </w:p>
          <w:p w14:paraId="7563F3C0" w14:textId="77777777" w:rsidR="00302D64" w:rsidRDefault="00000000">
            <w:pPr>
              <w:pStyle w:val="Oznaenseznam"/>
              <w:spacing w:after="16"/>
            </w:pPr>
            <w:r>
              <w:rPr>
                <w:color w:val="000000"/>
                <w:sz w:val="16"/>
              </w:rPr>
              <w:t>Kako si prišel/-la do svoje odločitve?</w:t>
            </w:r>
          </w:p>
          <w:p w14:paraId="168AFE1F" w14:textId="77777777" w:rsidR="00302D64" w:rsidRDefault="00000000">
            <w:pPr>
              <w:pStyle w:val="Oznaenseznam"/>
              <w:spacing w:after="16"/>
            </w:pPr>
            <w:r>
              <w:rPr>
                <w:color w:val="000000"/>
                <w:sz w:val="16"/>
              </w:rPr>
              <w:t>Kaj si pri ponovnem poskusu ohranil/-a enako in kaj spremenil/-a?</w:t>
            </w:r>
          </w:p>
          <w:p w14:paraId="6D4397FE" w14:textId="77777777" w:rsidR="00302D64" w:rsidRDefault="00000000">
            <w:pPr>
              <w:pStyle w:val="Oznaenseznam"/>
              <w:spacing w:after="16"/>
            </w:pPr>
            <w:r>
              <w:rPr>
                <w:color w:val="000000"/>
                <w:sz w:val="16"/>
              </w:rPr>
              <w:t>Kateri kriterij že dosegaš? Kaj bo tvoj naslednji korak?</w:t>
            </w:r>
          </w:p>
          <w:p w14:paraId="552AD5F8"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5575CB0B" w14:textId="77777777">
              <w:trPr>
                <w:jc w:val="center"/>
              </w:trPr>
              <w:tc>
                <w:tcPr>
                  <w:tcW w:w="7087" w:type="dxa"/>
                  <w:shd w:val="clear" w:color="auto" w:fill="C6E7F3"/>
                  <w:tcMar>
                    <w:top w:w="45" w:type="dxa"/>
                    <w:left w:w="70" w:type="dxa"/>
                    <w:bottom w:w="45" w:type="dxa"/>
                    <w:right w:w="70" w:type="dxa"/>
                  </w:tcMar>
                </w:tcPr>
                <w:p w14:paraId="675F7E1B" w14:textId="77777777" w:rsidR="00302D64" w:rsidRDefault="00000000">
                  <w:pPr>
                    <w:keepNext/>
                  </w:pPr>
                  <w:r>
                    <w:rPr>
                      <w:b/>
                      <w:color w:val="000000"/>
                    </w:rPr>
                    <w:t>ZAKLJUČNI DEL – UTRJEVANJE IN REFLEKSIJA (10–15 min)</w:t>
                  </w:r>
                </w:p>
              </w:tc>
            </w:tr>
          </w:tbl>
          <w:p w14:paraId="22FB3ACB" w14:textId="77777777" w:rsidR="00302D64" w:rsidRDefault="00302D64">
            <w:pPr>
              <w:spacing w:line="20" w:lineRule="exact"/>
            </w:pPr>
          </w:p>
          <w:p w14:paraId="1B0B3066"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6E75BAD4" w14:textId="77777777">
              <w:trPr>
                <w:jc w:val="center"/>
              </w:trPr>
              <w:tc>
                <w:tcPr>
                  <w:tcW w:w="7087" w:type="dxa"/>
                  <w:shd w:val="clear" w:color="auto" w:fill="EDC9EA"/>
                  <w:tcMar>
                    <w:top w:w="45" w:type="dxa"/>
                    <w:left w:w="70" w:type="dxa"/>
                    <w:bottom w:w="45" w:type="dxa"/>
                    <w:right w:w="70" w:type="dxa"/>
                  </w:tcMar>
                </w:tcPr>
                <w:p w14:paraId="174C8ACE" w14:textId="77777777" w:rsidR="00302D64" w:rsidRDefault="00000000">
                  <w:pPr>
                    <w:keepNext/>
                  </w:pPr>
                  <w:r>
                    <w:rPr>
                      <w:b/>
                      <w:color w:val="000000"/>
                    </w:rPr>
                    <w:t>SAMOVREDNOTENJE</w:t>
                  </w:r>
                </w:p>
              </w:tc>
            </w:tr>
          </w:tbl>
          <w:p w14:paraId="358D477C" w14:textId="77777777" w:rsidR="00302D64" w:rsidRDefault="00302D64">
            <w:pPr>
              <w:spacing w:line="20" w:lineRule="exact"/>
            </w:pPr>
          </w:p>
          <w:p w14:paraId="07FC2C41"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0AE84F02" w14:textId="77777777">
              <w:trPr>
                <w:jc w:val="center"/>
              </w:trPr>
              <w:tc>
                <w:tcPr>
                  <w:tcW w:w="7087" w:type="dxa"/>
                  <w:shd w:val="clear" w:color="auto" w:fill="EDC9EA"/>
                  <w:tcMar>
                    <w:top w:w="45" w:type="dxa"/>
                    <w:left w:w="70" w:type="dxa"/>
                    <w:bottom w:w="45" w:type="dxa"/>
                    <w:right w:w="70" w:type="dxa"/>
                  </w:tcMar>
                </w:tcPr>
                <w:p w14:paraId="703A62AC" w14:textId="77777777" w:rsidR="00302D64" w:rsidRDefault="00000000">
                  <w:pPr>
                    <w:keepNext/>
                  </w:pPr>
                  <w:r>
                    <w:rPr>
                      <w:b/>
                      <w:color w:val="000000"/>
                    </w:rPr>
                    <w:t>VRSTNIŠKO VREDNOTENJE</w:t>
                  </w:r>
                </w:p>
              </w:tc>
            </w:tr>
          </w:tbl>
          <w:p w14:paraId="0D2BB035" w14:textId="77777777" w:rsidR="00302D64" w:rsidRDefault="00302D64">
            <w:pPr>
              <w:spacing w:line="20" w:lineRule="exact"/>
            </w:pPr>
          </w:p>
          <w:p w14:paraId="6013A8BC"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5BF7D381" w14:textId="77777777">
              <w:trPr>
                <w:jc w:val="center"/>
              </w:trPr>
              <w:tc>
                <w:tcPr>
                  <w:tcW w:w="7087" w:type="dxa"/>
                  <w:shd w:val="clear" w:color="auto" w:fill="EDC9EA"/>
                  <w:tcMar>
                    <w:top w:w="45" w:type="dxa"/>
                    <w:left w:w="70" w:type="dxa"/>
                    <w:bottom w:w="45" w:type="dxa"/>
                    <w:right w:w="70" w:type="dxa"/>
                  </w:tcMar>
                </w:tcPr>
                <w:p w14:paraId="6D3D1913" w14:textId="77777777" w:rsidR="00302D64" w:rsidRDefault="00000000">
                  <w:pPr>
                    <w:keepNext/>
                  </w:pPr>
                  <w:r>
                    <w:rPr>
                      <w:b/>
                      <w:color w:val="000000"/>
                    </w:rPr>
                    <w:t>SKUPNI POVZETEK</w:t>
                  </w:r>
                </w:p>
              </w:tc>
            </w:tr>
          </w:tbl>
          <w:p w14:paraId="4D79E164" w14:textId="77777777" w:rsidR="00302D64" w:rsidRDefault="00302D64"/>
          <w:p w14:paraId="57C897E3" w14:textId="77777777" w:rsidR="00302D64" w:rsidRDefault="00000000">
            <w:pPr>
              <w:spacing w:before="20" w:after="40" w:line="245" w:lineRule="auto"/>
            </w:pPr>
            <w:r>
              <w:rPr>
                <w:b/>
                <w:color w:val="000000"/>
                <w:sz w:val="17"/>
              </w:rPr>
              <w:t>Dogodke uredim v časovno zaporedje in uporabljam besede prej, potem, včeraj, danes in jutri ter koledar.</w:t>
            </w:r>
          </w:p>
        </w:tc>
        <w:tc>
          <w:tcPr>
            <w:tcW w:w="2551" w:type="dxa"/>
            <w:tcMar>
              <w:top w:w="70" w:type="dxa"/>
              <w:left w:w="90" w:type="dxa"/>
              <w:bottom w:w="70" w:type="dxa"/>
              <w:right w:w="90" w:type="dxa"/>
            </w:tcMar>
          </w:tcPr>
          <w:p w14:paraId="4577C225" w14:textId="77777777" w:rsidR="00302D64" w:rsidRDefault="00302D64"/>
          <w:p w14:paraId="1E5FE7C0" w14:textId="77777777" w:rsidR="00302D64" w:rsidRDefault="00000000">
            <w:pPr>
              <w:spacing w:after="100" w:line="245" w:lineRule="auto"/>
            </w:pPr>
            <w:r>
              <w:rPr>
                <w:color w:val="000000"/>
                <w:sz w:val="16"/>
              </w:rPr>
              <w:t>Odgovarja na podporna vprašanja in se sklicuje na svoj dokaz.</w:t>
            </w:r>
          </w:p>
          <w:p w14:paraId="604A7036" w14:textId="77777777" w:rsidR="00302D64" w:rsidRDefault="00000000">
            <w:pPr>
              <w:spacing w:after="100" w:line="245" w:lineRule="auto"/>
            </w:pPr>
            <w:r>
              <w:rPr>
                <w:color w:val="000000"/>
                <w:sz w:val="16"/>
              </w:rPr>
              <w:t>Primerja začetno zamisel z ugotovitvijo ter pove ali pokaže, kaj se je naučil/-a.</w:t>
            </w:r>
          </w:p>
          <w:p w14:paraId="22BFC20D" w14:textId="77777777" w:rsidR="00302D64" w:rsidRDefault="00000000">
            <w:pPr>
              <w:spacing w:after="100" w:line="245" w:lineRule="auto"/>
            </w:pPr>
            <w:r>
              <w:rPr>
                <w:color w:val="000000"/>
                <w:sz w:val="16"/>
              </w:rPr>
              <w:t>Izbere raven doseganja in določi naslednji korak.</w:t>
            </w:r>
          </w:p>
          <w:p w14:paraId="31843EEC" w14:textId="77777777" w:rsidR="00302D64" w:rsidRDefault="00000000">
            <w:pPr>
              <w:spacing w:after="100" w:line="245" w:lineRule="auto"/>
            </w:pPr>
            <w:r>
              <w:rPr>
                <w:color w:val="000000"/>
                <w:sz w:val="16"/>
              </w:rPr>
              <w:t>Sošolcu poda prijazen, konkreten odziv.</w:t>
            </w:r>
          </w:p>
          <w:p w14:paraId="396EA12D" w14:textId="77777777" w:rsidR="00302D64" w:rsidRDefault="00000000">
            <w:pPr>
              <w:spacing w:after="20" w:line="245" w:lineRule="auto"/>
            </w:pPr>
            <w:r>
              <w:rPr>
                <w:b/>
                <w:color w:val="D95BC6"/>
                <w:sz w:val="17"/>
              </w:rPr>
              <w:t>DOKAZ O UČENJU</w:t>
            </w:r>
          </w:p>
          <w:p w14:paraId="642A1316" w14:textId="77777777" w:rsidR="00302D64" w:rsidRDefault="00000000">
            <w:pPr>
              <w:spacing w:after="30" w:line="245" w:lineRule="auto"/>
            </w:pPr>
            <w:r>
              <w:rPr>
                <w:color w:val="D95BC6"/>
                <w:sz w:val="16"/>
              </w:rPr>
              <w:t>izvedba ali izdelek, razlaga, samovrednotenje in odziv na povratno informacijo</w:t>
            </w:r>
          </w:p>
        </w:tc>
      </w:tr>
    </w:tbl>
    <w:p w14:paraId="3BA00AA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599E5C8D" w14:textId="77777777">
        <w:trPr>
          <w:cantSplit/>
          <w:jc w:val="center"/>
        </w:trPr>
        <w:tc>
          <w:tcPr>
            <w:tcW w:w="14060" w:type="dxa"/>
            <w:gridSpan w:val="6"/>
            <w:tcMar>
              <w:top w:w="70" w:type="dxa"/>
              <w:left w:w="90" w:type="dxa"/>
              <w:bottom w:w="70" w:type="dxa"/>
              <w:right w:w="90" w:type="dxa"/>
            </w:tcMar>
            <w:vAlign w:val="center"/>
          </w:tcPr>
          <w:p w14:paraId="05C45FDD" w14:textId="77777777" w:rsidR="00302D64" w:rsidRDefault="00000000">
            <w:pPr>
              <w:jc w:val="center"/>
            </w:pPr>
            <w:r>
              <w:rPr>
                <w:b/>
                <w:color w:val="000000"/>
                <w:sz w:val="24"/>
              </w:rPr>
              <w:lastRenderedPageBreak/>
              <w:t>UČNA PRIPRAVA 22/39</w:t>
            </w:r>
          </w:p>
        </w:tc>
      </w:tr>
      <w:tr w:rsidR="00302D64" w14:paraId="2AF94E26" w14:textId="77777777">
        <w:trPr>
          <w:jc w:val="center"/>
        </w:trPr>
        <w:tc>
          <w:tcPr>
            <w:tcW w:w="2665" w:type="dxa"/>
            <w:tcMar>
              <w:top w:w="70" w:type="dxa"/>
              <w:left w:w="90" w:type="dxa"/>
              <w:bottom w:w="70" w:type="dxa"/>
              <w:right w:w="90" w:type="dxa"/>
            </w:tcMar>
            <w:vAlign w:val="center"/>
          </w:tcPr>
          <w:p w14:paraId="2B518110"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0D1159B"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2036D080"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1E97545" w14:textId="77777777" w:rsidR="00302D64" w:rsidRDefault="00000000">
            <w:r>
              <w:rPr>
                <w:b/>
                <w:color w:val="000000"/>
                <w:sz w:val="16"/>
              </w:rPr>
              <w:t xml:space="preserve">NAČRTOVANI TERMIN: </w:t>
            </w:r>
            <w:r>
              <w:rPr>
                <w:color w:val="000000"/>
                <w:sz w:val="16"/>
              </w:rPr>
              <w:t>22. teden • 9.–12. 2. 2027</w:t>
            </w:r>
          </w:p>
        </w:tc>
        <w:tc>
          <w:tcPr>
            <w:tcW w:w="2268" w:type="dxa"/>
            <w:tcMar>
              <w:top w:w="70" w:type="dxa"/>
              <w:left w:w="90" w:type="dxa"/>
              <w:bottom w:w="70" w:type="dxa"/>
              <w:right w:w="90" w:type="dxa"/>
            </w:tcMar>
            <w:vAlign w:val="center"/>
          </w:tcPr>
          <w:p w14:paraId="2444CFCE"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EE4CF80" w14:textId="77777777" w:rsidR="00302D64" w:rsidRDefault="00000000">
            <w:r>
              <w:rPr>
                <w:b/>
                <w:color w:val="000000"/>
                <w:sz w:val="16"/>
              </w:rPr>
              <w:t xml:space="preserve">ŠTEVILO UR: </w:t>
            </w:r>
            <w:r>
              <w:rPr>
                <w:color w:val="000000"/>
                <w:sz w:val="16"/>
              </w:rPr>
              <w:t>2</w:t>
            </w:r>
          </w:p>
        </w:tc>
      </w:tr>
      <w:tr w:rsidR="00302D64" w14:paraId="2C4BF17B" w14:textId="77777777">
        <w:trPr>
          <w:jc w:val="center"/>
        </w:trPr>
        <w:tc>
          <w:tcPr>
            <w:tcW w:w="14061" w:type="dxa"/>
            <w:gridSpan w:val="6"/>
            <w:tcMar>
              <w:top w:w="70" w:type="dxa"/>
              <w:left w:w="90" w:type="dxa"/>
              <w:bottom w:w="70" w:type="dxa"/>
              <w:right w:w="90" w:type="dxa"/>
            </w:tcMar>
            <w:vAlign w:val="center"/>
          </w:tcPr>
          <w:p w14:paraId="3937C9F8" w14:textId="77777777" w:rsidR="00302D64" w:rsidRDefault="00000000">
            <w:r>
              <w:t>TIP UČNE URE: obravnava, izkušenjsko raziskovanje, učenje po postajah, utrjevanje in formativno spremljanje</w:t>
            </w:r>
          </w:p>
        </w:tc>
      </w:tr>
      <w:tr w:rsidR="00302D64" w14:paraId="235310CE" w14:textId="77777777">
        <w:trPr>
          <w:cantSplit/>
          <w:jc w:val="center"/>
        </w:trPr>
        <w:tc>
          <w:tcPr>
            <w:tcW w:w="14060" w:type="dxa"/>
            <w:gridSpan w:val="6"/>
            <w:tcMar>
              <w:top w:w="70" w:type="dxa"/>
              <w:left w:w="90" w:type="dxa"/>
              <w:bottom w:w="70" w:type="dxa"/>
              <w:right w:w="90" w:type="dxa"/>
            </w:tcMar>
            <w:vAlign w:val="center"/>
          </w:tcPr>
          <w:p w14:paraId="787BD2F9" w14:textId="77777777" w:rsidR="00302D64" w:rsidRDefault="00302D64"/>
          <w:p w14:paraId="41598BC0" w14:textId="77777777" w:rsidR="00302D64" w:rsidRDefault="00000000">
            <w:pPr>
              <w:spacing w:line="245" w:lineRule="auto"/>
            </w:pPr>
            <w:r>
              <w:rPr>
                <w:b/>
                <w:color w:val="000000"/>
                <w:sz w:val="17"/>
              </w:rPr>
              <w:t xml:space="preserve">UČNI SKLOP: </w:t>
            </w:r>
            <w:r>
              <w:rPr>
                <w:color w:val="000000"/>
                <w:sz w:val="17"/>
              </w:rPr>
              <w:t>NEKOČ IN DANES – ČAS IN DEDIŠČINA</w:t>
            </w:r>
          </w:p>
        </w:tc>
      </w:tr>
      <w:tr w:rsidR="00302D64" w14:paraId="624E273D" w14:textId="77777777">
        <w:trPr>
          <w:cantSplit/>
          <w:jc w:val="center"/>
        </w:trPr>
        <w:tc>
          <w:tcPr>
            <w:tcW w:w="14060" w:type="dxa"/>
            <w:gridSpan w:val="6"/>
            <w:tcMar>
              <w:top w:w="70" w:type="dxa"/>
              <w:left w:w="90" w:type="dxa"/>
              <w:bottom w:w="70" w:type="dxa"/>
              <w:right w:w="90" w:type="dxa"/>
            </w:tcMar>
            <w:vAlign w:val="center"/>
          </w:tcPr>
          <w:p w14:paraId="44B87053" w14:textId="77777777" w:rsidR="00302D64" w:rsidRDefault="00302D64"/>
          <w:p w14:paraId="72B9F08C" w14:textId="77777777" w:rsidR="00302D64" w:rsidRDefault="00000000">
            <w:pPr>
              <w:spacing w:line="245" w:lineRule="auto"/>
            </w:pPr>
            <w:r>
              <w:rPr>
                <w:b/>
                <w:color w:val="000000"/>
                <w:sz w:val="17"/>
              </w:rPr>
              <w:t xml:space="preserve">UČNA TEMA: </w:t>
            </w:r>
            <w:r>
              <w:rPr>
                <w:color w:val="000000"/>
                <w:sz w:val="17"/>
              </w:rPr>
              <w:t>KULTURNA DEDIŠČINA</w:t>
            </w:r>
          </w:p>
        </w:tc>
      </w:tr>
      <w:tr w:rsidR="00302D64" w14:paraId="695498B8" w14:textId="77777777">
        <w:trPr>
          <w:cantSplit/>
          <w:jc w:val="center"/>
        </w:trPr>
        <w:tc>
          <w:tcPr>
            <w:tcW w:w="14060" w:type="dxa"/>
            <w:gridSpan w:val="6"/>
            <w:tcMar>
              <w:top w:w="70" w:type="dxa"/>
              <w:left w:w="90" w:type="dxa"/>
              <w:bottom w:w="70" w:type="dxa"/>
              <w:right w:w="90" w:type="dxa"/>
            </w:tcMar>
            <w:vAlign w:val="center"/>
          </w:tcPr>
          <w:p w14:paraId="6B443D14" w14:textId="77777777" w:rsidR="00302D64" w:rsidRDefault="00302D64"/>
          <w:p w14:paraId="33E81403" w14:textId="77777777" w:rsidR="00302D64" w:rsidRDefault="00000000">
            <w:pPr>
              <w:spacing w:line="245" w:lineRule="auto"/>
            </w:pPr>
            <w:r>
              <w:rPr>
                <w:b/>
                <w:color w:val="000000"/>
                <w:sz w:val="17"/>
              </w:rPr>
              <w:t xml:space="preserve">KNJIŽEVNO IZHODIŠČE IN MOTIV: </w:t>
            </w:r>
            <w:r>
              <w:rPr>
                <w:color w:val="000000"/>
                <w:sz w:val="17"/>
              </w:rPr>
              <w:t>»Ciciban in čebela« – Oton Župančič • slovenska poezija, kulturna dediščina in skrb za naravo</w:t>
            </w:r>
          </w:p>
        </w:tc>
      </w:tr>
      <w:tr w:rsidR="00302D64" w14:paraId="69389569" w14:textId="77777777">
        <w:trPr>
          <w:cantSplit/>
          <w:jc w:val="center"/>
        </w:trPr>
        <w:tc>
          <w:tcPr>
            <w:tcW w:w="14060" w:type="dxa"/>
            <w:gridSpan w:val="6"/>
            <w:tcMar>
              <w:top w:w="70" w:type="dxa"/>
              <w:left w:w="90" w:type="dxa"/>
              <w:bottom w:w="70" w:type="dxa"/>
              <w:right w:w="90" w:type="dxa"/>
            </w:tcMar>
            <w:vAlign w:val="center"/>
          </w:tcPr>
          <w:p w14:paraId="6D73BEAE" w14:textId="77777777" w:rsidR="00302D64" w:rsidRDefault="00302D64"/>
          <w:p w14:paraId="0C671260" w14:textId="77777777" w:rsidR="00302D64" w:rsidRDefault="00000000">
            <w:pPr>
              <w:spacing w:line="245" w:lineRule="auto"/>
            </w:pPr>
            <w:r>
              <w:rPr>
                <w:b/>
                <w:color w:val="000000"/>
                <w:sz w:val="17"/>
              </w:rPr>
              <w:t xml:space="preserve">UČNE ENOTE: </w:t>
            </w:r>
            <w:r>
              <w:rPr>
                <w:color w:val="000000"/>
                <w:sz w:val="17"/>
              </w:rPr>
              <w:t>1. ura – Simboli pripovedujejo • 2. ura – Kulturna ustanova in skrb za dediščino</w:t>
            </w:r>
          </w:p>
        </w:tc>
      </w:tr>
      <w:tr w:rsidR="00302D64" w14:paraId="2236EFC2" w14:textId="77777777">
        <w:trPr>
          <w:cantSplit/>
          <w:jc w:val="center"/>
        </w:trPr>
        <w:tc>
          <w:tcPr>
            <w:tcW w:w="14060" w:type="dxa"/>
            <w:gridSpan w:val="6"/>
            <w:tcMar>
              <w:top w:w="70" w:type="dxa"/>
              <w:left w:w="90" w:type="dxa"/>
              <w:bottom w:w="70" w:type="dxa"/>
              <w:right w:w="90" w:type="dxa"/>
            </w:tcMar>
            <w:vAlign w:val="center"/>
          </w:tcPr>
          <w:p w14:paraId="3AC8C140" w14:textId="77777777" w:rsidR="00302D64" w:rsidRDefault="00302D64"/>
          <w:p w14:paraId="42AA8180"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49903A7C" w14:textId="77777777">
        <w:trPr>
          <w:cantSplit/>
          <w:jc w:val="center"/>
        </w:trPr>
        <w:tc>
          <w:tcPr>
            <w:tcW w:w="14060" w:type="dxa"/>
            <w:gridSpan w:val="6"/>
            <w:tcMar>
              <w:top w:w="70" w:type="dxa"/>
              <w:left w:w="90" w:type="dxa"/>
              <w:bottom w:w="70" w:type="dxa"/>
              <w:right w:w="90" w:type="dxa"/>
            </w:tcMar>
            <w:vAlign w:val="center"/>
          </w:tcPr>
          <w:p w14:paraId="30989A4D" w14:textId="77777777" w:rsidR="00302D64" w:rsidRDefault="00302D64"/>
          <w:p w14:paraId="696457FB"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6BFD7335" w14:textId="77777777">
        <w:trPr>
          <w:cantSplit/>
          <w:jc w:val="center"/>
        </w:trPr>
        <w:tc>
          <w:tcPr>
            <w:tcW w:w="14060" w:type="dxa"/>
            <w:gridSpan w:val="6"/>
            <w:tcMar>
              <w:top w:w="70" w:type="dxa"/>
              <w:left w:w="90" w:type="dxa"/>
              <w:bottom w:w="70" w:type="dxa"/>
              <w:right w:w="90" w:type="dxa"/>
            </w:tcMar>
            <w:vAlign w:val="center"/>
          </w:tcPr>
          <w:p w14:paraId="3D207C04" w14:textId="77777777" w:rsidR="00302D64" w:rsidRDefault="00302D64"/>
          <w:p w14:paraId="22427E8C"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E6FDE2F" w14:textId="77777777">
        <w:trPr>
          <w:cantSplit/>
          <w:jc w:val="center"/>
        </w:trPr>
        <w:tc>
          <w:tcPr>
            <w:tcW w:w="14060" w:type="dxa"/>
            <w:gridSpan w:val="6"/>
            <w:tcMar>
              <w:top w:w="70" w:type="dxa"/>
              <w:left w:w="90" w:type="dxa"/>
              <w:bottom w:w="70" w:type="dxa"/>
              <w:right w:w="90" w:type="dxa"/>
            </w:tcMar>
            <w:vAlign w:val="center"/>
          </w:tcPr>
          <w:p w14:paraId="7539BADA" w14:textId="77777777" w:rsidR="00302D64" w:rsidRDefault="00302D64"/>
          <w:p w14:paraId="42C22E1D" w14:textId="77777777" w:rsidR="00302D64" w:rsidRDefault="00000000">
            <w:pPr>
              <w:spacing w:line="245" w:lineRule="auto"/>
            </w:pPr>
            <w:r>
              <w:rPr>
                <w:b/>
                <w:color w:val="000000"/>
                <w:sz w:val="17"/>
              </w:rPr>
              <w:t xml:space="preserve">MEDPREDMETNE POVEZAVE: </w:t>
            </w:r>
            <w:r>
              <w:rPr>
                <w:color w:val="000000"/>
                <w:sz w:val="17"/>
              </w:rPr>
              <w:t>SLJ – poezija in vprašanje; LUM – opazovanje simbolov; GUM – himna ali zvočna dediščina; SPO – naravna in kulturna dediščina</w:t>
            </w:r>
          </w:p>
        </w:tc>
      </w:tr>
      <w:tr w:rsidR="00302D64" w14:paraId="727D29E5" w14:textId="77777777">
        <w:trPr>
          <w:cantSplit/>
          <w:jc w:val="center"/>
        </w:trPr>
        <w:tc>
          <w:tcPr>
            <w:tcW w:w="14060" w:type="dxa"/>
            <w:gridSpan w:val="6"/>
            <w:tcMar>
              <w:top w:w="70" w:type="dxa"/>
              <w:left w:w="90" w:type="dxa"/>
              <w:bottom w:w="70" w:type="dxa"/>
              <w:right w:w="90" w:type="dxa"/>
            </w:tcMar>
            <w:vAlign w:val="center"/>
          </w:tcPr>
          <w:p w14:paraId="14AB8E23" w14:textId="77777777" w:rsidR="00302D64" w:rsidRDefault="00302D64"/>
          <w:p w14:paraId="14789F1F" w14:textId="77777777" w:rsidR="00302D64" w:rsidRDefault="00000000">
            <w:pPr>
              <w:spacing w:line="245" w:lineRule="auto"/>
            </w:pPr>
            <w:r>
              <w:rPr>
                <w:b/>
                <w:color w:val="000000"/>
                <w:sz w:val="17"/>
              </w:rPr>
              <w:t xml:space="preserve">UČNA SREDSTVA IN PRIPOMOČKI: </w:t>
            </w:r>
            <w:r>
              <w:rPr>
                <w:color w:val="000000"/>
                <w:sz w:val="17"/>
              </w:rPr>
              <w:t>Ciciban in čebela, slike državnih in lokalnih simbolov, zastava, varni repliki ali fotografije dediščinskih predmetov, muzejski list s piktogrami</w:t>
            </w:r>
          </w:p>
        </w:tc>
      </w:tr>
      <w:tr w:rsidR="00302D64" w14:paraId="786B847B" w14:textId="77777777">
        <w:trPr>
          <w:cantSplit/>
          <w:jc w:val="center"/>
        </w:trPr>
        <w:tc>
          <w:tcPr>
            <w:tcW w:w="14060" w:type="dxa"/>
            <w:gridSpan w:val="6"/>
            <w:tcMar>
              <w:top w:w="70" w:type="dxa"/>
              <w:left w:w="90" w:type="dxa"/>
              <w:bottom w:w="70" w:type="dxa"/>
              <w:right w:w="90" w:type="dxa"/>
            </w:tcMar>
            <w:vAlign w:val="center"/>
          </w:tcPr>
          <w:p w14:paraId="46BD3AE4" w14:textId="77777777" w:rsidR="00302D64" w:rsidRDefault="00302D64"/>
          <w:p w14:paraId="64890AAD"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ABAE222" w14:textId="77777777">
        <w:trPr>
          <w:cantSplit/>
          <w:jc w:val="center"/>
        </w:trPr>
        <w:tc>
          <w:tcPr>
            <w:tcW w:w="14060" w:type="dxa"/>
            <w:gridSpan w:val="6"/>
            <w:tcMar>
              <w:top w:w="70" w:type="dxa"/>
              <w:left w:w="90" w:type="dxa"/>
              <w:bottom w:w="70" w:type="dxa"/>
              <w:right w:w="90" w:type="dxa"/>
            </w:tcMar>
            <w:vAlign w:val="center"/>
          </w:tcPr>
          <w:p w14:paraId="4FC669A1" w14:textId="77777777" w:rsidR="00302D64" w:rsidRDefault="00302D64"/>
          <w:p w14:paraId="09CF2493" w14:textId="77777777" w:rsidR="00302D64" w:rsidRDefault="00000000">
            <w:pPr>
              <w:spacing w:line="245" w:lineRule="auto"/>
            </w:pPr>
            <w:r>
              <w:rPr>
                <w:b/>
                <w:color w:val="000000"/>
                <w:sz w:val="16"/>
              </w:rPr>
              <w:t xml:space="preserve">OCENJEVANJE / DAN DEJAVNOSTI: </w:t>
            </w:r>
            <w:r>
              <w:rPr>
                <w:color w:val="000000"/>
                <w:sz w:val="16"/>
              </w:rPr>
              <w:t>KULTURNI DAN</w:t>
            </w:r>
          </w:p>
        </w:tc>
      </w:tr>
      <w:tr w:rsidR="00302D64" w14:paraId="3C82921B" w14:textId="77777777">
        <w:trPr>
          <w:cantSplit/>
          <w:jc w:val="center"/>
        </w:trPr>
        <w:tc>
          <w:tcPr>
            <w:tcW w:w="14060" w:type="dxa"/>
            <w:gridSpan w:val="6"/>
            <w:tcMar>
              <w:top w:w="70" w:type="dxa"/>
              <w:left w:w="90" w:type="dxa"/>
              <w:bottom w:w="70" w:type="dxa"/>
              <w:right w:w="90" w:type="dxa"/>
            </w:tcMar>
            <w:vAlign w:val="center"/>
          </w:tcPr>
          <w:p w14:paraId="1E821E2D" w14:textId="77777777" w:rsidR="00302D64" w:rsidRDefault="00302D64"/>
          <w:p w14:paraId="00CC6670"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782BF138"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D6C775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8D1EDB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899C021" w14:textId="77777777" w:rsidR="00302D64" w:rsidRDefault="00000000">
            <w:pPr>
              <w:jc w:val="center"/>
            </w:pPr>
            <w:r>
              <w:rPr>
                <w:b/>
                <w:color w:val="000000"/>
                <w:sz w:val="20"/>
              </w:rPr>
              <w:t>UČNE DEJAVNOSTI, METODE IN FORMATIVNO SPREMLJANJE</w:t>
            </w:r>
          </w:p>
        </w:tc>
      </w:tr>
      <w:tr w:rsidR="00302D64" w14:paraId="537580EE" w14:textId="77777777">
        <w:trPr>
          <w:tblHeader/>
          <w:jc w:val="center"/>
        </w:trPr>
        <w:tc>
          <w:tcPr>
            <w:tcW w:w="4422" w:type="dxa"/>
            <w:vMerge/>
            <w:tcMar>
              <w:top w:w="70" w:type="dxa"/>
              <w:left w:w="90" w:type="dxa"/>
              <w:bottom w:w="70" w:type="dxa"/>
              <w:right w:w="90" w:type="dxa"/>
            </w:tcMar>
            <w:vAlign w:val="center"/>
          </w:tcPr>
          <w:p w14:paraId="452C58FE" w14:textId="77777777" w:rsidR="00302D64" w:rsidRDefault="00302D64"/>
        </w:tc>
        <w:tc>
          <w:tcPr>
            <w:tcW w:w="7087" w:type="dxa"/>
            <w:shd w:val="clear" w:color="auto" w:fill="FFFFFF"/>
            <w:tcMar>
              <w:top w:w="70" w:type="dxa"/>
              <w:left w:w="90" w:type="dxa"/>
              <w:bottom w:w="70" w:type="dxa"/>
              <w:right w:w="90" w:type="dxa"/>
            </w:tcMar>
            <w:vAlign w:val="center"/>
          </w:tcPr>
          <w:p w14:paraId="515EEE4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E6EF42" w14:textId="77777777" w:rsidR="00302D64" w:rsidRDefault="00000000">
            <w:pPr>
              <w:jc w:val="center"/>
            </w:pPr>
            <w:r>
              <w:rPr>
                <w:b/>
                <w:color w:val="000000"/>
              </w:rPr>
              <w:t>UČENEC</w:t>
            </w:r>
          </w:p>
        </w:tc>
      </w:tr>
      <w:tr w:rsidR="00302D64" w14:paraId="43BD4ECD" w14:textId="77777777">
        <w:trPr>
          <w:jc w:val="center"/>
        </w:trPr>
        <w:tc>
          <w:tcPr>
            <w:tcW w:w="4422" w:type="dxa"/>
            <w:tcMar>
              <w:top w:w="70" w:type="dxa"/>
              <w:left w:w="90" w:type="dxa"/>
              <w:bottom w:w="70" w:type="dxa"/>
              <w:right w:w="90" w:type="dxa"/>
            </w:tcMar>
          </w:tcPr>
          <w:p w14:paraId="5DE00F03" w14:textId="77777777" w:rsidR="00302D64" w:rsidRDefault="00302D64"/>
          <w:p w14:paraId="77ACDD26" w14:textId="77777777" w:rsidR="00302D64" w:rsidRDefault="00000000">
            <w:pPr>
              <w:spacing w:after="60" w:line="245" w:lineRule="auto"/>
            </w:pPr>
            <w:r>
              <w:rPr>
                <w:b/>
                <w:color w:val="000000"/>
              </w:rPr>
              <w:t>UČNI CILJI</w:t>
            </w:r>
          </w:p>
          <w:p w14:paraId="3DACECB2" w14:textId="77777777" w:rsidR="00302D64" w:rsidRDefault="00000000">
            <w:pPr>
              <w:spacing w:after="20" w:line="245" w:lineRule="auto"/>
            </w:pPr>
            <w:r>
              <w:rPr>
                <w:b/>
                <w:color w:val="000000"/>
                <w:sz w:val="17"/>
              </w:rPr>
              <w:t>SPLOŠNI</w:t>
            </w:r>
          </w:p>
          <w:p w14:paraId="2E01461A" w14:textId="77777777" w:rsidR="00302D64" w:rsidRDefault="00000000">
            <w:pPr>
              <w:pStyle w:val="Oznaenseznam"/>
              <w:spacing w:after="16"/>
            </w:pPr>
            <w:r>
              <w:rPr>
                <w:color w:val="000000"/>
                <w:sz w:val="16"/>
              </w:rPr>
              <w:t>razvija radovednost ter sistematično opazuje, primerja, razvršča in sporoča ugotovitve</w:t>
            </w:r>
          </w:p>
          <w:p w14:paraId="01EB1A55" w14:textId="77777777" w:rsidR="00302D64" w:rsidRDefault="00000000">
            <w:pPr>
              <w:pStyle w:val="Oznaenseznam"/>
              <w:spacing w:after="16"/>
            </w:pPr>
            <w:r>
              <w:rPr>
                <w:color w:val="000000"/>
                <w:sz w:val="16"/>
              </w:rPr>
              <w:t>sodeluje, posluša druge in svoja opažanja izraža na razvojno primeren način</w:t>
            </w:r>
          </w:p>
          <w:p w14:paraId="335DDBE9" w14:textId="77777777" w:rsidR="00302D64" w:rsidRDefault="00000000">
            <w:pPr>
              <w:pStyle w:val="Oznaenseznam"/>
              <w:spacing w:after="16"/>
            </w:pPr>
            <w:r>
              <w:rPr>
                <w:color w:val="000000"/>
                <w:sz w:val="16"/>
              </w:rPr>
              <w:t>ravna varno, odgovorno in skrbno do sebe, drugih ter okolja</w:t>
            </w:r>
          </w:p>
          <w:p w14:paraId="32CA59DB" w14:textId="77777777" w:rsidR="00302D64" w:rsidRDefault="00000000">
            <w:pPr>
              <w:pStyle w:val="Oznaenseznam"/>
              <w:spacing w:after="16"/>
            </w:pPr>
            <w:r>
              <w:rPr>
                <w:color w:val="000000"/>
                <w:sz w:val="16"/>
              </w:rPr>
              <w:t>ob kriterijih spremlja svoje učenje in sprejema opisno povratno informacijo</w:t>
            </w:r>
          </w:p>
          <w:p w14:paraId="17E5F9BB" w14:textId="77777777" w:rsidR="00302D64" w:rsidRDefault="00000000">
            <w:pPr>
              <w:spacing w:before="40" w:after="20" w:line="245" w:lineRule="auto"/>
            </w:pPr>
            <w:r>
              <w:rPr>
                <w:b/>
                <w:color w:val="000000"/>
                <w:sz w:val="17"/>
              </w:rPr>
              <w:t>OPERATIVNI</w:t>
            </w:r>
          </w:p>
          <w:p w14:paraId="6CAA463C" w14:textId="77777777" w:rsidR="00302D64" w:rsidRDefault="00000000">
            <w:pPr>
              <w:pStyle w:val="Oznaenseznam"/>
              <w:spacing w:after="16"/>
            </w:pPr>
            <w:r>
              <w:rPr>
                <w:color w:val="000000"/>
                <w:sz w:val="16"/>
              </w:rPr>
              <w:t>prepozna državni in lokalni simbol</w:t>
            </w:r>
          </w:p>
          <w:p w14:paraId="5B555AB0" w14:textId="77777777" w:rsidR="00302D64" w:rsidRDefault="00000000">
            <w:pPr>
              <w:pStyle w:val="Oznaenseznam"/>
              <w:spacing w:after="16"/>
            </w:pPr>
            <w:r>
              <w:rPr>
                <w:color w:val="000000"/>
                <w:sz w:val="16"/>
              </w:rPr>
              <w:t>spozna kulturno ustanovo</w:t>
            </w:r>
          </w:p>
          <w:p w14:paraId="74850B8B" w14:textId="77777777" w:rsidR="00302D64" w:rsidRDefault="00000000">
            <w:pPr>
              <w:pStyle w:val="Oznaenseznam"/>
              <w:spacing w:after="16"/>
            </w:pPr>
            <w:r>
              <w:rPr>
                <w:color w:val="000000"/>
                <w:sz w:val="16"/>
              </w:rPr>
              <w:t>spoštljivo ravna z dediščino</w:t>
            </w:r>
          </w:p>
          <w:p w14:paraId="2F18CC22" w14:textId="77777777" w:rsidR="00302D64" w:rsidRDefault="00000000">
            <w:pPr>
              <w:spacing w:before="40" w:after="20" w:line="245" w:lineRule="auto"/>
            </w:pPr>
            <w:r>
              <w:rPr>
                <w:b/>
                <w:color w:val="000000"/>
                <w:sz w:val="17"/>
              </w:rPr>
              <w:t>PRIČAKOVANI DOSEŽKI / STANDARDI</w:t>
            </w:r>
          </w:p>
          <w:p w14:paraId="655BF8E9" w14:textId="77777777" w:rsidR="00302D64" w:rsidRDefault="00000000">
            <w:pPr>
              <w:pStyle w:val="Oznaenseznam"/>
              <w:spacing w:after="16"/>
            </w:pPr>
            <w:r>
              <w:rPr>
                <w:color w:val="000000"/>
                <w:sz w:val="16"/>
              </w:rPr>
              <w:t>ob konkretni ali slikovni opori prepozna državni in lokalni simbol</w:t>
            </w:r>
          </w:p>
          <w:p w14:paraId="1468E434" w14:textId="77777777" w:rsidR="00302D64" w:rsidRDefault="00000000">
            <w:pPr>
              <w:pStyle w:val="Oznaenseznam"/>
              <w:spacing w:after="16"/>
            </w:pPr>
            <w:r>
              <w:rPr>
                <w:color w:val="000000"/>
                <w:sz w:val="16"/>
              </w:rPr>
              <w:t>ob konkretni ali slikovni opori spozna kulturno ustanovo</w:t>
            </w:r>
          </w:p>
          <w:p w14:paraId="17076567" w14:textId="77777777" w:rsidR="00302D64" w:rsidRDefault="00000000">
            <w:pPr>
              <w:pStyle w:val="Oznaenseznam"/>
              <w:spacing w:after="16"/>
            </w:pPr>
            <w:r>
              <w:rPr>
                <w:color w:val="000000"/>
                <w:sz w:val="16"/>
              </w:rPr>
              <w:t>ob konkretni ali slikovni opori spoštljivo ravna z dediščino</w:t>
            </w:r>
          </w:p>
        </w:tc>
        <w:tc>
          <w:tcPr>
            <w:tcW w:w="7087" w:type="dxa"/>
            <w:tcMar>
              <w:top w:w="70" w:type="dxa"/>
              <w:left w:w="90" w:type="dxa"/>
              <w:bottom w:w="70" w:type="dxa"/>
              <w:right w:w="90" w:type="dxa"/>
            </w:tcMar>
          </w:tcPr>
          <w:p w14:paraId="11C9D0F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2DCDAF1" w14:textId="77777777">
              <w:trPr>
                <w:jc w:val="center"/>
              </w:trPr>
              <w:tc>
                <w:tcPr>
                  <w:tcW w:w="7087" w:type="dxa"/>
                  <w:shd w:val="clear" w:color="auto" w:fill="C6E7F3"/>
                  <w:tcMar>
                    <w:top w:w="45" w:type="dxa"/>
                    <w:left w:w="70" w:type="dxa"/>
                    <w:bottom w:w="45" w:type="dxa"/>
                    <w:right w:w="70" w:type="dxa"/>
                  </w:tcMar>
                </w:tcPr>
                <w:p w14:paraId="0662AEE9" w14:textId="77777777" w:rsidR="00302D64" w:rsidRDefault="00000000">
                  <w:pPr>
                    <w:keepNext/>
                  </w:pPr>
                  <w:r>
                    <w:rPr>
                      <w:b/>
                      <w:color w:val="000000"/>
                    </w:rPr>
                    <w:t>UVODNI DEL – motivacija, aktivacija predznanja in namen učenja (15–20 min)</w:t>
                  </w:r>
                </w:p>
              </w:tc>
            </w:tr>
          </w:tbl>
          <w:p w14:paraId="3DC80F2A" w14:textId="77777777" w:rsidR="00302D64" w:rsidRDefault="00302D64">
            <w:pPr>
              <w:spacing w:line="20" w:lineRule="exact"/>
            </w:pPr>
          </w:p>
          <w:p w14:paraId="3EFAA044" w14:textId="77777777" w:rsidR="00302D64" w:rsidRDefault="00000000">
            <w:pPr>
              <w:spacing w:before="40" w:after="60" w:line="245" w:lineRule="auto"/>
            </w:pPr>
            <w:r>
              <w:rPr>
                <w:color w:val="000000"/>
                <w:sz w:val="17"/>
              </w:rPr>
              <w:t>Ob pesmi Ciciban in čebela učenci opazujejo čebelo kot naravni simbol ter predmete in podobe, ki predstavljajo Slovenijo in domači kraj.</w:t>
            </w:r>
          </w:p>
          <w:tbl>
            <w:tblPr>
              <w:tblStyle w:val="Tabelamrea"/>
              <w:tblW w:w="0" w:type="auto"/>
              <w:jc w:val="center"/>
              <w:tblLayout w:type="fixed"/>
              <w:tblLook w:val="04A0" w:firstRow="1" w:lastRow="0" w:firstColumn="1" w:lastColumn="0" w:noHBand="0" w:noVBand="1"/>
            </w:tblPr>
            <w:tblGrid>
              <w:gridCol w:w="7087"/>
            </w:tblGrid>
            <w:tr w:rsidR="00302D64" w14:paraId="36828396" w14:textId="77777777">
              <w:trPr>
                <w:jc w:val="center"/>
              </w:trPr>
              <w:tc>
                <w:tcPr>
                  <w:tcW w:w="7087" w:type="dxa"/>
                  <w:shd w:val="clear" w:color="auto" w:fill="EDC9EA"/>
                  <w:tcMar>
                    <w:top w:w="45" w:type="dxa"/>
                    <w:left w:w="70" w:type="dxa"/>
                    <w:bottom w:w="45" w:type="dxa"/>
                    <w:right w:w="70" w:type="dxa"/>
                  </w:tcMar>
                </w:tcPr>
                <w:p w14:paraId="2FE31AA9" w14:textId="77777777" w:rsidR="00302D64" w:rsidRDefault="00000000">
                  <w:pPr>
                    <w:keepNext/>
                  </w:pPr>
                  <w:r>
                    <w:rPr>
                      <w:b/>
                      <w:color w:val="000000"/>
                    </w:rPr>
                    <w:t>NAMENI UČENJA</w:t>
                  </w:r>
                </w:p>
              </w:tc>
            </w:tr>
          </w:tbl>
          <w:p w14:paraId="47FEE231" w14:textId="77777777" w:rsidR="00302D64" w:rsidRDefault="00302D64">
            <w:pPr>
              <w:spacing w:line="20" w:lineRule="exact"/>
            </w:pPr>
          </w:p>
          <w:p w14:paraId="18383D55" w14:textId="77777777" w:rsidR="00302D64" w:rsidRDefault="00000000">
            <w:pPr>
              <w:spacing w:before="20" w:after="20" w:line="245" w:lineRule="auto"/>
            </w:pPr>
            <w:r>
              <w:rPr>
                <w:color w:val="000000"/>
                <w:sz w:val="16"/>
              </w:rPr>
              <w:t>Učimo se zato, da bomo lažje razumeli in odgovorno uporabili znanje v vsakdanjih situacijah.</w:t>
            </w:r>
          </w:p>
          <w:p w14:paraId="40959CF4" w14:textId="77777777" w:rsidR="00302D64" w:rsidRDefault="00000000">
            <w:pPr>
              <w:pStyle w:val="Oznaenseznam"/>
              <w:spacing w:after="16"/>
            </w:pPr>
            <w:r>
              <w:rPr>
                <w:color w:val="000000"/>
                <w:sz w:val="16"/>
              </w:rPr>
              <w:t>prepoznam državni in lokalni simbol</w:t>
            </w:r>
          </w:p>
          <w:p w14:paraId="46B30386" w14:textId="77777777" w:rsidR="00302D64" w:rsidRDefault="00000000">
            <w:pPr>
              <w:pStyle w:val="Oznaenseznam"/>
              <w:spacing w:after="16"/>
            </w:pPr>
            <w:r>
              <w:rPr>
                <w:color w:val="000000"/>
                <w:sz w:val="16"/>
              </w:rPr>
              <w:t>spoznam kulturno ustanovo</w:t>
            </w:r>
          </w:p>
          <w:p w14:paraId="5C9AFF13" w14:textId="77777777" w:rsidR="00302D64" w:rsidRDefault="00000000">
            <w:pPr>
              <w:pStyle w:val="Oznaenseznam"/>
              <w:spacing w:after="16"/>
            </w:pPr>
            <w:r>
              <w:rPr>
                <w:color w:val="000000"/>
                <w:sz w:val="16"/>
              </w:rPr>
              <w:t>spoštljivo ravna z dediščino</w:t>
            </w:r>
          </w:p>
          <w:tbl>
            <w:tblPr>
              <w:tblStyle w:val="Tabelamrea"/>
              <w:tblW w:w="0" w:type="auto"/>
              <w:jc w:val="center"/>
              <w:tblLayout w:type="fixed"/>
              <w:tblLook w:val="04A0" w:firstRow="1" w:lastRow="0" w:firstColumn="1" w:lastColumn="0" w:noHBand="0" w:noVBand="1"/>
            </w:tblPr>
            <w:tblGrid>
              <w:gridCol w:w="7087"/>
            </w:tblGrid>
            <w:tr w:rsidR="00302D64" w14:paraId="2A3280B4" w14:textId="77777777">
              <w:trPr>
                <w:jc w:val="center"/>
              </w:trPr>
              <w:tc>
                <w:tcPr>
                  <w:tcW w:w="7087" w:type="dxa"/>
                  <w:shd w:val="clear" w:color="auto" w:fill="EDC9EA"/>
                  <w:tcMar>
                    <w:top w:w="45" w:type="dxa"/>
                    <w:left w:w="70" w:type="dxa"/>
                    <w:bottom w:w="45" w:type="dxa"/>
                    <w:right w:w="70" w:type="dxa"/>
                  </w:tcMar>
                </w:tcPr>
                <w:p w14:paraId="41385C1C" w14:textId="77777777" w:rsidR="00302D64" w:rsidRDefault="00000000">
                  <w:pPr>
                    <w:keepNext/>
                  </w:pPr>
                  <w:r>
                    <w:rPr>
                      <w:b/>
                      <w:color w:val="000000"/>
                    </w:rPr>
                    <w:t>PREVERJANJE PREDZNANJA</w:t>
                  </w:r>
                </w:p>
              </w:tc>
            </w:tr>
          </w:tbl>
          <w:p w14:paraId="6E804DC2" w14:textId="77777777" w:rsidR="00302D64" w:rsidRDefault="00302D64">
            <w:pPr>
              <w:spacing w:line="20" w:lineRule="exact"/>
            </w:pPr>
          </w:p>
          <w:p w14:paraId="4B33F98C" w14:textId="77777777" w:rsidR="00302D64" w:rsidRDefault="00000000">
            <w:pPr>
              <w:pStyle w:val="Oznaenseznam"/>
              <w:spacing w:after="16"/>
            </w:pPr>
            <w:r>
              <w:rPr>
                <w:color w:val="000000"/>
                <w:sz w:val="16"/>
              </w:rPr>
              <w:t>Kaj je dediščina in zakaj jo varujemo?</w:t>
            </w:r>
          </w:p>
          <w:p w14:paraId="23F94342" w14:textId="77777777" w:rsidR="00302D64" w:rsidRDefault="00000000">
            <w:pPr>
              <w:pStyle w:val="Oznaenseznam"/>
              <w:spacing w:after="16"/>
            </w:pPr>
            <w:r>
              <w:rPr>
                <w:color w:val="000000"/>
                <w:sz w:val="16"/>
              </w:rPr>
              <w:t>Katere državne, krajevne ali kulturne simbole že prepoznam?</w:t>
            </w:r>
          </w:p>
          <w:p w14:paraId="2C95F4D3"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28592A8" w14:textId="77777777">
              <w:trPr>
                <w:jc w:val="center"/>
              </w:trPr>
              <w:tc>
                <w:tcPr>
                  <w:tcW w:w="7087" w:type="dxa"/>
                  <w:shd w:val="clear" w:color="auto" w:fill="EDC9EA"/>
                  <w:tcMar>
                    <w:top w:w="45" w:type="dxa"/>
                    <w:left w:w="70" w:type="dxa"/>
                    <w:bottom w:w="45" w:type="dxa"/>
                    <w:right w:w="70" w:type="dxa"/>
                  </w:tcMar>
                </w:tcPr>
                <w:p w14:paraId="0FDDFED3" w14:textId="77777777" w:rsidR="00302D64" w:rsidRDefault="00000000">
                  <w:pPr>
                    <w:keepNext/>
                  </w:pPr>
                  <w:r>
                    <w:rPr>
                      <w:b/>
                      <w:color w:val="000000"/>
                    </w:rPr>
                    <w:t>KRITERIJI USPEŠNOSTI</w:t>
                  </w:r>
                </w:p>
              </w:tc>
            </w:tr>
          </w:tbl>
          <w:p w14:paraId="69582519" w14:textId="77777777" w:rsidR="00302D64" w:rsidRDefault="00302D64"/>
          <w:p w14:paraId="759429C3" w14:textId="77777777" w:rsidR="00302D64" w:rsidRDefault="00000000">
            <w:pPr>
              <w:spacing w:before="20" w:after="20" w:line="245" w:lineRule="auto"/>
            </w:pPr>
            <w:r>
              <w:rPr>
                <w:b/>
                <w:color w:val="000000"/>
                <w:sz w:val="16"/>
              </w:rPr>
              <w:t>Uspešen/-na bom, ko:</w:t>
            </w:r>
          </w:p>
          <w:p w14:paraId="50131D71" w14:textId="77777777" w:rsidR="00302D64" w:rsidRDefault="00000000">
            <w:pPr>
              <w:pStyle w:val="Oznaenseznam"/>
              <w:spacing w:after="16"/>
            </w:pPr>
            <w:r>
              <w:rPr>
                <w:color w:val="000000"/>
                <w:sz w:val="16"/>
              </w:rPr>
              <w:t>prepoznam državni in lokalni simbol</w:t>
            </w:r>
          </w:p>
          <w:p w14:paraId="085D5EC8" w14:textId="77777777" w:rsidR="00302D64" w:rsidRDefault="00000000">
            <w:pPr>
              <w:pStyle w:val="Oznaenseznam"/>
              <w:spacing w:after="16"/>
            </w:pPr>
            <w:r>
              <w:rPr>
                <w:color w:val="000000"/>
                <w:sz w:val="16"/>
              </w:rPr>
              <w:t>spoznam kulturno ustanovo</w:t>
            </w:r>
          </w:p>
          <w:p w14:paraId="0109D343" w14:textId="77777777" w:rsidR="00302D64" w:rsidRDefault="00000000">
            <w:pPr>
              <w:pStyle w:val="Oznaenseznam"/>
              <w:spacing w:after="16"/>
            </w:pPr>
            <w:r>
              <w:rPr>
                <w:color w:val="000000"/>
                <w:sz w:val="16"/>
              </w:rPr>
              <w:t>spoštljivo ravna z dediščino</w:t>
            </w:r>
          </w:p>
          <w:p w14:paraId="70FA5215"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4E2BD7EE" w14:textId="77777777" w:rsidR="00302D64" w:rsidRDefault="00302D64"/>
          <w:p w14:paraId="0307A4D9" w14:textId="77777777" w:rsidR="00302D64" w:rsidRDefault="00000000">
            <w:pPr>
              <w:spacing w:after="80" w:line="245" w:lineRule="auto"/>
            </w:pPr>
            <w:r>
              <w:rPr>
                <w:color w:val="000000"/>
                <w:sz w:val="16"/>
              </w:rPr>
              <w:t>Posluša ali opazuje književno oziroma predmetno izhodišče ter se vključi z gibom, sliko ali besedo.</w:t>
            </w:r>
          </w:p>
          <w:p w14:paraId="574BD513" w14:textId="77777777" w:rsidR="00302D64" w:rsidRDefault="00000000">
            <w:pPr>
              <w:spacing w:after="80" w:line="245" w:lineRule="auto"/>
            </w:pPr>
            <w:r>
              <w:rPr>
                <w:color w:val="000000"/>
                <w:sz w:val="16"/>
              </w:rPr>
              <w:t>Pove, pokaže ali nariše, kaj že ve. Posluša zamisli drugih.</w:t>
            </w:r>
          </w:p>
          <w:p w14:paraId="133A153F" w14:textId="77777777" w:rsidR="00302D64" w:rsidRDefault="00000000">
            <w:pPr>
              <w:spacing w:after="100" w:line="245" w:lineRule="auto"/>
            </w:pPr>
            <w:r>
              <w:rPr>
                <w:color w:val="000000"/>
                <w:sz w:val="16"/>
              </w:rPr>
              <w:t>Sodeluje pri razumevanju namenov in kriterijev uspešnosti.</w:t>
            </w:r>
          </w:p>
          <w:p w14:paraId="364DC61D" w14:textId="77777777" w:rsidR="00302D64" w:rsidRDefault="00000000">
            <w:pPr>
              <w:spacing w:after="20" w:line="245" w:lineRule="auto"/>
            </w:pPr>
            <w:r>
              <w:rPr>
                <w:b/>
                <w:color w:val="D95BC6"/>
                <w:sz w:val="17"/>
              </w:rPr>
              <w:t>DOKAZ O UČENJU</w:t>
            </w:r>
          </w:p>
          <w:p w14:paraId="60B61129" w14:textId="77777777" w:rsidR="00302D64" w:rsidRDefault="00000000">
            <w:pPr>
              <w:spacing w:after="30" w:line="245" w:lineRule="auto"/>
            </w:pPr>
            <w:r>
              <w:rPr>
                <w:color w:val="D95BC6"/>
                <w:sz w:val="16"/>
              </w:rPr>
              <w:t>začetna zamisel, razvrstitev, risba ali ustni odgovor</w:t>
            </w:r>
          </w:p>
        </w:tc>
      </w:tr>
    </w:tbl>
    <w:p w14:paraId="5084E07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DE75FE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A34451"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680952A" w14:textId="77777777" w:rsidR="00302D64" w:rsidRDefault="00000000">
            <w:pPr>
              <w:jc w:val="center"/>
            </w:pPr>
            <w:r>
              <w:rPr>
                <w:b/>
                <w:color w:val="000000"/>
                <w:sz w:val="20"/>
              </w:rPr>
              <w:t>UČNE DEJAVNOSTI, METODE IN FORMATIVNO SPREMLJANJE</w:t>
            </w:r>
          </w:p>
        </w:tc>
      </w:tr>
      <w:tr w:rsidR="00302D64" w14:paraId="2719FF0B" w14:textId="77777777">
        <w:trPr>
          <w:tblHeader/>
          <w:jc w:val="center"/>
        </w:trPr>
        <w:tc>
          <w:tcPr>
            <w:tcW w:w="4422" w:type="dxa"/>
            <w:vMerge/>
            <w:tcMar>
              <w:top w:w="70" w:type="dxa"/>
              <w:left w:w="90" w:type="dxa"/>
              <w:bottom w:w="70" w:type="dxa"/>
              <w:right w:w="90" w:type="dxa"/>
            </w:tcMar>
            <w:vAlign w:val="center"/>
          </w:tcPr>
          <w:p w14:paraId="5055D244" w14:textId="77777777" w:rsidR="00302D64" w:rsidRDefault="00302D64"/>
        </w:tc>
        <w:tc>
          <w:tcPr>
            <w:tcW w:w="7087" w:type="dxa"/>
            <w:shd w:val="clear" w:color="auto" w:fill="FFFFFF"/>
            <w:tcMar>
              <w:top w:w="70" w:type="dxa"/>
              <w:left w:w="90" w:type="dxa"/>
              <w:bottom w:w="70" w:type="dxa"/>
              <w:right w:w="90" w:type="dxa"/>
            </w:tcMar>
            <w:vAlign w:val="center"/>
          </w:tcPr>
          <w:p w14:paraId="077055E5"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B9BE7D6" w14:textId="77777777" w:rsidR="00302D64" w:rsidRDefault="00000000">
            <w:pPr>
              <w:jc w:val="center"/>
            </w:pPr>
            <w:r>
              <w:rPr>
                <w:b/>
                <w:color w:val="000000"/>
              </w:rPr>
              <w:t>UČENEC</w:t>
            </w:r>
          </w:p>
        </w:tc>
      </w:tr>
      <w:tr w:rsidR="00302D64" w14:paraId="075FD063" w14:textId="77777777">
        <w:trPr>
          <w:jc w:val="center"/>
        </w:trPr>
        <w:tc>
          <w:tcPr>
            <w:tcW w:w="4422" w:type="dxa"/>
            <w:tcMar>
              <w:top w:w="70" w:type="dxa"/>
              <w:left w:w="90" w:type="dxa"/>
              <w:bottom w:w="70" w:type="dxa"/>
              <w:right w:w="90" w:type="dxa"/>
            </w:tcMar>
          </w:tcPr>
          <w:p w14:paraId="2B5A1E0B" w14:textId="77777777" w:rsidR="00302D64" w:rsidRDefault="00302D64"/>
          <w:p w14:paraId="3B3F45B1" w14:textId="77777777" w:rsidR="00302D64" w:rsidRDefault="00000000">
            <w:pPr>
              <w:spacing w:after="40" w:line="245" w:lineRule="auto"/>
            </w:pPr>
            <w:r>
              <w:rPr>
                <w:b/>
                <w:color w:val="000000"/>
              </w:rPr>
              <w:t>KLJUČNI POJMI</w:t>
            </w:r>
          </w:p>
          <w:p w14:paraId="05616BE6" w14:textId="77777777" w:rsidR="00302D64" w:rsidRDefault="00000000">
            <w:pPr>
              <w:spacing w:after="80" w:line="245" w:lineRule="auto"/>
            </w:pPr>
            <w:r>
              <w:rPr>
                <w:color w:val="000000"/>
                <w:sz w:val="16"/>
              </w:rPr>
              <w:t>dediščina, simbol, zastava, grb, država, domači kraj, kulturna ustanova, vir, varovanje</w:t>
            </w:r>
          </w:p>
          <w:p w14:paraId="05750CCF" w14:textId="77777777" w:rsidR="00302D64" w:rsidRDefault="00000000">
            <w:pPr>
              <w:spacing w:after="20" w:line="245" w:lineRule="auto"/>
            </w:pPr>
            <w:r>
              <w:rPr>
                <w:b/>
                <w:color w:val="000000"/>
              </w:rPr>
              <w:t>DOKAZI O UČENJU</w:t>
            </w:r>
          </w:p>
          <w:p w14:paraId="767901CA" w14:textId="77777777" w:rsidR="00302D64" w:rsidRDefault="00000000">
            <w:pPr>
              <w:pStyle w:val="Oznaenseznam"/>
              <w:spacing w:after="16"/>
            </w:pPr>
            <w:r>
              <w:rPr>
                <w:color w:val="000000"/>
                <w:sz w:val="16"/>
              </w:rPr>
              <w:t>prepoznan simbol in ustni opis</w:t>
            </w:r>
          </w:p>
          <w:p w14:paraId="1B46A31D" w14:textId="77777777" w:rsidR="00302D64" w:rsidRDefault="00000000">
            <w:pPr>
              <w:pStyle w:val="Oznaenseznam"/>
              <w:spacing w:after="16"/>
            </w:pPr>
            <w:r>
              <w:rPr>
                <w:color w:val="000000"/>
                <w:sz w:val="16"/>
              </w:rPr>
              <w:t>vprašanje o viru in pravilo ravnanja</w:t>
            </w:r>
          </w:p>
          <w:p w14:paraId="7FEC4568" w14:textId="77777777" w:rsidR="00302D64" w:rsidRDefault="00000000">
            <w:pPr>
              <w:spacing w:before="40" w:after="20" w:line="245" w:lineRule="auto"/>
            </w:pPr>
            <w:r>
              <w:rPr>
                <w:b/>
                <w:color w:val="000000"/>
              </w:rPr>
              <w:t>MEDPREDMETNA POVEZAVA</w:t>
            </w:r>
          </w:p>
          <w:p w14:paraId="262F97A0" w14:textId="77777777" w:rsidR="00302D64" w:rsidRDefault="00000000">
            <w:pPr>
              <w:spacing w:after="60" w:line="245" w:lineRule="auto"/>
            </w:pPr>
            <w:r>
              <w:rPr>
                <w:color w:val="000000"/>
                <w:sz w:val="16"/>
              </w:rPr>
              <w:t>SLJ – poezija in vprašanje; LUM – opazovanje simbolov; GUM – himna ali zvočna dediščina; SPO – naravna in kulturna dediščina</w:t>
            </w:r>
          </w:p>
          <w:p w14:paraId="0AD89DE2" w14:textId="77777777" w:rsidR="00302D64" w:rsidRDefault="00000000">
            <w:pPr>
              <w:spacing w:after="20" w:line="245" w:lineRule="auto"/>
            </w:pPr>
            <w:r>
              <w:rPr>
                <w:b/>
                <w:color w:val="000000"/>
              </w:rPr>
              <w:t>POUČEVANJE V GIBANJU</w:t>
            </w:r>
          </w:p>
          <w:p w14:paraId="332DA8E4"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79B4F8BC" w14:textId="77777777" w:rsidR="00302D64" w:rsidRDefault="00000000">
            <w:pPr>
              <w:spacing w:after="20" w:line="245" w:lineRule="auto"/>
            </w:pPr>
            <w:r>
              <w:rPr>
                <w:b/>
                <w:color w:val="000000"/>
              </w:rPr>
              <w:t>UČENJE PO ŠTIRIH POSTAJAH</w:t>
            </w:r>
          </w:p>
          <w:p w14:paraId="2EB73032"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44C0B738" w14:textId="77777777" w:rsidR="00302D64" w:rsidRDefault="00000000">
            <w:pPr>
              <w:spacing w:after="20" w:line="245" w:lineRule="auto"/>
            </w:pPr>
            <w:r>
              <w:rPr>
                <w:b/>
                <w:color w:val="000000"/>
              </w:rPr>
              <w:t>DIFERENCIACIJA IN VKLJUČEVANJE</w:t>
            </w:r>
          </w:p>
          <w:p w14:paraId="3041BD01" w14:textId="77777777" w:rsidR="00302D64" w:rsidRDefault="00000000">
            <w:pPr>
              <w:spacing w:after="60" w:line="245" w:lineRule="auto"/>
            </w:pPr>
            <w:r>
              <w:rPr>
                <w:color w:val="000000"/>
                <w:sz w:val="16"/>
              </w:rPr>
              <w:t>Uporabijo se velike slike in taktilni simboli; učenec izbira pravilen simbol; naprednejši primerja državni in krajevni simbol.</w:t>
            </w:r>
          </w:p>
          <w:p w14:paraId="64FCAB26" w14:textId="77777777" w:rsidR="00302D64" w:rsidRDefault="00000000">
            <w:pPr>
              <w:spacing w:after="20" w:line="245" w:lineRule="auto"/>
            </w:pPr>
            <w:r>
              <w:rPr>
                <w:b/>
                <w:color w:val="000000"/>
              </w:rPr>
              <w:t>SPREMLJANJE</w:t>
            </w:r>
          </w:p>
          <w:p w14:paraId="4C3EBE33"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E138BD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7843DC0" w14:textId="77777777">
              <w:trPr>
                <w:jc w:val="center"/>
              </w:trPr>
              <w:tc>
                <w:tcPr>
                  <w:tcW w:w="7087" w:type="dxa"/>
                  <w:shd w:val="clear" w:color="auto" w:fill="C6E7F3"/>
                  <w:tcMar>
                    <w:top w:w="45" w:type="dxa"/>
                    <w:left w:w="70" w:type="dxa"/>
                    <w:bottom w:w="45" w:type="dxa"/>
                    <w:right w:w="70" w:type="dxa"/>
                  </w:tcMar>
                </w:tcPr>
                <w:p w14:paraId="6EE94EE3" w14:textId="77777777" w:rsidR="00302D64" w:rsidRDefault="00000000">
                  <w:pPr>
                    <w:keepNext/>
                  </w:pPr>
                  <w:r>
                    <w:t>GLAVNI DEL – IZKUŠENJSKO IN POSTAJNO UČENJE (2 šolski uri)</w:t>
                  </w:r>
                </w:p>
              </w:tc>
            </w:tr>
          </w:tbl>
          <w:p w14:paraId="774195C9" w14:textId="77777777" w:rsidR="00302D64" w:rsidRDefault="00302D64">
            <w:pPr>
              <w:spacing w:line="20" w:lineRule="exact"/>
            </w:pPr>
          </w:p>
          <w:p w14:paraId="2A1C3236" w14:textId="77777777" w:rsidR="00302D64" w:rsidRDefault="00000000">
            <w:pPr>
              <w:keepNext/>
              <w:spacing w:before="60" w:after="20" w:line="245" w:lineRule="auto"/>
            </w:pPr>
            <w:r>
              <w:rPr>
                <w:b/>
                <w:color w:val="000000"/>
              </w:rPr>
              <w:t>1. URA – Simboli pripovedujejo</w:t>
            </w:r>
          </w:p>
          <w:p w14:paraId="16BF1491" w14:textId="77777777" w:rsidR="00302D64" w:rsidRDefault="00000000">
            <w:pPr>
              <w:spacing w:after="20" w:line="245" w:lineRule="auto"/>
            </w:pPr>
            <w:r>
              <w:rPr>
                <w:b/>
                <w:color w:val="000000"/>
                <w:sz w:val="16"/>
              </w:rPr>
              <w:t xml:space="preserve">Dejavnost učiteljice: </w:t>
            </w:r>
            <w:r>
              <w:rPr>
                <w:color w:val="000000"/>
                <w:sz w:val="16"/>
              </w:rPr>
              <w:t>Predstavi zastavo, grb, lipicanca, čebelo in lokalne podobe ter loči državni in lokalni simbol.</w:t>
            </w:r>
          </w:p>
          <w:p w14:paraId="3B84B513" w14:textId="77777777" w:rsidR="00302D64" w:rsidRDefault="00000000">
            <w:pPr>
              <w:spacing w:after="20" w:line="245" w:lineRule="auto"/>
            </w:pPr>
            <w:r>
              <w:rPr>
                <w:b/>
                <w:color w:val="000000"/>
                <w:sz w:val="16"/>
              </w:rPr>
              <w:t xml:space="preserve">Dejavnost učencev: </w:t>
            </w:r>
            <w:r>
              <w:rPr>
                <w:color w:val="000000"/>
                <w:sz w:val="16"/>
              </w:rPr>
              <w:t>Povežejo simbol z okoljem, ga opišejo in povedo, kje so ga že videli.</w:t>
            </w:r>
          </w:p>
          <w:p w14:paraId="6D236ECB" w14:textId="77777777" w:rsidR="00302D64" w:rsidRDefault="00000000">
            <w:pPr>
              <w:spacing w:after="40" w:line="245" w:lineRule="auto"/>
            </w:pPr>
            <w:r>
              <w:rPr>
                <w:i/>
                <w:color w:val="D95BC6"/>
                <w:sz w:val="16"/>
              </w:rPr>
              <w:t>Predvideni dokaz: prepoznan simbol in ustni opis.</w:t>
            </w:r>
          </w:p>
          <w:p w14:paraId="035E5A3C" w14:textId="77777777" w:rsidR="00302D64" w:rsidRDefault="00000000">
            <w:pPr>
              <w:keepNext/>
              <w:spacing w:before="60" w:after="20" w:line="245" w:lineRule="auto"/>
            </w:pPr>
            <w:r>
              <w:rPr>
                <w:b/>
                <w:color w:val="000000"/>
              </w:rPr>
              <w:t>2. URA – Kulturna ustanova in skrb za dediščino</w:t>
            </w:r>
          </w:p>
          <w:p w14:paraId="55B86645" w14:textId="77777777" w:rsidR="00302D64" w:rsidRDefault="00000000">
            <w:pPr>
              <w:spacing w:after="20" w:line="245" w:lineRule="auto"/>
            </w:pPr>
            <w:r>
              <w:rPr>
                <w:b/>
                <w:color w:val="000000"/>
                <w:sz w:val="16"/>
              </w:rPr>
              <w:t xml:space="preserve">Dejavnost učiteljice: </w:t>
            </w:r>
            <w:r>
              <w:rPr>
                <w:color w:val="000000"/>
                <w:sz w:val="16"/>
              </w:rPr>
              <w:t>Izvede obisk, virtualni ogled ali predmetno galerijo ter modelira spoštljivo ravnanje z virom.</w:t>
            </w:r>
          </w:p>
          <w:p w14:paraId="1E3840EE" w14:textId="77777777" w:rsidR="00302D64" w:rsidRDefault="00000000">
            <w:pPr>
              <w:spacing w:after="20" w:line="245" w:lineRule="auto"/>
            </w:pPr>
            <w:r>
              <w:rPr>
                <w:b/>
                <w:color w:val="000000"/>
                <w:sz w:val="16"/>
              </w:rPr>
              <w:t xml:space="preserve">Dejavnost učencev: </w:t>
            </w:r>
            <w:r>
              <w:rPr>
                <w:color w:val="000000"/>
                <w:sz w:val="16"/>
              </w:rPr>
              <w:t>Opazujejo predmet ali podobo, postavijo vprašanje in oblikujejo pravilo za varovanje dediščine.</w:t>
            </w:r>
          </w:p>
          <w:p w14:paraId="6F1FB875" w14:textId="77777777" w:rsidR="00302D64" w:rsidRDefault="00000000">
            <w:pPr>
              <w:spacing w:after="40" w:line="245" w:lineRule="auto"/>
            </w:pPr>
            <w:r>
              <w:rPr>
                <w:i/>
                <w:color w:val="D95BC6"/>
                <w:sz w:val="16"/>
              </w:rPr>
              <w:t>Predvideni dokaz: vprašanje o viru in pravilo ravnanja.</w:t>
            </w:r>
          </w:p>
          <w:tbl>
            <w:tblPr>
              <w:tblStyle w:val="Tabelamrea"/>
              <w:tblW w:w="0" w:type="auto"/>
              <w:jc w:val="center"/>
              <w:tblLayout w:type="fixed"/>
              <w:tblLook w:val="04A0" w:firstRow="1" w:lastRow="0" w:firstColumn="1" w:lastColumn="0" w:noHBand="0" w:noVBand="1"/>
            </w:tblPr>
            <w:tblGrid>
              <w:gridCol w:w="7087"/>
            </w:tblGrid>
            <w:tr w:rsidR="00302D64" w14:paraId="70B02B9A" w14:textId="77777777">
              <w:trPr>
                <w:jc w:val="center"/>
              </w:trPr>
              <w:tc>
                <w:tcPr>
                  <w:tcW w:w="7087" w:type="dxa"/>
                  <w:shd w:val="clear" w:color="auto" w:fill="EDC9EA"/>
                  <w:tcMar>
                    <w:top w:w="45" w:type="dxa"/>
                    <w:left w:w="70" w:type="dxa"/>
                    <w:bottom w:w="45" w:type="dxa"/>
                    <w:right w:w="70" w:type="dxa"/>
                  </w:tcMar>
                </w:tcPr>
                <w:p w14:paraId="2EF46414" w14:textId="77777777" w:rsidR="00302D64" w:rsidRDefault="00000000">
                  <w:pPr>
                    <w:keepNext/>
                  </w:pPr>
                  <w:r>
                    <w:rPr>
                      <w:b/>
                      <w:color w:val="000000"/>
                    </w:rPr>
                    <w:t>UČENJE PO ŠTIRIH POSTAJAH (6–8 min na postajo)</w:t>
                  </w:r>
                </w:p>
              </w:tc>
            </w:tr>
          </w:tbl>
          <w:p w14:paraId="3185B911"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219A068" w14:textId="77777777" w:rsidR="00302D64" w:rsidRDefault="00000000">
            <w:pPr>
              <w:spacing w:after="20" w:line="245" w:lineRule="auto"/>
            </w:pPr>
            <w:r>
              <w:rPr>
                <w:b/>
                <w:color w:val="000000"/>
                <w:sz w:val="16"/>
              </w:rPr>
              <w:t xml:space="preserve">RAZISKOVALNA POSTAJA – Simboli pripovedujejo: </w:t>
            </w:r>
            <w:r>
              <w:rPr>
                <w:color w:val="000000"/>
                <w:sz w:val="16"/>
              </w:rPr>
              <w:t>Povežejo simbol z okoljem, ga opišejo in povedo, kje so ga že videli.</w:t>
            </w:r>
          </w:p>
          <w:p w14:paraId="5C2BB0D0" w14:textId="77777777" w:rsidR="00302D64" w:rsidRDefault="00000000">
            <w:pPr>
              <w:spacing w:after="20" w:line="245" w:lineRule="auto"/>
            </w:pPr>
            <w:r>
              <w:rPr>
                <w:b/>
                <w:color w:val="000000"/>
                <w:sz w:val="16"/>
              </w:rPr>
              <w:t xml:space="preserve">PRAKTIČNA POSTAJA – Kulturna ustanova in skrb za dediščino: </w:t>
            </w:r>
            <w:r>
              <w:rPr>
                <w:color w:val="000000"/>
                <w:sz w:val="16"/>
              </w:rPr>
              <w:t>Opazujejo predmet ali podobo, postavijo vprašanje in oblikujejo pravilo za varovanje dediščine.</w:t>
            </w:r>
          </w:p>
          <w:p w14:paraId="132AFF4C"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7390B104" w14:textId="77777777" w:rsidR="00302D64" w:rsidRDefault="00000000">
            <w:pPr>
              <w:spacing w:after="20" w:line="245" w:lineRule="auto"/>
            </w:pPr>
            <w:r>
              <w:rPr>
                <w:b/>
                <w:color w:val="000000"/>
                <w:sz w:val="16"/>
              </w:rPr>
              <w:t xml:space="preserve">POSTAJA DOKAZA IN REFLEKSIJE: </w:t>
            </w:r>
            <w:r>
              <w:rPr>
                <w:color w:val="000000"/>
                <w:sz w:val="16"/>
              </w:rPr>
              <w:t>Izberejo en dokaz (prepoznan simbol in ustni opis, vprašanje o viru in pravilo ravnanja),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10FAD975" w14:textId="77777777">
              <w:trPr>
                <w:jc w:val="center"/>
              </w:trPr>
              <w:tc>
                <w:tcPr>
                  <w:tcW w:w="7087" w:type="dxa"/>
                  <w:shd w:val="clear" w:color="auto" w:fill="EDC9EA"/>
                  <w:tcMar>
                    <w:top w:w="45" w:type="dxa"/>
                    <w:left w:w="70" w:type="dxa"/>
                    <w:bottom w:w="45" w:type="dxa"/>
                    <w:right w:w="70" w:type="dxa"/>
                  </w:tcMar>
                </w:tcPr>
                <w:p w14:paraId="10E3DF51" w14:textId="77777777" w:rsidR="00302D64" w:rsidRDefault="00000000">
                  <w:pPr>
                    <w:keepNext/>
                  </w:pPr>
                  <w:r>
                    <w:rPr>
                      <w:b/>
                      <w:color w:val="000000"/>
                    </w:rPr>
                    <w:t>POVRATNA INFORMACIJA UČITELJICE MED DELOM</w:t>
                  </w:r>
                </w:p>
              </w:tc>
            </w:tr>
          </w:tbl>
          <w:p w14:paraId="0275055F" w14:textId="77777777" w:rsidR="00302D64" w:rsidRDefault="00302D64"/>
          <w:p w14:paraId="5E5BB2E6"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EEB13E5" w14:textId="77777777" w:rsidR="00302D64" w:rsidRDefault="00302D64"/>
          <w:p w14:paraId="1B673014" w14:textId="77777777" w:rsidR="00302D64" w:rsidRDefault="00000000">
            <w:pPr>
              <w:spacing w:after="20" w:line="245" w:lineRule="auto"/>
            </w:pPr>
            <w:r>
              <w:rPr>
                <w:b/>
                <w:color w:val="000000"/>
                <w:sz w:val="17"/>
              </w:rPr>
              <w:t>1. URA</w:t>
            </w:r>
          </w:p>
          <w:p w14:paraId="60AC3AB7" w14:textId="77777777" w:rsidR="00302D64" w:rsidRDefault="00000000">
            <w:pPr>
              <w:spacing w:after="40" w:line="245" w:lineRule="auto"/>
            </w:pPr>
            <w:r>
              <w:rPr>
                <w:color w:val="000000"/>
                <w:sz w:val="16"/>
              </w:rPr>
              <w:t>Povežejo simbol z okoljem, ga opišejo in povedo, kje so ga že videli.</w:t>
            </w:r>
          </w:p>
          <w:p w14:paraId="4A557B50" w14:textId="77777777" w:rsidR="00302D64" w:rsidRDefault="00000000">
            <w:pPr>
              <w:spacing w:line="245" w:lineRule="auto"/>
            </w:pPr>
            <w:r>
              <w:rPr>
                <w:b/>
                <w:color w:val="D95BC6"/>
                <w:sz w:val="16"/>
              </w:rPr>
              <w:t>DOKAZ</w:t>
            </w:r>
          </w:p>
          <w:p w14:paraId="4C687711" w14:textId="77777777" w:rsidR="00302D64" w:rsidRDefault="00000000">
            <w:pPr>
              <w:spacing w:after="60" w:line="245" w:lineRule="auto"/>
            </w:pPr>
            <w:r>
              <w:rPr>
                <w:color w:val="D95BC6"/>
                <w:sz w:val="16"/>
              </w:rPr>
              <w:t>prepoznan simbol in ustni opis</w:t>
            </w:r>
          </w:p>
          <w:p w14:paraId="5EAC9A32" w14:textId="77777777" w:rsidR="00302D64" w:rsidRDefault="00000000">
            <w:pPr>
              <w:spacing w:after="20" w:line="245" w:lineRule="auto"/>
            </w:pPr>
            <w:r>
              <w:rPr>
                <w:b/>
                <w:color w:val="000000"/>
                <w:sz w:val="17"/>
              </w:rPr>
              <w:t>2. URA</w:t>
            </w:r>
          </w:p>
          <w:p w14:paraId="1EA453E5" w14:textId="77777777" w:rsidR="00302D64" w:rsidRDefault="00000000">
            <w:pPr>
              <w:spacing w:after="40" w:line="245" w:lineRule="auto"/>
            </w:pPr>
            <w:r>
              <w:rPr>
                <w:color w:val="000000"/>
                <w:sz w:val="16"/>
              </w:rPr>
              <w:t>Opazujejo predmet ali podobo, postavijo vprašanje in oblikujejo pravilo za varovanje dediščine.</w:t>
            </w:r>
          </w:p>
          <w:p w14:paraId="213348F7" w14:textId="77777777" w:rsidR="00302D64" w:rsidRDefault="00000000">
            <w:pPr>
              <w:spacing w:line="245" w:lineRule="auto"/>
            </w:pPr>
            <w:r>
              <w:rPr>
                <w:b/>
                <w:color w:val="D95BC6"/>
                <w:sz w:val="16"/>
              </w:rPr>
              <w:t>DOKAZ</w:t>
            </w:r>
          </w:p>
          <w:p w14:paraId="4782FE3A" w14:textId="77777777" w:rsidR="00302D64" w:rsidRDefault="00000000">
            <w:pPr>
              <w:spacing w:after="60" w:line="245" w:lineRule="auto"/>
            </w:pPr>
            <w:r>
              <w:rPr>
                <w:color w:val="D95BC6"/>
                <w:sz w:val="16"/>
              </w:rPr>
              <w:t>vprašanje o viru in pravilo ravnanja</w:t>
            </w:r>
          </w:p>
        </w:tc>
      </w:tr>
    </w:tbl>
    <w:p w14:paraId="01CA2D3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DD5CF5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35B39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B3726BC" w14:textId="77777777" w:rsidR="00302D64" w:rsidRDefault="00000000">
            <w:pPr>
              <w:jc w:val="center"/>
            </w:pPr>
            <w:r>
              <w:rPr>
                <w:b/>
                <w:color w:val="000000"/>
                <w:sz w:val="20"/>
              </w:rPr>
              <w:t>UČNE DEJAVNOSTI, METODE IN FORMATIVNO SPREMLJANJE</w:t>
            </w:r>
          </w:p>
        </w:tc>
      </w:tr>
      <w:tr w:rsidR="00302D64" w14:paraId="66779070" w14:textId="77777777">
        <w:trPr>
          <w:tblHeader/>
          <w:jc w:val="center"/>
        </w:trPr>
        <w:tc>
          <w:tcPr>
            <w:tcW w:w="4422" w:type="dxa"/>
            <w:vMerge/>
            <w:tcMar>
              <w:top w:w="70" w:type="dxa"/>
              <w:left w:w="90" w:type="dxa"/>
              <w:bottom w:w="70" w:type="dxa"/>
              <w:right w:w="90" w:type="dxa"/>
            </w:tcMar>
            <w:vAlign w:val="center"/>
          </w:tcPr>
          <w:p w14:paraId="3E801CAA" w14:textId="77777777" w:rsidR="00302D64" w:rsidRDefault="00302D64"/>
        </w:tc>
        <w:tc>
          <w:tcPr>
            <w:tcW w:w="7087" w:type="dxa"/>
            <w:shd w:val="clear" w:color="auto" w:fill="FFFFFF"/>
            <w:tcMar>
              <w:top w:w="70" w:type="dxa"/>
              <w:left w:w="90" w:type="dxa"/>
              <w:bottom w:w="70" w:type="dxa"/>
              <w:right w:w="90" w:type="dxa"/>
            </w:tcMar>
            <w:vAlign w:val="center"/>
          </w:tcPr>
          <w:p w14:paraId="53D87A8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E06B0D" w14:textId="77777777" w:rsidR="00302D64" w:rsidRDefault="00000000">
            <w:pPr>
              <w:jc w:val="center"/>
            </w:pPr>
            <w:r>
              <w:rPr>
                <w:b/>
                <w:color w:val="000000"/>
              </w:rPr>
              <w:t>UČENEC</w:t>
            </w:r>
          </w:p>
        </w:tc>
      </w:tr>
      <w:tr w:rsidR="00302D64" w14:paraId="1D9CD498" w14:textId="77777777">
        <w:trPr>
          <w:jc w:val="center"/>
        </w:trPr>
        <w:tc>
          <w:tcPr>
            <w:tcW w:w="4422" w:type="dxa"/>
            <w:tcMar>
              <w:top w:w="70" w:type="dxa"/>
              <w:left w:w="90" w:type="dxa"/>
              <w:bottom w:w="70" w:type="dxa"/>
              <w:right w:w="90" w:type="dxa"/>
            </w:tcMar>
          </w:tcPr>
          <w:p w14:paraId="13ECF3CE" w14:textId="77777777" w:rsidR="00302D64" w:rsidRDefault="00302D64"/>
          <w:p w14:paraId="0451D485" w14:textId="77777777" w:rsidR="00302D64" w:rsidRDefault="00000000">
            <w:pPr>
              <w:spacing w:after="40" w:line="245" w:lineRule="auto"/>
            </w:pPr>
            <w:r>
              <w:rPr>
                <w:b/>
                <w:color w:val="000000"/>
              </w:rPr>
              <w:t>FORMATIVNO SPREMLJANJE</w:t>
            </w:r>
          </w:p>
          <w:p w14:paraId="5252AC03" w14:textId="77777777" w:rsidR="00302D64" w:rsidRDefault="00000000">
            <w:pPr>
              <w:pStyle w:val="Oznaenseznam"/>
              <w:spacing w:after="16"/>
            </w:pPr>
            <w:r>
              <w:rPr>
                <w:color w:val="000000"/>
                <w:sz w:val="16"/>
              </w:rPr>
              <w:t>predznanje: začetni odgovor, razvrstitev ali prikaz</w:t>
            </w:r>
          </w:p>
          <w:p w14:paraId="489DC3AF" w14:textId="77777777" w:rsidR="00302D64" w:rsidRDefault="00000000">
            <w:pPr>
              <w:pStyle w:val="Oznaenseznam"/>
              <w:spacing w:after="16"/>
            </w:pPr>
            <w:r>
              <w:rPr>
                <w:color w:val="000000"/>
                <w:sz w:val="16"/>
              </w:rPr>
              <w:t>dokazi med učenjem: izvedba, skica, model, opazovalni zapis ali razlaga</w:t>
            </w:r>
          </w:p>
          <w:p w14:paraId="6768ED2F" w14:textId="77777777" w:rsidR="00302D64" w:rsidRDefault="00000000">
            <w:pPr>
              <w:pStyle w:val="Oznaenseznam"/>
              <w:spacing w:after="16"/>
            </w:pPr>
            <w:r>
              <w:rPr>
                <w:color w:val="000000"/>
                <w:sz w:val="16"/>
              </w:rPr>
              <w:t>povratna informacija: konkretna, vezana na kriterij in usmerjena v naslednji korak</w:t>
            </w:r>
          </w:p>
          <w:p w14:paraId="3F601165" w14:textId="77777777" w:rsidR="00302D64" w:rsidRDefault="00000000">
            <w:pPr>
              <w:pStyle w:val="Oznaenseznam"/>
              <w:spacing w:after="16"/>
            </w:pPr>
            <w:r>
              <w:rPr>
                <w:color w:val="000000"/>
                <w:sz w:val="16"/>
              </w:rPr>
              <w:t>samovrednotenje: semafor, prsti, izbrani simbol ali kratka poved</w:t>
            </w:r>
          </w:p>
          <w:p w14:paraId="63882A0E" w14:textId="77777777" w:rsidR="00302D64" w:rsidRDefault="00000000">
            <w:pPr>
              <w:spacing w:before="40" w:after="20" w:line="245" w:lineRule="auto"/>
            </w:pPr>
            <w:r>
              <w:rPr>
                <w:b/>
                <w:color w:val="000000"/>
              </w:rPr>
              <w:t>VARNOST IN ODGOVORNOST</w:t>
            </w:r>
          </w:p>
          <w:p w14:paraId="79C2372B" w14:textId="77777777" w:rsidR="00302D64" w:rsidRDefault="00000000">
            <w:pPr>
              <w:spacing w:after="60" w:line="245" w:lineRule="auto"/>
            </w:pPr>
            <w:r>
              <w:rPr>
                <w:color w:val="000000"/>
                <w:sz w:val="16"/>
              </w:rPr>
              <w:t>Upošteva dogovorjena pravila varnega, spoštljivega in odgovornega dela.</w:t>
            </w:r>
          </w:p>
          <w:p w14:paraId="2ACB75E4" w14:textId="77777777" w:rsidR="00302D64" w:rsidRDefault="00000000">
            <w:pPr>
              <w:spacing w:after="20" w:line="245" w:lineRule="auto"/>
            </w:pPr>
            <w:r>
              <w:rPr>
                <w:b/>
                <w:color w:val="000000"/>
              </w:rPr>
              <w:t>EVIDENCA PO IZVEDBI</w:t>
            </w:r>
          </w:p>
          <w:p w14:paraId="5A767CAD"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0E99D251"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716D79B" w14:textId="77777777">
              <w:trPr>
                <w:jc w:val="center"/>
              </w:trPr>
              <w:tc>
                <w:tcPr>
                  <w:tcW w:w="7087" w:type="dxa"/>
                  <w:shd w:val="clear" w:color="auto" w:fill="EDC9EA"/>
                  <w:tcMar>
                    <w:top w:w="45" w:type="dxa"/>
                    <w:left w:w="70" w:type="dxa"/>
                    <w:bottom w:w="45" w:type="dxa"/>
                    <w:right w:w="70" w:type="dxa"/>
                  </w:tcMar>
                </w:tcPr>
                <w:p w14:paraId="3E261C42" w14:textId="77777777" w:rsidR="00302D64" w:rsidRDefault="00000000">
                  <w:pPr>
                    <w:keepNext/>
                  </w:pPr>
                  <w:r>
                    <w:rPr>
                      <w:b/>
                      <w:color w:val="000000"/>
                    </w:rPr>
                    <w:t>VPRAŠANJA V PODPORO UČENJU</w:t>
                  </w:r>
                </w:p>
              </w:tc>
            </w:tr>
          </w:tbl>
          <w:p w14:paraId="225A4807" w14:textId="77777777" w:rsidR="00302D64" w:rsidRDefault="00302D64">
            <w:pPr>
              <w:spacing w:line="20" w:lineRule="exact"/>
            </w:pPr>
          </w:p>
          <w:p w14:paraId="7C89EB89" w14:textId="77777777" w:rsidR="00302D64" w:rsidRDefault="00000000">
            <w:pPr>
              <w:pStyle w:val="Oznaenseznam"/>
              <w:spacing w:after="16"/>
            </w:pPr>
            <w:r>
              <w:rPr>
                <w:color w:val="000000"/>
                <w:sz w:val="16"/>
              </w:rPr>
              <w:t>Kaj si opazil/-a in kateri dokaz to pokaže?</w:t>
            </w:r>
          </w:p>
          <w:p w14:paraId="521DF369" w14:textId="77777777" w:rsidR="00302D64" w:rsidRDefault="00000000">
            <w:pPr>
              <w:pStyle w:val="Oznaenseznam"/>
              <w:spacing w:after="16"/>
            </w:pPr>
            <w:r>
              <w:rPr>
                <w:color w:val="000000"/>
                <w:sz w:val="16"/>
              </w:rPr>
              <w:t>Kako si prišel/-la do svoje odločitve?</w:t>
            </w:r>
          </w:p>
          <w:p w14:paraId="620FDABC" w14:textId="77777777" w:rsidR="00302D64" w:rsidRDefault="00000000">
            <w:pPr>
              <w:pStyle w:val="Oznaenseznam"/>
              <w:spacing w:after="16"/>
            </w:pPr>
            <w:r>
              <w:rPr>
                <w:color w:val="000000"/>
                <w:sz w:val="16"/>
              </w:rPr>
              <w:t>Kaj si pri ponovnem poskusu ohranil/-a enako in kaj spremenil/-a?</w:t>
            </w:r>
          </w:p>
          <w:p w14:paraId="1547451A" w14:textId="77777777" w:rsidR="00302D64" w:rsidRDefault="00000000">
            <w:pPr>
              <w:pStyle w:val="Oznaenseznam"/>
              <w:spacing w:after="16"/>
            </w:pPr>
            <w:r>
              <w:rPr>
                <w:color w:val="000000"/>
                <w:sz w:val="16"/>
              </w:rPr>
              <w:t>Kateri kriterij že dosegaš? Kaj bo tvoj naslednji korak?</w:t>
            </w:r>
          </w:p>
          <w:p w14:paraId="6A32B203"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07D7DF5E" w14:textId="77777777">
              <w:trPr>
                <w:jc w:val="center"/>
              </w:trPr>
              <w:tc>
                <w:tcPr>
                  <w:tcW w:w="7087" w:type="dxa"/>
                  <w:shd w:val="clear" w:color="auto" w:fill="C6E7F3"/>
                  <w:tcMar>
                    <w:top w:w="45" w:type="dxa"/>
                    <w:left w:w="70" w:type="dxa"/>
                    <w:bottom w:w="45" w:type="dxa"/>
                    <w:right w:w="70" w:type="dxa"/>
                  </w:tcMar>
                </w:tcPr>
                <w:p w14:paraId="35E40671" w14:textId="77777777" w:rsidR="00302D64" w:rsidRDefault="00000000">
                  <w:pPr>
                    <w:keepNext/>
                  </w:pPr>
                  <w:r>
                    <w:rPr>
                      <w:b/>
                      <w:color w:val="000000"/>
                    </w:rPr>
                    <w:t>ZAKLJUČNI DEL – UTRJEVANJE IN REFLEKSIJA (10–15 min)</w:t>
                  </w:r>
                </w:p>
              </w:tc>
            </w:tr>
          </w:tbl>
          <w:p w14:paraId="7FA0C31B" w14:textId="77777777" w:rsidR="00302D64" w:rsidRDefault="00302D64">
            <w:pPr>
              <w:spacing w:line="20" w:lineRule="exact"/>
            </w:pPr>
          </w:p>
          <w:p w14:paraId="5569D838"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793550D7" w14:textId="77777777">
              <w:trPr>
                <w:jc w:val="center"/>
              </w:trPr>
              <w:tc>
                <w:tcPr>
                  <w:tcW w:w="7087" w:type="dxa"/>
                  <w:shd w:val="clear" w:color="auto" w:fill="EDC9EA"/>
                  <w:tcMar>
                    <w:top w:w="45" w:type="dxa"/>
                    <w:left w:w="70" w:type="dxa"/>
                    <w:bottom w:w="45" w:type="dxa"/>
                    <w:right w:w="70" w:type="dxa"/>
                  </w:tcMar>
                </w:tcPr>
                <w:p w14:paraId="5898CE75" w14:textId="77777777" w:rsidR="00302D64" w:rsidRDefault="00000000">
                  <w:pPr>
                    <w:keepNext/>
                  </w:pPr>
                  <w:r>
                    <w:rPr>
                      <w:b/>
                      <w:color w:val="000000"/>
                    </w:rPr>
                    <w:t>SAMOVREDNOTENJE</w:t>
                  </w:r>
                </w:p>
              </w:tc>
            </w:tr>
          </w:tbl>
          <w:p w14:paraId="0D6B4F5B" w14:textId="77777777" w:rsidR="00302D64" w:rsidRDefault="00302D64">
            <w:pPr>
              <w:spacing w:line="20" w:lineRule="exact"/>
            </w:pPr>
          </w:p>
          <w:p w14:paraId="68D0044A"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5B2C3A18" w14:textId="77777777">
              <w:trPr>
                <w:jc w:val="center"/>
              </w:trPr>
              <w:tc>
                <w:tcPr>
                  <w:tcW w:w="7087" w:type="dxa"/>
                  <w:shd w:val="clear" w:color="auto" w:fill="EDC9EA"/>
                  <w:tcMar>
                    <w:top w:w="45" w:type="dxa"/>
                    <w:left w:w="70" w:type="dxa"/>
                    <w:bottom w:w="45" w:type="dxa"/>
                    <w:right w:w="70" w:type="dxa"/>
                  </w:tcMar>
                </w:tcPr>
                <w:p w14:paraId="0F41677F" w14:textId="77777777" w:rsidR="00302D64" w:rsidRDefault="00000000">
                  <w:pPr>
                    <w:keepNext/>
                  </w:pPr>
                  <w:r>
                    <w:rPr>
                      <w:b/>
                      <w:color w:val="000000"/>
                    </w:rPr>
                    <w:t>VRSTNIŠKO VREDNOTENJE</w:t>
                  </w:r>
                </w:p>
              </w:tc>
            </w:tr>
          </w:tbl>
          <w:p w14:paraId="4ABD8515" w14:textId="77777777" w:rsidR="00302D64" w:rsidRDefault="00302D64">
            <w:pPr>
              <w:spacing w:line="20" w:lineRule="exact"/>
            </w:pPr>
          </w:p>
          <w:p w14:paraId="63A752B7"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6863BBCF" w14:textId="77777777">
              <w:trPr>
                <w:jc w:val="center"/>
              </w:trPr>
              <w:tc>
                <w:tcPr>
                  <w:tcW w:w="7087" w:type="dxa"/>
                  <w:shd w:val="clear" w:color="auto" w:fill="EDC9EA"/>
                  <w:tcMar>
                    <w:top w:w="45" w:type="dxa"/>
                    <w:left w:w="70" w:type="dxa"/>
                    <w:bottom w:w="45" w:type="dxa"/>
                    <w:right w:w="70" w:type="dxa"/>
                  </w:tcMar>
                </w:tcPr>
                <w:p w14:paraId="251D1963" w14:textId="77777777" w:rsidR="00302D64" w:rsidRDefault="00000000">
                  <w:pPr>
                    <w:keepNext/>
                  </w:pPr>
                  <w:r>
                    <w:rPr>
                      <w:b/>
                      <w:color w:val="000000"/>
                    </w:rPr>
                    <w:t>SKUPNI POVZETEK</w:t>
                  </w:r>
                </w:p>
              </w:tc>
            </w:tr>
          </w:tbl>
          <w:p w14:paraId="5528F407" w14:textId="77777777" w:rsidR="00302D64" w:rsidRDefault="00302D64"/>
          <w:p w14:paraId="1F2685BD" w14:textId="77777777" w:rsidR="00302D64" w:rsidRDefault="00000000">
            <w:pPr>
              <w:spacing w:before="20" w:after="40" w:line="245" w:lineRule="auto"/>
            </w:pPr>
            <w:r>
              <w:rPr>
                <w:b/>
                <w:color w:val="000000"/>
                <w:sz w:val="17"/>
              </w:rPr>
              <w:t>Dediščina pripoveduje o ljudeh, kraju in naravi. Simbole prepoznam ter z dediščino ravnam spoštljivo.</w:t>
            </w:r>
          </w:p>
        </w:tc>
        <w:tc>
          <w:tcPr>
            <w:tcW w:w="2551" w:type="dxa"/>
            <w:tcMar>
              <w:top w:w="70" w:type="dxa"/>
              <w:left w:w="90" w:type="dxa"/>
              <w:bottom w:w="70" w:type="dxa"/>
              <w:right w:w="90" w:type="dxa"/>
            </w:tcMar>
          </w:tcPr>
          <w:p w14:paraId="23E56B4B" w14:textId="77777777" w:rsidR="00302D64" w:rsidRDefault="00302D64"/>
          <w:p w14:paraId="3351E899" w14:textId="77777777" w:rsidR="00302D64" w:rsidRDefault="00000000">
            <w:pPr>
              <w:spacing w:after="100" w:line="245" w:lineRule="auto"/>
            </w:pPr>
            <w:r>
              <w:rPr>
                <w:color w:val="000000"/>
                <w:sz w:val="16"/>
              </w:rPr>
              <w:t>Odgovarja na podporna vprašanja in se sklicuje na svoj dokaz.</w:t>
            </w:r>
          </w:p>
          <w:p w14:paraId="685512F1" w14:textId="77777777" w:rsidR="00302D64" w:rsidRDefault="00000000">
            <w:pPr>
              <w:spacing w:after="100" w:line="245" w:lineRule="auto"/>
            </w:pPr>
            <w:r>
              <w:rPr>
                <w:color w:val="000000"/>
                <w:sz w:val="16"/>
              </w:rPr>
              <w:t>Primerja začetno zamisel z ugotovitvijo ter pove ali pokaže, kaj se je naučil/-a.</w:t>
            </w:r>
          </w:p>
          <w:p w14:paraId="22C48DD4" w14:textId="77777777" w:rsidR="00302D64" w:rsidRDefault="00000000">
            <w:pPr>
              <w:spacing w:after="100" w:line="245" w:lineRule="auto"/>
            </w:pPr>
            <w:r>
              <w:rPr>
                <w:color w:val="000000"/>
                <w:sz w:val="16"/>
              </w:rPr>
              <w:t>Izbere raven doseganja in določi naslednji korak.</w:t>
            </w:r>
          </w:p>
          <w:p w14:paraId="6981D588" w14:textId="77777777" w:rsidR="00302D64" w:rsidRDefault="00000000">
            <w:pPr>
              <w:spacing w:after="100" w:line="245" w:lineRule="auto"/>
            </w:pPr>
            <w:r>
              <w:rPr>
                <w:color w:val="000000"/>
                <w:sz w:val="16"/>
              </w:rPr>
              <w:t>Sošolcu poda prijazen, konkreten odziv.</w:t>
            </w:r>
          </w:p>
          <w:p w14:paraId="34E9A23E" w14:textId="77777777" w:rsidR="00302D64" w:rsidRDefault="00000000">
            <w:pPr>
              <w:spacing w:after="20" w:line="245" w:lineRule="auto"/>
            </w:pPr>
            <w:r>
              <w:rPr>
                <w:b/>
                <w:color w:val="D95BC6"/>
                <w:sz w:val="17"/>
              </w:rPr>
              <w:t>DOKAZ O UČENJU</w:t>
            </w:r>
          </w:p>
          <w:p w14:paraId="0201E437" w14:textId="77777777" w:rsidR="00302D64" w:rsidRDefault="00000000">
            <w:pPr>
              <w:spacing w:after="30" w:line="245" w:lineRule="auto"/>
            </w:pPr>
            <w:r>
              <w:rPr>
                <w:color w:val="D95BC6"/>
                <w:sz w:val="16"/>
              </w:rPr>
              <w:t>izvedba ali izdelek, razlaga, samovrednotenje in odziv na povratno informacijo</w:t>
            </w:r>
          </w:p>
        </w:tc>
      </w:tr>
    </w:tbl>
    <w:p w14:paraId="2494910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D994024" w14:textId="77777777">
        <w:trPr>
          <w:cantSplit/>
          <w:jc w:val="center"/>
        </w:trPr>
        <w:tc>
          <w:tcPr>
            <w:tcW w:w="14060" w:type="dxa"/>
            <w:gridSpan w:val="6"/>
            <w:tcMar>
              <w:top w:w="70" w:type="dxa"/>
              <w:left w:w="90" w:type="dxa"/>
              <w:bottom w:w="70" w:type="dxa"/>
              <w:right w:w="90" w:type="dxa"/>
            </w:tcMar>
            <w:vAlign w:val="center"/>
          </w:tcPr>
          <w:p w14:paraId="728D9BA7" w14:textId="77777777" w:rsidR="00302D64" w:rsidRDefault="00000000">
            <w:pPr>
              <w:jc w:val="center"/>
            </w:pPr>
            <w:r>
              <w:rPr>
                <w:b/>
                <w:color w:val="000000"/>
                <w:sz w:val="24"/>
              </w:rPr>
              <w:lastRenderedPageBreak/>
              <w:t>UČNA PRIPRAVA 23/39</w:t>
            </w:r>
          </w:p>
        </w:tc>
      </w:tr>
      <w:tr w:rsidR="00302D64" w14:paraId="52D6E627" w14:textId="77777777">
        <w:trPr>
          <w:jc w:val="center"/>
        </w:trPr>
        <w:tc>
          <w:tcPr>
            <w:tcW w:w="2665" w:type="dxa"/>
            <w:tcMar>
              <w:top w:w="70" w:type="dxa"/>
              <w:left w:w="90" w:type="dxa"/>
              <w:bottom w:w="70" w:type="dxa"/>
              <w:right w:w="90" w:type="dxa"/>
            </w:tcMar>
            <w:vAlign w:val="center"/>
          </w:tcPr>
          <w:p w14:paraId="3B3E8343"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83E878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41E2B00B"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08879F4" w14:textId="77777777" w:rsidR="00302D64" w:rsidRDefault="00000000">
            <w:r>
              <w:rPr>
                <w:b/>
                <w:color w:val="000000"/>
                <w:sz w:val="16"/>
              </w:rPr>
              <w:t xml:space="preserve">NAČRTOVANI TERMIN: </w:t>
            </w:r>
            <w:r>
              <w:rPr>
                <w:color w:val="000000"/>
                <w:sz w:val="16"/>
              </w:rPr>
              <w:t>23. teden • 15.–19. 2. 2027</w:t>
            </w:r>
          </w:p>
        </w:tc>
        <w:tc>
          <w:tcPr>
            <w:tcW w:w="2268" w:type="dxa"/>
            <w:tcMar>
              <w:top w:w="70" w:type="dxa"/>
              <w:left w:w="90" w:type="dxa"/>
              <w:bottom w:w="70" w:type="dxa"/>
              <w:right w:w="90" w:type="dxa"/>
            </w:tcMar>
            <w:vAlign w:val="center"/>
          </w:tcPr>
          <w:p w14:paraId="7EBB44F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1513122" w14:textId="77777777" w:rsidR="00302D64" w:rsidRDefault="00000000">
            <w:r>
              <w:rPr>
                <w:b/>
                <w:color w:val="000000"/>
                <w:sz w:val="16"/>
              </w:rPr>
              <w:t xml:space="preserve">ŠTEVILO UR: </w:t>
            </w:r>
            <w:r>
              <w:rPr>
                <w:color w:val="000000"/>
                <w:sz w:val="16"/>
              </w:rPr>
              <w:t>2</w:t>
            </w:r>
          </w:p>
        </w:tc>
      </w:tr>
      <w:tr w:rsidR="00302D64" w14:paraId="0530CE5E" w14:textId="77777777">
        <w:trPr>
          <w:jc w:val="center"/>
        </w:trPr>
        <w:tc>
          <w:tcPr>
            <w:tcW w:w="14061" w:type="dxa"/>
            <w:gridSpan w:val="6"/>
            <w:tcMar>
              <w:top w:w="70" w:type="dxa"/>
              <w:left w:w="90" w:type="dxa"/>
              <w:bottom w:w="70" w:type="dxa"/>
              <w:right w:w="90" w:type="dxa"/>
            </w:tcMar>
            <w:vAlign w:val="center"/>
          </w:tcPr>
          <w:p w14:paraId="1948494D" w14:textId="77777777" w:rsidR="00302D64" w:rsidRDefault="00000000">
            <w:r>
              <w:t>TIP UČNE URE: obravnava, izkušenjsko raziskovanje, učenje po postajah, utrjevanje in formativno spremljanje</w:t>
            </w:r>
          </w:p>
        </w:tc>
      </w:tr>
      <w:tr w:rsidR="00302D64" w14:paraId="3D39B016" w14:textId="77777777">
        <w:trPr>
          <w:cantSplit/>
          <w:jc w:val="center"/>
        </w:trPr>
        <w:tc>
          <w:tcPr>
            <w:tcW w:w="14060" w:type="dxa"/>
            <w:gridSpan w:val="6"/>
            <w:tcMar>
              <w:top w:w="70" w:type="dxa"/>
              <w:left w:w="90" w:type="dxa"/>
              <w:bottom w:w="70" w:type="dxa"/>
              <w:right w:w="90" w:type="dxa"/>
            </w:tcMar>
            <w:vAlign w:val="center"/>
          </w:tcPr>
          <w:p w14:paraId="3C6992E3" w14:textId="77777777" w:rsidR="00302D64" w:rsidRDefault="00302D64"/>
          <w:p w14:paraId="3934E4C8" w14:textId="77777777" w:rsidR="00302D64" w:rsidRDefault="00000000">
            <w:pPr>
              <w:spacing w:line="245" w:lineRule="auto"/>
            </w:pPr>
            <w:r>
              <w:rPr>
                <w:b/>
                <w:color w:val="000000"/>
                <w:sz w:val="17"/>
              </w:rPr>
              <w:t xml:space="preserve">UČNI SKLOP: </w:t>
            </w:r>
            <w:r>
              <w:rPr>
                <w:color w:val="000000"/>
                <w:sz w:val="17"/>
              </w:rPr>
              <w:t>NEKOČ IN DANES – ČAS IN DEDIŠČINA</w:t>
            </w:r>
          </w:p>
        </w:tc>
      </w:tr>
      <w:tr w:rsidR="00302D64" w14:paraId="6735CE08" w14:textId="77777777">
        <w:trPr>
          <w:cantSplit/>
          <w:jc w:val="center"/>
        </w:trPr>
        <w:tc>
          <w:tcPr>
            <w:tcW w:w="14060" w:type="dxa"/>
            <w:gridSpan w:val="6"/>
            <w:tcMar>
              <w:top w:w="70" w:type="dxa"/>
              <w:left w:w="90" w:type="dxa"/>
              <w:bottom w:w="70" w:type="dxa"/>
              <w:right w:w="90" w:type="dxa"/>
            </w:tcMar>
            <w:vAlign w:val="center"/>
          </w:tcPr>
          <w:p w14:paraId="69251741" w14:textId="77777777" w:rsidR="00302D64" w:rsidRDefault="00302D64"/>
          <w:p w14:paraId="4EF9FB98" w14:textId="77777777" w:rsidR="00302D64" w:rsidRDefault="00000000">
            <w:pPr>
              <w:spacing w:line="245" w:lineRule="auto"/>
            </w:pPr>
            <w:r>
              <w:rPr>
                <w:b/>
                <w:color w:val="000000"/>
                <w:sz w:val="17"/>
              </w:rPr>
              <w:t xml:space="preserve">UČNA TEMA: </w:t>
            </w:r>
            <w:r>
              <w:rPr>
                <w:color w:val="000000"/>
                <w:sz w:val="17"/>
              </w:rPr>
              <w:t>ŽIVLJENJE NEKOČ IN DANES</w:t>
            </w:r>
          </w:p>
        </w:tc>
      </w:tr>
      <w:tr w:rsidR="00302D64" w14:paraId="3C168E6B" w14:textId="77777777">
        <w:trPr>
          <w:cantSplit/>
          <w:jc w:val="center"/>
        </w:trPr>
        <w:tc>
          <w:tcPr>
            <w:tcW w:w="14060" w:type="dxa"/>
            <w:gridSpan w:val="6"/>
            <w:tcMar>
              <w:top w:w="70" w:type="dxa"/>
              <w:left w:w="90" w:type="dxa"/>
              <w:bottom w:w="70" w:type="dxa"/>
              <w:right w:w="90" w:type="dxa"/>
            </w:tcMar>
            <w:vAlign w:val="center"/>
          </w:tcPr>
          <w:p w14:paraId="162E049E" w14:textId="77777777" w:rsidR="00302D64" w:rsidRDefault="00302D64"/>
          <w:p w14:paraId="7E73D09A" w14:textId="77777777" w:rsidR="00302D64" w:rsidRDefault="00000000">
            <w:pPr>
              <w:spacing w:line="245" w:lineRule="auto"/>
            </w:pPr>
            <w:r>
              <w:rPr>
                <w:b/>
                <w:color w:val="000000"/>
                <w:sz w:val="17"/>
              </w:rPr>
              <w:t xml:space="preserve">KNJIŽEVNO IZHODIŠČE IN MOTIV: </w:t>
            </w:r>
            <w:r>
              <w:rPr>
                <w:color w:val="000000"/>
                <w:sz w:val="17"/>
              </w:rPr>
              <w:t>»Mojca Pokrajculja« – slovenska ljudska pravljica • stari predmeti, skupno bivanje in ustno izročilo</w:t>
            </w:r>
          </w:p>
        </w:tc>
      </w:tr>
      <w:tr w:rsidR="00302D64" w14:paraId="7801AF6D" w14:textId="77777777">
        <w:trPr>
          <w:cantSplit/>
          <w:jc w:val="center"/>
        </w:trPr>
        <w:tc>
          <w:tcPr>
            <w:tcW w:w="14060" w:type="dxa"/>
            <w:gridSpan w:val="6"/>
            <w:tcMar>
              <w:top w:w="70" w:type="dxa"/>
              <w:left w:w="90" w:type="dxa"/>
              <w:bottom w:w="70" w:type="dxa"/>
              <w:right w:w="90" w:type="dxa"/>
            </w:tcMar>
            <w:vAlign w:val="center"/>
          </w:tcPr>
          <w:p w14:paraId="48627D0E" w14:textId="77777777" w:rsidR="00302D64" w:rsidRDefault="00302D64"/>
          <w:p w14:paraId="0564684B" w14:textId="77777777" w:rsidR="00302D64" w:rsidRDefault="00000000">
            <w:pPr>
              <w:spacing w:line="245" w:lineRule="auto"/>
            </w:pPr>
            <w:r>
              <w:rPr>
                <w:b/>
                <w:color w:val="000000"/>
                <w:sz w:val="17"/>
              </w:rPr>
              <w:t xml:space="preserve">UČNE ENOTE: </w:t>
            </w:r>
            <w:r>
              <w:rPr>
                <w:color w:val="000000"/>
                <w:sz w:val="17"/>
              </w:rPr>
              <w:t>1. ura – Detektivi starih predmetov • 2. ura – Hodnik nekoč–danes</w:t>
            </w:r>
          </w:p>
        </w:tc>
      </w:tr>
      <w:tr w:rsidR="00302D64" w14:paraId="5A1045E3" w14:textId="77777777">
        <w:trPr>
          <w:cantSplit/>
          <w:jc w:val="center"/>
        </w:trPr>
        <w:tc>
          <w:tcPr>
            <w:tcW w:w="14060" w:type="dxa"/>
            <w:gridSpan w:val="6"/>
            <w:tcMar>
              <w:top w:w="70" w:type="dxa"/>
              <w:left w:w="90" w:type="dxa"/>
              <w:bottom w:w="70" w:type="dxa"/>
              <w:right w:w="90" w:type="dxa"/>
            </w:tcMar>
            <w:vAlign w:val="center"/>
          </w:tcPr>
          <w:p w14:paraId="73B3F2EA" w14:textId="77777777" w:rsidR="00302D64" w:rsidRDefault="00302D64"/>
          <w:p w14:paraId="597AE0D6"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20B24E1A" w14:textId="77777777">
        <w:trPr>
          <w:cantSplit/>
          <w:jc w:val="center"/>
        </w:trPr>
        <w:tc>
          <w:tcPr>
            <w:tcW w:w="14060" w:type="dxa"/>
            <w:gridSpan w:val="6"/>
            <w:tcMar>
              <w:top w:w="70" w:type="dxa"/>
              <w:left w:w="90" w:type="dxa"/>
              <w:bottom w:w="70" w:type="dxa"/>
              <w:right w:w="90" w:type="dxa"/>
            </w:tcMar>
            <w:vAlign w:val="center"/>
          </w:tcPr>
          <w:p w14:paraId="3D55EEA1" w14:textId="77777777" w:rsidR="00302D64" w:rsidRDefault="00302D64"/>
          <w:p w14:paraId="24B0762C"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2B136E36" w14:textId="77777777">
        <w:trPr>
          <w:cantSplit/>
          <w:jc w:val="center"/>
        </w:trPr>
        <w:tc>
          <w:tcPr>
            <w:tcW w:w="14060" w:type="dxa"/>
            <w:gridSpan w:val="6"/>
            <w:tcMar>
              <w:top w:w="70" w:type="dxa"/>
              <w:left w:w="90" w:type="dxa"/>
              <w:bottom w:w="70" w:type="dxa"/>
              <w:right w:w="90" w:type="dxa"/>
            </w:tcMar>
            <w:vAlign w:val="center"/>
          </w:tcPr>
          <w:p w14:paraId="736B064C" w14:textId="77777777" w:rsidR="00302D64" w:rsidRDefault="00302D64"/>
          <w:p w14:paraId="6BDD7D0E"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40B90A98" w14:textId="77777777">
        <w:trPr>
          <w:cantSplit/>
          <w:jc w:val="center"/>
        </w:trPr>
        <w:tc>
          <w:tcPr>
            <w:tcW w:w="14060" w:type="dxa"/>
            <w:gridSpan w:val="6"/>
            <w:tcMar>
              <w:top w:w="70" w:type="dxa"/>
              <w:left w:w="90" w:type="dxa"/>
              <w:bottom w:w="70" w:type="dxa"/>
              <w:right w:w="90" w:type="dxa"/>
            </w:tcMar>
            <w:vAlign w:val="center"/>
          </w:tcPr>
          <w:p w14:paraId="2377C54A" w14:textId="77777777" w:rsidR="00302D64" w:rsidRDefault="00302D64"/>
          <w:p w14:paraId="44D88026" w14:textId="77777777" w:rsidR="00302D64" w:rsidRDefault="00000000">
            <w:pPr>
              <w:spacing w:line="245" w:lineRule="auto"/>
            </w:pPr>
            <w:r>
              <w:rPr>
                <w:b/>
                <w:color w:val="000000"/>
                <w:sz w:val="17"/>
              </w:rPr>
              <w:t xml:space="preserve">MEDPREDMETNE POVEZAVE: </w:t>
            </w:r>
            <w:r>
              <w:rPr>
                <w:color w:val="000000"/>
                <w:sz w:val="17"/>
              </w:rPr>
              <w:t>SLJ – vprašanja in pripoved; MAT – časovno razvrščanje; LUM – opazovalna skica; SPO – viri o preteklosti</w:t>
            </w:r>
          </w:p>
        </w:tc>
      </w:tr>
      <w:tr w:rsidR="00302D64" w14:paraId="51B5FAFC" w14:textId="77777777">
        <w:trPr>
          <w:cantSplit/>
          <w:jc w:val="center"/>
        </w:trPr>
        <w:tc>
          <w:tcPr>
            <w:tcW w:w="14060" w:type="dxa"/>
            <w:gridSpan w:val="6"/>
            <w:tcMar>
              <w:top w:w="70" w:type="dxa"/>
              <w:left w:w="90" w:type="dxa"/>
              <w:bottom w:w="70" w:type="dxa"/>
              <w:right w:w="90" w:type="dxa"/>
            </w:tcMar>
            <w:vAlign w:val="center"/>
          </w:tcPr>
          <w:p w14:paraId="15D84C6D" w14:textId="77777777" w:rsidR="00302D64" w:rsidRDefault="00302D64"/>
          <w:p w14:paraId="25F8B7F5" w14:textId="77777777" w:rsidR="00302D64" w:rsidRDefault="00000000">
            <w:pPr>
              <w:spacing w:line="245" w:lineRule="auto"/>
            </w:pPr>
            <w:r>
              <w:rPr>
                <w:b/>
                <w:color w:val="000000"/>
                <w:sz w:val="17"/>
              </w:rPr>
              <w:t xml:space="preserve">UČNA SREDSTVA IN PRIPOMOČKI: </w:t>
            </w:r>
            <w:r>
              <w:rPr>
                <w:color w:val="000000"/>
                <w:sz w:val="17"/>
              </w:rPr>
              <w:t>Mojca Pokrajculja, star predmet ali replika, fotografije nekoč/danes, povečevalna stekla, talna vrv, kartice vprašanj, papir</w:t>
            </w:r>
          </w:p>
        </w:tc>
      </w:tr>
      <w:tr w:rsidR="00302D64" w14:paraId="24F1B933" w14:textId="77777777">
        <w:trPr>
          <w:cantSplit/>
          <w:jc w:val="center"/>
        </w:trPr>
        <w:tc>
          <w:tcPr>
            <w:tcW w:w="14060" w:type="dxa"/>
            <w:gridSpan w:val="6"/>
            <w:tcMar>
              <w:top w:w="70" w:type="dxa"/>
              <w:left w:w="90" w:type="dxa"/>
              <w:bottom w:w="70" w:type="dxa"/>
              <w:right w:w="90" w:type="dxa"/>
            </w:tcMar>
            <w:vAlign w:val="center"/>
          </w:tcPr>
          <w:p w14:paraId="4D6A6C3D" w14:textId="77777777" w:rsidR="00302D64" w:rsidRDefault="00302D64"/>
          <w:p w14:paraId="06C74012"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2A34CD97" w14:textId="77777777">
        <w:trPr>
          <w:cantSplit/>
          <w:jc w:val="center"/>
        </w:trPr>
        <w:tc>
          <w:tcPr>
            <w:tcW w:w="14060" w:type="dxa"/>
            <w:gridSpan w:val="6"/>
            <w:tcMar>
              <w:top w:w="70" w:type="dxa"/>
              <w:left w:w="90" w:type="dxa"/>
              <w:bottom w:w="70" w:type="dxa"/>
              <w:right w:w="90" w:type="dxa"/>
            </w:tcMar>
            <w:vAlign w:val="center"/>
          </w:tcPr>
          <w:p w14:paraId="685A9804" w14:textId="77777777" w:rsidR="00302D64" w:rsidRDefault="00302D64"/>
          <w:p w14:paraId="7686BE05" w14:textId="77777777" w:rsidR="00302D64" w:rsidRDefault="00000000">
            <w:pPr>
              <w:spacing w:line="245" w:lineRule="auto"/>
            </w:pPr>
            <w:r>
              <w:rPr>
                <w:b/>
                <w:color w:val="000000"/>
                <w:sz w:val="16"/>
              </w:rPr>
              <w:t xml:space="preserve">OCENJEVANJE / DAN DEJAVNOSTI: </w:t>
            </w:r>
            <w:r>
              <w:rPr>
                <w:color w:val="000000"/>
                <w:sz w:val="16"/>
              </w:rPr>
              <w:t>KULTURNI DAN</w:t>
            </w:r>
          </w:p>
        </w:tc>
      </w:tr>
      <w:tr w:rsidR="00302D64" w14:paraId="2323A62E" w14:textId="77777777">
        <w:trPr>
          <w:cantSplit/>
          <w:jc w:val="center"/>
        </w:trPr>
        <w:tc>
          <w:tcPr>
            <w:tcW w:w="14060" w:type="dxa"/>
            <w:gridSpan w:val="6"/>
            <w:tcMar>
              <w:top w:w="70" w:type="dxa"/>
              <w:left w:w="90" w:type="dxa"/>
              <w:bottom w:w="70" w:type="dxa"/>
              <w:right w:w="90" w:type="dxa"/>
            </w:tcMar>
            <w:vAlign w:val="center"/>
          </w:tcPr>
          <w:p w14:paraId="46BFD26D" w14:textId="77777777" w:rsidR="00302D64" w:rsidRDefault="00302D64"/>
          <w:p w14:paraId="47F87EC2"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29AAF40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60F300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615930"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7A73E56" w14:textId="77777777" w:rsidR="00302D64" w:rsidRDefault="00000000">
            <w:pPr>
              <w:jc w:val="center"/>
            </w:pPr>
            <w:r>
              <w:rPr>
                <w:b/>
                <w:color w:val="000000"/>
                <w:sz w:val="20"/>
              </w:rPr>
              <w:t>UČNE DEJAVNOSTI, METODE IN FORMATIVNO SPREMLJANJE</w:t>
            </w:r>
          </w:p>
        </w:tc>
      </w:tr>
      <w:tr w:rsidR="00302D64" w14:paraId="0851D61F" w14:textId="77777777">
        <w:trPr>
          <w:tblHeader/>
          <w:jc w:val="center"/>
        </w:trPr>
        <w:tc>
          <w:tcPr>
            <w:tcW w:w="4422" w:type="dxa"/>
            <w:vMerge/>
            <w:tcMar>
              <w:top w:w="70" w:type="dxa"/>
              <w:left w:w="90" w:type="dxa"/>
              <w:bottom w:w="70" w:type="dxa"/>
              <w:right w:w="90" w:type="dxa"/>
            </w:tcMar>
            <w:vAlign w:val="center"/>
          </w:tcPr>
          <w:p w14:paraId="0FB32F27" w14:textId="77777777" w:rsidR="00302D64" w:rsidRDefault="00302D64"/>
        </w:tc>
        <w:tc>
          <w:tcPr>
            <w:tcW w:w="7087" w:type="dxa"/>
            <w:shd w:val="clear" w:color="auto" w:fill="FFFFFF"/>
            <w:tcMar>
              <w:top w:w="70" w:type="dxa"/>
              <w:left w:w="90" w:type="dxa"/>
              <w:bottom w:w="70" w:type="dxa"/>
              <w:right w:w="90" w:type="dxa"/>
            </w:tcMar>
            <w:vAlign w:val="center"/>
          </w:tcPr>
          <w:p w14:paraId="6824A922"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795F82" w14:textId="77777777" w:rsidR="00302D64" w:rsidRDefault="00000000">
            <w:pPr>
              <w:jc w:val="center"/>
            </w:pPr>
            <w:r>
              <w:rPr>
                <w:b/>
                <w:color w:val="000000"/>
              </w:rPr>
              <w:t>UČENEC</w:t>
            </w:r>
          </w:p>
        </w:tc>
      </w:tr>
      <w:tr w:rsidR="00302D64" w14:paraId="55254CD6" w14:textId="77777777">
        <w:trPr>
          <w:jc w:val="center"/>
        </w:trPr>
        <w:tc>
          <w:tcPr>
            <w:tcW w:w="4422" w:type="dxa"/>
            <w:tcMar>
              <w:top w:w="70" w:type="dxa"/>
              <w:left w:w="90" w:type="dxa"/>
              <w:bottom w:w="70" w:type="dxa"/>
              <w:right w:w="90" w:type="dxa"/>
            </w:tcMar>
          </w:tcPr>
          <w:p w14:paraId="46901936" w14:textId="77777777" w:rsidR="00302D64" w:rsidRDefault="00302D64"/>
          <w:p w14:paraId="2123FE11" w14:textId="77777777" w:rsidR="00302D64" w:rsidRDefault="00000000">
            <w:pPr>
              <w:spacing w:after="60" w:line="245" w:lineRule="auto"/>
            </w:pPr>
            <w:r>
              <w:rPr>
                <w:b/>
                <w:color w:val="000000"/>
              </w:rPr>
              <w:t>UČNI CILJI</w:t>
            </w:r>
          </w:p>
          <w:p w14:paraId="7CD696A8" w14:textId="77777777" w:rsidR="00302D64" w:rsidRDefault="00000000">
            <w:pPr>
              <w:spacing w:after="20" w:line="245" w:lineRule="auto"/>
            </w:pPr>
            <w:r>
              <w:rPr>
                <w:b/>
                <w:color w:val="000000"/>
                <w:sz w:val="17"/>
              </w:rPr>
              <w:t>SPLOŠNI</w:t>
            </w:r>
          </w:p>
          <w:p w14:paraId="4F5EABFB" w14:textId="77777777" w:rsidR="00302D64" w:rsidRDefault="00000000">
            <w:pPr>
              <w:pStyle w:val="Oznaenseznam"/>
              <w:spacing w:after="16"/>
            </w:pPr>
            <w:r>
              <w:rPr>
                <w:color w:val="000000"/>
                <w:sz w:val="16"/>
              </w:rPr>
              <w:t>razvija radovednost ter sistematično opazuje, primerja, razvršča in sporoča ugotovitve</w:t>
            </w:r>
          </w:p>
          <w:p w14:paraId="7DF8AD3F" w14:textId="77777777" w:rsidR="00302D64" w:rsidRDefault="00000000">
            <w:pPr>
              <w:pStyle w:val="Oznaenseznam"/>
              <w:spacing w:after="16"/>
            </w:pPr>
            <w:r>
              <w:rPr>
                <w:color w:val="000000"/>
                <w:sz w:val="16"/>
              </w:rPr>
              <w:t>sodeluje, posluša druge in svoja opažanja izraža na razvojno primeren način</w:t>
            </w:r>
          </w:p>
          <w:p w14:paraId="481B4DC3" w14:textId="77777777" w:rsidR="00302D64" w:rsidRDefault="00000000">
            <w:pPr>
              <w:pStyle w:val="Oznaenseznam"/>
              <w:spacing w:after="16"/>
            </w:pPr>
            <w:r>
              <w:rPr>
                <w:color w:val="000000"/>
                <w:sz w:val="16"/>
              </w:rPr>
              <w:t>ravna varno, odgovorno in skrbno do sebe, drugih ter okolja</w:t>
            </w:r>
          </w:p>
          <w:p w14:paraId="5A82FFB0" w14:textId="77777777" w:rsidR="00302D64" w:rsidRDefault="00000000">
            <w:pPr>
              <w:pStyle w:val="Oznaenseznam"/>
              <w:spacing w:after="16"/>
            </w:pPr>
            <w:r>
              <w:rPr>
                <w:color w:val="000000"/>
                <w:sz w:val="16"/>
              </w:rPr>
              <w:t>ob kriterijih spremlja svoje učenje in sprejema opisno povratno informacijo</w:t>
            </w:r>
          </w:p>
          <w:p w14:paraId="6E97F893" w14:textId="77777777" w:rsidR="00302D64" w:rsidRDefault="00000000">
            <w:pPr>
              <w:spacing w:before="40" w:after="20" w:line="245" w:lineRule="auto"/>
            </w:pPr>
            <w:r>
              <w:rPr>
                <w:b/>
                <w:color w:val="000000"/>
                <w:sz w:val="17"/>
              </w:rPr>
              <w:t>OPERATIVNI</w:t>
            </w:r>
          </w:p>
          <w:p w14:paraId="5727FFFC" w14:textId="77777777" w:rsidR="00302D64" w:rsidRDefault="00000000">
            <w:pPr>
              <w:pStyle w:val="Oznaenseznam"/>
              <w:spacing w:after="16"/>
            </w:pPr>
            <w:r>
              <w:rPr>
                <w:color w:val="000000"/>
                <w:sz w:val="16"/>
              </w:rPr>
              <w:t>primerja predmete in navade</w:t>
            </w:r>
          </w:p>
          <w:p w14:paraId="349445A2" w14:textId="77777777" w:rsidR="00302D64" w:rsidRDefault="00000000">
            <w:pPr>
              <w:pStyle w:val="Oznaenseznam"/>
              <w:spacing w:after="16"/>
            </w:pPr>
            <w:r>
              <w:rPr>
                <w:color w:val="000000"/>
                <w:sz w:val="16"/>
              </w:rPr>
              <w:t>ugotavlja razloge za spremembe</w:t>
            </w:r>
          </w:p>
          <w:p w14:paraId="37401E96" w14:textId="77777777" w:rsidR="00302D64" w:rsidRDefault="00000000">
            <w:pPr>
              <w:pStyle w:val="Oznaenseznam"/>
              <w:spacing w:after="16"/>
            </w:pPr>
            <w:r>
              <w:rPr>
                <w:color w:val="000000"/>
                <w:sz w:val="16"/>
              </w:rPr>
              <w:t>uporabi vir: predmet, sliko ali pripoved</w:t>
            </w:r>
          </w:p>
          <w:p w14:paraId="31E225F4" w14:textId="77777777" w:rsidR="00302D64" w:rsidRDefault="00000000">
            <w:pPr>
              <w:spacing w:before="40" w:after="20" w:line="245" w:lineRule="auto"/>
            </w:pPr>
            <w:r>
              <w:rPr>
                <w:b/>
                <w:color w:val="000000"/>
                <w:sz w:val="17"/>
              </w:rPr>
              <w:t>PRIČAKOVANI DOSEŽKI / STANDARDI</w:t>
            </w:r>
          </w:p>
          <w:p w14:paraId="4BD6C3BA" w14:textId="77777777" w:rsidR="00302D64" w:rsidRDefault="00000000">
            <w:pPr>
              <w:pStyle w:val="Oznaenseznam"/>
              <w:spacing w:after="16"/>
            </w:pPr>
            <w:r>
              <w:rPr>
                <w:color w:val="000000"/>
                <w:sz w:val="16"/>
              </w:rPr>
              <w:t>ob konkretni ali slikovni opori primerja predmete in navade</w:t>
            </w:r>
          </w:p>
          <w:p w14:paraId="091F985B" w14:textId="77777777" w:rsidR="00302D64" w:rsidRDefault="00000000">
            <w:pPr>
              <w:pStyle w:val="Oznaenseznam"/>
              <w:spacing w:after="16"/>
            </w:pPr>
            <w:r>
              <w:rPr>
                <w:color w:val="000000"/>
                <w:sz w:val="16"/>
              </w:rPr>
              <w:t>ob konkretni ali slikovni opori ugotavlja razloge za spremembe</w:t>
            </w:r>
          </w:p>
          <w:p w14:paraId="1C24901C" w14:textId="77777777" w:rsidR="00302D64" w:rsidRDefault="00000000">
            <w:pPr>
              <w:pStyle w:val="Oznaenseznam"/>
              <w:spacing w:after="16"/>
            </w:pPr>
            <w:r>
              <w:rPr>
                <w:color w:val="000000"/>
                <w:sz w:val="16"/>
              </w:rPr>
              <w:t>ob konkretni ali slikovni opori uporabi vir: predmet, sliko ali pripoved</w:t>
            </w:r>
          </w:p>
        </w:tc>
        <w:tc>
          <w:tcPr>
            <w:tcW w:w="7087" w:type="dxa"/>
            <w:tcMar>
              <w:top w:w="70" w:type="dxa"/>
              <w:left w:w="90" w:type="dxa"/>
              <w:bottom w:w="70" w:type="dxa"/>
              <w:right w:w="90" w:type="dxa"/>
            </w:tcMar>
          </w:tcPr>
          <w:p w14:paraId="41B94CB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E6CA089" w14:textId="77777777">
              <w:trPr>
                <w:jc w:val="center"/>
              </w:trPr>
              <w:tc>
                <w:tcPr>
                  <w:tcW w:w="7087" w:type="dxa"/>
                  <w:shd w:val="clear" w:color="auto" w:fill="C6E7F3"/>
                  <w:tcMar>
                    <w:top w:w="45" w:type="dxa"/>
                    <w:left w:w="70" w:type="dxa"/>
                    <w:bottom w:w="45" w:type="dxa"/>
                    <w:right w:w="70" w:type="dxa"/>
                  </w:tcMar>
                </w:tcPr>
                <w:p w14:paraId="7CC14B24" w14:textId="77777777" w:rsidR="00302D64" w:rsidRDefault="00000000">
                  <w:pPr>
                    <w:keepNext/>
                  </w:pPr>
                  <w:r>
                    <w:rPr>
                      <w:b/>
                      <w:color w:val="000000"/>
                    </w:rPr>
                    <w:t>UVODNI DEL – motivacija, aktivacija predznanja in namen učenja (15–20 min)</w:t>
                  </w:r>
                </w:p>
              </w:tc>
            </w:tr>
          </w:tbl>
          <w:p w14:paraId="4857765E" w14:textId="77777777" w:rsidR="00302D64" w:rsidRDefault="00302D64">
            <w:pPr>
              <w:spacing w:line="20" w:lineRule="exact"/>
            </w:pPr>
          </w:p>
          <w:p w14:paraId="5E64E2BE" w14:textId="77777777" w:rsidR="00302D64" w:rsidRDefault="00000000">
            <w:pPr>
              <w:spacing w:before="40" w:after="60" w:line="245" w:lineRule="auto"/>
            </w:pPr>
            <w:r>
              <w:rPr>
                <w:color w:val="000000"/>
                <w:sz w:val="17"/>
              </w:rPr>
              <w:t>Mojca Pokrajculja najde star predmet. Učenci ga opazujejo brez razkritja namena in kot detektivi sklepajo, iz česa je, kdo ga je uporabljal in kaj ga je nadomestilo.</w:t>
            </w:r>
          </w:p>
          <w:tbl>
            <w:tblPr>
              <w:tblStyle w:val="Tabelamrea"/>
              <w:tblW w:w="0" w:type="auto"/>
              <w:jc w:val="center"/>
              <w:tblLayout w:type="fixed"/>
              <w:tblLook w:val="04A0" w:firstRow="1" w:lastRow="0" w:firstColumn="1" w:lastColumn="0" w:noHBand="0" w:noVBand="1"/>
            </w:tblPr>
            <w:tblGrid>
              <w:gridCol w:w="7087"/>
            </w:tblGrid>
            <w:tr w:rsidR="00302D64" w14:paraId="5201A53B" w14:textId="77777777">
              <w:trPr>
                <w:jc w:val="center"/>
              </w:trPr>
              <w:tc>
                <w:tcPr>
                  <w:tcW w:w="7087" w:type="dxa"/>
                  <w:shd w:val="clear" w:color="auto" w:fill="EDC9EA"/>
                  <w:tcMar>
                    <w:top w:w="45" w:type="dxa"/>
                    <w:left w:w="70" w:type="dxa"/>
                    <w:bottom w:w="45" w:type="dxa"/>
                    <w:right w:w="70" w:type="dxa"/>
                  </w:tcMar>
                </w:tcPr>
                <w:p w14:paraId="5F5B70C2" w14:textId="77777777" w:rsidR="00302D64" w:rsidRDefault="00000000">
                  <w:pPr>
                    <w:keepNext/>
                  </w:pPr>
                  <w:r>
                    <w:rPr>
                      <w:b/>
                      <w:color w:val="000000"/>
                    </w:rPr>
                    <w:t>NAMENI UČENJA</w:t>
                  </w:r>
                </w:p>
              </w:tc>
            </w:tr>
          </w:tbl>
          <w:p w14:paraId="242CB1B6" w14:textId="77777777" w:rsidR="00302D64" w:rsidRDefault="00302D64">
            <w:pPr>
              <w:spacing w:line="20" w:lineRule="exact"/>
            </w:pPr>
          </w:p>
          <w:p w14:paraId="61AA4E75" w14:textId="77777777" w:rsidR="00302D64" w:rsidRDefault="00000000">
            <w:pPr>
              <w:spacing w:before="20" w:after="20" w:line="245" w:lineRule="auto"/>
            </w:pPr>
            <w:r>
              <w:rPr>
                <w:color w:val="000000"/>
                <w:sz w:val="16"/>
              </w:rPr>
              <w:t>Učimo se zato, da bomo lažje razumeli in odgovorno uporabili znanje v vsakdanjih situacijah.</w:t>
            </w:r>
          </w:p>
          <w:p w14:paraId="5D90D94F" w14:textId="77777777" w:rsidR="00302D64" w:rsidRDefault="00000000">
            <w:pPr>
              <w:pStyle w:val="Oznaenseznam"/>
              <w:spacing w:after="16"/>
            </w:pPr>
            <w:r>
              <w:rPr>
                <w:color w:val="000000"/>
                <w:sz w:val="16"/>
              </w:rPr>
              <w:t>primerjam predmete in navade</w:t>
            </w:r>
          </w:p>
          <w:p w14:paraId="18EDA0BD" w14:textId="77777777" w:rsidR="00302D64" w:rsidRDefault="00000000">
            <w:pPr>
              <w:pStyle w:val="Oznaenseznam"/>
              <w:spacing w:after="16"/>
            </w:pPr>
            <w:r>
              <w:rPr>
                <w:color w:val="000000"/>
                <w:sz w:val="16"/>
              </w:rPr>
              <w:t>ugotavljam razloge za spremembe</w:t>
            </w:r>
          </w:p>
          <w:p w14:paraId="6F3C41DB" w14:textId="77777777" w:rsidR="00302D64" w:rsidRDefault="00000000">
            <w:pPr>
              <w:pStyle w:val="Oznaenseznam"/>
              <w:spacing w:after="16"/>
            </w:pPr>
            <w:r>
              <w:rPr>
                <w:color w:val="000000"/>
                <w:sz w:val="16"/>
              </w:rPr>
              <w:t>uporabim vir: predmet, sliko ali pripoved</w:t>
            </w:r>
          </w:p>
          <w:tbl>
            <w:tblPr>
              <w:tblStyle w:val="Tabelamrea"/>
              <w:tblW w:w="0" w:type="auto"/>
              <w:jc w:val="center"/>
              <w:tblLayout w:type="fixed"/>
              <w:tblLook w:val="04A0" w:firstRow="1" w:lastRow="0" w:firstColumn="1" w:lastColumn="0" w:noHBand="0" w:noVBand="1"/>
            </w:tblPr>
            <w:tblGrid>
              <w:gridCol w:w="7087"/>
            </w:tblGrid>
            <w:tr w:rsidR="00302D64" w14:paraId="191860E7" w14:textId="77777777">
              <w:trPr>
                <w:jc w:val="center"/>
              </w:trPr>
              <w:tc>
                <w:tcPr>
                  <w:tcW w:w="7087" w:type="dxa"/>
                  <w:shd w:val="clear" w:color="auto" w:fill="EDC9EA"/>
                  <w:tcMar>
                    <w:top w:w="45" w:type="dxa"/>
                    <w:left w:w="70" w:type="dxa"/>
                    <w:bottom w:w="45" w:type="dxa"/>
                    <w:right w:w="70" w:type="dxa"/>
                  </w:tcMar>
                </w:tcPr>
                <w:p w14:paraId="75B76E88" w14:textId="77777777" w:rsidR="00302D64" w:rsidRDefault="00000000">
                  <w:pPr>
                    <w:keepNext/>
                  </w:pPr>
                  <w:r>
                    <w:rPr>
                      <w:b/>
                      <w:color w:val="000000"/>
                    </w:rPr>
                    <w:t>PREVERJANJE PREDZNANJA</w:t>
                  </w:r>
                </w:p>
              </w:tc>
            </w:tr>
          </w:tbl>
          <w:p w14:paraId="574A3D62" w14:textId="77777777" w:rsidR="00302D64" w:rsidRDefault="00302D64">
            <w:pPr>
              <w:spacing w:line="20" w:lineRule="exact"/>
            </w:pPr>
          </w:p>
          <w:p w14:paraId="5621ACAC" w14:textId="77777777" w:rsidR="00302D64" w:rsidRDefault="00000000">
            <w:pPr>
              <w:pStyle w:val="Oznaenseznam"/>
              <w:spacing w:after="16"/>
            </w:pPr>
            <w:r>
              <w:rPr>
                <w:color w:val="000000"/>
                <w:sz w:val="16"/>
              </w:rPr>
              <w:t>Kako lahko predmet, fotografija ali pripoved pove nekaj o preteklosti?</w:t>
            </w:r>
          </w:p>
          <w:p w14:paraId="64EA14AE" w14:textId="77777777" w:rsidR="00302D64" w:rsidRDefault="00000000">
            <w:pPr>
              <w:pStyle w:val="Oznaenseznam"/>
              <w:spacing w:after="16"/>
            </w:pPr>
            <w:r>
              <w:rPr>
                <w:color w:val="000000"/>
                <w:sz w:val="16"/>
              </w:rPr>
              <w:t>Zakaj se predmeti in navade skozi čas spreminjajo?</w:t>
            </w:r>
          </w:p>
          <w:p w14:paraId="03283B0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20E1AC8B" w14:textId="77777777">
              <w:trPr>
                <w:jc w:val="center"/>
              </w:trPr>
              <w:tc>
                <w:tcPr>
                  <w:tcW w:w="7087" w:type="dxa"/>
                  <w:shd w:val="clear" w:color="auto" w:fill="EDC9EA"/>
                  <w:tcMar>
                    <w:top w:w="45" w:type="dxa"/>
                    <w:left w:w="70" w:type="dxa"/>
                    <w:bottom w:w="45" w:type="dxa"/>
                    <w:right w:w="70" w:type="dxa"/>
                  </w:tcMar>
                </w:tcPr>
                <w:p w14:paraId="396CE032" w14:textId="77777777" w:rsidR="00302D64" w:rsidRDefault="00000000">
                  <w:pPr>
                    <w:keepNext/>
                  </w:pPr>
                  <w:r>
                    <w:rPr>
                      <w:b/>
                      <w:color w:val="000000"/>
                    </w:rPr>
                    <w:t>KRITERIJI USPEŠNOSTI</w:t>
                  </w:r>
                </w:p>
              </w:tc>
            </w:tr>
          </w:tbl>
          <w:p w14:paraId="0CA51AD4" w14:textId="77777777" w:rsidR="00302D64" w:rsidRDefault="00302D64"/>
          <w:p w14:paraId="3502F1AF" w14:textId="77777777" w:rsidR="00302D64" w:rsidRDefault="00000000">
            <w:pPr>
              <w:spacing w:before="20" w:after="20" w:line="245" w:lineRule="auto"/>
            </w:pPr>
            <w:r>
              <w:rPr>
                <w:b/>
                <w:color w:val="000000"/>
                <w:sz w:val="16"/>
              </w:rPr>
              <w:t>Uspešen/-na bom, ko:</w:t>
            </w:r>
          </w:p>
          <w:p w14:paraId="4CFEA908" w14:textId="77777777" w:rsidR="00302D64" w:rsidRDefault="00000000">
            <w:pPr>
              <w:pStyle w:val="Oznaenseznam"/>
              <w:spacing w:after="16"/>
            </w:pPr>
            <w:r>
              <w:rPr>
                <w:color w:val="000000"/>
                <w:sz w:val="16"/>
              </w:rPr>
              <w:t>primerjam predmete in navade</w:t>
            </w:r>
          </w:p>
          <w:p w14:paraId="60A7654E" w14:textId="77777777" w:rsidR="00302D64" w:rsidRDefault="00000000">
            <w:pPr>
              <w:pStyle w:val="Oznaenseznam"/>
              <w:spacing w:after="16"/>
            </w:pPr>
            <w:r>
              <w:rPr>
                <w:color w:val="000000"/>
                <w:sz w:val="16"/>
              </w:rPr>
              <w:t>ugotavljam razloge za spremembe</w:t>
            </w:r>
          </w:p>
          <w:p w14:paraId="10E65388" w14:textId="77777777" w:rsidR="00302D64" w:rsidRDefault="00000000">
            <w:pPr>
              <w:pStyle w:val="Oznaenseznam"/>
              <w:spacing w:after="16"/>
            </w:pPr>
            <w:r>
              <w:rPr>
                <w:color w:val="000000"/>
                <w:sz w:val="16"/>
              </w:rPr>
              <w:t>uporabim vir: predmet, sliko ali pripoved</w:t>
            </w:r>
          </w:p>
          <w:p w14:paraId="6F1F34FC"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1B40AAAD" w14:textId="77777777" w:rsidR="00302D64" w:rsidRDefault="00302D64"/>
          <w:p w14:paraId="1AE05D88" w14:textId="77777777" w:rsidR="00302D64" w:rsidRDefault="00000000">
            <w:pPr>
              <w:spacing w:after="80" w:line="245" w:lineRule="auto"/>
            </w:pPr>
            <w:r>
              <w:rPr>
                <w:color w:val="000000"/>
                <w:sz w:val="16"/>
              </w:rPr>
              <w:t>Posluša ali opazuje književno oziroma predmetno izhodišče ter se vključi z gibom, sliko ali besedo.</w:t>
            </w:r>
          </w:p>
          <w:p w14:paraId="2C70E41A" w14:textId="77777777" w:rsidR="00302D64" w:rsidRDefault="00000000">
            <w:pPr>
              <w:spacing w:after="80" w:line="245" w:lineRule="auto"/>
            </w:pPr>
            <w:r>
              <w:rPr>
                <w:color w:val="000000"/>
                <w:sz w:val="16"/>
              </w:rPr>
              <w:t>Pove, pokaže ali nariše, kaj že ve. Posluša zamisli drugih.</w:t>
            </w:r>
          </w:p>
          <w:p w14:paraId="01EB8E0B" w14:textId="77777777" w:rsidR="00302D64" w:rsidRDefault="00000000">
            <w:pPr>
              <w:spacing w:after="100" w:line="245" w:lineRule="auto"/>
            </w:pPr>
            <w:r>
              <w:rPr>
                <w:color w:val="000000"/>
                <w:sz w:val="16"/>
              </w:rPr>
              <w:t>Sodeluje pri razumevanju namenov in kriterijev uspešnosti.</w:t>
            </w:r>
          </w:p>
          <w:p w14:paraId="44B4F23F" w14:textId="77777777" w:rsidR="00302D64" w:rsidRDefault="00000000">
            <w:pPr>
              <w:spacing w:after="20" w:line="245" w:lineRule="auto"/>
            </w:pPr>
            <w:r>
              <w:rPr>
                <w:b/>
                <w:color w:val="D95BC6"/>
                <w:sz w:val="17"/>
              </w:rPr>
              <w:t>DOKAZ O UČENJU</w:t>
            </w:r>
          </w:p>
          <w:p w14:paraId="6CBE21D8" w14:textId="77777777" w:rsidR="00302D64" w:rsidRDefault="00000000">
            <w:pPr>
              <w:spacing w:after="30" w:line="245" w:lineRule="auto"/>
            </w:pPr>
            <w:r>
              <w:rPr>
                <w:color w:val="D95BC6"/>
                <w:sz w:val="16"/>
              </w:rPr>
              <w:t>začetna zamisel, razvrstitev, risba ali ustni odgovor</w:t>
            </w:r>
          </w:p>
        </w:tc>
      </w:tr>
    </w:tbl>
    <w:p w14:paraId="130180D7"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A1C174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B87C71"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F8AC7B4" w14:textId="77777777" w:rsidR="00302D64" w:rsidRDefault="00000000">
            <w:pPr>
              <w:jc w:val="center"/>
            </w:pPr>
            <w:r>
              <w:rPr>
                <w:b/>
                <w:color w:val="000000"/>
                <w:sz w:val="20"/>
              </w:rPr>
              <w:t>UČNE DEJAVNOSTI, METODE IN FORMATIVNO SPREMLJANJE</w:t>
            </w:r>
          </w:p>
        </w:tc>
      </w:tr>
      <w:tr w:rsidR="00302D64" w14:paraId="142AE671" w14:textId="77777777">
        <w:trPr>
          <w:tblHeader/>
          <w:jc w:val="center"/>
        </w:trPr>
        <w:tc>
          <w:tcPr>
            <w:tcW w:w="4422" w:type="dxa"/>
            <w:vMerge/>
            <w:tcMar>
              <w:top w:w="70" w:type="dxa"/>
              <w:left w:w="90" w:type="dxa"/>
              <w:bottom w:w="70" w:type="dxa"/>
              <w:right w:w="90" w:type="dxa"/>
            </w:tcMar>
            <w:vAlign w:val="center"/>
          </w:tcPr>
          <w:p w14:paraId="22B53B23" w14:textId="77777777" w:rsidR="00302D64" w:rsidRDefault="00302D64"/>
        </w:tc>
        <w:tc>
          <w:tcPr>
            <w:tcW w:w="7087" w:type="dxa"/>
            <w:shd w:val="clear" w:color="auto" w:fill="FFFFFF"/>
            <w:tcMar>
              <w:top w:w="70" w:type="dxa"/>
              <w:left w:w="90" w:type="dxa"/>
              <w:bottom w:w="70" w:type="dxa"/>
              <w:right w:w="90" w:type="dxa"/>
            </w:tcMar>
            <w:vAlign w:val="center"/>
          </w:tcPr>
          <w:p w14:paraId="1DAA6072"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C42A7C4" w14:textId="77777777" w:rsidR="00302D64" w:rsidRDefault="00000000">
            <w:pPr>
              <w:jc w:val="center"/>
            </w:pPr>
            <w:r>
              <w:rPr>
                <w:b/>
                <w:color w:val="000000"/>
              </w:rPr>
              <w:t>UČENEC</w:t>
            </w:r>
          </w:p>
        </w:tc>
      </w:tr>
      <w:tr w:rsidR="00302D64" w14:paraId="1A3ABBE3" w14:textId="77777777">
        <w:trPr>
          <w:jc w:val="center"/>
        </w:trPr>
        <w:tc>
          <w:tcPr>
            <w:tcW w:w="4422" w:type="dxa"/>
            <w:tcMar>
              <w:top w:w="70" w:type="dxa"/>
              <w:left w:w="90" w:type="dxa"/>
              <w:bottom w:w="70" w:type="dxa"/>
              <w:right w:w="90" w:type="dxa"/>
            </w:tcMar>
          </w:tcPr>
          <w:p w14:paraId="4CD74787" w14:textId="77777777" w:rsidR="00302D64" w:rsidRDefault="00302D64"/>
          <w:p w14:paraId="79DFF502" w14:textId="77777777" w:rsidR="00302D64" w:rsidRDefault="00000000">
            <w:pPr>
              <w:spacing w:after="40" w:line="245" w:lineRule="auto"/>
            </w:pPr>
            <w:r>
              <w:rPr>
                <w:b/>
                <w:color w:val="000000"/>
              </w:rPr>
              <w:t>KLJUČNI POJMI</w:t>
            </w:r>
          </w:p>
          <w:p w14:paraId="1FC74E4E" w14:textId="77777777" w:rsidR="00302D64" w:rsidRDefault="00000000">
            <w:pPr>
              <w:spacing w:after="80" w:line="245" w:lineRule="auto"/>
            </w:pPr>
            <w:r>
              <w:rPr>
                <w:color w:val="000000"/>
                <w:sz w:val="16"/>
              </w:rPr>
              <w:t>preteklost, sedanjost, star predmet, vir, navada, bivališče, sprememba, izum, nekoč, danes</w:t>
            </w:r>
          </w:p>
          <w:p w14:paraId="3C13D47D" w14:textId="77777777" w:rsidR="00302D64" w:rsidRDefault="00000000">
            <w:pPr>
              <w:spacing w:after="20" w:line="245" w:lineRule="auto"/>
            </w:pPr>
            <w:r>
              <w:rPr>
                <w:b/>
                <w:color w:val="000000"/>
              </w:rPr>
              <w:t>DOKAZI O UČENJU</w:t>
            </w:r>
          </w:p>
          <w:p w14:paraId="5FCB8431" w14:textId="77777777" w:rsidR="00302D64" w:rsidRDefault="00000000">
            <w:pPr>
              <w:pStyle w:val="Oznaenseznam"/>
              <w:spacing w:after="16"/>
            </w:pPr>
            <w:r>
              <w:rPr>
                <w:color w:val="000000"/>
                <w:sz w:val="16"/>
              </w:rPr>
              <w:t>opazovalna skica in primerjalni par</w:t>
            </w:r>
          </w:p>
          <w:p w14:paraId="1D9B4244" w14:textId="77777777" w:rsidR="00302D64" w:rsidRDefault="00000000">
            <w:pPr>
              <w:pStyle w:val="Oznaenseznam"/>
              <w:spacing w:after="16"/>
            </w:pPr>
            <w:r>
              <w:rPr>
                <w:color w:val="000000"/>
                <w:sz w:val="16"/>
              </w:rPr>
              <w:t>časovna razvrstitev in razlaga spremembe</w:t>
            </w:r>
          </w:p>
          <w:p w14:paraId="6849E4D8" w14:textId="77777777" w:rsidR="00302D64" w:rsidRDefault="00000000">
            <w:pPr>
              <w:spacing w:before="40" w:after="20" w:line="245" w:lineRule="auto"/>
            </w:pPr>
            <w:r>
              <w:rPr>
                <w:b/>
                <w:color w:val="000000"/>
              </w:rPr>
              <w:t>MEDPREDMETNA POVEZAVA</w:t>
            </w:r>
          </w:p>
          <w:p w14:paraId="75DD30DF" w14:textId="77777777" w:rsidR="00302D64" w:rsidRDefault="00000000">
            <w:pPr>
              <w:spacing w:after="60" w:line="245" w:lineRule="auto"/>
            </w:pPr>
            <w:r>
              <w:rPr>
                <w:color w:val="000000"/>
                <w:sz w:val="16"/>
              </w:rPr>
              <w:t>SLJ – vprašanja in pripoved; MAT – časovno razvrščanje; LUM – opazovalna skica; SPO – viri o preteklosti</w:t>
            </w:r>
          </w:p>
          <w:p w14:paraId="41A8C543" w14:textId="77777777" w:rsidR="00302D64" w:rsidRDefault="00000000">
            <w:pPr>
              <w:spacing w:after="20" w:line="245" w:lineRule="auto"/>
            </w:pPr>
            <w:r>
              <w:rPr>
                <w:b/>
                <w:color w:val="000000"/>
              </w:rPr>
              <w:t>POUČEVANJE V GIBANJU</w:t>
            </w:r>
          </w:p>
          <w:p w14:paraId="02A464B3"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77B7D3D5" w14:textId="77777777" w:rsidR="00302D64" w:rsidRDefault="00000000">
            <w:pPr>
              <w:spacing w:after="20" w:line="245" w:lineRule="auto"/>
            </w:pPr>
            <w:r>
              <w:rPr>
                <w:b/>
                <w:color w:val="000000"/>
              </w:rPr>
              <w:t>UČENJE PO ŠTIRIH POSTAJAH</w:t>
            </w:r>
          </w:p>
          <w:p w14:paraId="6246840C"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46449FE5" w14:textId="77777777" w:rsidR="00302D64" w:rsidRDefault="00000000">
            <w:pPr>
              <w:spacing w:after="20" w:line="245" w:lineRule="auto"/>
            </w:pPr>
            <w:r>
              <w:rPr>
                <w:b/>
                <w:color w:val="000000"/>
              </w:rPr>
              <w:t>DIFERENCIACIJA IN VKLJUČEVANJE</w:t>
            </w:r>
          </w:p>
          <w:p w14:paraId="51B6DE5F" w14:textId="77777777" w:rsidR="00302D64" w:rsidRDefault="00000000">
            <w:pPr>
              <w:spacing w:after="60" w:line="245" w:lineRule="auto"/>
            </w:pPr>
            <w:r>
              <w:rPr>
                <w:color w:val="000000"/>
                <w:sz w:val="16"/>
              </w:rPr>
              <w:t>Predmet je mogoče raziskati z več čuti; učenec izbira med primerjalnimi slikami; naprednejši razlikuje dejstvo od domneve.</w:t>
            </w:r>
          </w:p>
          <w:p w14:paraId="6F7DB59B" w14:textId="77777777" w:rsidR="00302D64" w:rsidRDefault="00000000">
            <w:pPr>
              <w:spacing w:after="20" w:line="245" w:lineRule="auto"/>
            </w:pPr>
            <w:r>
              <w:rPr>
                <w:b/>
                <w:color w:val="000000"/>
              </w:rPr>
              <w:t>SPREMLJANJE</w:t>
            </w:r>
          </w:p>
          <w:p w14:paraId="44ACE602"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3800A761"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07792F8" w14:textId="77777777">
              <w:trPr>
                <w:jc w:val="center"/>
              </w:trPr>
              <w:tc>
                <w:tcPr>
                  <w:tcW w:w="7087" w:type="dxa"/>
                  <w:shd w:val="clear" w:color="auto" w:fill="C6E7F3"/>
                  <w:tcMar>
                    <w:top w:w="45" w:type="dxa"/>
                    <w:left w:w="70" w:type="dxa"/>
                    <w:bottom w:w="45" w:type="dxa"/>
                    <w:right w:w="70" w:type="dxa"/>
                  </w:tcMar>
                </w:tcPr>
                <w:p w14:paraId="0C22071D" w14:textId="77777777" w:rsidR="00302D64" w:rsidRDefault="00000000">
                  <w:pPr>
                    <w:keepNext/>
                  </w:pPr>
                  <w:r>
                    <w:t>GLAVNI DEL – IZKUŠENJSKO IN POSTAJNO UČENJE (2 šolski uri)</w:t>
                  </w:r>
                </w:p>
              </w:tc>
            </w:tr>
          </w:tbl>
          <w:p w14:paraId="564DE6BF" w14:textId="77777777" w:rsidR="00302D64" w:rsidRDefault="00302D64">
            <w:pPr>
              <w:spacing w:line="20" w:lineRule="exact"/>
            </w:pPr>
          </w:p>
          <w:p w14:paraId="0599FF23" w14:textId="77777777" w:rsidR="00302D64" w:rsidRDefault="00000000">
            <w:pPr>
              <w:keepNext/>
              <w:spacing w:before="60" w:after="20" w:line="245" w:lineRule="auto"/>
            </w:pPr>
            <w:r>
              <w:rPr>
                <w:b/>
                <w:color w:val="000000"/>
              </w:rPr>
              <w:t>1. URA – Detektivi starih predmetov</w:t>
            </w:r>
          </w:p>
          <w:p w14:paraId="7FDD9BB5" w14:textId="77777777" w:rsidR="00302D64" w:rsidRDefault="00000000">
            <w:pPr>
              <w:spacing w:after="20" w:line="245" w:lineRule="auto"/>
            </w:pPr>
            <w:r>
              <w:rPr>
                <w:b/>
                <w:color w:val="000000"/>
                <w:sz w:val="16"/>
              </w:rPr>
              <w:t xml:space="preserve">Dejavnost učiteljice: </w:t>
            </w:r>
            <w:r>
              <w:rPr>
                <w:color w:val="000000"/>
                <w:sz w:val="16"/>
              </w:rPr>
              <w:t>Ponudi varen star predmet ali fotografijo in vodi opazovanje materiala, sledi uporabe ter namena.</w:t>
            </w:r>
          </w:p>
          <w:p w14:paraId="73AB5F38" w14:textId="77777777" w:rsidR="00302D64" w:rsidRDefault="00000000">
            <w:pPr>
              <w:spacing w:after="20" w:line="245" w:lineRule="auto"/>
            </w:pPr>
            <w:r>
              <w:rPr>
                <w:b/>
                <w:color w:val="000000"/>
                <w:sz w:val="16"/>
              </w:rPr>
              <w:t xml:space="preserve">Dejavnost učencev: </w:t>
            </w:r>
            <w:r>
              <w:rPr>
                <w:color w:val="000000"/>
                <w:sz w:val="16"/>
              </w:rPr>
              <w:t>Narišejo podrobnost, postavijo vprašanje in povežejo star predmet z današnjim.</w:t>
            </w:r>
          </w:p>
          <w:p w14:paraId="1070D9EA" w14:textId="77777777" w:rsidR="00302D64" w:rsidRDefault="00000000">
            <w:pPr>
              <w:spacing w:after="40" w:line="245" w:lineRule="auto"/>
            </w:pPr>
            <w:r>
              <w:rPr>
                <w:i/>
                <w:color w:val="D95BC6"/>
                <w:sz w:val="16"/>
              </w:rPr>
              <w:t>Predvideni dokaz: opazovalna skica in primerjalni par.</w:t>
            </w:r>
          </w:p>
          <w:p w14:paraId="54648F24" w14:textId="77777777" w:rsidR="00302D64" w:rsidRDefault="00000000">
            <w:pPr>
              <w:keepNext/>
              <w:spacing w:before="60" w:after="20" w:line="245" w:lineRule="auto"/>
            </w:pPr>
            <w:r>
              <w:rPr>
                <w:b/>
                <w:color w:val="000000"/>
              </w:rPr>
              <w:t>2. URA – Hodnik nekoč–danes</w:t>
            </w:r>
          </w:p>
          <w:p w14:paraId="30D44D91" w14:textId="77777777" w:rsidR="00302D64" w:rsidRDefault="00000000">
            <w:pPr>
              <w:spacing w:after="20" w:line="245" w:lineRule="auto"/>
            </w:pPr>
            <w:r>
              <w:rPr>
                <w:b/>
                <w:color w:val="000000"/>
                <w:sz w:val="16"/>
              </w:rPr>
              <w:t xml:space="preserve">Dejavnost učiteljice: </w:t>
            </w:r>
            <w:r>
              <w:rPr>
                <w:color w:val="000000"/>
                <w:sz w:val="16"/>
              </w:rPr>
              <w:t>Uredi prostorski trak s slikami bivališč, oblačil, prevoza in gospodinjskih predmetov.</w:t>
            </w:r>
          </w:p>
          <w:p w14:paraId="5BB08652" w14:textId="77777777" w:rsidR="00302D64" w:rsidRDefault="00000000">
            <w:pPr>
              <w:spacing w:after="20" w:line="245" w:lineRule="auto"/>
            </w:pPr>
            <w:r>
              <w:rPr>
                <w:b/>
                <w:color w:val="000000"/>
                <w:sz w:val="16"/>
              </w:rPr>
              <w:t xml:space="preserve">Dejavnost učencev: </w:t>
            </w:r>
            <w:r>
              <w:rPr>
                <w:color w:val="000000"/>
                <w:sz w:val="16"/>
              </w:rPr>
              <w:t>Slike postavijo, primerjajo eno področje ter povedo možen razlog spremembe.</w:t>
            </w:r>
          </w:p>
          <w:p w14:paraId="1E1DDF0B" w14:textId="77777777" w:rsidR="00302D64" w:rsidRDefault="00000000">
            <w:pPr>
              <w:spacing w:after="40" w:line="245" w:lineRule="auto"/>
            </w:pPr>
            <w:r>
              <w:rPr>
                <w:i/>
                <w:color w:val="D95BC6"/>
                <w:sz w:val="16"/>
              </w:rPr>
              <w:t>Predvideni dokaz: časovna razvrstitev in razlaga spremembe.</w:t>
            </w:r>
          </w:p>
          <w:tbl>
            <w:tblPr>
              <w:tblStyle w:val="Tabelamrea"/>
              <w:tblW w:w="0" w:type="auto"/>
              <w:jc w:val="center"/>
              <w:tblLayout w:type="fixed"/>
              <w:tblLook w:val="04A0" w:firstRow="1" w:lastRow="0" w:firstColumn="1" w:lastColumn="0" w:noHBand="0" w:noVBand="1"/>
            </w:tblPr>
            <w:tblGrid>
              <w:gridCol w:w="7087"/>
            </w:tblGrid>
            <w:tr w:rsidR="00302D64" w14:paraId="265D0BB7" w14:textId="77777777">
              <w:trPr>
                <w:jc w:val="center"/>
              </w:trPr>
              <w:tc>
                <w:tcPr>
                  <w:tcW w:w="7087" w:type="dxa"/>
                  <w:shd w:val="clear" w:color="auto" w:fill="EDC9EA"/>
                  <w:tcMar>
                    <w:top w:w="45" w:type="dxa"/>
                    <w:left w:w="70" w:type="dxa"/>
                    <w:bottom w:w="45" w:type="dxa"/>
                    <w:right w:w="70" w:type="dxa"/>
                  </w:tcMar>
                </w:tcPr>
                <w:p w14:paraId="7B026802" w14:textId="77777777" w:rsidR="00302D64" w:rsidRDefault="00000000">
                  <w:pPr>
                    <w:keepNext/>
                  </w:pPr>
                  <w:r>
                    <w:rPr>
                      <w:b/>
                      <w:color w:val="000000"/>
                    </w:rPr>
                    <w:t>UČENJE PO ŠTIRIH POSTAJAH (6–8 min na postajo)</w:t>
                  </w:r>
                </w:p>
              </w:tc>
            </w:tr>
          </w:tbl>
          <w:p w14:paraId="5A97300A"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51AD130" w14:textId="77777777" w:rsidR="00302D64" w:rsidRDefault="00000000">
            <w:pPr>
              <w:spacing w:after="20" w:line="245" w:lineRule="auto"/>
            </w:pPr>
            <w:r>
              <w:rPr>
                <w:b/>
                <w:color w:val="000000"/>
                <w:sz w:val="16"/>
              </w:rPr>
              <w:t xml:space="preserve">RAZISKOVALNA POSTAJA – Detektivi starih predmetov: </w:t>
            </w:r>
            <w:r>
              <w:rPr>
                <w:color w:val="000000"/>
                <w:sz w:val="16"/>
              </w:rPr>
              <w:t>Narišejo podrobnost, postavijo vprašanje in povežejo star predmet z današnjim.</w:t>
            </w:r>
          </w:p>
          <w:p w14:paraId="20D80B4F" w14:textId="77777777" w:rsidR="00302D64" w:rsidRDefault="00000000">
            <w:pPr>
              <w:spacing w:after="20" w:line="245" w:lineRule="auto"/>
            </w:pPr>
            <w:r>
              <w:rPr>
                <w:b/>
                <w:color w:val="000000"/>
                <w:sz w:val="16"/>
              </w:rPr>
              <w:t xml:space="preserve">PRAKTIČNA POSTAJA – Hodnik nekoč–danes: </w:t>
            </w:r>
            <w:r>
              <w:rPr>
                <w:color w:val="000000"/>
                <w:sz w:val="16"/>
              </w:rPr>
              <w:t>Slike postavijo, primerjajo eno področje ter povedo možen razlog spremembe.</w:t>
            </w:r>
          </w:p>
          <w:p w14:paraId="1B36ACB2"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1B8BD7B9" w14:textId="77777777" w:rsidR="00302D64" w:rsidRDefault="00000000">
            <w:pPr>
              <w:spacing w:after="20" w:line="245" w:lineRule="auto"/>
            </w:pPr>
            <w:r>
              <w:rPr>
                <w:b/>
                <w:color w:val="000000"/>
                <w:sz w:val="16"/>
              </w:rPr>
              <w:t xml:space="preserve">POSTAJA DOKAZA IN REFLEKSIJE: </w:t>
            </w:r>
            <w:r>
              <w:rPr>
                <w:color w:val="000000"/>
                <w:sz w:val="16"/>
              </w:rPr>
              <w:t>Izberejo en dokaz (opazovalna skica in primerjalni par, časovna razvrstitev in razlaga spremembe),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0CC9197" w14:textId="77777777">
              <w:trPr>
                <w:jc w:val="center"/>
              </w:trPr>
              <w:tc>
                <w:tcPr>
                  <w:tcW w:w="7087" w:type="dxa"/>
                  <w:shd w:val="clear" w:color="auto" w:fill="EDC9EA"/>
                  <w:tcMar>
                    <w:top w:w="45" w:type="dxa"/>
                    <w:left w:w="70" w:type="dxa"/>
                    <w:bottom w:w="45" w:type="dxa"/>
                    <w:right w:w="70" w:type="dxa"/>
                  </w:tcMar>
                </w:tcPr>
                <w:p w14:paraId="5EDF8A61" w14:textId="77777777" w:rsidR="00302D64" w:rsidRDefault="00000000">
                  <w:pPr>
                    <w:keepNext/>
                  </w:pPr>
                  <w:r>
                    <w:rPr>
                      <w:b/>
                      <w:color w:val="000000"/>
                    </w:rPr>
                    <w:t>POVRATNA INFORMACIJA UČITELJICE MED DELOM</w:t>
                  </w:r>
                </w:p>
              </w:tc>
            </w:tr>
          </w:tbl>
          <w:p w14:paraId="02FA2C58" w14:textId="77777777" w:rsidR="00302D64" w:rsidRDefault="00302D64"/>
          <w:p w14:paraId="5283E151"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867C6DB" w14:textId="77777777" w:rsidR="00302D64" w:rsidRDefault="00302D64"/>
          <w:p w14:paraId="304495A7" w14:textId="77777777" w:rsidR="00302D64" w:rsidRDefault="00000000">
            <w:pPr>
              <w:spacing w:after="20" w:line="245" w:lineRule="auto"/>
            </w:pPr>
            <w:r>
              <w:rPr>
                <w:b/>
                <w:color w:val="000000"/>
                <w:sz w:val="17"/>
              </w:rPr>
              <w:t>1. URA</w:t>
            </w:r>
          </w:p>
          <w:p w14:paraId="522DF631" w14:textId="77777777" w:rsidR="00302D64" w:rsidRDefault="00000000">
            <w:pPr>
              <w:spacing w:after="40" w:line="245" w:lineRule="auto"/>
            </w:pPr>
            <w:r>
              <w:rPr>
                <w:color w:val="000000"/>
                <w:sz w:val="16"/>
              </w:rPr>
              <w:t>Narišejo podrobnost, postavijo vprašanje in povežejo star predmet z današnjim.</w:t>
            </w:r>
          </w:p>
          <w:p w14:paraId="484A9D6D" w14:textId="77777777" w:rsidR="00302D64" w:rsidRDefault="00000000">
            <w:pPr>
              <w:spacing w:line="245" w:lineRule="auto"/>
            </w:pPr>
            <w:r>
              <w:rPr>
                <w:b/>
                <w:color w:val="D95BC6"/>
                <w:sz w:val="16"/>
              </w:rPr>
              <w:t>DOKAZ</w:t>
            </w:r>
          </w:p>
          <w:p w14:paraId="71864074" w14:textId="77777777" w:rsidR="00302D64" w:rsidRDefault="00000000">
            <w:pPr>
              <w:spacing w:after="60" w:line="245" w:lineRule="auto"/>
            </w:pPr>
            <w:r>
              <w:rPr>
                <w:color w:val="D95BC6"/>
                <w:sz w:val="16"/>
              </w:rPr>
              <w:t>opazovalna skica in primerjalni par</w:t>
            </w:r>
          </w:p>
          <w:p w14:paraId="46638485" w14:textId="77777777" w:rsidR="00302D64" w:rsidRDefault="00000000">
            <w:pPr>
              <w:spacing w:after="20" w:line="245" w:lineRule="auto"/>
            </w:pPr>
            <w:r>
              <w:rPr>
                <w:b/>
                <w:color w:val="000000"/>
                <w:sz w:val="17"/>
              </w:rPr>
              <w:t>2. URA</w:t>
            </w:r>
          </w:p>
          <w:p w14:paraId="72DFCF2F" w14:textId="77777777" w:rsidR="00302D64" w:rsidRDefault="00000000">
            <w:pPr>
              <w:spacing w:after="40" w:line="245" w:lineRule="auto"/>
            </w:pPr>
            <w:r>
              <w:rPr>
                <w:color w:val="000000"/>
                <w:sz w:val="16"/>
              </w:rPr>
              <w:t>Slike postavijo, primerjajo eno področje ter povedo možen razlog spremembe.</w:t>
            </w:r>
          </w:p>
          <w:p w14:paraId="0F1C3B5C" w14:textId="77777777" w:rsidR="00302D64" w:rsidRDefault="00000000">
            <w:pPr>
              <w:spacing w:line="245" w:lineRule="auto"/>
            </w:pPr>
            <w:r>
              <w:rPr>
                <w:b/>
                <w:color w:val="D95BC6"/>
                <w:sz w:val="16"/>
              </w:rPr>
              <w:t>DOKAZ</w:t>
            </w:r>
          </w:p>
          <w:p w14:paraId="491DE082" w14:textId="77777777" w:rsidR="00302D64" w:rsidRDefault="00000000">
            <w:pPr>
              <w:spacing w:after="60" w:line="245" w:lineRule="auto"/>
            </w:pPr>
            <w:r>
              <w:rPr>
                <w:color w:val="D95BC6"/>
                <w:sz w:val="16"/>
              </w:rPr>
              <w:t>časovna razvrstitev in razlaga spremembe</w:t>
            </w:r>
          </w:p>
        </w:tc>
      </w:tr>
    </w:tbl>
    <w:p w14:paraId="5A46B31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6E8872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550E84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EB8F62" w14:textId="77777777" w:rsidR="00302D64" w:rsidRDefault="00000000">
            <w:pPr>
              <w:jc w:val="center"/>
            </w:pPr>
            <w:r>
              <w:rPr>
                <w:b/>
                <w:color w:val="000000"/>
                <w:sz w:val="20"/>
              </w:rPr>
              <w:t>UČNE DEJAVNOSTI, METODE IN FORMATIVNO SPREMLJANJE</w:t>
            </w:r>
          </w:p>
        </w:tc>
      </w:tr>
      <w:tr w:rsidR="00302D64" w14:paraId="27444C20" w14:textId="77777777">
        <w:trPr>
          <w:tblHeader/>
          <w:jc w:val="center"/>
        </w:trPr>
        <w:tc>
          <w:tcPr>
            <w:tcW w:w="4422" w:type="dxa"/>
            <w:vMerge/>
            <w:tcMar>
              <w:top w:w="70" w:type="dxa"/>
              <w:left w:w="90" w:type="dxa"/>
              <w:bottom w:w="70" w:type="dxa"/>
              <w:right w:w="90" w:type="dxa"/>
            </w:tcMar>
            <w:vAlign w:val="center"/>
          </w:tcPr>
          <w:p w14:paraId="6195DA61" w14:textId="77777777" w:rsidR="00302D64" w:rsidRDefault="00302D64"/>
        </w:tc>
        <w:tc>
          <w:tcPr>
            <w:tcW w:w="7087" w:type="dxa"/>
            <w:shd w:val="clear" w:color="auto" w:fill="FFFFFF"/>
            <w:tcMar>
              <w:top w:w="70" w:type="dxa"/>
              <w:left w:w="90" w:type="dxa"/>
              <w:bottom w:w="70" w:type="dxa"/>
              <w:right w:w="90" w:type="dxa"/>
            </w:tcMar>
            <w:vAlign w:val="center"/>
          </w:tcPr>
          <w:p w14:paraId="4CE794B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B409295" w14:textId="77777777" w:rsidR="00302D64" w:rsidRDefault="00000000">
            <w:pPr>
              <w:jc w:val="center"/>
            </w:pPr>
            <w:r>
              <w:rPr>
                <w:b/>
                <w:color w:val="000000"/>
              </w:rPr>
              <w:t>UČENEC</w:t>
            </w:r>
          </w:p>
        </w:tc>
      </w:tr>
      <w:tr w:rsidR="00302D64" w14:paraId="74B6FC0F" w14:textId="77777777">
        <w:trPr>
          <w:jc w:val="center"/>
        </w:trPr>
        <w:tc>
          <w:tcPr>
            <w:tcW w:w="4422" w:type="dxa"/>
            <w:tcMar>
              <w:top w:w="70" w:type="dxa"/>
              <w:left w:w="90" w:type="dxa"/>
              <w:bottom w:w="70" w:type="dxa"/>
              <w:right w:w="90" w:type="dxa"/>
            </w:tcMar>
          </w:tcPr>
          <w:p w14:paraId="022933FB" w14:textId="77777777" w:rsidR="00302D64" w:rsidRDefault="00302D64"/>
          <w:p w14:paraId="01BBDB2F" w14:textId="77777777" w:rsidR="00302D64" w:rsidRDefault="00000000">
            <w:pPr>
              <w:spacing w:after="40" w:line="245" w:lineRule="auto"/>
            </w:pPr>
            <w:r>
              <w:rPr>
                <w:b/>
                <w:color w:val="000000"/>
              </w:rPr>
              <w:t>FORMATIVNO SPREMLJANJE</w:t>
            </w:r>
          </w:p>
          <w:p w14:paraId="1ED459FE" w14:textId="77777777" w:rsidR="00302D64" w:rsidRDefault="00000000">
            <w:pPr>
              <w:pStyle w:val="Oznaenseznam"/>
              <w:spacing w:after="16"/>
            </w:pPr>
            <w:r>
              <w:rPr>
                <w:color w:val="000000"/>
                <w:sz w:val="16"/>
              </w:rPr>
              <w:t>predznanje: začetni odgovor, razvrstitev ali prikaz</w:t>
            </w:r>
          </w:p>
          <w:p w14:paraId="538D2D6D" w14:textId="77777777" w:rsidR="00302D64" w:rsidRDefault="00000000">
            <w:pPr>
              <w:pStyle w:val="Oznaenseznam"/>
              <w:spacing w:after="16"/>
            </w:pPr>
            <w:r>
              <w:rPr>
                <w:color w:val="000000"/>
                <w:sz w:val="16"/>
              </w:rPr>
              <w:t>dokazi med učenjem: izvedba, skica, model, opazovalni zapis ali razlaga</w:t>
            </w:r>
          </w:p>
          <w:p w14:paraId="6A147DB8" w14:textId="77777777" w:rsidR="00302D64" w:rsidRDefault="00000000">
            <w:pPr>
              <w:pStyle w:val="Oznaenseznam"/>
              <w:spacing w:after="16"/>
            </w:pPr>
            <w:r>
              <w:rPr>
                <w:color w:val="000000"/>
                <w:sz w:val="16"/>
              </w:rPr>
              <w:t>povratna informacija: konkretna, vezana na kriterij in usmerjena v naslednji korak</w:t>
            </w:r>
          </w:p>
          <w:p w14:paraId="2F27F4DB" w14:textId="77777777" w:rsidR="00302D64" w:rsidRDefault="00000000">
            <w:pPr>
              <w:pStyle w:val="Oznaenseznam"/>
              <w:spacing w:after="16"/>
            </w:pPr>
            <w:r>
              <w:rPr>
                <w:color w:val="000000"/>
                <w:sz w:val="16"/>
              </w:rPr>
              <w:t>samovrednotenje: semafor, prsti, izbrani simbol ali kratka poved</w:t>
            </w:r>
          </w:p>
          <w:p w14:paraId="2AE93673" w14:textId="77777777" w:rsidR="00302D64" w:rsidRDefault="00000000">
            <w:pPr>
              <w:spacing w:before="40" w:after="20" w:line="245" w:lineRule="auto"/>
            </w:pPr>
            <w:r>
              <w:rPr>
                <w:b/>
                <w:color w:val="000000"/>
              </w:rPr>
              <w:t>VARNOST IN ODGOVORNOST</w:t>
            </w:r>
          </w:p>
          <w:p w14:paraId="4FDA98CB" w14:textId="77777777" w:rsidR="00302D64" w:rsidRDefault="00000000">
            <w:pPr>
              <w:spacing w:after="60" w:line="245" w:lineRule="auto"/>
            </w:pPr>
            <w:r>
              <w:rPr>
                <w:color w:val="000000"/>
                <w:sz w:val="16"/>
              </w:rPr>
              <w:t>Upošteva dogovorjena pravila varnega, spoštljivega in odgovornega dela.</w:t>
            </w:r>
          </w:p>
          <w:p w14:paraId="1024745F" w14:textId="77777777" w:rsidR="00302D64" w:rsidRDefault="00000000">
            <w:pPr>
              <w:spacing w:after="20" w:line="245" w:lineRule="auto"/>
            </w:pPr>
            <w:r>
              <w:rPr>
                <w:b/>
                <w:color w:val="000000"/>
              </w:rPr>
              <w:t>EVIDENCA PO IZVEDBI</w:t>
            </w:r>
          </w:p>
          <w:p w14:paraId="61912512"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1848051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B1EB5C5" w14:textId="77777777">
              <w:trPr>
                <w:jc w:val="center"/>
              </w:trPr>
              <w:tc>
                <w:tcPr>
                  <w:tcW w:w="7087" w:type="dxa"/>
                  <w:shd w:val="clear" w:color="auto" w:fill="EDC9EA"/>
                  <w:tcMar>
                    <w:top w:w="45" w:type="dxa"/>
                    <w:left w:w="70" w:type="dxa"/>
                    <w:bottom w:w="45" w:type="dxa"/>
                    <w:right w:w="70" w:type="dxa"/>
                  </w:tcMar>
                </w:tcPr>
                <w:p w14:paraId="1DF85698" w14:textId="77777777" w:rsidR="00302D64" w:rsidRDefault="00000000">
                  <w:pPr>
                    <w:keepNext/>
                  </w:pPr>
                  <w:r>
                    <w:rPr>
                      <w:b/>
                      <w:color w:val="000000"/>
                    </w:rPr>
                    <w:t>VPRAŠANJA V PODPORO UČENJU</w:t>
                  </w:r>
                </w:p>
              </w:tc>
            </w:tr>
          </w:tbl>
          <w:p w14:paraId="44303B61" w14:textId="77777777" w:rsidR="00302D64" w:rsidRDefault="00302D64">
            <w:pPr>
              <w:spacing w:line="20" w:lineRule="exact"/>
            </w:pPr>
          </w:p>
          <w:p w14:paraId="0962D8E6" w14:textId="77777777" w:rsidR="00302D64" w:rsidRDefault="00000000">
            <w:pPr>
              <w:pStyle w:val="Oznaenseznam"/>
              <w:spacing w:after="16"/>
            </w:pPr>
            <w:r>
              <w:rPr>
                <w:color w:val="000000"/>
                <w:sz w:val="16"/>
              </w:rPr>
              <w:t>Kaj si opazil/-a in kateri dokaz to pokaže?</w:t>
            </w:r>
          </w:p>
          <w:p w14:paraId="3027AF2C" w14:textId="77777777" w:rsidR="00302D64" w:rsidRDefault="00000000">
            <w:pPr>
              <w:pStyle w:val="Oznaenseznam"/>
              <w:spacing w:after="16"/>
            </w:pPr>
            <w:r>
              <w:rPr>
                <w:color w:val="000000"/>
                <w:sz w:val="16"/>
              </w:rPr>
              <w:t>Kako si prišel/-la do svoje odločitve?</w:t>
            </w:r>
          </w:p>
          <w:p w14:paraId="7D77E6A0" w14:textId="77777777" w:rsidR="00302D64" w:rsidRDefault="00000000">
            <w:pPr>
              <w:pStyle w:val="Oznaenseznam"/>
              <w:spacing w:after="16"/>
            </w:pPr>
            <w:r>
              <w:rPr>
                <w:color w:val="000000"/>
                <w:sz w:val="16"/>
              </w:rPr>
              <w:t>Kaj si pri ponovnem poskusu ohranil/-a enako in kaj spremenil/-a?</w:t>
            </w:r>
          </w:p>
          <w:p w14:paraId="7BD77870" w14:textId="77777777" w:rsidR="00302D64" w:rsidRDefault="00000000">
            <w:pPr>
              <w:pStyle w:val="Oznaenseznam"/>
              <w:spacing w:after="16"/>
            </w:pPr>
            <w:r>
              <w:rPr>
                <w:color w:val="000000"/>
                <w:sz w:val="16"/>
              </w:rPr>
              <w:t>Kateri kriterij že dosegaš? Kaj bo tvoj naslednji korak?</w:t>
            </w:r>
          </w:p>
          <w:p w14:paraId="14346BAF"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4376405" w14:textId="77777777">
              <w:trPr>
                <w:jc w:val="center"/>
              </w:trPr>
              <w:tc>
                <w:tcPr>
                  <w:tcW w:w="7087" w:type="dxa"/>
                  <w:shd w:val="clear" w:color="auto" w:fill="C6E7F3"/>
                  <w:tcMar>
                    <w:top w:w="45" w:type="dxa"/>
                    <w:left w:w="70" w:type="dxa"/>
                    <w:bottom w:w="45" w:type="dxa"/>
                    <w:right w:w="70" w:type="dxa"/>
                  </w:tcMar>
                </w:tcPr>
                <w:p w14:paraId="3A13C9F4" w14:textId="77777777" w:rsidR="00302D64" w:rsidRDefault="00000000">
                  <w:pPr>
                    <w:keepNext/>
                  </w:pPr>
                  <w:r>
                    <w:rPr>
                      <w:b/>
                      <w:color w:val="000000"/>
                    </w:rPr>
                    <w:t>ZAKLJUČNI DEL – UTRJEVANJE IN REFLEKSIJA (10–15 min)</w:t>
                  </w:r>
                </w:p>
              </w:tc>
            </w:tr>
          </w:tbl>
          <w:p w14:paraId="7C04C724" w14:textId="77777777" w:rsidR="00302D64" w:rsidRDefault="00302D64">
            <w:pPr>
              <w:spacing w:line="20" w:lineRule="exact"/>
            </w:pPr>
          </w:p>
          <w:p w14:paraId="5E589A2D"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E3017A9" w14:textId="77777777">
              <w:trPr>
                <w:jc w:val="center"/>
              </w:trPr>
              <w:tc>
                <w:tcPr>
                  <w:tcW w:w="7087" w:type="dxa"/>
                  <w:shd w:val="clear" w:color="auto" w:fill="EDC9EA"/>
                  <w:tcMar>
                    <w:top w:w="45" w:type="dxa"/>
                    <w:left w:w="70" w:type="dxa"/>
                    <w:bottom w:w="45" w:type="dxa"/>
                    <w:right w:w="70" w:type="dxa"/>
                  </w:tcMar>
                </w:tcPr>
                <w:p w14:paraId="081F91FC" w14:textId="77777777" w:rsidR="00302D64" w:rsidRDefault="00000000">
                  <w:pPr>
                    <w:keepNext/>
                  </w:pPr>
                  <w:r>
                    <w:rPr>
                      <w:b/>
                      <w:color w:val="000000"/>
                    </w:rPr>
                    <w:t>SAMOVREDNOTENJE</w:t>
                  </w:r>
                </w:p>
              </w:tc>
            </w:tr>
          </w:tbl>
          <w:p w14:paraId="56088130" w14:textId="77777777" w:rsidR="00302D64" w:rsidRDefault="00302D64">
            <w:pPr>
              <w:spacing w:line="20" w:lineRule="exact"/>
            </w:pPr>
          </w:p>
          <w:p w14:paraId="1F5103A1"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23551B7" w14:textId="77777777">
              <w:trPr>
                <w:jc w:val="center"/>
              </w:trPr>
              <w:tc>
                <w:tcPr>
                  <w:tcW w:w="7087" w:type="dxa"/>
                  <w:shd w:val="clear" w:color="auto" w:fill="EDC9EA"/>
                  <w:tcMar>
                    <w:top w:w="45" w:type="dxa"/>
                    <w:left w:w="70" w:type="dxa"/>
                    <w:bottom w:w="45" w:type="dxa"/>
                    <w:right w:w="70" w:type="dxa"/>
                  </w:tcMar>
                </w:tcPr>
                <w:p w14:paraId="0204EE44" w14:textId="77777777" w:rsidR="00302D64" w:rsidRDefault="00000000">
                  <w:pPr>
                    <w:keepNext/>
                  </w:pPr>
                  <w:r>
                    <w:rPr>
                      <w:b/>
                      <w:color w:val="000000"/>
                    </w:rPr>
                    <w:t>VRSTNIŠKO VREDNOTENJE</w:t>
                  </w:r>
                </w:p>
              </w:tc>
            </w:tr>
          </w:tbl>
          <w:p w14:paraId="228C9700" w14:textId="77777777" w:rsidR="00302D64" w:rsidRDefault="00302D64">
            <w:pPr>
              <w:spacing w:line="20" w:lineRule="exact"/>
            </w:pPr>
          </w:p>
          <w:p w14:paraId="0689AA5A"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735D5BFD" w14:textId="77777777">
              <w:trPr>
                <w:jc w:val="center"/>
              </w:trPr>
              <w:tc>
                <w:tcPr>
                  <w:tcW w:w="7087" w:type="dxa"/>
                  <w:shd w:val="clear" w:color="auto" w:fill="EDC9EA"/>
                  <w:tcMar>
                    <w:top w:w="45" w:type="dxa"/>
                    <w:left w:w="70" w:type="dxa"/>
                    <w:bottom w:w="45" w:type="dxa"/>
                    <w:right w:w="70" w:type="dxa"/>
                  </w:tcMar>
                </w:tcPr>
                <w:p w14:paraId="6A58FFE1" w14:textId="77777777" w:rsidR="00302D64" w:rsidRDefault="00000000">
                  <w:pPr>
                    <w:keepNext/>
                  </w:pPr>
                  <w:r>
                    <w:rPr>
                      <w:b/>
                      <w:color w:val="000000"/>
                    </w:rPr>
                    <w:t>SKUPNI POVZETEK</w:t>
                  </w:r>
                </w:p>
              </w:tc>
            </w:tr>
          </w:tbl>
          <w:p w14:paraId="5F9EDF69" w14:textId="77777777" w:rsidR="00302D64" w:rsidRDefault="00302D64"/>
          <w:p w14:paraId="6CEDAB90" w14:textId="77777777" w:rsidR="00302D64" w:rsidRDefault="00000000">
            <w:pPr>
              <w:spacing w:before="20" w:after="40" w:line="245" w:lineRule="auto"/>
            </w:pPr>
            <w:r>
              <w:rPr>
                <w:b/>
                <w:color w:val="000000"/>
                <w:sz w:val="17"/>
              </w:rPr>
              <w:t>O preteklosti sklepam iz predmetov, slik in pripovedi. Staro in sodobno primerjam ter razmišljam o razlogih za spremembe.</w:t>
            </w:r>
          </w:p>
        </w:tc>
        <w:tc>
          <w:tcPr>
            <w:tcW w:w="2551" w:type="dxa"/>
            <w:tcMar>
              <w:top w:w="70" w:type="dxa"/>
              <w:left w:w="90" w:type="dxa"/>
              <w:bottom w:w="70" w:type="dxa"/>
              <w:right w:w="90" w:type="dxa"/>
            </w:tcMar>
          </w:tcPr>
          <w:p w14:paraId="74DBAD25" w14:textId="77777777" w:rsidR="00302D64" w:rsidRDefault="00302D64"/>
          <w:p w14:paraId="2A8E4BC5" w14:textId="77777777" w:rsidR="00302D64" w:rsidRDefault="00000000">
            <w:pPr>
              <w:spacing w:after="100" w:line="245" w:lineRule="auto"/>
            </w:pPr>
            <w:r>
              <w:rPr>
                <w:color w:val="000000"/>
                <w:sz w:val="16"/>
              </w:rPr>
              <w:t>Odgovarja na podporna vprašanja in se sklicuje na svoj dokaz.</w:t>
            </w:r>
          </w:p>
          <w:p w14:paraId="2FFD8AA0" w14:textId="77777777" w:rsidR="00302D64" w:rsidRDefault="00000000">
            <w:pPr>
              <w:spacing w:after="100" w:line="245" w:lineRule="auto"/>
            </w:pPr>
            <w:r>
              <w:rPr>
                <w:color w:val="000000"/>
                <w:sz w:val="16"/>
              </w:rPr>
              <w:t>Primerja začetno zamisel z ugotovitvijo ter pove ali pokaže, kaj se je naučil/-a.</w:t>
            </w:r>
          </w:p>
          <w:p w14:paraId="2CBBEF99" w14:textId="77777777" w:rsidR="00302D64" w:rsidRDefault="00000000">
            <w:pPr>
              <w:spacing w:after="100" w:line="245" w:lineRule="auto"/>
            </w:pPr>
            <w:r>
              <w:rPr>
                <w:color w:val="000000"/>
                <w:sz w:val="16"/>
              </w:rPr>
              <w:t>Izbere raven doseganja in določi naslednji korak.</w:t>
            </w:r>
          </w:p>
          <w:p w14:paraId="40E38165" w14:textId="77777777" w:rsidR="00302D64" w:rsidRDefault="00000000">
            <w:pPr>
              <w:spacing w:after="100" w:line="245" w:lineRule="auto"/>
            </w:pPr>
            <w:r>
              <w:rPr>
                <w:color w:val="000000"/>
                <w:sz w:val="16"/>
              </w:rPr>
              <w:t>Sošolcu poda prijazen, konkreten odziv.</w:t>
            </w:r>
          </w:p>
          <w:p w14:paraId="72E7DE19" w14:textId="77777777" w:rsidR="00302D64" w:rsidRDefault="00000000">
            <w:pPr>
              <w:spacing w:after="20" w:line="245" w:lineRule="auto"/>
            </w:pPr>
            <w:r>
              <w:rPr>
                <w:b/>
                <w:color w:val="D95BC6"/>
                <w:sz w:val="17"/>
              </w:rPr>
              <w:t>DOKAZ O UČENJU</w:t>
            </w:r>
          </w:p>
          <w:p w14:paraId="44406030" w14:textId="77777777" w:rsidR="00302D64" w:rsidRDefault="00000000">
            <w:pPr>
              <w:spacing w:after="30" w:line="245" w:lineRule="auto"/>
            </w:pPr>
            <w:r>
              <w:rPr>
                <w:color w:val="D95BC6"/>
                <w:sz w:val="16"/>
              </w:rPr>
              <w:t>izvedba ali izdelek, razlaga, samovrednotenje in odziv na povratno informacijo</w:t>
            </w:r>
          </w:p>
        </w:tc>
      </w:tr>
    </w:tbl>
    <w:p w14:paraId="2AF0B77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27E03926" w14:textId="77777777">
        <w:trPr>
          <w:cantSplit/>
          <w:jc w:val="center"/>
        </w:trPr>
        <w:tc>
          <w:tcPr>
            <w:tcW w:w="14060" w:type="dxa"/>
            <w:gridSpan w:val="6"/>
            <w:tcMar>
              <w:top w:w="70" w:type="dxa"/>
              <w:left w:w="90" w:type="dxa"/>
              <w:bottom w:w="70" w:type="dxa"/>
              <w:right w:w="90" w:type="dxa"/>
            </w:tcMar>
            <w:vAlign w:val="center"/>
          </w:tcPr>
          <w:p w14:paraId="6FBC5A47" w14:textId="77777777" w:rsidR="00302D64" w:rsidRDefault="00000000">
            <w:pPr>
              <w:jc w:val="center"/>
            </w:pPr>
            <w:r>
              <w:rPr>
                <w:b/>
                <w:color w:val="000000"/>
                <w:sz w:val="24"/>
              </w:rPr>
              <w:lastRenderedPageBreak/>
              <w:t>UČNA PRIPRAVA 24/39</w:t>
            </w:r>
          </w:p>
        </w:tc>
      </w:tr>
      <w:tr w:rsidR="00302D64" w14:paraId="43F75D3D" w14:textId="77777777">
        <w:trPr>
          <w:jc w:val="center"/>
        </w:trPr>
        <w:tc>
          <w:tcPr>
            <w:tcW w:w="2665" w:type="dxa"/>
            <w:tcMar>
              <w:top w:w="70" w:type="dxa"/>
              <w:left w:w="90" w:type="dxa"/>
              <w:bottom w:w="70" w:type="dxa"/>
              <w:right w:w="90" w:type="dxa"/>
            </w:tcMar>
            <w:vAlign w:val="center"/>
          </w:tcPr>
          <w:p w14:paraId="5FFD3B3F"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0D6D4EE"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CB3574D"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728D83A" w14:textId="77777777" w:rsidR="00302D64" w:rsidRDefault="00000000">
            <w:r>
              <w:rPr>
                <w:b/>
                <w:color w:val="000000"/>
                <w:sz w:val="16"/>
              </w:rPr>
              <w:t xml:space="preserve">NAČRTOVANI TERMIN: </w:t>
            </w:r>
            <w:r>
              <w:rPr>
                <w:color w:val="000000"/>
                <w:sz w:val="16"/>
              </w:rPr>
              <w:t>24. teden • 1.–5. 3. 2027</w:t>
            </w:r>
          </w:p>
        </w:tc>
        <w:tc>
          <w:tcPr>
            <w:tcW w:w="2268" w:type="dxa"/>
            <w:tcMar>
              <w:top w:w="70" w:type="dxa"/>
              <w:left w:w="90" w:type="dxa"/>
              <w:bottom w:w="70" w:type="dxa"/>
              <w:right w:w="90" w:type="dxa"/>
            </w:tcMar>
            <w:vAlign w:val="center"/>
          </w:tcPr>
          <w:p w14:paraId="64FBE5D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EAD287F" w14:textId="77777777" w:rsidR="00302D64" w:rsidRDefault="00000000">
            <w:r>
              <w:rPr>
                <w:b/>
                <w:color w:val="000000"/>
                <w:sz w:val="16"/>
              </w:rPr>
              <w:t xml:space="preserve">ŠTEVILO UR: </w:t>
            </w:r>
            <w:r>
              <w:rPr>
                <w:color w:val="000000"/>
                <w:sz w:val="16"/>
              </w:rPr>
              <w:t>3</w:t>
            </w:r>
          </w:p>
        </w:tc>
      </w:tr>
      <w:tr w:rsidR="00302D64" w14:paraId="151802C1" w14:textId="77777777">
        <w:trPr>
          <w:jc w:val="center"/>
        </w:trPr>
        <w:tc>
          <w:tcPr>
            <w:tcW w:w="14061" w:type="dxa"/>
            <w:gridSpan w:val="6"/>
            <w:tcMar>
              <w:top w:w="70" w:type="dxa"/>
              <w:left w:w="90" w:type="dxa"/>
              <w:bottom w:w="70" w:type="dxa"/>
              <w:right w:w="90" w:type="dxa"/>
            </w:tcMar>
            <w:vAlign w:val="center"/>
          </w:tcPr>
          <w:p w14:paraId="03C0C37B" w14:textId="77777777" w:rsidR="00302D64" w:rsidRDefault="00000000">
            <w:r>
              <w:t>TIP UČNE URE: obravnava, izkušenjsko raziskovanje, učenje po postajah, utrjevanje in formativno spremljanje</w:t>
            </w:r>
          </w:p>
        </w:tc>
      </w:tr>
      <w:tr w:rsidR="00302D64" w14:paraId="69403B5A" w14:textId="77777777">
        <w:trPr>
          <w:cantSplit/>
          <w:jc w:val="center"/>
        </w:trPr>
        <w:tc>
          <w:tcPr>
            <w:tcW w:w="14060" w:type="dxa"/>
            <w:gridSpan w:val="6"/>
            <w:tcMar>
              <w:top w:w="70" w:type="dxa"/>
              <w:left w:w="90" w:type="dxa"/>
              <w:bottom w:w="70" w:type="dxa"/>
              <w:right w:w="90" w:type="dxa"/>
            </w:tcMar>
            <w:vAlign w:val="center"/>
          </w:tcPr>
          <w:p w14:paraId="552E5B03" w14:textId="77777777" w:rsidR="00302D64" w:rsidRDefault="00302D64"/>
          <w:p w14:paraId="6E666511" w14:textId="77777777" w:rsidR="00302D64" w:rsidRDefault="00000000">
            <w:pPr>
              <w:spacing w:line="245" w:lineRule="auto"/>
            </w:pPr>
            <w:r>
              <w:rPr>
                <w:b/>
                <w:color w:val="000000"/>
                <w:sz w:val="17"/>
              </w:rPr>
              <w:t xml:space="preserve">UČNI SKLOP: </w:t>
            </w:r>
            <w:r>
              <w:rPr>
                <w:color w:val="000000"/>
                <w:sz w:val="17"/>
              </w:rPr>
              <w:t>ŽIVIM ZDRAVO – JAZ IN DOBRO POČUTJE</w:t>
            </w:r>
          </w:p>
        </w:tc>
      </w:tr>
      <w:tr w:rsidR="00302D64" w14:paraId="5E48C105" w14:textId="77777777">
        <w:trPr>
          <w:cantSplit/>
          <w:jc w:val="center"/>
        </w:trPr>
        <w:tc>
          <w:tcPr>
            <w:tcW w:w="14060" w:type="dxa"/>
            <w:gridSpan w:val="6"/>
            <w:tcMar>
              <w:top w:w="70" w:type="dxa"/>
              <w:left w:w="90" w:type="dxa"/>
              <w:bottom w:w="70" w:type="dxa"/>
              <w:right w:w="90" w:type="dxa"/>
            </w:tcMar>
            <w:vAlign w:val="center"/>
          </w:tcPr>
          <w:p w14:paraId="6031E766" w14:textId="77777777" w:rsidR="00302D64" w:rsidRDefault="00302D64"/>
          <w:p w14:paraId="75872FFC" w14:textId="77777777" w:rsidR="00302D64" w:rsidRDefault="00000000">
            <w:pPr>
              <w:spacing w:line="245" w:lineRule="auto"/>
            </w:pPr>
            <w:r>
              <w:rPr>
                <w:b/>
                <w:color w:val="000000"/>
                <w:sz w:val="17"/>
              </w:rPr>
              <w:t xml:space="preserve">UČNA TEMA: </w:t>
            </w:r>
            <w:r>
              <w:rPr>
                <w:color w:val="000000"/>
                <w:sz w:val="17"/>
              </w:rPr>
              <w:t>MOJE TELO IN ČUTILA</w:t>
            </w:r>
          </w:p>
        </w:tc>
      </w:tr>
      <w:tr w:rsidR="00302D64" w14:paraId="4772FC70" w14:textId="77777777">
        <w:trPr>
          <w:cantSplit/>
          <w:jc w:val="center"/>
        </w:trPr>
        <w:tc>
          <w:tcPr>
            <w:tcW w:w="14060" w:type="dxa"/>
            <w:gridSpan w:val="6"/>
            <w:tcMar>
              <w:top w:w="70" w:type="dxa"/>
              <w:left w:w="90" w:type="dxa"/>
              <w:bottom w:w="70" w:type="dxa"/>
              <w:right w:w="90" w:type="dxa"/>
            </w:tcMar>
            <w:vAlign w:val="center"/>
          </w:tcPr>
          <w:p w14:paraId="2821BB01" w14:textId="77777777" w:rsidR="00302D64" w:rsidRDefault="00302D64"/>
          <w:p w14:paraId="310FD534" w14:textId="77777777" w:rsidR="00302D64" w:rsidRDefault="00000000">
            <w:pPr>
              <w:spacing w:line="245" w:lineRule="auto"/>
            </w:pPr>
            <w:r>
              <w:rPr>
                <w:b/>
                <w:color w:val="000000"/>
                <w:sz w:val="17"/>
              </w:rPr>
              <w:t xml:space="preserve">KNJIŽEVNO IZHODIŠČE IN MOTIV: </w:t>
            </w:r>
            <w:r>
              <w:rPr>
                <w:color w:val="000000"/>
                <w:sz w:val="17"/>
              </w:rPr>
              <w:t>»Sapramiška« – Svetlana Makarovič • telo, zobje, čutila, pomoč in vztrajnost</w:t>
            </w:r>
          </w:p>
        </w:tc>
      </w:tr>
      <w:tr w:rsidR="00302D64" w14:paraId="7C10971B" w14:textId="77777777">
        <w:trPr>
          <w:cantSplit/>
          <w:jc w:val="center"/>
        </w:trPr>
        <w:tc>
          <w:tcPr>
            <w:tcW w:w="14060" w:type="dxa"/>
            <w:gridSpan w:val="6"/>
            <w:tcMar>
              <w:top w:w="70" w:type="dxa"/>
              <w:left w:w="90" w:type="dxa"/>
              <w:bottom w:w="70" w:type="dxa"/>
              <w:right w:w="90" w:type="dxa"/>
            </w:tcMar>
            <w:vAlign w:val="center"/>
          </w:tcPr>
          <w:p w14:paraId="214B38A5" w14:textId="77777777" w:rsidR="00302D64" w:rsidRDefault="00302D64"/>
          <w:p w14:paraId="5DC8D141" w14:textId="77777777" w:rsidR="00302D64" w:rsidRDefault="00000000">
            <w:pPr>
              <w:spacing w:line="245" w:lineRule="auto"/>
            </w:pPr>
            <w:r>
              <w:rPr>
                <w:b/>
                <w:color w:val="000000"/>
                <w:sz w:val="17"/>
              </w:rPr>
              <w:t xml:space="preserve">UČNE ENOTE: </w:t>
            </w:r>
            <w:r>
              <w:rPr>
                <w:color w:val="000000"/>
                <w:sz w:val="17"/>
              </w:rPr>
              <w:t>1. ura – Telesni zemljevid • 2. ura – Postaje petih čutil • 3. ura – Skrb za čutila in zobe</w:t>
            </w:r>
          </w:p>
        </w:tc>
      </w:tr>
      <w:tr w:rsidR="00302D64" w14:paraId="7AD35439" w14:textId="77777777">
        <w:trPr>
          <w:cantSplit/>
          <w:jc w:val="center"/>
        </w:trPr>
        <w:tc>
          <w:tcPr>
            <w:tcW w:w="14060" w:type="dxa"/>
            <w:gridSpan w:val="6"/>
            <w:tcMar>
              <w:top w:w="70" w:type="dxa"/>
              <w:left w:w="90" w:type="dxa"/>
              <w:bottom w:w="70" w:type="dxa"/>
              <w:right w:w="90" w:type="dxa"/>
            </w:tcMar>
            <w:vAlign w:val="center"/>
          </w:tcPr>
          <w:p w14:paraId="2381E79D" w14:textId="77777777" w:rsidR="00302D64" w:rsidRDefault="00302D64"/>
          <w:p w14:paraId="499F2ECD"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3324D546" w14:textId="77777777">
        <w:trPr>
          <w:cantSplit/>
          <w:jc w:val="center"/>
        </w:trPr>
        <w:tc>
          <w:tcPr>
            <w:tcW w:w="14060" w:type="dxa"/>
            <w:gridSpan w:val="6"/>
            <w:tcMar>
              <w:top w:w="70" w:type="dxa"/>
              <w:left w:w="90" w:type="dxa"/>
              <w:bottom w:w="70" w:type="dxa"/>
              <w:right w:w="90" w:type="dxa"/>
            </w:tcMar>
            <w:vAlign w:val="center"/>
          </w:tcPr>
          <w:p w14:paraId="1853022D" w14:textId="77777777" w:rsidR="00302D64" w:rsidRDefault="00302D64"/>
          <w:p w14:paraId="43872860"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1F4A47FD" w14:textId="77777777">
        <w:trPr>
          <w:cantSplit/>
          <w:jc w:val="center"/>
        </w:trPr>
        <w:tc>
          <w:tcPr>
            <w:tcW w:w="14060" w:type="dxa"/>
            <w:gridSpan w:val="6"/>
            <w:tcMar>
              <w:top w:w="70" w:type="dxa"/>
              <w:left w:w="90" w:type="dxa"/>
              <w:bottom w:w="70" w:type="dxa"/>
              <w:right w:w="90" w:type="dxa"/>
            </w:tcMar>
            <w:vAlign w:val="center"/>
          </w:tcPr>
          <w:p w14:paraId="2716B593" w14:textId="77777777" w:rsidR="00302D64" w:rsidRDefault="00302D64"/>
          <w:p w14:paraId="2D408565"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523BD053" w14:textId="77777777">
        <w:trPr>
          <w:cantSplit/>
          <w:jc w:val="center"/>
        </w:trPr>
        <w:tc>
          <w:tcPr>
            <w:tcW w:w="14060" w:type="dxa"/>
            <w:gridSpan w:val="6"/>
            <w:tcMar>
              <w:top w:w="70" w:type="dxa"/>
              <w:left w:w="90" w:type="dxa"/>
              <w:bottom w:w="70" w:type="dxa"/>
              <w:right w:w="90" w:type="dxa"/>
            </w:tcMar>
            <w:vAlign w:val="center"/>
          </w:tcPr>
          <w:p w14:paraId="7FB875A5" w14:textId="77777777" w:rsidR="00302D64" w:rsidRDefault="00302D64"/>
          <w:p w14:paraId="628638BF" w14:textId="77777777" w:rsidR="00302D64" w:rsidRDefault="00000000">
            <w:pPr>
              <w:spacing w:line="245" w:lineRule="auto"/>
            </w:pPr>
            <w:r>
              <w:rPr>
                <w:b/>
                <w:color w:val="000000"/>
                <w:sz w:val="17"/>
              </w:rPr>
              <w:t xml:space="preserve">MEDPREDMETNE POVEZAVE: </w:t>
            </w:r>
            <w:r>
              <w:rPr>
                <w:color w:val="000000"/>
                <w:sz w:val="17"/>
              </w:rPr>
              <w:t>SLJ – natančno poimenovanje; ŠPO – gibanje delov telesa; LUM – telesni obris; ZDRAVJE – nega čutil in zob</w:t>
            </w:r>
          </w:p>
        </w:tc>
      </w:tr>
      <w:tr w:rsidR="00302D64" w14:paraId="3007DF4D" w14:textId="77777777">
        <w:trPr>
          <w:cantSplit/>
          <w:jc w:val="center"/>
        </w:trPr>
        <w:tc>
          <w:tcPr>
            <w:tcW w:w="14060" w:type="dxa"/>
            <w:gridSpan w:val="6"/>
            <w:tcMar>
              <w:top w:w="70" w:type="dxa"/>
              <w:left w:w="90" w:type="dxa"/>
              <w:bottom w:w="70" w:type="dxa"/>
              <w:right w:w="90" w:type="dxa"/>
            </w:tcMar>
            <w:vAlign w:val="center"/>
          </w:tcPr>
          <w:p w14:paraId="5BB3F14B" w14:textId="77777777" w:rsidR="00302D64" w:rsidRDefault="00302D64"/>
          <w:p w14:paraId="213CAEBA" w14:textId="77777777" w:rsidR="00302D64" w:rsidRDefault="00000000">
            <w:pPr>
              <w:spacing w:line="245" w:lineRule="auto"/>
            </w:pPr>
            <w:r>
              <w:rPr>
                <w:b/>
                <w:color w:val="000000"/>
                <w:sz w:val="17"/>
              </w:rPr>
              <w:t xml:space="preserve">UČNA SREDSTVA IN PRIPOMOČKI: </w:t>
            </w:r>
            <w:r>
              <w:rPr>
                <w:color w:val="000000"/>
                <w:sz w:val="17"/>
              </w:rPr>
              <w:t>Sapramiška, velik papir za obris telesa, kartice delov telesa in čutil, varne čutne postaje, model zob in velika ščetka, kartice varnega ravnanja</w:t>
            </w:r>
          </w:p>
        </w:tc>
      </w:tr>
      <w:tr w:rsidR="00302D64" w14:paraId="73D2950E" w14:textId="77777777">
        <w:trPr>
          <w:cantSplit/>
          <w:jc w:val="center"/>
        </w:trPr>
        <w:tc>
          <w:tcPr>
            <w:tcW w:w="14060" w:type="dxa"/>
            <w:gridSpan w:val="6"/>
            <w:tcMar>
              <w:top w:w="70" w:type="dxa"/>
              <w:left w:w="90" w:type="dxa"/>
              <w:bottom w:w="70" w:type="dxa"/>
              <w:right w:w="90" w:type="dxa"/>
            </w:tcMar>
            <w:vAlign w:val="center"/>
          </w:tcPr>
          <w:p w14:paraId="390E5C9F" w14:textId="77777777" w:rsidR="00302D64" w:rsidRDefault="00302D64"/>
          <w:p w14:paraId="77041CD2"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C87A220" w14:textId="77777777">
        <w:trPr>
          <w:cantSplit/>
          <w:jc w:val="center"/>
        </w:trPr>
        <w:tc>
          <w:tcPr>
            <w:tcW w:w="14060" w:type="dxa"/>
            <w:gridSpan w:val="6"/>
            <w:tcMar>
              <w:top w:w="70" w:type="dxa"/>
              <w:left w:w="90" w:type="dxa"/>
              <w:bottom w:w="70" w:type="dxa"/>
              <w:right w:w="90" w:type="dxa"/>
            </w:tcMar>
            <w:vAlign w:val="center"/>
          </w:tcPr>
          <w:p w14:paraId="70AD2229" w14:textId="77777777" w:rsidR="00302D64" w:rsidRDefault="00302D64"/>
          <w:p w14:paraId="3D046446"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46224336" w14:textId="77777777">
        <w:trPr>
          <w:cantSplit/>
          <w:jc w:val="center"/>
        </w:trPr>
        <w:tc>
          <w:tcPr>
            <w:tcW w:w="14060" w:type="dxa"/>
            <w:gridSpan w:val="6"/>
            <w:tcMar>
              <w:top w:w="70" w:type="dxa"/>
              <w:left w:w="90" w:type="dxa"/>
              <w:bottom w:w="70" w:type="dxa"/>
              <w:right w:w="90" w:type="dxa"/>
            </w:tcMar>
            <w:vAlign w:val="center"/>
          </w:tcPr>
          <w:p w14:paraId="2A639785" w14:textId="77777777" w:rsidR="00302D64" w:rsidRDefault="00302D64"/>
          <w:p w14:paraId="49B88063" w14:textId="77777777" w:rsidR="00302D64" w:rsidRDefault="00000000">
            <w:pPr>
              <w:spacing w:line="245" w:lineRule="auto"/>
            </w:pPr>
            <w:r>
              <w:rPr>
                <w:b/>
                <w:color w:val="000000"/>
                <w:sz w:val="16"/>
              </w:rPr>
              <w:t xml:space="preserve">VARNOST: </w:t>
            </w:r>
            <w:r>
              <w:rPr>
                <w:color w:val="000000"/>
                <w:sz w:val="16"/>
              </w:rPr>
              <w:t>Okušanje se izvede le ob preverjenih alergijah in z individualnimi, higiensko pripravljenimi vzorci; učenec lahko dejavnost zavrne.</w:t>
            </w:r>
          </w:p>
        </w:tc>
      </w:tr>
    </w:tbl>
    <w:p w14:paraId="2B79420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8F31C7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5E64D4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F303F24" w14:textId="77777777" w:rsidR="00302D64" w:rsidRDefault="00000000">
            <w:pPr>
              <w:jc w:val="center"/>
            </w:pPr>
            <w:r>
              <w:rPr>
                <w:b/>
                <w:color w:val="000000"/>
                <w:sz w:val="20"/>
              </w:rPr>
              <w:t>UČNE DEJAVNOSTI, METODE IN FORMATIVNO SPREMLJANJE</w:t>
            </w:r>
          </w:p>
        </w:tc>
      </w:tr>
      <w:tr w:rsidR="00302D64" w14:paraId="187B229F" w14:textId="77777777">
        <w:trPr>
          <w:tblHeader/>
          <w:jc w:val="center"/>
        </w:trPr>
        <w:tc>
          <w:tcPr>
            <w:tcW w:w="4422" w:type="dxa"/>
            <w:vMerge/>
            <w:tcMar>
              <w:top w:w="70" w:type="dxa"/>
              <w:left w:w="90" w:type="dxa"/>
              <w:bottom w:w="70" w:type="dxa"/>
              <w:right w:w="90" w:type="dxa"/>
            </w:tcMar>
            <w:vAlign w:val="center"/>
          </w:tcPr>
          <w:p w14:paraId="71972F7B" w14:textId="77777777" w:rsidR="00302D64" w:rsidRDefault="00302D64"/>
        </w:tc>
        <w:tc>
          <w:tcPr>
            <w:tcW w:w="7087" w:type="dxa"/>
            <w:shd w:val="clear" w:color="auto" w:fill="FFFFFF"/>
            <w:tcMar>
              <w:top w:w="70" w:type="dxa"/>
              <w:left w:w="90" w:type="dxa"/>
              <w:bottom w:w="70" w:type="dxa"/>
              <w:right w:w="90" w:type="dxa"/>
            </w:tcMar>
            <w:vAlign w:val="center"/>
          </w:tcPr>
          <w:p w14:paraId="50057B5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D5A9E62" w14:textId="77777777" w:rsidR="00302D64" w:rsidRDefault="00000000">
            <w:pPr>
              <w:jc w:val="center"/>
            </w:pPr>
            <w:r>
              <w:rPr>
                <w:b/>
                <w:color w:val="000000"/>
              </w:rPr>
              <w:t>UČENEC</w:t>
            </w:r>
          </w:p>
        </w:tc>
      </w:tr>
      <w:tr w:rsidR="00302D64" w14:paraId="479C0840" w14:textId="77777777">
        <w:trPr>
          <w:jc w:val="center"/>
        </w:trPr>
        <w:tc>
          <w:tcPr>
            <w:tcW w:w="4422" w:type="dxa"/>
            <w:tcMar>
              <w:top w:w="70" w:type="dxa"/>
              <w:left w:w="90" w:type="dxa"/>
              <w:bottom w:w="70" w:type="dxa"/>
              <w:right w:w="90" w:type="dxa"/>
            </w:tcMar>
          </w:tcPr>
          <w:p w14:paraId="46EBDB8B" w14:textId="77777777" w:rsidR="00302D64" w:rsidRDefault="00302D64"/>
          <w:p w14:paraId="61523CA9" w14:textId="77777777" w:rsidR="00302D64" w:rsidRDefault="00000000">
            <w:pPr>
              <w:spacing w:after="60" w:line="245" w:lineRule="auto"/>
            </w:pPr>
            <w:r>
              <w:rPr>
                <w:b/>
                <w:color w:val="000000"/>
              </w:rPr>
              <w:t>UČNI CILJI</w:t>
            </w:r>
          </w:p>
          <w:p w14:paraId="2AEDFF14" w14:textId="77777777" w:rsidR="00302D64" w:rsidRDefault="00000000">
            <w:pPr>
              <w:spacing w:after="20" w:line="245" w:lineRule="auto"/>
            </w:pPr>
            <w:r>
              <w:rPr>
                <w:b/>
                <w:color w:val="000000"/>
                <w:sz w:val="17"/>
              </w:rPr>
              <w:t>SPLOŠNI</w:t>
            </w:r>
          </w:p>
          <w:p w14:paraId="075F7A63" w14:textId="77777777" w:rsidR="00302D64" w:rsidRDefault="00000000">
            <w:pPr>
              <w:pStyle w:val="Oznaenseznam"/>
              <w:spacing w:after="16"/>
            </w:pPr>
            <w:r>
              <w:rPr>
                <w:color w:val="000000"/>
                <w:sz w:val="16"/>
              </w:rPr>
              <w:t>razvija radovednost ter sistematično opazuje, primerja, razvršča in sporoča ugotovitve</w:t>
            </w:r>
          </w:p>
          <w:p w14:paraId="74E6CC74" w14:textId="77777777" w:rsidR="00302D64" w:rsidRDefault="00000000">
            <w:pPr>
              <w:pStyle w:val="Oznaenseznam"/>
              <w:spacing w:after="16"/>
            </w:pPr>
            <w:r>
              <w:rPr>
                <w:color w:val="000000"/>
                <w:sz w:val="16"/>
              </w:rPr>
              <w:t>sodeluje, posluša druge in svoja opažanja izraža na razvojno primeren način</w:t>
            </w:r>
          </w:p>
          <w:p w14:paraId="553E6996" w14:textId="77777777" w:rsidR="00302D64" w:rsidRDefault="00000000">
            <w:pPr>
              <w:pStyle w:val="Oznaenseznam"/>
              <w:spacing w:after="16"/>
            </w:pPr>
            <w:r>
              <w:rPr>
                <w:color w:val="000000"/>
                <w:sz w:val="16"/>
              </w:rPr>
              <w:t>ravna varno, odgovorno in skrbno do sebe, drugih ter okolja</w:t>
            </w:r>
          </w:p>
          <w:p w14:paraId="56658B9D" w14:textId="77777777" w:rsidR="00302D64" w:rsidRDefault="00000000">
            <w:pPr>
              <w:pStyle w:val="Oznaenseznam"/>
              <w:spacing w:after="16"/>
            </w:pPr>
            <w:r>
              <w:rPr>
                <w:color w:val="000000"/>
                <w:sz w:val="16"/>
              </w:rPr>
              <w:t>ob kriterijih spremlja svoje učenje in sprejema opisno povratno informacijo</w:t>
            </w:r>
          </w:p>
          <w:p w14:paraId="10A9E400" w14:textId="77777777" w:rsidR="00302D64" w:rsidRDefault="00000000">
            <w:pPr>
              <w:spacing w:before="40" w:after="20" w:line="245" w:lineRule="auto"/>
            </w:pPr>
            <w:r>
              <w:rPr>
                <w:b/>
                <w:color w:val="000000"/>
                <w:sz w:val="17"/>
              </w:rPr>
              <w:t>OPERATIVNI</w:t>
            </w:r>
          </w:p>
          <w:p w14:paraId="609C7EEF" w14:textId="77777777" w:rsidR="00302D64" w:rsidRDefault="00000000">
            <w:pPr>
              <w:pStyle w:val="Oznaenseznam"/>
              <w:spacing w:after="16"/>
            </w:pPr>
            <w:r>
              <w:rPr>
                <w:color w:val="000000"/>
                <w:sz w:val="16"/>
              </w:rPr>
              <w:t>poimenuje zunanje dele telesa</w:t>
            </w:r>
          </w:p>
          <w:p w14:paraId="6EBE73BC" w14:textId="77777777" w:rsidR="00302D64" w:rsidRDefault="00000000">
            <w:pPr>
              <w:pStyle w:val="Oznaenseznam"/>
              <w:spacing w:after="16"/>
            </w:pPr>
            <w:r>
              <w:rPr>
                <w:color w:val="000000"/>
                <w:sz w:val="16"/>
              </w:rPr>
              <w:t>raziskuje s čutili</w:t>
            </w:r>
          </w:p>
          <w:p w14:paraId="1B6AD621" w14:textId="77777777" w:rsidR="00302D64" w:rsidRDefault="00000000">
            <w:pPr>
              <w:pStyle w:val="Oznaenseznam"/>
              <w:spacing w:after="16"/>
            </w:pPr>
            <w:r>
              <w:rPr>
                <w:color w:val="000000"/>
                <w:sz w:val="16"/>
              </w:rPr>
              <w:t>varno skrbi za čutila</w:t>
            </w:r>
          </w:p>
          <w:p w14:paraId="6CA579F1" w14:textId="77777777" w:rsidR="00302D64" w:rsidRDefault="00000000">
            <w:pPr>
              <w:spacing w:before="40" w:after="20" w:line="245" w:lineRule="auto"/>
            </w:pPr>
            <w:r>
              <w:rPr>
                <w:b/>
                <w:color w:val="000000"/>
                <w:sz w:val="17"/>
              </w:rPr>
              <w:t>PRIČAKOVANI DOSEŽKI / STANDARDI</w:t>
            </w:r>
          </w:p>
          <w:p w14:paraId="2343F71B" w14:textId="77777777" w:rsidR="00302D64" w:rsidRDefault="00000000">
            <w:pPr>
              <w:pStyle w:val="Oznaenseznam"/>
              <w:spacing w:after="16"/>
            </w:pPr>
            <w:r>
              <w:rPr>
                <w:color w:val="000000"/>
                <w:sz w:val="16"/>
              </w:rPr>
              <w:t>ob konkretni ali slikovni opori poimenuje zunanje dele telesa</w:t>
            </w:r>
          </w:p>
          <w:p w14:paraId="016B97A9" w14:textId="77777777" w:rsidR="00302D64" w:rsidRDefault="00000000">
            <w:pPr>
              <w:pStyle w:val="Oznaenseznam"/>
              <w:spacing w:after="16"/>
            </w:pPr>
            <w:r>
              <w:rPr>
                <w:color w:val="000000"/>
                <w:sz w:val="16"/>
              </w:rPr>
              <w:t>ob konkretni ali slikovni opori raziskuje s čutili</w:t>
            </w:r>
          </w:p>
          <w:p w14:paraId="17A5E180" w14:textId="77777777" w:rsidR="00302D64" w:rsidRDefault="00000000">
            <w:pPr>
              <w:pStyle w:val="Oznaenseznam"/>
              <w:spacing w:after="16"/>
            </w:pPr>
            <w:r>
              <w:rPr>
                <w:color w:val="000000"/>
                <w:sz w:val="16"/>
              </w:rPr>
              <w:t>ob konkretni ali slikovni opori varno skrbi za čutila</w:t>
            </w:r>
          </w:p>
        </w:tc>
        <w:tc>
          <w:tcPr>
            <w:tcW w:w="7087" w:type="dxa"/>
            <w:tcMar>
              <w:top w:w="70" w:type="dxa"/>
              <w:left w:w="90" w:type="dxa"/>
              <w:bottom w:w="70" w:type="dxa"/>
              <w:right w:w="90" w:type="dxa"/>
            </w:tcMar>
          </w:tcPr>
          <w:p w14:paraId="51C89A5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4E9880D" w14:textId="77777777">
              <w:trPr>
                <w:jc w:val="center"/>
              </w:trPr>
              <w:tc>
                <w:tcPr>
                  <w:tcW w:w="7087" w:type="dxa"/>
                  <w:shd w:val="clear" w:color="auto" w:fill="C6E7F3"/>
                  <w:tcMar>
                    <w:top w:w="45" w:type="dxa"/>
                    <w:left w:w="70" w:type="dxa"/>
                    <w:bottom w:w="45" w:type="dxa"/>
                    <w:right w:w="70" w:type="dxa"/>
                  </w:tcMar>
                </w:tcPr>
                <w:p w14:paraId="17D58204" w14:textId="77777777" w:rsidR="00302D64" w:rsidRDefault="00000000">
                  <w:pPr>
                    <w:keepNext/>
                  </w:pPr>
                  <w:r>
                    <w:rPr>
                      <w:b/>
                      <w:color w:val="000000"/>
                    </w:rPr>
                    <w:t>UVODNI DEL – motivacija, aktivacija predznanja in namen učenja (15–20 min)</w:t>
                  </w:r>
                </w:p>
              </w:tc>
            </w:tr>
          </w:tbl>
          <w:p w14:paraId="3E154831" w14:textId="77777777" w:rsidR="00302D64" w:rsidRDefault="00302D64">
            <w:pPr>
              <w:spacing w:line="20" w:lineRule="exact"/>
            </w:pPr>
          </w:p>
          <w:p w14:paraId="517F682D" w14:textId="77777777" w:rsidR="00302D64" w:rsidRDefault="00000000">
            <w:pPr>
              <w:spacing w:before="40" w:after="60" w:line="245" w:lineRule="auto"/>
            </w:pPr>
            <w:r>
              <w:rPr>
                <w:color w:val="000000"/>
                <w:sz w:val="17"/>
              </w:rPr>
              <w:t>Sapramiška išče, kateri del telesa ji pomaga zaznati zobobol. Učenci pokažejo, s katerimi čutili zaznavajo različne dražljaje in kako ta čutila varujejo.</w:t>
            </w:r>
          </w:p>
          <w:tbl>
            <w:tblPr>
              <w:tblStyle w:val="Tabelamrea"/>
              <w:tblW w:w="0" w:type="auto"/>
              <w:jc w:val="center"/>
              <w:tblLayout w:type="fixed"/>
              <w:tblLook w:val="04A0" w:firstRow="1" w:lastRow="0" w:firstColumn="1" w:lastColumn="0" w:noHBand="0" w:noVBand="1"/>
            </w:tblPr>
            <w:tblGrid>
              <w:gridCol w:w="7087"/>
            </w:tblGrid>
            <w:tr w:rsidR="00302D64" w14:paraId="7EB8416D" w14:textId="77777777">
              <w:trPr>
                <w:jc w:val="center"/>
              </w:trPr>
              <w:tc>
                <w:tcPr>
                  <w:tcW w:w="7087" w:type="dxa"/>
                  <w:shd w:val="clear" w:color="auto" w:fill="EDC9EA"/>
                  <w:tcMar>
                    <w:top w:w="45" w:type="dxa"/>
                    <w:left w:w="70" w:type="dxa"/>
                    <w:bottom w:w="45" w:type="dxa"/>
                    <w:right w:w="70" w:type="dxa"/>
                  </w:tcMar>
                </w:tcPr>
                <w:p w14:paraId="1FCC612A" w14:textId="77777777" w:rsidR="00302D64" w:rsidRDefault="00000000">
                  <w:pPr>
                    <w:keepNext/>
                  </w:pPr>
                  <w:r>
                    <w:rPr>
                      <w:b/>
                      <w:color w:val="000000"/>
                    </w:rPr>
                    <w:t>NAMENI UČENJA</w:t>
                  </w:r>
                </w:p>
              </w:tc>
            </w:tr>
          </w:tbl>
          <w:p w14:paraId="7DB2E323" w14:textId="77777777" w:rsidR="00302D64" w:rsidRDefault="00302D64">
            <w:pPr>
              <w:spacing w:line="20" w:lineRule="exact"/>
            </w:pPr>
          </w:p>
          <w:p w14:paraId="52C0AF53" w14:textId="77777777" w:rsidR="00302D64" w:rsidRDefault="00000000">
            <w:pPr>
              <w:spacing w:before="20" w:after="20" w:line="245" w:lineRule="auto"/>
            </w:pPr>
            <w:r>
              <w:rPr>
                <w:color w:val="000000"/>
                <w:sz w:val="16"/>
              </w:rPr>
              <w:t>Učimo se zato, da bomo lažje razumeli in odgovorno uporabili znanje v vsakdanjih situacijah.</w:t>
            </w:r>
          </w:p>
          <w:p w14:paraId="4512D580" w14:textId="77777777" w:rsidR="00302D64" w:rsidRDefault="00000000">
            <w:pPr>
              <w:pStyle w:val="Oznaenseznam"/>
              <w:spacing w:after="16"/>
            </w:pPr>
            <w:r>
              <w:rPr>
                <w:color w:val="000000"/>
                <w:sz w:val="16"/>
              </w:rPr>
              <w:t>poimenujem zunanje dele telesa</w:t>
            </w:r>
          </w:p>
          <w:p w14:paraId="7E955AE0" w14:textId="77777777" w:rsidR="00302D64" w:rsidRDefault="00000000">
            <w:pPr>
              <w:pStyle w:val="Oznaenseznam"/>
              <w:spacing w:after="16"/>
            </w:pPr>
            <w:r>
              <w:rPr>
                <w:color w:val="000000"/>
                <w:sz w:val="16"/>
              </w:rPr>
              <w:t>raziskujem s čutili</w:t>
            </w:r>
          </w:p>
          <w:p w14:paraId="42CC393D" w14:textId="77777777" w:rsidR="00302D64" w:rsidRDefault="00000000">
            <w:pPr>
              <w:pStyle w:val="Oznaenseznam"/>
              <w:spacing w:after="16"/>
            </w:pPr>
            <w:r>
              <w:rPr>
                <w:color w:val="000000"/>
                <w:sz w:val="16"/>
              </w:rPr>
              <w:t>varno skrbi za čutila</w:t>
            </w:r>
          </w:p>
          <w:tbl>
            <w:tblPr>
              <w:tblStyle w:val="Tabelamrea"/>
              <w:tblW w:w="0" w:type="auto"/>
              <w:jc w:val="center"/>
              <w:tblLayout w:type="fixed"/>
              <w:tblLook w:val="04A0" w:firstRow="1" w:lastRow="0" w:firstColumn="1" w:lastColumn="0" w:noHBand="0" w:noVBand="1"/>
            </w:tblPr>
            <w:tblGrid>
              <w:gridCol w:w="7087"/>
            </w:tblGrid>
            <w:tr w:rsidR="00302D64" w14:paraId="7393AB09" w14:textId="77777777">
              <w:trPr>
                <w:jc w:val="center"/>
              </w:trPr>
              <w:tc>
                <w:tcPr>
                  <w:tcW w:w="7087" w:type="dxa"/>
                  <w:shd w:val="clear" w:color="auto" w:fill="EDC9EA"/>
                  <w:tcMar>
                    <w:top w:w="45" w:type="dxa"/>
                    <w:left w:w="70" w:type="dxa"/>
                    <w:bottom w:w="45" w:type="dxa"/>
                    <w:right w:w="70" w:type="dxa"/>
                  </w:tcMar>
                </w:tcPr>
                <w:p w14:paraId="2FBCA85C" w14:textId="77777777" w:rsidR="00302D64" w:rsidRDefault="00000000">
                  <w:pPr>
                    <w:keepNext/>
                  </w:pPr>
                  <w:r>
                    <w:rPr>
                      <w:b/>
                      <w:color w:val="000000"/>
                    </w:rPr>
                    <w:t>PREVERJANJE PREDZNANJA</w:t>
                  </w:r>
                </w:p>
              </w:tc>
            </w:tr>
          </w:tbl>
          <w:p w14:paraId="03155B67" w14:textId="77777777" w:rsidR="00302D64" w:rsidRDefault="00302D64">
            <w:pPr>
              <w:spacing w:line="20" w:lineRule="exact"/>
            </w:pPr>
          </w:p>
          <w:p w14:paraId="65603DE1" w14:textId="77777777" w:rsidR="00302D64" w:rsidRDefault="00000000">
            <w:pPr>
              <w:pStyle w:val="Oznaenseznam"/>
              <w:spacing w:after="16"/>
            </w:pPr>
            <w:r>
              <w:rPr>
                <w:color w:val="000000"/>
                <w:sz w:val="16"/>
              </w:rPr>
              <w:t>Katere zunanje dele telesa znam poimenovati?</w:t>
            </w:r>
          </w:p>
          <w:p w14:paraId="3832DB2D" w14:textId="77777777" w:rsidR="00302D64" w:rsidRDefault="00000000">
            <w:pPr>
              <w:pStyle w:val="Oznaenseznam"/>
              <w:spacing w:after="16"/>
            </w:pPr>
            <w:r>
              <w:rPr>
                <w:color w:val="000000"/>
                <w:sz w:val="16"/>
              </w:rPr>
              <w:t>Katero čutilo mi pomaga pri posameznem opažanju?</w:t>
            </w:r>
          </w:p>
          <w:p w14:paraId="120F1030"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2207C521" w14:textId="77777777">
              <w:trPr>
                <w:jc w:val="center"/>
              </w:trPr>
              <w:tc>
                <w:tcPr>
                  <w:tcW w:w="7087" w:type="dxa"/>
                  <w:shd w:val="clear" w:color="auto" w:fill="EDC9EA"/>
                  <w:tcMar>
                    <w:top w:w="45" w:type="dxa"/>
                    <w:left w:w="70" w:type="dxa"/>
                    <w:bottom w:w="45" w:type="dxa"/>
                    <w:right w:w="70" w:type="dxa"/>
                  </w:tcMar>
                </w:tcPr>
                <w:p w14:paraId="66ECB5CF" w14:textId="77777777" w:rsidR="00302D64" w:rsidRDefault="00000000">
                  <w:pPr>
                    <w:keepNext/>
                  </w:pPr>
                  <w:r>
                    <w:rPr>
                      <w:b/>
                      <w:color w:val="000000"/>
                    </w:rPr>
                    <w:t>KRITERIJI USPEŠNOSTI</w:t>
                  </w:r>
                </w:p>
              </w:tc>
            </w:tr>
          </w:tbl>
          <w:p w14:paraId="1F22514A" w14:textId="77777777" w:rsidR="00302D64" w:rsidRDefault="00302D64"/>
          <w:p w14:paraId="0295569C" w14:textId="77777777" w:rsidR="00302D64" w:rsidRDefault="00000000">
            <w:pPr>
              <w:spacing w:before="20" w:after="20" w:line="245" w:lineRule="auto"/>
            </w:pPr>
            <w:r>
              <w:rPr>
                <w:b/>
                <w:color w:val="000000"/>
                <w:sz w:val="16"/>
              </w:rPr>
              <w:t>Uspešen/-na bom, ko:</w:t>
            </w:r>
          </w:p>
          <w:p w14:paraId="3628402A" w14:textId="77777777" w:rsidR="00302D64" w:rsidRDefault="00000000">
            <w:pPr>
              <w:pStyle w:val="Oznaenseznam"/>
              <w:spacing w:after="16"/>
            </w:pPr>
            <w:r>
              <w:rPr>
                <w:color w:val="000000"/>
                <w:sz w:val="16"/>
              </w:rPr>
              <w:t>poimenujem zunanje dele telesa</w:t>
            </w:r>
          </w:p>
          <w:p w14:paraId="41326C84" w14:textId="77777777" w:rsidR="00302D64" w:rsidRDefault="00000000">
            <w:pPr>
              <w:pStyle w:val="Oznaenseznam"/>
              <w:spacing w:after="16"/>
            </w:pPr>
            <w:r>
              <w:rPr>
                <w:color w:val="000000"/>
                <w:sz w:val="16"/>
              </w:rPr>
              <w:t>raziskujem s čutili</w:t>
            </w:r>
          </w:p>
          <w:p w14:paraId="4679EBF4" w14:textId="77777777" w:rsidR="00302D64" w:rsidRDefault="00000000">
            <w:pPr>
              <w:pStyle w:val="Oznaenseznam"/>
              <w:spacing w:after="16"/>
            </w:pPr>
            <w:r>
              <w:rPr>
                <w:color w:val="000000"/>
                <w:sz w:val="16"/>
              </w:rPr>
              <w:t>varno skrbi za čutila</w:t>
            </w:r>
          </w:p>
          <w:p w14:paraId="4E5DCDFA"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7FB3BD98" w14:textId="77777777" w:rsidR="00302D64" w:rsidRDefault="00302D64"/>
          <w:p w14:paraId="2D7D5EE4" w14:textId="77777777" w:rsidR="00302D64" w:rsidRDefault="00000000">
            <w:pPr>
              <w:spacing w:after="80" w:line="245" w:lineRule="auto"/>
            </w:pPr>
            <w:r>
              <w:rPr>
                <w:color w:val="000000"/>
                <w:sz w:val="16"/>
              </w:rPr>
              <w:t>Posluša ali opazuje književno oziroma predmetno izhodišče ter se vključi z gibom, sliko ali besedo.</w:t>
            </w:r>
          </w:p>
          <w:p w14:paraId="3DAE0F3E" w14:textId="77777777" w:rsidR="00302D64" w:rsidRDefault="00000000">
            <w:pPr>
              <w:spacing w:after="80" w:line="245" w:lineRule="auto"/>
            </w:pPr>
            <w:r>
              <w:rPr>
                <w:color w:val="000000"/>
                <w:sz w:val="16"/>
              </w:rPr>
              <w:t>Pove, pokaže ali nariše, kaj že ve. Posluša zamisli drugih.</w:t>
            </w:r>
          </w:p>
          <w:p w14:paraId="598BA320" w14:textId="77777777" w:rsidR="00302D64" w:rsidRDefault="00000000">
            <w:pPr>
              <w:spacing w:after="100" w:line="245" w:lineRule="auto"/>
            </w:pPr>
            <w:r>
              <w:rPr>
                <w:color w:val="000000"/>
                <w:sz w:val="16"/>
              </w:rPr>
              <w:t>Sodeluje pri razumevanju namenov in kriterijev uspešnosti.</w:t>
            </w:r>
          </w:p>
          <w:p w14:paraId="5CFDE827" w14:textId="77777777" w:rsidR="00302D64" w:rsidRDefault="00000000">
            <w:pPr>
              <w:spacing w:after="20" w:line="245" w:lineRule="auto"/>
            </w:pPr>
            <w:r>
              <w:rPr>
                <w:b/>
                <w:color w:val="D95BC6"/>
                <w:sz w:val="17"/>
              </w:rPr>
              <w:t>DOKAZ O UČENJU</w:t>
            </w:r>
          </w:p>
          <w:p w14:paraId="13BFFEBB" w14:textId="77777777" w:rsidR="00302D64" w:rsidRDefault="00000000">
            <w:pPr>
              <w:spacing w:after="30" w:line="245" w:lineRule="auto"/>
            </w:pPr>
            <w:r>
              <w:rPr>
                <w:color w:val="D95BC6"/>
                <w:sz w:val="16"/>
              </w:rPr>
              <w:t>začetna zamisel, razvrstitev, risba ali ustni odgovor</w:t>
            </w:r>
          </w:p>
        </w:tc>
      </w:tr>
    </w:tbl>
    <w:p w14:paraId="47F5618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23657F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BAC6A6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07B3895" w14:textId="77777777" w:rsidR="00302D64" w:rsidRDefault="00000000">
            <w:pPr>
              <w:jc w:val="center"/>
            </w:pPr>
            <w:r>
              <w:rPr>
                <w:b/>
                <w:color w:val="000000"/>
                <w:sz w:val="20"/>
              </w:rPr>
              <w:t>UČNE DEJAVNOSTI, METODE IN FORMATIVNO SPREMLJANJE</w:t>
            </w:r>
          </w:p>
        </w:tc>
      </w:tr>
      <w:tr w:rsidR="00302D64" w14:paraId="53F9E99B" w14:textId="77777777">
        <w:trPr>
          <w:tblHeader/>
          <w:jc w:val="center"/>
        </w:trPr>
        <w:tc>
          <w:tcPr>
            <w:tcW w:w="4422" w:type="dxa"/>
            <w:vMerge/>
            <w:tcMar>
              <w:top w:w="70" w:type="dxa"/>
              <w:left w:w="90" w:type="dxa"/>
              <w:bottom w:w="70" w:type="dxa"/>
              <w:right w:w="90" w:type="dxa"/>
            </w:tcMar>
            <w:vAlign w:val="center"/>
          </w:tcPr>
          <w:p w14:paraId="59D95C2C" w14:textId="77777777" w:rsidR="00302D64" w:rsidRDefault="00302D64"/>
        </w:tc>
        <w:tc>
          <w:tcPr>
            <w:tcW w:w="7087" w:type="dxa"/>
            <w:shd w:val="clear" w:color="auto" w:fill="FFFFFF"/>
            <w:tcMar>
              <w:top w:w="70" w:type="dxa"/>
              <w:left w:w="90" w:type="dxa"/>
              <w:bottom w:w="70" w:type="dxa"/>
              <w:right w:w="90" w:type="dxa"/>
            </w:tcMar>
            <w:vAlign w:val="center"/>
          </w:tcPr>
          <w:p w14:paraId="02B1DBB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473CF1" w14:textId="77777777" w:rsidR="00302D64" w:rsidRDefault="00000000">
            <w:pPr>
              <w:jc w:val="center"/>
            </w:pPr>
            <w:r>
              <w:rPr>
                <w:b/>
                <w:color w:val="000000"/>
              </w:rPr>
              <w:t>UČENEC</w:t>
            </w:r>
          </w:p>
        </w:tc>
      </w:tr>
      <w:tr w:rsidR="00302D64" w14:paraId="11D6B974" w14:textId="77777777">
        <w:trPr>
          <w:jc w:val="center"/>
        </w:trPr>
        <w:tc>
          <w:tcPr>
            <w:tcW w:w="4422" w:type="dxa"/>
            <w:tcMar>
              <w:top w:w="70" w:type="dxa"/>
              <w:left w:w="90" w:type="dxa"/>
              <w:bottom w:w="70" w:type="dxa"/>
              <w:right w:w="90" w:type="dxa"/>
            </w:tcMar>
          </w:tcPr>
          <w:p w14:paraId="3583BA0C" w14:textId="77777777" w:rsidR="00302D64" w:rsidRDefault="00302D64"/>
          <w:p w14:paraId="198536ED" w14:textId="77777777" w:rsidR="00302D64" w:rsidRDefault="00000000">
            <w:pPr>
              <w:spacing w:after="40" w:line="245" w:lineRule="auto"/>
            </w:pPr>
            <w:r>
              <w:rPr>
                <w:b/>
                <w:color w:val="000000"/>
              </w:rPr>
              <w:t>KLJUČNI POJMI</w:t>
            </w:r>
          </w:p>
          <w:p w14:paraId="2698F066" w14:textId="77777777" w:rsidR="00302D64" w:rsidRDefault="00000000">
            <w:pPr>
              <w:spacing w:after="80" w:line="245" w:lineRule="auto"/>
            </w:pPr>
            <w:r>
              <w:rPr>
                <w:color w:val="000000"/>
                <w:sz w:val="16"/>
              </w:rPr>
              <w:t>telo, zunanji del telesa, oko, uho, nos, jezik, koža, čutilo, dražljaj, zobje, zasebnost</w:t>
            </w:r>
          </w:p>
          <w:p w14:paraId="544B4BC6" w14:textId="77777777" w:rsidR="00302D64" w:rsidRDefault="00000000">
            <w:pPr>
              <w:spacing w:after="20" w:line="245" w:lineRule="auto"/>
            </w:pPr>
            <w:r>
              <w:rPr>
                <w:b/>
                <w:color w:val="000000"/>
              </w:rPr>
              <w:t>DOKAZI O UČENJU</w:t>
            </w:r>
          </w:p>
          <w:p w14:paraId="67A6D926" w14:textId="77777777" w:rsidR="00302D64" w:rsidRDefault="00000000">
            <w:pPr>
              <w:pStyle w:val="Oznaenseznam"/>
              <w:spacing w:after="16"/>
            </w:pPr>
            <w:r>
              <w:rPr>
                <w:color w:val="000000"/>
                <w:sz w:val="16"/>
              </w:rPr>
              <w:t>označen telesni obris</w:t>
            </w:r>
          </w:p>
          <w:p w14:paraId="06E56811" w14:textId="77777777" w:rsidR="00302D64" w:rsidRDefault="00000000">
            <w:pPr>
              <w:pStyle w:val="Oznaenseznam"/>
              <w:spacing w:after="16"/>
            </w:pPr>
            <w:r>
              <w:rPr>
                <w:color w:val="000000"/>
                <w:sz w:val="16"/>
              </w:rPr>
              <w:t>slikovni čutni zapis</w:t>
            </w:r>
          </w:p>
          <w:p w14:paraId="29D5FED0" w14:textId="77777777" w:rsidR="00302D64" w:rsidRDefault="00000000">
            <w:pPr>
              <w:pStyle w:val="Oznaenseznam"/>
              <w:spacing w:after="16"/>
            </w:pPr>
            <w:r>
              <w:rPr>
                <w:color w:val="000000"/>
                <w:sz w:val="16"/>
              </w:rPr>
              <w:t>praktična demonstracija varne skrbi</w:t>
            </w:r>
          </w:p>
          <w:p w14:paraId="119D329A" w14:textId="77777777" w:rsidR="00302D64" w:rsidRDefault="00000000">
            <w:pPr>
              <w:spacing w:before="40" w:after="20" w:line="245" w:lineRule="auto"/>
            </w:pPr>
            <w:r>
              <w:rPr>
                <w:b/>
                <w:color w:val="000000"/>
              </w:rPr>
              <w:t>MEDPREDMETNA POVEZAVA</w:t>
            </w:r>
          </w:p>
          <w:p w14:paraId="56AB0AE5" w14:textId="77777777" w:rsidR="00302D64" w:rsidRDefault="00000000">
            <w:pPr>
              <w:spacing w:after="60" w:line="245" w:lineRule="auto"/>
            </w:pPr>
            <w:r>
              <w:rPr>
                <w:color w:val="000000"/>
                <w:sz w:val="16"/>
              </w:rPr>
              <w:t>SLJ – natančno poimenovanje; ŠPO – gibanje delov telesa; LUM – telesni obris; ZDRAVJE – nega čutil in zob</w:t>
            </w:r>
          </w:p>
          <w:p w14:paraId="7ACDE1EF" w14:textId="77777777" w:rsidR="00302D64" w:rsidRDefault="00000000">
            <w:pPr>
              <w:spacing w:after="20" w:line="245" w:lineRule="auto"/>
            </w:pPr>
            <w:r>
              <w:rPr>
                <w:b/>
                <w:color w:val="000000"/>
              </w:rPr>
              <w:t>POUČEVANJE V GIBANJU</w:t>
            </w:r>
          </w:p>
          <w:p w14:paraId="4761797F"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17ED7BB" w14:textId="77777777" w:rsidR="00302D64" w:rsidRDefault="00000000">
            <w:pPr>
              <w:spacing w:after="20" w:line="245" w:lineRule="auto"/>
            </w:pPr>
            <w:r>
              <w:rPr>
                <w:b/>
                <w:color w:val="000000"/>
              </w:rPr>
              <w:t>UČENJE PO ŠTIRIH POSTAJAH</w:t>
            </w:r>
          </w:p>
          <w:p w14:paraId="7A26C532"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3C680C12" w14:textId="77777777" w:rsidR="00302D64" w:rsidRDefault="00000000">
            <w:pPr>
              <w:spacing w:after="20" w:line="245" w:lineRule="auto"/>
            </w:pPr>
            <w:r>
              <w:rPr>
                <w:b/>
                <w:color w:val="000000"/>
              </w:rPr>
              <w:t>DIFERENCIACIJA IN VKLJUČEVANJE</w:t>
            </w:r>
          </w:p>
          <w:p w14:paraId="7EA3EC1F" w14:textId="77777777" w:rsidR="00302D64" w:rsidRDefault="00000000">
            <w:pPr>
              <w:spacing w:after="60" w:line="245" w:lineRule="auto"/>
            </w:pPr>
            <w:r>
              <w:rPr>
                <w:color w:val="000000"/>
                <w:sz w:val="16"/>
              </w:rPr>
              <w:t>Učenec lahko sodeluje le pri prijetnih dražljajih; upoštevajo se alergije in senzorna občutljivost; naprednejši pojasni sodelovanje več čutil.</w:t>
            </w:r>
          </w:p>
          <w:p w14:paraId="71A65C71" w14:textId="77777777" w:rsidR="00302D64" w:rsidRDefault="00000000">
            <w:pPr>
              <w:spacing w:after="20" w:line="245" w:lineRule="auto"/>
            </w:pPr>
            <w:r>
              <w:rPr>
                <w:b/>
                <w:color w:val="000000"/>
              </w:rPr>
              <w:t>SPREMLJANJE</w:t>
            </w:r>
          </w:p>
          <w:p w14:paraId="16354C92"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5C737B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EEECE05" w14:textId="77777777">
              <w:trPr>
                <w:jc w:val="center"/>
              </w:trPr>
              <w:tc>
                <w:tcPr>
                  <w:tcW w:w="7087" w:type="dxa"/>
                  <w:shd w:val="clear" w:color="auto" w:fill="C6E7F3"/>
                  <w:tcMar>
                    <w:top w:w="45" w:type="dxa"/>
                    <w:left w:w="70" w:type="dxa"/>
                    <w:bottom w:w="45" w:type="dxa"/>
                    <w:right w:w="70" w:type="dxa"/>
                  </w:tcMar>
                </w:tcPr>
                <w:p w14:paraId="16B0FD36" w14:textId="77777777" w:rsidR="00302D64" w:rsidRDefault="00000000">
                  <w:pPr>
                    <w:keepNext/>
                  </w:pPr>
                  <w:r>
                    <w:t>GLAVNI DEL – IZKUŠENJSKO IN POSTAJNO UČENJE (3 šolske ure)</w:t>
                  </w:r>
                </w:p>
              </w:tc>
            </w:tr>
          </w:tbl>
          <w:p w14:paraId="4A6261A5" w14:textId="77777777" w:rsidR="00302D64" w:rsidRDefault="00302D64">
            <w:pPr>
              <w:spacing w:line="20" w:lineRule="exact"/>
            </w:pPr>
          </w:p>
          <w:p w14:paraId="3B48C9E3" w14:textId="77777777" w:rsidR="00302D64" w:rsidRDefault="00000000">
            <w:pPr>
              <w:keepNext/>
              <w:spacing w:before="60" w:after="20" w:line="245" w:lineRule="auto"/>
            </w:pPr>
            <w:r>
              <w:rPr>
                <w:b/>
                <w:color w:val="000000"/>
              </w:rPr>
              <w:t>1. URA – Telesni zemljevid</w:t>
            </w:r>
          </w:p>
          <w:p w14:paraId="7275E639" w14:textId="77777777" w:rsidR="00302D64" w:rsidRDefault="00000000">
            <w:pPr>
              <w:spacing w:after="20" w:line="245" w:lineRule="auto"/>
            </w:pPr>
            <w:r>
              <w:rPr>
                <w:b/>
                <w:color w:val="000000"/>
                <w:sz w:val="16"/>
              </w:rPr>
              <w:t xml:space="preserve">Dejavnost učiteljice: </w:t>
            </w:r>
            <w:r>
              <w:rPr>
                <w:color w:val="000000"/>
                <w:sz w:val="16"/>
              </w:rPr>
              <w:t>Na velikem obrisu telesa vodi poimenovanje zunanjih delov in poudari spoštljiv jezik ter telesno zasebnost.</w:t>
            </w:r>
          </w:p>
          <w:p w14:paraId="300E13F7" w14:textId="77777777" w:rsidR="00302D64" w:rsidRDefault="00000000">
            <w:pPr>
              <w:spacing w:after="20" w:line="245" w:lineRule="auto"/>
            </w:pPr>
            <w:r>
              <w:rPr>
                <w:b/>
                <w:color w:val="000000"/>
                <w:sz w:val="16"/>
              </w:rPr>
              <w:t xml:space="preserve">Dejavnost učencev: </w:t>
            </w:r>
            <w:r>
              <w:rPr>
                <w:color w:val="000000"/>
                <w:sz w:val="16"/>
              </w:rPr>
              <w:t>Kartice pravilno namestijo, izvedejo gib z izbranim delom in povedo njegovo nalogo.</w:t>
            </w:r>
          </w:p>
          <w:p w14:paraId="2720BCEE" w14:textId="77777777" w:rsidR="00302D64" w:rsidRDefault="00000000">
            <w:pPr>
              <w:spacing w:after="40" w:line="245" w:lineRule="auto"/>
            </w:pPr>
            <w:r>
              <w:rPr>
                <w:i/>
                <w:color w:val="D95BC6"/>
                <w:sz w:val="16"/>
              </w:rPr>
              <w:t>Predvideni dokaz: označen telesni obris.</w:t>
            </w:r>
          </w:p>
          <w:p w14:paraId="2DFCB3E7" w14:textId="77777777" w:rsidR="00302D64" w:rsidRDefault="00000000">
            <w:pPr>
              <w:keepNext/>
              <w:spacing w:before="60" w:after="20" w:line="245" w:lineRule="auto"/>
            </w:pPr>
            <w:r>
              <w:rPr>
                <w:b/>
                <w:color w:val="000000"/>
              </w:rPr>
              <w:t>2. URA – Postaje petih čutil</w:t>
            </w:r>
          </w:p>
          <w:p w14:paraId="528E7CA8" w14:textId="77777777" w:rsidR="00302D64" w:rsidRDefault="00000000">
            <w:pPr>
              <w:spacing w:after="20" w:line="245" w:lineRule="auto"/>
            </w:pPr>
            <w:r>
              <w:rPr>
                <w:b/>
                <w:color w:val="000000"/>
                <w:sz w:val="16"/>
              </w:rPr>
              <w:t xml:space="preserve">Dejavnost učiteljice: </w:t>
            </w:r>
            <w:r>
              <w:rPr>
                <w:color w:val="000000"/>
                <w:sz w:val="16"/>
              </w:rPr>
              <w:t>Pripravi varne, nealergene in nehigiensko neoporečne dražljaje; učence vodi od dražljaja do čutila.</w:t>
            </w:r>
          </w:p>
          <w:p w14:paraId="3F512DC5" w14:textId="77777777" w:rsidR="00302D64" w:rsidRDefault="00000000">
            <w:pPr>
              <w:spacing w:after="20" w:line="245" w:lineRule="auto"/>
            </w:pPr>
            <w:r>
              <w:rPr>
                <w:b/>
                <w:color w:val="000000"/>
                <w:sz w:val="16"/>
              </w:rPr>
              <w:t xml:space="preserve">Dejavnost učencev: </w:t>
            </w:r>
            <w:r>
              <w:rPr>
                <w:color w:val="000000"/>
                <w:sz w:val="16"/>
              </w:rPr>
              <w:t>Na postajah opazujejo, povežejo zaznavo s čutilom in primerjajo, katera čutila sodelujejo.</w:t>
            </w:r>
          </w:p>
          <w:p w14:paraId="2855B842" w14:textId="77777777" w:rsidR="00302D64" w:rsidRDefault="00000000">
            <w:pPr>
              <w:spacing w:after="40" w:line="245" w:lineRule="auto"/>
            </w:pPr>
            <w:r>
              <w:rPr>
                <w:i/>
                <w:color w:val="D95BC6"/>
                <w:sz w:val="16"/>
              </w:rPr>
              <w:t>Predvideni dokaz: slikovni čutni zapis.</w:t>
            </w:r>
          </w:p>
          <w:p w14:paraId="7B8A7FB5" w14:textId="77777777" w:rsidR="00302D64" w:rsidRDefault="00000000">
            <w:pPr>
              <w:keepNext/>
              <w:spacing w:before="60" w:after="20" w:line="245" w:lineRule="auto"/>
            </w:pPr>
            <w:r>
              <w:rPr>
                <w:b/>
                <w:color w:val="000000"/>
              </w:rPr>
              <w:t>3. URA – Skrb za čutila in zobe</w:t>
            </w:r>
          </w:p>
          <w:p w14:paraId="0B524AC1" w14:textId="77777777" w:rsidR="00302D64" w:rsidRDefault="00000000">
            <w:pPr>
              <w:spacing w:after="20" w:line="245" w:lineRule="auto"/>
            </w:pPr>
            <w:r>
              <w:rPr>
                <w:b/>
                <w:color w:val="000000"/>
                <w:sz w:val="16"/>
              </w:rPr>
              <w:t xml:space="preserve">Dejavnost učiteljice: </w:t>
            </w:r>
            <w:r>
              <w:rPr>
                <w:color w:val="000000"/>
                <w:sz w:val="16"/>
              </w:rPr>
              <w:t>Predstavi situacije hrup, močna svetloba, umazane roke, tujek v očesu in nega zob.</w:t>
            </w:r>
          </w:p>
          <w:p w14:paraId="6F0A754C" w14:textId="77777777" w:rsidR="00302D64" w:rsidRDefault="00000000">
            <w:pPr>
              <w:spacing w:after="20" w:line="245" w:lineRule="auto"/>
            </w:pPr>
            <w:r>
              <w:rPr>
                <w:b/>
                <w:color w:val="000000"/>
                <w:sz w:val="16"/>
              </w:rPr>
              <w:t xml:space="preserve">Dejavnost učencev: </w:t>
            </w:r>
            <w:r>
              <w:rPr>
                <w:color w:val="000000"/>
                <w:sz w:val="16"/>
              </w:rPr>
              <w:t>Izberejo varno ravnanje, vadijo pravilno čiščenje modela zob in povedo, kdaj poiščejo odraslo pomoč.</w:t>
            </w:r>
          </w:p>
          <w:p w14:paraId="7F42E4BC" w14:textId="77777777" w:rsidR="00302D64" w:rsidRDefault="00000000">
            <w:pPr>
              <w:spacing w:after="40" w:line="245" w:lineRule="auto"/>
            </w:pPr>
            <w:r>
              <w:rPr>
                <w:i/>
                <w:color w:val="D95BC6"/>
                <w:sz w:val="16"/>
              </w:rPr>
              <w:t>Predvideni dokaz: praktična demonstracija varne skrbi.</w:t>
            </w:r>
          </w:p>
          <w:tbl>
            <w:tblPr>
              <w:tblStyle w:val="Tabelamrea"/>
              <w:tblW w:w="0" w:type="auto"/>
              <w:jc w:val="center"/>
              <w:tblLayout w:type="fixed"/>
              <w:tblLook w:val="04A0" w:firstRow="1" w:lastRow="0" w:firstColumn="1" w:lastColumn="0" w:noHBand="0" w:noVBand="1"/>
            </w:tblPr>
            <w:tblGrid>
              <w:gridCol w:w="7087"/>
            </w:tblGrid>
            <w:tr w:rsidR="00302D64" w14:paraId="7D371A1C" w14:textId="77777777">
              <w:trPr>
                <w:jc w:val="center"/>
              </w:trPr>
              <w:tc>
                <w:tcPr>
                  <w:tcW w:w="7087" w:type="dxa"/>
                  <w:shd w:val="clear" w:color="auto" w:fill="EDC9EA"/>
                  <w:tcMar>
                    <w:top w:w="45" w:type="dxa"/>
                    <w:left w:w="70" w:type="dxa"/>
                    <w:bottom w:w="45" w:type="dxa"/>
                    <w:right w:w="70" w:type="dxa"/>
                  </w:tcMar>
                </w:tcPr>
                <w:p w14:paraId="444DF183" w14:textId="77777777" w:rsidR="00302D64" w:rsidRDefault="00000000">
                  <w:pPr>
                    <w:keepNext/>
                  </w:pPr>
                  <w:r>
                    <w:rPr>
                      <w:b/>
                      <w:color w:val="000000"/>
                    </w:rPr>
                    <w:t>UČENJE PO ŠTIRIH POSTAJAH (6–8 min na postajo)</w:t>
                  </w:r>
                </w:p>
              </w:tc>
            </w:tr>
          </w:tbl>
          <w:p w14:paraId="45F1971D"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603EFF96" w14:textId="77777777" w:rsidR="00302D64" w:rsidRDefault="00000000">
            <w:pPr>
              <w:spacing w:after="20" w:line="245" w:lineRule="auto"/>
            </w:pPr>
            <w:r>
              <w:rPr>
                <w:b/>
                <w:color w:val="000000"/>
                <w:sz w:val="16"/>
              </w:rPr>
              <w:t xml:space="preserve">RAZISKOVALNA POSTAJA – Telesni zemljevid: </w:t>
            </w:r>
            <w:r>
              <w:rPr>
                <w:color w:val="000000"/>
                <w:sz w:val="16"/>
              </w:rPr>
              <w:t>Kartice pravilno namestijo, izvedejo gib z izbranim delom in povedo njegovo nalogo.</w:t>
            </w:r>
          </w:p>
          <w:p w14:paraId="6BE00557" w14:textId="77777777" w:rsidR="00302D64" w:rsidRDefault="00000000">
            <w:pPr>
              <w:spacing w:after="20" w:line="245" w:lineRule="auto"/>
            </w:pPr>
            <w:r>
              <w:rPr>
                <w:b/>
                <w:color w:val="000000"/>
                <w:sz w:val="16"/>
              </w:rPr>
              <w:t xml:space="preserve">PRAKTIČNA POSTAJA – Postaje petih čutil: </w:t>
            </w:r>
            <w:r>
              <w:rPr>
                <w:color w:val="000000"/>
                <w:sz w:val="16"/>
              </w:rPr>
              <w:t>Na postajah opazujejo, povežejo zaznavo s čutilom in primerjajo, katera čutila sodelujejo.</w:t>
            </w:r>
          </w:p>
          <w:p w14:paraId="0C39D15F" w14:textId="77777777" w:rsidR="00302D64" w:rsidRDefault="00000000">
            <w:pPr>
              <w:spacing w:after="20" w:line="245" w:lineRule="auto"/>
            </w:pPr>
            <w:r>
              <w:rPr>
                <w:b/>
                <w:color w:val="000000"/>
                <w:sz w:val="16"/>
              </w:rPr>
              <w:t xml:space="preserve">GIBALNO-SODELOVALNA POSTAJA – Skrb za čutila in zobe: </w:t>
            </w:r>
            <w:r>
              <w:rPr>
                <w:color w:val="000000"/>
                <w:sz w:val="16"/>
              </w:rPr>
              <w:t>Izberejo varno ravnanje, vadijo pravilno čiščenje modela zob in povedo, kdaj poiščejo odraslo pomoč.</w:t>
            </w:r>
          </w:p>
          <w:p w14:paraId="2121D93E" w14:textId="77777777" w:rsidR="00302D64" w:rsidRDefault="00000000">
            <w:pPr>
              <w:spacing w:after="20" w:line="245" w:lineRule="auto"/>
            </w:pPr>
            <w:r>
              <w:rPr>
                <w:b/>
                <w:color w:val="000000"/>
                <w:sz w:val="16"/>
              </w:rPr>
              <w:t xml:space="preserve">POSTAJA DOKAZA IN REFLEKSIJE: </w:t>
            </w:r>
            <w:r>
              <w:rPr>
                <w:color w:val="000000"/>
                <w:sz w:val="16"/>
              </w:rPr>
              <w:t>Izberejo en dokaz (označen telesni obris, slikovni čutni zapis),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219429FD" w14:textId="77777777">
              <w:trPr>
                <w:jc w:val="center"/>
              </w:trPr>
              <w:tc>
                <w:tcPr>
                  <w:tcW w:w="7087" w:type="dxa"/>
                  <w:shd w:val="clear" w:color="auto" w:fill="EDC9EA"/>
                  <w:tcMar>
                    <w:top w:w="45" w:type="dxa"/>
                    <w:left w:w="70" w:type="dxa"/>
                    <w:bottom w:w="45" w:type="dxa"/>
                    <w:right w:w="70" w:type="dxa"/>
                  </w:tcMar>
                </w:tcPr>
                <w:p w14:paraId="2A97EE0D" w14:textId="77777777" w:rsidR="00302D64" w:rsidRDefault="00000000">
                  <w:pPr>
                    <w:keepNext/>
                  </w:pPr>
                  <w:r>
                    <w:rPr>
                      <w:b/>
                      <w:color w:val="000000"/>
                    </w:rPr>
                    <w:t>POVRATNA INFORMACIJA UČITELJICE MED DELOM</w:t>
                  </w:r>
                </w:p>
              </w:tc>
            </w:tr>
          </w:tbl>
          <w:p w14:paraId="4C1B8A67" w14:textId="77777777" w:rsidR="00302D64" w:rsidRDefault="00302D64"/>
          <w:p w14:paraId="579973CC"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34FC45E8" w14:textId="77777777" w:rsidR="00302D64" w:rsidRDefault="00302D64"/>
          <w:p w14:paraId="4D12A53B" w14:textId="77777777" w:rsidR="00302D64" w:rsidRDefault="00000000">
            <w:pPr>
              <w:spacing w:after="20" w:line="245" w:lineRule="auto"/>
            </w:pPr>
            <w:r>
              <w:rPr>
                <w:b/>
                <w:color w:val="000000"/>
                <w:sz w:val="17"/>
              </w:rPr>
              <w:t>1. URA</w:t>
            </w:r>
          </w:p>
          <w:p w14:paraId="5F599B01" w14:textId="77777777" w:rsidR="00302D64" w:rsidRDefault="00000000">
            <w:pPr>
              <w:spacing w:after="40" w:line="245" w:lineRule="auto"/>
            </w:pPr>
            <w:r>
              <w:rPr>
                <w:color w:val="000000"/>
                <w:sz w:val="16"/>
              </w:rPr>
              <w:t>Kartice pravilno namestijo, izvedejo gib z izbranim delom in povedo njegovo nalogo.</w:t>
            </w:r>
          </w:p>
          <w:p w14:paraId="0B9C55A6" w14:textId="77777777" w:rsidR="00302D64" w:rsidRDefault="00000000">
            <w:pPr>
              <w:spacing w:line="245" w:lineRule="auto"/>
            </w:pPr>
            <w:r>
              <w:rPr>
                <w:b/>
                <w:color w:val="D95BC6"/>
                <w:sz w:val="16"/>
              </w:rPr>
              <w:t>DOKAZ</w:t>
            </w:r>
          </w:p>
          <w:p w14:paraId="078E8472" w14:textId="77777777" w:rsidR="00302D64" w:rsidRDefault="00000000">
            <w:pPr>
              <w:spacing w:after="60" w:line="245" w:lineRule="auto"/>
            </w:pPr>
            <w:r>
              <w:rPr>
                <w:color w:val="D95BC6"/>
                <w:sz w:val="16"/>
              </w:rPr>
              <w:t>označen telesni obris</w:t>
            </w:r>
          </w:p>
          <w:p w14:paraId="017BB34E" w14:textId="77777777" w:rsidR="00302D64" w:rsidRDefault="00000000">
            <w:pPr>
              <w:spacing w:after="20" w:line="245" w:lineRule="auto"/>
            </w:pPr>
            <w:r>
              <w:rPr>
                <w:b/>
                <w:color w:val="000000"/>
                <w:sz w:val="17"/>
              </w:rPr>
              <w:t>2. URA</w:t>
            </w:r>
          </w:p>
          <w:p w14:paraId="019A590F" w14:textId="77777777" w:rsidR="00302D64" w:rsidRDefault="00000000">
            <w:pPr>
              <w:spacing w:after="40" w:line="245" w:lineRule="auto"/>
            </w:pPr>
            <w:r>
              <w:rPr>
                <w:color w:val="000000"/>
                <w:sz w:val="16"/>
              </w:rPr>
              <w:t>Na postajah opazujejo, povežejo zaznavo s čutilom in primerjajo, katera čutila sodelujejo.</w:t>
            </w:r>
          </w:p>
          <w:p w14:paraId="19573DE3" w14:textId="77777777" w:rsidR="00302D64" w:rsidRDefault="00000000">
            <w:pPr>
              <w:spacing w:line="245" w:lineRule="auto"/>
            </w:pPr>
            <w:r>
              <w:rPr>
                <w:b/>
                <w:color w:val="D95BC6"/>
                <w:sz w:val="16"/>
              </w:rPr>
              <w:t>DOKAZ</w:t>
            </w:r>
          </w:p>
          <w:p w14:paraId="42EDFD99" w14:textId="77777777" w:rsidR="00302D64" w:rsidRDefault="00000000">
            <w:pPr>
              <w:spacing w:after="60" w:line="245" w:lineRule="auto"/>
            </w:pPr>
            <w:r>
              <w:rPr>
                <w:color w:val="D95BC6"/>
                <w:sz w:val="16"/>
              </w:rPr>
              <w:t>slikovni čutni zapis</w:t>
            </w:r>
          </w:p>
          <w:p w14:paraId="3F26B6C1" w14:textId="77777777" w:rsidR="00302D64" w:rsidRDefault="00000000">
            <w:pPr>
              <w:spacing w:after="20" w:line="245" w:lineRule="auto"/>
            </w:pPr>
            <w:r>
              <w:rPr>
                <w:b/>
                <w:color w:val="000000"/>
                <w:sz w:val="17"/>
              </w:rPr>
              <w:t>3. URA</w:t>
            </w:r>
          </w:p>
          <w:p w14:paraId="4B3DD5F1" w14:textId="77777777" w:rsidR="00302D64" w:rsidRDefault="00000000">
            <w:pPr>
              <w:spacing w:after="40" w:line="245" w:lineRule="auto"/>
            </w:pPr>
            <w:r>
              <w:rPr>
                <w:color w:val="000000"/>
                <w:sz w:val="16"/>
              </w:rPr>
              <w:t>Izberejo varno ravnanje, vadijo pravilno čiščenje modela zob in povedo, kdaj poiščejo odraslo pomoč.</w:t>
            </w:r>
          </w:p>
          <w:p w14:paraId="1E455180" w14:textId="77777777" w:rsidR="00302D64" w:rsidRDefault="00000000">
            <w:pPr>
              <w:spacing w:line="245" w:lineRule="auto"/>
            </w:pPr>
            <w:r>
              <w:rPr>
                <w:b/>
                <w:color w:val="D95BC6"/>
                <w:sz w:val="16"/>
              </w:rPr>
              <w:t>DOKAZ</w:t>
            </w:r>
          </w:p>
          <w:p w14:paraId="645451E5" w14:textId="77777777" w:rsidR="00302D64" w:rsidRDefault="00000000">
            <w:pPr>
              <w:spacing w:after="60" w:line="245" w:lineRule="auto"/>
            </w:pPr>
            <w:r>
              <w:rPr>
                <w:color w:val="D95BC6"/>
                <w:sz w:val="16"/>
              </w:rPr>
              <w:t>praktična demonstracija varne skrbi</w:t>
            </w:r>
          </w:p>
        </w:tc>
      </w:tr>
    </w:tbl>
    <w:p w14:paraId="759542E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8EBBBB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A344E6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3B02E44" w14:textId="77777777" w:rsidR="00302D64" w:rsidRDefault="00000000">
            <w:pPr>
              <w:jc w:val="center"/>
            </w:pPr>
            <w:r>
              <w:rPr>
                <w:b/>
                <w:color w:val="000000"/>
                <w:sz w:val="20"/>
              </w:rPr>
              <w:t>UČNE DEJAVNOSTI, METODE IN FORMATIVNO SPREMLJANJE</w:t>
            </w:r>
          </w:p>
        </w:tc>
      </w:tr>
      <w:tr w:rsidR="00302D64" w14:paraId="49EE9590" w14:textId="77777777">
        <w:trPr>
          <w:tblHeader/>
          <w:jc w:val="center"/>
        </w:trPr>
        <w:tc>
          <w:tcPr>
            <w:tcW w:w="4422" w:type="dxa"/>
            <w:vMerge/>
            <w:tcMar>
              <w:top w:w="70" w:type="dxa"/>
              <w:left w:w="90" w:type="dxa"/>
              <w:bottom w:w="70" w:type="dxa"/>
              <w:right w:w="90" w:type="dxa"/>
            </w:tcMar>
            <w:vAlign w:val="center"/>
          </w:tcPr>
          <w:p w14:paraId="668E6E71" w14:textId="77777777" w:rsidR="00302D64" w:rsidRDefault="00302D64"/>
        </w:tc>
        <w:tc>
          <w:tcPr>
            <w:tcW w:w="7087" w:type="dxa"/>
            <w:shd w:val="clear" w:color="auto" w:fill="FFFFFF"/>
            <w:tcMar>
              <w:top w:w="70" w:type="dxa"/>
              <w:left w:w="90" w:type="dxa"/>
              <w:bottom w:w="70" w:type="dxa"/>
              <w:right w:w="90" w:type="dxa"/>
            </w:tcMar>
            <w:vAlign w:val="center"/>
          </w:tcPr>
          <w:p w14:paraId="012FE00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4B18957" w14:textId="77777777" w:rsidR="00302D64" w:rsidRDefault="00000000">
            <w:pPr>
              <w:jc w:val="center"/>
            </w:pPr>
            <w:r>
              <w:rPr>
                <w:b/>
                <w:color w:val="000000"/>
              </w:rPr>
              <w:t>UČENEC</w:t>
            </w:r>
          </w:p>
        </w:tc>
      </w:tr>
      <w:tr w:rsidR="00302D64" w14:paraId="0EAC5078" w14:textId="77777777">
        <w:trPr>
          <w:jc w:val="center"/>
        </w:trPr>
        <w:tc>
          <w:tcPr>
            <w:tcW w:w="4422" w:type="dxa"/>
            <w:tcMar>
              <w:top w:w="70" w:type="dxa"/>
              <w:left w:w="90" w:type="dxa"/>
              <w:bottom w:w="70" w:type="dxa"/>
              <w:right w:w="90" w:type="dxa"/>
            </w:tcMar>
          </w:tcPr>
          <w:p w14:paraId="60EC9B2D" w14:textId="77777777" w:rsidR="00302D64" w:rsidRDefault="00302D64"/>
          <w:p w14:paraId="7009F80B" w14:textId="77777777" w:rsidR="00302D64" w:rsidRDefault="00000000">
            <w:pPr>
              <w:spacing w:after="40" w:line="245" w:lineRule="auto"/>
            </w:pPr>
            <w:r>
              <w:rPr>
                <w:b/>
                <w:color w:val="000000"/>
              </w:rPr>
              <w:t>FORMATIVNO SPREMLJANJE</w:t>
            </w:r>
          </w:p>
          <w:p w14:paraId="497DB103" w14:textId="77777777" w:rsidR="00302D64" w:rsidRDefault="00000000">
            <w:pPr>
              <w:pStyle w:val="Oznaenseznam"/>
              <w:spacing w:after="16"/>
            </w:pPr>
            <w:r>
              <w:rPr>
                <w:color w:val="000000"/>
                <w:sz w:val="16"/>
              </w:rPr>
              <w:t>predznanje: začetni odgovor, razvrstitev ali prikaz</w:t>
            </w:r>
          </w:p>
          <w:p w14:paraId="75FC9308" w14:textId="77777777" w:rsidR="00302D64" w:rsidRDefault="00000000">
            <w:pPr>
              <w:pStyle w:val="Oznaenseznam"/>
              <w:spacing w:after="16"/>
            </w:pPr>
            <w:r>
              <w:rPr>
                <w:color w:val="000000"/>
                <w:sz w:val="16"/>
              </w:rPr>
              <w:t>dokazi med učenjem: izvedba, skica, model, opazovalni zapis ali razlaga</w:t>
            </w:r>
          </w:p>
          <w:p w14:paraId="75A19D07" w14:textId="77777777" w:rsidR="00302D64" w:rsidRDefault="00000000">
            <w:pPr>
              <w:pStyle w:val="Oznaenseznam"/>
              <w:spacing w:after="16"/>
            </w:pPr>
            <w:r>
              <w:rPr>
                <w:color w:val="000000"/>
                <w:sz w:val="16"/>
              </w:rPr>
              <w:t>povratna informacija: konkretna, vezana na kriterij in usmerjena v naslednji korak</w:t>
            </w:r>
          </w:p>
          <w:p w14:paraId="541210F3" w14:textId="77777777" w:rsidR="00302D64" w:rsidRDefault="00000000">
            <w:pPr>
              <w:pStyle w:val="Oznaenseznam"/>
              <w:spacing w:after="16"/>
            </w:pPr>
            <w:r>
              <w:rPr>
                <w:color w:val="000000"/>
                <w:sz w:val="16"/>
              </w:rPr>
              <w:t>samovrednotenje: semafor, prsti, izbrani simbol ali kratka poved</w:t>
            </w:r>
          </w:p>
          <w:p w14:paraId="54211A69" w14:textId="77777777" w:rsidR="00302D64" w:rsidRDefault="00000000">
            <w:pPr>
              <w:spacing w:before="40" w:after="20" w:line="245" w:lineRule="auto"/>
            </w:pPr>
            <w:r>
              <w:rPr>
                <w:b/>
                <w:color w:val="000000"/>
              </w:rPr>
              <w:t>VARNOST IN ODGOVORNOST</w:t>
            </w:r>
          </w:p>
          <w:p w14:paraId="14FF09B6" w14:textId="77777777" w:rsidR="00302D64" w:rsidRDefault="00000000">
            <w:pPr>
              <w:spacing w:after="60" w:line="245" w:lineRule="auto"/>
            </w:pPr>
            <w:r>
              <w:rPr>
                <w:color w:val="000000"/>
                <w:sz w:val="16"/>
              </w:rPr>
              <w:t>Okušanje se izvede le ob preverjenih alergijah in z individualnimi, higiensko pripravljenimi vzorci; učenec lahko dejavnost zavrne.</w:t>
            </w:r>
          </w:p>
          <w:p w14:paraId="17243D3F" w14:textId="77777777" w:rsidR="00302D64" w:rsidRDefault="00000000">
            <w:pPr>
              <w:spacing w:after="20" w:line="245" w:lineRule="auto"/>
            </w:pPr>
            <w:r>
              <w:rPr>
                <w:b/>
                <w:color w:val="000000"/>
              </w:rPr>
              <w:t>EVIDENCA PO IZVEDBI</w:t>
            </w:r>
          </w:p>
          <w:p w14:paraId="644E6137"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2DF47830"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1CB6C27" w14:textId="77777777">
              <w:trPr>
                <w:jc w:val="center"/>
              </w:trPr>
              <w:tc>
                <w:tcPr>
                  <w:tcW w:w="7087" w:type="dxa"/>
                  <w:shd w:val="clear" w:color="auto" w:fill="EDC9EA"/>
                  <w:tcMar>
                    <w:top w:w="45" w:type="dxa"/>
                    <w:left w:w="70" w:type="dxa"/>
                    <w:bottom w:w="45" w:type="dxa"/>
                    <w:right w:w="70" w:type="dxa"/>
                  </w:tcMar>
                </w:tcPr>
                <w:p w14:paraId="16B390EC" w14:textId="77777777" w:rsidR="00302D64" w:rsidRDefault="00000000">
                  <w:pPr>
                    <w:keepNext/>
                  </w:pPr>
                  <w:r>
                    <w:rPr>
                      <w:b/>
                      <w:color w:val="000000"/>
                    </w:rPr>
                    <w:t>VPRAŠANJA V PODPORO UČENJU</w:t>
                  </w:r>
                </w:p>
              </w:tc>
            </w:tr>
          </w:tbl>
          <w:p w14:paraId="7400D368" w14:textId="77777777" w:rsidR="00302D64" w:rsidRDefault="00302D64">
            <w:pPr>
              <w:spacing w:line="20" w:lineRule="exact"/>
            </w:pPr>
          </w:p>
          <w:p w14:paraId="5EBB224F" w14:textId="77777777" w:rsidR="00302D64" w:rsidRDefault="00000000">
            <w:pPr>
              <w:pStyle w:val="Oznaenseznam"/>
              <w:spacing w:after="16"/>
            </w:pPr>
            <w:r>
              <w:rPr>
                <w:color w:val="000000"/>
                <w:sz w:val="16"/>
              </w:rPr>
              <w:t>Kaj si opazil/-a in kateri dokaz to pokaže?</w:t>
            </w:r>
          </w:p>
          <w:p w14:paraId="4C202643" w14:textId="77777777" w:rsidR="00302D64" w:rsidRDefault="00000000">
            <w:pPr>
              <w:pStyle w:val="Oznaenseznam"/>
              <w:spacing w:after="16"/>
            </w:pPr>
            <w:r>
              <w:rPr>
                <w:color w:val="000000"/>
                <w:sz w:val="16"/>
              </w:rPr>
              <w:t>Kako si prišel/-la do svoje odločitve?</w:t>
            </w:r>
          </w:p>
          <w:p w14:paraId="0868B1F5" w14:textId="77777777" w:rsidR="00302D64" w:rsidRDefault="00000000">
            <w:pPr>
              <w:pStyle w:val="Oznaenseznam"/>
              <w:spacing w:after="16"/>
            </w:pPr>
            <w:r>
              <w:rPr>
                <w:color w:val="000000"/>
                <w:sz w:val="16"/>
              </w:rPr>
              <w:t>Kaj si pri ponovnem poskusu ohranil/-a enako in kaj spremenil/-a?</w:t>
            </w:r>
          </w:p>
          <w:p w14:paraId="337FC0C6" w14:textId="77777777" w:rsidR="00302D64" w:rsidRDefault="00000000">
            <w:pPr>
              <w:pStyle w:val="Oznaenseznam"/>
              <w:spacing w:after="16"/>
            </w:pPr>
            <w:r>
              <w:rPr>
                <w:color w:val="000000"/>
                <w:sz w:val="16"/>
              </w:rPr>
              <w:t>Kateri kriterij že dosegaš? Kaj bo tvoj naslednji korak?</w:t>
            </w:r>
          </w:p>
          <w:p w14:paraId="47132B52"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365BC225" w14:textId="77777777">
              <w:trPr>
                <w:jc w:val="center"/>
              </w:trPr>
              <w:tc>
                <w:tcPr>
                  <w:tcW w:w="7087" w:type="dxa"/>
                  <w:shd w:val="clear" w:color="auto" w:fill="C6E7F3"/>
                  <w:tcMar>
                    <w:top w:w="45" w:type="dxa"/>
                    <w:left w:w="70" w:type="dxa"/>
                    <w:bottom w:w="45" w:type="dxa"/>
                    <w:right w:w="70" w:type="dxa"/>
                  </w:tcMar>
                </w:tcPr>
                <w:p w14:paraId="4571B5E4" w14:textId="77777777" w:rsidR="00302D64" w:rsidRDefault="00000000">
                  <w:pPr>
                    <w:keepNext/>
                  </w:pPr>
                  <w:r>
                    <w:rPr>
                      <w:b/>
                      <w:color w:val="000000"/>
                    </w:rPr>
                    <w:t>ZAKLJUČNI DEL – UTRJEVANJE IN REFLEKSIJA (10–15 min)</w:t>
                  </w:r>
                </w:p>
              </w:tc>
            </w:tr>
          </w:tbl>
          <w:p w14:paraId="7933E8DE" w14:textId="77777777" w:rsidR="00302D64" w:rsidRDefault="00302D64">
            <w:pPr>
              <w:spacing w:line="20" w:lineRule="exact"/>
            </w:pPr>
          </w:p>
          <w:p w14:paraId="57798E46"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926B1B4" w14:textId="77777777">
              <w:trPr>
                <w:jc w:val="center"/>
              </w:trPr>
              <w:tc>
                <w:tcPr>
                  <w:tcW w:w="7087" w:type="dxa"/>
                  <w:shd w:val="clear" w:color="auto" w:fill="EDC9EA"/>
                  <w:tcMar>
                    <w:top w:w="45" w:type="dxa"/>
                    <w:left w:w="70" w:type="dxa"/>
                    <w:bottom w:w="45" w:type="dxa"/>
                    <w:right w:w="70" w:type="dxa"/>
                  </w:tcMar>
                </w:tcPr>
                <w:p w14:paraId="6D53F68F" w14:textId="77777777" w:rsidR="00302D64" w:rsidRDefault="00000000">
                  <w:pPr>
                    <w:keepNext/>
                  </w:pPr>
                  <w:r>
                    <w:rPr>
                      <w:b/>
                      <w:color w:val="000000"/>
                    </w:rPr>
                    <w:t>SAMOVREDNOTENJE</w:t>
                  </w:r>
                </w:p>
              </w:tc>
            </w:tr>
          </w:tbl>
          <w:p w14:paraId="6C7C13A4" w14:textId="77777777" w:rsidR="00302D64" w:rsidRDefault="00302D64">
            <w:pPr>
              <w:spacing w:line="20" w:lineRule="exact"/>
            </w:pPr>
          </w:p>
          <w:p w14:paraId="6F0A5ED4"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85A1282" w14:textId="77777777">
              <w:trPr>
                <w:jc w:val="center"/>
              </w:trPr>
              <w:tc>
                <w:tcPr>
                  <w:tcW w:w="7087" w:type="dxa"/>
                  <w:shd w:val="clear" w:color="auto" w:fill="EDC9EA"/>
                  <w:tcMar>
                    <w:top w:w="45" w:type="dxa"/>
                    <w:left w:w="70" w:type="dxa"/>
                    <w:bottom w:w="45" w:type="dxa"/>
                    <w:right w:w="70" w:type="dxa"/>
                  </w:tcMar>
                </w:tcPr>
                <w:p w14:paraId="7BE4ECB7" w14:textId="77777777" w:rsidR="00302D64" w:rsidRDefault="00000000">
                  <w:pPr>
                    <w:keepNext/>
                  </w:pPr>
                  <w:r>
                    <w:rPr>
                      <w:b/>
                      <w:color w:val="000000"/>
                    </w:rPr>
                    <w:t>VRSTNIŠKO VREDNOTENJE</w:t>
                  </w:r>
                </w:p>
              </w:tc>
            </w:tr>
          </w:tbl>
          <w:p w14:paraId="5284B99A" w14:textId="77777777" w:rsidR="00302D64" w:rsidRDefault="00302D64">
            <w:pPr>
              <w:spacing w:line="20" w:lineRule="exact"/>
            </w:pPr>
          </w:p>
          <w:p w14:paraId="48D12183"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7701398C" w14:textId="77777777">
              <w:trPr>
                <w:jc w:val="center"/>
              </w:trPr>
              <w:tc>
                <w:tcPr>
                  <w:tcW w:w="7087" w:type="dxa"/>
                  <w:shd w:val="clear" w:color="auto" w:fill="EDC9EA"/>
                  <w:tcMar>
                    <w:top w:w="45" w:type="dxa"/>
                    <w:left w:w="70" w:type="dxa"/>
                    <w:bottom w:w="45" w:type="dxa"/>
                    <w:right w:w="70" w:type="dxa"/>
                  </w:tcMar>
                </w:tcPr>
                <w:p w14:paraId="19FF6CE4" w14:textId="77777777" w:rsidR="00302D64" w:rsidRDefault="00000000">
                  <w:pPr>
                    <w:keepNext/>
                  </w:pPr>
                  <w:r>
                    <w:rPr>
                      <w:b/>
                      <w:color w:val="000000"/>
                    </w:rPr>
                    <w:t>SKUPNI POVZETEK</w:t>
                  </w:r>
                </w:p>
              </w:tc>
            </w:tr>
          </w:tbl>
          <w:p w14:paraId="05099E15" w14:textId="77777777" w:rsidR="00302D64" w:rsidRDefault="00302D64"/>
          <w:p w14:paraId="5D024699" w14:textId="77777777" w:rsidR="00302D64" w:rsidRDefault="00000000">
            <w:pPr>
              <w:spacing w:before="20" w:after="40" w:line="245" w:lineRule="auto"/>
            </w:pPr>
            <w:r>
              <w:rPr>
                <w:b/>
                <w:color w:val="000000"/>
                <w:sz w:val="17"/>
              </w:rPr>
              <w:t>Z deli telesa in čutili zaznavam okolje. Za oči, ušesa, nos, kožo in zobe skrbim varno ter spoštujem telesno zasebnost.</w:t>
            </w:r>
          </w:p>
        </w:tc>
        <w:tc>
          <w:tcPr>
            <w:tcW w:w="2551" w:type="dxa"/>
            <w:tcMar>
              <w:top w:w="70" w:type="dxa"/>
              <w:left w:w="90" w:type="dxa"/>
              <w:bottom w:w="70" w:type="dxa"/>
              <w:right w:w="90" w:type="dxa"/>
            </w:tcMar>
          </w:tcPr>
          <w:p w14:paraId="3B5B338C" w14:textId="77777777" w:rsidR="00302D64" w:rsidRDefault="00302D64"/>
          <w:p w14:paraId="34D56524" w14:textId="77777777" w:rsidR="00302D64" w:rsidRDefault="00000000">
            <w:pPr>
              <w:spacing w:after="100" w:line="245" w:lineRule="auto"/>
            </w:pPr>
            <w:r>
              <w:rPr>
                <w:color w:val="000000"/>
                <w:sz w:val="16"/>
              </w:rPr>
              <w:t>Odgovarja na podporna vprašanja in se sklicuje na svoj dokaz.</w:t>
            </w:r>
          </w:p>
          <w:p w14:paraId="7995E367" w14:textId="77777777" w:rsidR="00302D64" w:rsidRDefault="00000000">
            <w:pPr>
              <w:spacing w:after="100" w:line="245" w:lineRule="auto"/>
            </w:pPr>
            <w:r>
              <w:rPr>
                <w:color w:val="000000"/>
                <w:sz w:val="16"/>
              </w:rPr>
              <w:t>Primerja začetno zamisel z ugotovitvijo ter pove ali pokaže, kaj se je naučil/-a.</w:t>
            </w:r>
          </w:p>
          <w:p w14:paraId="0641D1A5" w14:textId="77777777" w:rsidR="00302D64" w:rsidRDefault="00000000">
            <w:pPr>
              <w:spacing w:after="100" w:line="245" w:lineRule="auto"/>
            </w:pPr>
            <w:r>
              <w:rPr>
                <w:color w:val="000000"/>
                <w:sz w:val="16"/>
              </w:rPr>
              <w:t>Izbere raven doseganja in določi naslednji korak.</w:t>
            </w:r>
          </w:p>
          <w:p w14:paraId="261457B9" w14:textId="77777777" w:rsidR="00302D64" w:rsidRDefault="00000000">
            <w:pPr>
              <w:spacing w:after="100" w:line="245" w:lineRule="auto"/>
            </w:pPr>
            <w:r>
              <w:rPr>
                <w:color w:val="000000"/>
                <w:sz w:val="16"/>
              </w:rPr>
              <w:t>Sošolcu poda prijazen, konkreten odziv.</w:t>
            </w:r>
          </w:p>
          <w:p w14:paraId="75761132" w14:textId="77777777" w:rsidR="00302D64" w:rsidRDefault="00000000">
            <w:pPr>
              <w:spacing w:after="20" w:line="245" w:lineRule="auto"/>
            </w:pPr>
            <w:r>
              <w:rPr>
                <w:b/>
                <w:color w:val="D95BC6"/>
                <w:sz w:val="17"/>
              </w:rPr>
              <w:t>DOKAZ O UČENJU</w:t>
            </w:r>
          </w:p>
          <w:p w14:paraId="4D7EA5D2" w14:textId="77777777" w:rsidR="00302D64" w:rsidRDefault="00000000">
            <w:pPr>
              <w:spacing w:after="30" w:line="245" w:lineRule="auto"/>
            </w:pPr>
            <w:r>
              <w:rPr>
                <w:color w:val="D95BC6"/>
                <w:sz w:val="16"/>
              </w:rPr>
              <w:t>izvedba ali izdelek, razlaga, samovrednotenje in odziv na povratno informacijo</w:t>
            </w:r>
          </w:p>
        </w:tc>
      </w:tr>
    </w:tbl>
    <w:p w14:paraId="0397C3A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5F3F1756" w14:textId="77777777">
        <w:trPr>
          <w:cantSplit/>
          <w:jc w:val="center"/>
        </w:trPr>
        <w:tc>
          <w:tcPr>
            <w:tcW w:w="14060" w:type="dxa"/>
            <w:gridSpan w:val="6"/>
            <w:tcMar>
              <w:top w:w="70" w:type="dxa"/>
              <w:left w:w="90" w:type="dxa"/>
              <w:bottom w:w="70" w:type="dxa"/>
              <w:right w:w="90" w:type="dxa"/>
            </w:tcMar>
            <w:vAlign w:val="center"/>
          </w:tcPr>
          <w:p w14:paraId="70393F52" w14:textId="77777777" w:rsidR="00302D64" w:rsidRDefault="00000000">
            <w:pPr>
              <w:jc w:val="center"/>
            </w:pPr>
            <w:r>
              <w:rPr>
                <w:b/>
                <w:color w:val="000000"/>
                <w:sz w:val="24"/>
              </w:rPr>
              <w:lastRenderedPageBreak/>
              <w:t>UČNA PRIPRAVA 25/39</w:t>
            </w:r>
          </w:p>
        </w:tc>
      </w:tr>
      <w:tr w:rsidR="00302D64" w14:paraId="0F7889C7" w14:textId="77777777">
        <w:trPr>
          <w:jc w:val="center"/>
        </w:trPr>
        <w:tc>
          <w:tcPr>
            <w:tcW w:w="2665" w:type="dxa"/>
            <w:tcMar>
              <w:top w:w="70" w:type="dxa"/>
              <w:left w:w="90" w:type="dxa"/>
              <w:bottom w:w="70" w:type="dxa"/>
              <w:right w:w="90" w:type="dxa"/>
            </w:tcMar>
            <w:vAlign w:val="center"/>
          </w:tcPr>
          <w:p w14:paraId="126F237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CB09BA5"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2E4FD5BF"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7C7BAD5" w14:textId="77777777" w:rsidR="00302D64" w:rsidRDefault="00000000">
            <w:r>
              <w:rPr>
                <w:b/>
                <w:color w:val="000000"/>
                <w:sz w:val="16"/>
              </w:rPr>
              <w:t xml:space="preserve">NAČRTOVANI TERMIN: </w:t>
            </w:r>
            <w:r>
              <w:rPr>
                <w:color w:val="000000"/>
                <w:sz w:val="16"/>
              </w:rPr>
              <w:t>25. teden • 8.–12. 3. 2027</w:t>
            </w:r>
          </w:p>
        </w:tc>
        <w:tc>
          <w:tcPr>
            <w:tcW w:w="2268" w:type="dxa"/>
            <w:tcMar>
              <w:top w:w="70" w:type="dxa"/>
              <w:left w:w="90" w:type="dxa"/>
              <w:bottom w:w="70" w:type="dxa"/>
              <w:right w:w="90" w:type="dxa"/>
            </w:tcMar>
            <w:vAlign w:val="center"/>
          </w:tcPr>
          <w:p w14:paraId="54574AEE"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3E2663A" w14:textId="77777777" w:rsidR="00302D64" w:rsidRDefault="00000000">
            <w:r>
              <w:rPr>
                <w:b/>
                <w:color w:val="000000"/>
                <w:sz w:val="16"/>
              </w:rPr>
              <w:t xml:space="preserve">ŠTEVILO UR: </w:t>
            </w:r>
            <w:r>
              <w:rPr>
                <w:color w:val="000000"/>
                <w:sz w:val="16"/>
              </w:rPr>
              <w:t>3</w:t>
            </w:r>
          </w:p>
        </w:tc>
      </w:tr>
      <w:tr w:rsidR="00302D64" w14:paraId="23B012E7" w14:textId="77777777">
        <w:trPr>
          <w:jc w:val="center"/>
        </w:trPr>
        <w:tc>
          <w:tcPr>
            <w:tcW w:w="14061" w:type="dxa"/>
            <w:gridSpan w:val="6"/>
            <w:tcMar>
              <w:top w:w="70" w:type="dxa"/>
              <w:left w:w="90" w:type="dxa"/>
              <w:bottom w:w="70" w:type="dxa"/>
              <w:right w:w="90" w:type="dxa"/>
            </w:tcMar>
            <w:vAlign w:val="center"/>
          </w:tcPr>
          <w:p w14:paraId="1E4A4E71" w14:textId="77777777" w:rsidR="00302D64" w:rsidRDefault="00000000">
            <w:r>
              <w:t>TIP UČNE URE: obravnava, izkušenjsko raziskovanje, učenje po postajah, utrjevanje in formativno spremljanje</w:t>
            </w:r>
          </w:p>
        </w:tc>
      </w:tr>
      <w:tr w:rsidR="00302D64" w14:paraId="36F9D59D" w14:textId="77777777">
        <w:trPr>
          <w:cantSplit/>
          <w:jc w:val="center"/>
        </w:trPr>
        <w:tc>
          <w:tcPr>
            <w:tcW w:w="14060" w:type="dxa"/>
            <w:gridSpan w:val="6"/>
            <w:tcMar>
              <w:top w:w="70" w:type="dxa"/>
              <w:left w:w="90" w:type="dxa"/>
              <w:bottom w:w="70" w:type="dxa"/>
              <w:right w:w="90" w:type="dxa"/>
            </w:tcMar>
            <w:vAlign w:val="center"/>
          </w:tcPr>
          <w:p w14:paraId="34D1F731" w14:textId="77777777" w:rsidR="00302D64" w:rsidRDefault="00302D64"/>
          <w:p w14:paraId="7604F361" w14:textId="77777777" w:rsidR="00302D64" w:rsidRDefault="00000000">
            <w:pPr>
              <w:spacing w:line="245" w:lineRule="auto"/>
            </w:pPr>
            <w:r>
              <w:rPr>
                <w:b/>
                <w:color w:val="000000"/>
                <w:sz w:val="17"/>
              </w:rPr>
              <w:t xml:space="preserve">UČNI SKLOP: </w:t>
            </w:r>
            <w:r>
              <w:rPr>
                <w:color w:val="000000"/>
                <w:sz w:val="17"/>
              </w:rPr>
              <w:t>ŽIVIM ZDRAVO – JAZ IN DOBRO POČUTJE</w:t>
            </w:r>
          </w:p>
        </w:tc>
      </w:tr>
      <w:tr w:rsidR="00302D64" w14:paraId="109B33CD" w14:textId="77777777">
        <w:trPr>
          <w:cantSplit/>
          <w:jc w:val="center"/>
        </w:trPr>
        <w:tc>
          <w:tcPr>
            <w:tcW w:w="14060" w:type="dxa"/>
            <w:gridSpan w:val="6"/>
            <w:tcMar>
              <w:top w:w="70" w:type="dxa"/>
              <w:left w:w="90" w:type="dxa"/>
              <w:bottom w:w="70" w:type="dxa"/>
              <w:right w:w="90" w:type="dxa"/>
            </w:tcMar>
            <w:vAlign w:val="center"/>
          </w:tcPr>
          <w:p w14:paraId="2984A7CD" w14:textId="77777777" w:rsidR="00302D64" w:rsidRDefault="00302D64"/>
          <w:p w14:paraId="61262D0D" w14:textId="77777777" w:rsidR="00302D64" w:rsidRDefault="00000000">
            <w:pPr>
              <w:spacing w:line="245" w:lineRule="auto"/>
            </w:pPr>
            <w:r>
              <w:rPr>
                <w:b/>
                <w:color w:val="000000"/>
                <w:sz w:val="17"/>
              </w:rPr>
              <w:t xml:space="preserve">UČNA TEMA: </w:t>
            </w:r>
            <w:r>
              <w:rPr>
                <w:color w:val="000000"/>
                <w:sz w:val="17"/>
              </w:rPr>
              <w:t>ZDRAVE NAVADE</w:t>
            </w:r>
          </w:p>
        </w:tc>
      </w:tr>
      <w:tr w:rsidR="00302D64" w14:paraId="06E0FDF1" w14:textId="77777777">
        <w:trPr>
          <w:cantSplit/>
          <w:jc w:val="center"/>
        </w:trPr>
        <w:tc>
          <w:tcPr>
            <w:tcW w:w="14060" w:type="dxa"/>
            <w:gridSpan w:val="6"/>
            <w:tcMar>
              <w:top w:w="70" w:type="dxa"/>
              <w:left w:w="90" w:type="dxa"/>
              <w:bottom w:w="70" w:type="dxa"/>
              <w:right w:w="90" w:type="dxa"/>
            </w:tcMar>
            <w:vAlign w:val="center"/>
          </w:tcPr>
          <w:p w14:paraId="2D1EFE6A" w14:textId="77777777" w:rsidR="00302D64" w:rsidRDefault="00302D64"/>
          <w:p w14:paraId="1912F22A" w14:textId="77777777" w:rsidR="00302D64" w:rsidRDefault="00000000">
            <w:pPr>
              <w:spacing w:line="245" w:lineRule="auto"/>
            </w:pPr>
            <w:r>
              <w:rPr>
                <w:b/>
                <w:color w:val="000000"/>
                <w:sz w:val="17"/>
              </w:rPr>
              <w:t xml:space="preserve">KNJIŽEVNO IZHODIŠČE IN MOTIV: </w:t>
            </w:r>
            <w:r>
              <w:rPr>
                <w:color w:val="000000"/>
                <w:sz w:val="17"/>
              </w:rPr>
              <w:t>»Mislice« – Feri Lainšček • čustva, misli, zdrave navade in notranji svet</w:t>
            </w:r>
          </w:p>
        </w:tc>
      </w:tr>
      <w:tr w:rsidR="00302D64" w14:paraId="76B550A7" w14:textId="77777777">
        <w:trPr>
          <w:cantSplit/>
          <w:jc w:val="center"/>
        </w:trPr>
        <w:tc>
          <w:tcPr>
            <w:tcW w:w="14060" w:type="dxa"/>
            <w:gridSpan w:val="6"/>
            <w:tcMar>
              <w:top w:w="70" w:type="dxa"/>
              <w:left w:w="90" w:type="dxa"/>
              <w:bottom w:w="70" w:type="dxa"/>
              <w:right w:w="90" w:type="dxa"/>
            </w:tcMar>
            <w:vAlign w:val="center"/>
          </w:tcPr>
          <w:p w14:paraId="007AC160" w14:textId="77777777" w:rsidR="00302D64" w:rsidRDefault="00302D64"/>
          <w:p w14:paraId="0059238C" w14:textId="77777777" w:rsidR="00302D64" w:rsidRDefault="00000000">
            <w:pPr>
              <w:spacing w:line="245" w:lineRule="auto"/>
            </w:pPr>
            <w:r>
              <w:rPr>
                <w:b/>
                <w:color w:val="000000"/>
                <w:sz w:val="17"/>
              </w:rPr>
              <w:t xml:space="preserve">UČNE ENOTE: </w:t>
            </w:r>
            <w:r>
              <w:rPr>
                <w:color w:val="000000"/>
                <w:sz w:val="17"/>
              </w:rPr>
              <w:t>1. ura – Nevidne sledi higiene • 2. ura – Zdrav dan v ravnotežju • 3. ura – Ocenjevalna praktična naloga</w:t>
            </w:r>
          </w:p>
        </w:tc>
      </w:tr>
      <w:tr w:rsidR="00302D64" w14:paraId="7AB67F20" w14:textId="77777777">
        <w:trPr>
          <w:cantSplit/>
          <w:jc w:val="center"/>
        </w:trPr>
        <w:tc>
          <w:tcPr>
            <w:tcW w:w="14060" w:type="dxa"/>
            <w:gridSpan w:val="6"/>
            <w:tcMar>
              <w:top w:w="70" w:type="dxa"/>
              <w:left w:w="90" w:type="dxa"/>
              <w:bottom w:w="70" w:type="dxa"/>
              <w:right w:w="90" w:type="dxa"/>
            </w:tcMar>
            <w:vAlign w:val="center"/>
          </w:tcPr>
          <w:p w14:paraId="24E4151C" w14:textId="77777777" w:rsidR="00302D64" w:rsidRDefault="00302D64"/>
          <w:p w14:paraId="5D0A99AE"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1D7195D2" w14:textId="77777777">
        <w:trPr>
          <w:cantSplit/>
          <w:jc w:val="center"/>
        </w:trPr>
        <w:tc>
          <w:tcPr>
            <w:tcW w:w="14060" w:type="dxa"/>
            <w:gridSpan w:val="6"/>
            <w:tcMar>
              <w:top w:w="70" w:type="dxa"/>
              <w:left w:w="90" w:type="dxa"/>
              <w:bottom w:w="70" w:type="dxa"/>
              <w:right w:w="90" w:type="dxa"/>
            </w:tcMar>
            <w:vAlign w:val="center"/>
          </w:tcPr>
          <w:p w14:paraId="4637E370" w14:textId="77777777" w:rsidR="00302D64" w:rsidRDefault="00302D64"/>
          <w:p w14:paraId="691D206B"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2488DCDD" w14:textId="77777777">
        <w:trPr>
          <w:cantSplit/>
          <w:jc w:val="center"/>
        </w:trPr>
        <w:tc>
          <w:tcPr>
            <w:tcW w:w="14060" w:type="dxa"/>
            <w:gridSpan w:val="6"/>
            <w:tcMar>
              <w:top w:w="70" w:type="dxa"/>
              <w:left w:w="90" w:type="dxa"/>
              <w:bottom w:w="70" w:type="dxa"/>
              <w:right w:w="90" w:type="dxa"/>
            </w:tcMar>
            <w:vAlign w:val="center"/>
          </w:tcPr>
          <w:p w14:paraId="298D50D0" w14:textId="77777777" w:rsidR="00302D64" w:rsidRDefault="00302D64"/>
          <w:p w14:paraId="2D6205E5"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50561368" w14:textId="77777777">
        <w:trPr>
          <w:cantSplit/>
          <w:jc w:val="center"/>
        </w:trPr>
        <w:tc>
          <w:tcPr>
            <w:tcW w:w="14060" w:type="dxa"/>
            <w:gridSpan w:val="6"/>
            <w:tcMar>
              <w:top w:w="70" w:type="dxa"/>
              <w:left w:w="90" w:type="dxa"/>
              <w:bottom w:w="70" w:type="dxa"/>
              <w:right w:w="90" w:type="dxa"/>
            </w:tcMar>
            <w:vAlign w:val="center"/>
          </w:tcPr>
          <w:p w14:paraId="318DC661" w14:textId="77777777" w:rsidR="00302D64" w:rsidRDefault="00302D64"/>
          <w:p w14:paraId="270044A4" w14:textId="77777777" w:rsidR="00302D64" w:rsidRDefault="00000000">
            <w:pPr>
              <w:spacing w:line="245" w:lineRule="auto"/>
            </w:pPr>
            <w:r>
              <w:rPr>
                <w:b/>
                <w:color w:val="000000"/>
                <w:sz w:val="17"/>
              </w:rPr>
              <w:t xml:space="preserve">MEDPREDMETNE POVEZAVE: </w:t>
            </w:r>
            <w:r>
              <w:rPr>
                <w:color w:val="000000"/>
                <w:sz w:val="17"/>
              </w:rPr>
              <w:t>SLJ – utemeljitev izbire; MAT – časovno zaporedje dneva; ŠPO – gibanje; LUM – slikovni dnevni red</w:t>
            </w:r>
          </w:p>
        </w:tc>
      </w:tr>
      <w:tr w:rsidR="00302D64" w14:paraId="5869E4C6" w14:textId="77777777">
        <w:trPr>
          <w:cantSplit/>
          <w:jc w:val="center"/>
        </w:trPr>
        <w:tc>
          <w:tcPr>
            <w:tcW w:w="14060" w:type="dxa"/>
            <w:gridSpan w:val="6"/>
            <w:tcMar>
              <w:top w:w="70" w:type="dxa"/>
              <w:left w:w="90" w:type="dxa"/>
              <w:bottom w:w="70" w:type="dxa"/>
              <w:right w:w="90" w:type="dxa"/>
            </w:tcMar>
            <w:vAlign w:val="center"/>
          </w:tcPr>
          <w:p w14:paraId="11334FBB" w14:textId="77777777" w:rsidR="00302D64" w:rsidRDefault="00302D64"/>
          <w:p w14:paraId="78866F54" w14:textId="77777777" w:rsidR="00302D64" w:rsidRDefault="00000000">
            <w:pPr>
              <w:spacing w:line="245" w:lineRule="auto"/>
            </w:pPr>
            <w:r>
              <w:rPr>
                <w:b/>
                <w:color w:val="000000"/>
                <w:sz w:val="17"/>
              </w:rPr>
              <w:t xml:space="preserve">UČNA SREDSTVA IN PRIPOMOČKI: </w:t>
            </w:r>
            <w:r>
              <w:rPr>
                <w:color w:val="000000"/>
                <w:sz w:val="17"/>
              </w:rPr>
              <w:t>Mislice, bleščeči gel ali pralna barva, milo in voda, slikovno zaporedje umivanja, kartice dnevnih dejavnosti, podlaga telesa in čutil, opazovalna rubrika</w:t>
            </w:r>
          </w:p>
        </w:tc>
      </w:tr>
      <w:tr w:rsidR="00302D64" w14:paraId="261848B4" w14:textId="77777777">
        <w:trPr>
          <w:cantSplit/>
          <w:jc w:val="center"/>
        </w:trPr>
        <w:tc>
          <w:tcPr>
            <w:tcW w:w="14060" w:type="dxa"/>
            <w:gridSpan w:val="6"/>
            <w:tcMar>
              <w:top w:w="70" w:type="dxa"/>
              <w:left w:w="90" w:type="dxa"/>
              <w:bottom w:w="70" w:type="dxa"/>
              <w:right w:w="90" w:type="dxa"/>
            </w:tcMar>
            <w:vAlign w:val="center"/>
          </w:tcPr>
          <w:p w14:paraId="717A5220" w14:textId="77777777" w:rsidR="00302D64" w:rsidRDefault="00302D64"/>
          <w:p w14:paraId="7CAD796D"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3FB7DD1" w14:textId="77777777">
        <w:trPr>
          <w:cantSplit/>
          <w:jc w:val="center"/>
        </w:trPr>
        <w:tc>
          <w:tcPr>
            <w:tcW w:w="14060" w:type="dxa"/>
            <w:gridSpan w:val="6"/>
            <w:tcMar>
              <w:top w:w="70" w:type="dxa"/>
              <w:left w:w="90" w:type="dxa"/>
              <w:bottom w:w="70" w:type="dxa"/>
              <w:right w:w="90" w:type="dxa"/>
            </w:tcMar>
            <w:vAlign w:val="center"/>
          </w:tcPr>
          <w:p w14:paraId="0CA9EFD8" w14:textId="77777777" w:rsidR="00302D64" w:rsidRDefault="00302D64"/>
          <w:p w14:paraId="6E62EBC3" w14:textId="77777777" w:rsidR="00302D64" w:rsidRDefault="00000000">
            <w:pPr>
              <w:spacing w:line="245" w:lineRule="auto"/>
            </w:pPr>
            <w:r>
              <w:rPr>
                <w:b/>
                <w:color w:val="000000"/>
                <w:sz w:val="16"/>
              </w:rPr>
              <w:t xml:space="preserve">OCENJEVANJE / DAN DEJAVNOSTI: </w:t>
            </w:r>
            <w:r>
              <w:rPr>
                <w:color w:val="000000"/>
                <w:sz w:val="16"/>
              </w:rPr>
              <w:t>OCENJEVANJE 3: praktična naloga o telesu, čutilih in zdravih navadah s slikovno oporo ter kratko ustno utemeljitvijo</w:t>
            </w:r>
          </w:p>
        </w:tc>
      </w:tr>
      <w:tr w:rsidR="00302D64" w14:paraId="19E18EBD" w14:textId="77777777">
        <w:trPr>
          <w:cantSplit/>
          <w:jc w:val="center"/>
        </w:trPr>
        <w:tc>
          <w:tcPr>
            <w:tcW w:w="14060" w:type="dxa"/>
            <w:gridSpan w:val="6"/>
            <w:tcMar>
              <w:top w:w="70" w:type="dxa"/>
              <w:left w:w="90" w:type="dxa"/>
              <w:bottom w:w="70" w:type="dxa"/>
              <w:right w:w="90" w:type="dxa"/>
            </w:tcMar>
            <w:vAlign w:val="center"/>
          </w:tcPr>
          <w:p w14:paraId="42169D02" w14:textId="77777777" w:rsidR="00302D64" w:rsidRDefault="00302D64"/>
          <w:p w14:paraId="789226A5" w14:textId="77777777" w:rsidR="00302D64" w:rsidRDefault="00000000">
            <w:pPr>
              <w:spacing w:line="245" w:lineRule="auto"/>
            </w:pPr>
            <w:r>
              <w:rPr>
                <w:b/>
                <w:color w:val="000000"/>
                <w:sz w:val="16"/>
              </w:rPr>
              <w:t xml:space="preserve">VARNOST: </w:t>
            </w:r>
            <w:r>
              <w:rPr>
                <w:color w:val="000000"/>
                <w:sz w:val="16"/>
              </w:rPr>
              <w:t>Uporabi se koži varen material; upoštevajo se alergije, zdravstvene in prehranske posebnosti brez javnega izpostavljanja.</w:t>
            </w:r>
          </w:p>
        </w:tc>
      </w:tr>
    </w:tbl>
    <w:p w14:paraId="7D2DB9C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8F7705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E3E092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F2C836" w14:textId="77777777" w:rsidR="00302D64" w:rsidRDefault="00000000">
            <w:pPr>
              <w:jc w:val="center"/>
            </w:pPr>
            <w:r>
              <w:rPr>
                <w:b/>
                <w:color w:val="000000"/>
                <w:sz w:val="20"/>
              </w:rPr>
              <w:t>UČNE DEJAVNOSTI, METODE IN FORMATIVNO SPREMLJANJE</w:t>
            </w:r>
          </w:p>
        </w:tc>
      </w:tr>
      <w:tr w:rsidR="00302D64" w14:paraId="0B68CCA4" w14:textId="77777777">
        <w:trPr>
          <w:tblHeader/>
          <w:jc w:val="center"/>
        </w:trPr>
        <w:tc>
          <w:tcPr>
            <w:tcW w:w="4422" w:type="dxa"/>
            <w:vMerge/>
            <w:tcMar>
              <w:top w:w="70" w:type="dxa"/>
              <w:left w:w="90" w:type="dxa"/>
              <w:bottom w:w="70" w:type="dxa"/>
              <w:right w:w="90" w:type="dxa"/>
            </w:tcMar>
            <w:vAlign w:val="center"/>
          </w:tcPr>
          <w:p w14:paraId="279CD62D" w14:textId="77777777" w:rsidR="00302D64" w:rsidRDefault="00302D64"/>
        </w:tc>
        <w:tc>
          <w:tcPr>
            <w:tcW w:w="7087" w:type="dxa"/>
            <w:shd w:val="clear" w:color="auto" w:fill="FFFFFF"/>
            <w:tcMar>
              <w:top w:w="70" w:type="dxa"/>
              <w:left w:w="90" w:type="dxa"/>
              <w:bottom w:w="70" w:type="dxa"/>
              <w:right w:w="90" w:type="dxa"/>
            </w:tcMar>
            <w:vAlign w:val="center"/>
          </w:tcPr>
          <w:p w14:paraId="46D154C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7ADA390" w14:textId="77777777" w:rsidR="00302D64" w:rsidRDefault="00000000">
            <w:pPr>
              <w:jc w:val="center"/>
            </w:pPr>
            <w:r>
              <w:rPr>
                <w:b/>
                <w:color w:val="000000"/>
              </w:rPr>
              <w:t>UČENEC</w:t>
            </w:r>
          </w:p>
        </w:tc>
      </w:tr>
      <w:tr w:rsidR="00302D64" w14:paraId="7F82A0F5" w14:textId="77777777">
        <w:trPr>
          <w:jc w:val="center"/>
        </w:trPr>
        <w:tc>
          <w:tcPr>
            <w:tcW w:w="4422" w:type="dxa"/>
            <w:tcMar>
              <w:top w:w="70" w:type="dxa"/>
              <w:left w:w="90" w:type="dxa"/>
              <w:bottom w:w="70" w:type="dxa"/>
              <w:right w:w="90" w:type="dxa"/>
            </w:tcMar>
          </w:tcPr>
          <w:p w14:paraId="4E7F76AF" w14:textId="77777777" w:rsidR="00302D64" w:rsidRDefault="00302D64"/>
          <w:p w14:paraId="0AF8FFE1" w14:textId="77777777" w:rsidR="00302D64" w:rsidRDefault="00000000">
            <w:pPr>
              <w:spacing w:after="60" w:line="245" w:lineRule="auto"/>
            </w:pPr>
            <w:r>
              <w:rPr>
                <w:b/>
                <w:color w:val="000000"/>
              </w:rPr>
              <w:t>UČNI CILJI</w:t>
            </w:r>
          </w:p>
          <w:p w14:paraId="0D7D0839" w14:textId="77777777" w:rsidR="00302D64" w:rsidRDefault="00000000">
            <w:pPr>
              <w:spacing w:after="20" w:line="245" w:lineRule="auto"/>
            </w:pPr>
            <w:r>
              <w:rPr>
                <w:b/>
                <w:color w:val="000000"/>
                <w:sz w:val="17"/>
              </w:rPr>
              <w:t>SPLOŠNI</w:t>
            </w:r>
          </w:p>
          <w:p w14:paraId="10B13000" w14:textId="77777777" w:rsidR="00302D64" w:rsidRDefault="00000000">
            <w:pPr>
              <w:pStyle w:val="Oznaenseznam"/>
              <w:spacing w:after="16"/>
            </w:pPr>
            <w:r>
              <w:rPr>
                <w:color w:val="000000"/>
                <w:sz w:val="16"/>
              </w:rPr>
              <w:t>razvija radovednost ter sistematično opazuje, primerja, razvršča in sporoča ugotovitve</w:t>
            </w:r>
          </w:p>
          <w:p w14:paraId="788B39CD" w14:textId="77777777" w:rsidR="00302D64" w:rsidRDefault="00000000">
            <w:pPr>
              <w:pStyle w:val="Oznaenseznam"/>
              <w:spacing w:after="16"/>
            </w:pPr>
            <w:r>
              <w:rPr>
                <w:color w:val="000000"/>
                <w:sz w:val="16"/>
              </w:rPr>
              <w:t>sodeluje, posluša druge in svoja opažanja izraža na razvojno primeren način</w:t>
            </w:r>
          </w:p>
          <w:p w14:paraId="10356A75" w14:textId="77777777" w:rsidR="00302D64" w:rsidRDefault="00000000">
            <w:pPr>
              <w:pStyle w:val="Oznaenseznam"/>
              <w:spacing w:after="16"/>
            </w:pPr>
            <w:r>
              <w:rPr>
                <w:color w:val="000000"/>
                <w:sz w:val="16"/>
              </w:rPr>
              <w:t>ravna varno, odgovorno in skrbno do sebe, drugih ter okolja</w:t>
            </w:r>
          </w:p>
          <w:p w14:paraId="6C41BD14" w14:textId="77777777" w:rsidR="00302D64" w:rsidRDefault="00000000">
            <w:pPr>
              <w:pStyle w:val="Oznaenseznam"/>
              <w:spacing w:after="16"/>
            </w:pPr>
            <w:r>
              <w:rPr>
                <w:color w:val="000000"/>
                <w:sz w:val="16"/>
              </w:rPr>
              <w:t>ob kriterijih spremlja svoje učenje in sprejema opisno povratno informacijo</w:t>
            </w:r>
          </w:p>
          <w:p w14:paraId="30FF9969" w14:textId="77777777" w:rsidR="00302D64" w:rsidRDefault="00000000">
            <w:pPr>
              <w:spacing w:before="40" w:after="20" w:line="245" w:lineRule="auto"/>
            </w:pPr>
            <w:r>
              <w:rPr>
                <w:b/>
                <w:color w:val="000000"/>
                <w:sz w:val="17"/>
              </w:rPr>
              <w:t>OPERATIVNI</w:t>
            </w:r>
          </w:p>
          <w:p w14:paraId="58AD0F69" w14:textId="77777777" w:rsidR="00302D64" w:rsidRDefault="00000000">
            <w:pPr>
              <w:pStyle w:val="Oznaenseznam"/>
              <w:spacing w:after="16"/>
            </w:pPr>
            <w:r>
              <w:rPr>
                <w:color w:val="000000"/>
                <w:sz w:val="16"/>
              </w:rPr>
              <w:t>pojasni pomen higiene, spanja, prehrane in gibanja</w:t>
            </w:r>
          </w:p>
          <w:p w14:paraId="023506D1" w14:textId="77777777" w:rsidR="00302D64" w:rsidRDefault="00000000">
            <w:pPr>
              <w:pStyle w:val="Oznaenseznam"/>
              <w:spacing w:after="16"/>
            </w:pPr>
            <w:r>
              <w:rPr>
                <w:color w:val="000000"/>
                <w:sz w:val="16"/>
              </w:rPr>
              <w:t>izbere zdravo možnost</w:t>
            </w:r>
          </w:p>
          <w:p w14:paraId="475320F8" w14:textId="77777777" w:rsidR="00302D64" w:rsidRDefault="00000000">
            <w:pPr>
              <w:pStyle w:val="Oznaenseznam"/>
              <w:spacing w:after="16"/>
            </w:pPr>
            <w:r>
              <w:rPr>
                <w:color w:val="000000"/>
                <w:sz w:val="16"/>
              </w:rPr>
              <w:t>oblikuje dnevno rutino</w:t>
            </w:r>
          </w:p>
          <w:p w14:paraId="5B24A7E8" w14:textId="77777777" w:rsidR="00302D64" w:rsidRDefault="00000000">
            <w:pPr>
              <w:spacing w:before="40" w:after="20" w:line="245" w:lineRule="auto"/>
            </w:pPr>
            <w:r>
              <w:rPr>
                <w:b/>
                <w:color w:val="000000"/>
                <w:sz w:val="17"/>
              </w:rPr>
              <w:t>PRIČAKOVANI DOSEŽKI / STANDARDI</w:t>
            </w:r>
          </w:p>
          <w:p w14:paraId="284A49A6" w14:textId="77777777" w:rsidR="00302D64" w:rsidRDefault="00000000">
            <w:pPr>
              <w:pStyle w:val="Oznaenseznam"/>
              <w:spacing w:after="16"/>
            </w:pPr>
            <w:r>
              <w:rPr>
                <w:color w:val="000000"/>
                <w:sz w:val="16"/>
              </w:rPr>
              <w:t>ob konkretni ali slikovni opori pojasni pomen higiene, spanja, prehrane in gibanja</w:t>
            </w:r>
          </w:p>
          <w:p w14:paraId="44F81B07" w14:textId="77777777" w:rsidR="00302D64" w:rsidRDefault="00000000">
            <w:pPr>
              <w:pStyle w:val="Oznaenseznam"/>
              <w:spacing w:after="16"/>
            </w:pPr>
            <w:r>
              <w:rPr>
                <w:color w:val="000000"/>
                <w:sz w:val="16"/>
              </w:rPr>
              <w:t>ob konkretni ali slikovni opori izbere zdravo možnost</w:t>
            </w:r>
          </w:p>
          <w:p w14:paraId="7D31BE72" w14:textId="77777777" w:rsidR="00302D64" w:rsidRDefault="00000000">
            <w:pPr>
              <w:pStyle w:val="Oznaenseznam"/>
              <w:spacing w:after="16"/>
            </w:pPr>
            <w:r>
              <w:rPr>
                <w:color w:val="000000"/>
                <w:sz w:val="16"/>
              </w:rPr>
              <w:t>ob konkretni ali slikovni opori oblikuje dnevno rutino</w:t>
            </w:r>
          </w:p>
        </w:tc>
        <w:tc>
          <w:tcPr>
            <w:tcW w:w="7087" w:type="dxa"/>
            <w:tcMar>
              <w:top w:w="70" w:type="dxa"/>
              <w:left w:w="90" w:type="dxa"/>
              <w:bottom w:w="70" w:type="dxa"/>
              <w:right w:w="90" w:type="dxa"/>
            </w:tcMar>
          </w:tcPr>
          <w:p w14:paraId="7864129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4B51EFF" w14:textId="77777777">
              <w:trPr>
                <w:jc w:val="center"/>
              </w:trPr>
              <w:tc>
                <w:tcPr>
                  <w:tcW w:w="7087" w:type="dxa"/>
                  <w:shd w:val="clear" w:color="auto" w:fill="C6E7F3"/>
                  <w:tcMar>
                    <w:top w:w="45" w:type="dxa"/>
                    <w:left w:w="70" w:type="dxa"/>
                    <w:bottom w:w="45" w:type="dxa"/>
                    <w:right w:w="70" w:type="dxa"/>
                  </w:tcMar>
                </w:tcPr>
                <w:p w14:paraId="322B5DAA" w14:textId="77777777" w:rsidR="00302D64" w:rsidRDefault="00000000">
                  <w:pPr>
                    <w:keepNext/>
                  </w:pPr>
                  <w:r>
                    <w:rPr>
                      <w:b/>
                      <w:color w:val="000000"/>
                    </w:rPr>
                    <w:t>UVODNI DEL – motivacija, aktivacija predznanja in namen učenja (15–20 min)</w:t>
                  </w:r>
                </w:p>
              </w:tc>
            </w:tr>
          </w:tbl>
          <w:p w14:paraId="7372E71D" w14:textId="77777777" w:rsidR="00302D64" w:rsidRDefault="00302D64">
            <w:pPr>
              <w:spacing w:line="20" w:lineRule="exact"/>
            </w:pPr>
          </w:p>
          <w:p w14:paraId="1A193282" w14:textId="77777777" w:rsidR="00302D64" w:rsidRDefault="00000000">
            <w:pPr>
              <w:spacing w:before="40" w:after="60" w:line="245" w:lineRule="auto"/>
            </w:pPr>
            <w:r>
              <w:rPr>
                <w:color w:val="000000"/>
                <w:sz w:val="17"/>
              </w:rPr>
              <w:t>Mislice se prebudijo z različnim počutjem. Učenci povežejo počutje s spanjem, gibanjem, prehrano, higieno in odnosi, ne da bi zdrave navade razumeli kot tekmovanje.</w:t>
            </w:r>
          </w:p>
          <w:tbl>
            <w:tblPr>
              <w:tblStyle w:val="Tabelamrea"/>
              <w:tblW w:w="0" w:type="auto"/>
              <w:jc w:val="center"/>
              <w:tblLayout w:type="fixed"/>
              <w:tblLook w:val="04A0" w:firstRow="1" w:lastRow="0" w:firstColumn="1" w:lastColumn="0" w:noHBand="0" w:noVBand="1"/>
            </w:tblPr>
            <w:tblGrid>
              <w:gridCol w:w="7087"/>
            </w:tblGrid>
            <w:tr w:rsidR="00302D64" w14:paraId="2270024A" w14:textId="77777777">
              <w:trPr>
                <w:jc w:val="center"/>
              </w:trPr>
              <w:tc>
                <w:tcPr>
                  <w:tcW w:w="7087" w:type="dxa"/>
                  <w:shd w:val="clear" w:color="auto" w:fill="EDC9EA"/>
                  <w:tcMar>
                    <w:top w:w="45" w:type="dxa"/>
                    <w:left w:w="70" w:type="dxa"/>
                    <w:bottom w:w="45" w:type="dxa"/>
                    <w:right w:w="70" w:type="dxa"/>
                  </w:tcMar>
                </w:tcPr>
                <w:p w14:paraId="53B35927" w14:textId="77777777" w:rsidR="00302D64" w:rsidRDefault="00000000">
                  <w:pPr>
                    <w:keepNext/>
                  </w:pPr>
                  <w:r>
                    <w:rPr>
                      <w:b/>
                      <w:color w:val="000000"/>
                    </w:rPr>
                    <w:t>NAMENI UČENJA</w:t>
                  </w:r>
                </w:p>
              </w:tc>
            </w:tr>
          </w:tbl>
          <w:p w14:paraId="3E14918C" w14:textId="77777777" w:rsidR="00302D64" w:rsidRDefault="00302D64">
            <w:pPr>
              <w:spacing w:line="20" w:lineRule="exact"/>
            </w:pPr>
          </w:p>
          <w:p w14:paraId="36207855" w14:textId="77777777" w:rsidR="00302D64" w:rsidRDefault="00000000">
            <w:pPr>
              <w:spacing w:before="20" w:after="20" w:line="245" w:lineRule="auto"/>
            </w:pPr>
            <w:r>
              <w:rPr>
                <w:color w:val="000000"/>
                <w:sz w:val="16"/>
              </w:rPr>
              <w:t>Učimo se zato, da bomo lažje razumeli in odgovorno uporabili znanje v vsakdanjih situacijah.</w:t>
            </w:r>
          </w:p>
          <w:p w14:paraId="16B531DE" w14:textId="77777777" w:rsidR="00302D64" w:rsidRDefault="00000000">
            <w:pPr>
              <w:pStyle w:val="Oznaenseznam"/>
              <w:spacing w:after="16"/>
            </w:pPr>
            <w:r>
              <w:rPr>
                <w:color w:val="000000"/>
                <w:sz w:val="16"/>
              </w:rPr>
              <w:t>pojasnim pomen higiene, spanja, prehrane in gibanja</w:t>
            </w:r>
          </w:p>
          <w:p w14:paraId="4046D516" w14:textId="77777777" w:rsidR="00302D64" w:rsidRDefault="00000000">
            <w:pPr>
              <w:pStyle w:val="Oznaenseznam"/>
              <w:spacing w:after="16"/>
            </w:pPr>
            <w:r>
              <w:rPr>
                <w:color w:val="000000"/>
                <w:sz w:val="16"/>
              </w:rPr>
              <w:t>izberem zdravo možnost</w:t>
            </w:r>
          </w:p>
          <w:p w14:paraId="786972BF" w14:textId="77777777" w:rsidR="00302D64" w:rsidRDefault="00000000">
            <w:pPr>
              <w:pStyle w:val="Oznaenseznam"/>
              <w:spacing w:after="16"/>
            </w:pPr>
            <w:r>
              <w:rPr>
                <w:color w:val="000000"/>
                <w:sz w:val="16"/>
              </w:rPr>
              <w:t>oblikujem dnevno rutino</w:t>
            </w:r>
          </w:p>
          <w:tbl>
            <w:tblPr>
              <w:tblStyle w:val="Tabelamrea"/>
              <w:tblW w:w="0" w:type="auto"/>
              <w:jc w:val="center"/>
              <w:tblLayout w:type="fixed"/>
              <w:tblLook w:val="04A0" w:firstRow="1" w:lastRow="0" w:firstColumn="1" w:lastColumn="0" w:noHBand="0" w:noVBand="1"/>
            </w:tblPr>
            <w:tblGrid>
              <w:gridCol w:w="7087"/>
            </w:tblGrid>
            <w:tr w:rsidR="00302D64" w14:paraId="196ED091" w14:textId="77777777">
              <w:trPr>
                <w:jc w:val="center"/>
              </w:trPr>
              <w:tc>
                <w:tcPr>
                  <w:tcW w:w="7087" w:type="dxa"/>
                  <w:shd w:val="clear" w:color="auto" w:fill="EDC9EA"/>
                  <w:tcMar>
                    <w:top w:w="45" w:type="dxa"/>
                    <w:left w:w="70" w:type="dxa"/>
                    <w:bottom w:w="45" w:type="dxa"/>
                    <w:right w:w="70" w:type="dxa"/>
                  </w:tcMar>
                </w:tcPr>
                <w:p w14:paraId="00640DB7" w14:textId="77777777" w:rsidR="00302D64" w:rsidRDefault="00000000">
                  <w:pPr>
                    <w:keepNext/>
                  </w:pPr>
                  <w:r>
                    <w:rPr>
                      <w:b/>
                      <w:color w:val="000000"/>
                    </w:rPr>
                    <w:t>PREVERJANJE PREDZNANJA</w:t>
                  </w:r>
                </w:p>
              </w:tc>
            </w:tr>
          </w:tbl>
          <w:p w14:paraId="4B440F29" w14:textId="77777777" w:rsidR="00302D64" w:rsidRDefault="00302D64">
            <w:pPr>
              <w:spacing w:line="20" w:lineRule="exact"/>
            </w:pPr>
          </w:p>
          <w:p w14:paraId="0D0680DB" w14:textId="77777777" w:rsidR="00302D64" w:rsidRDefault="00000000">
            <w:pPr>
              <w:pStyle w:val="Oznaenseznam"/>
              <w:spacing w:after="16"/>
            </w:pPr>
            <w:r>
              <w:rPr>
                <w:color w:val="000000"/>
                <w:sz w:val="16"/>
              </w:rPr>
              <w:t>Katere navade pomagajo telesu in počutju?</w:t>
            </w:r>
          </w:p>
          <w:p w14:paraId="4D89F8E5" w14:textId="77777777" w:rsidR="00302D64" w:rsidRDefault="00000000">
            <w:pPr>
              <w:pStyle w:val="Oznaenseznam"/>
              <w:spacing w:after="16"/>
            </w:pPr>
            <w:r>
              <w:rPr>
                <w:color w:val="000000"/>
                <w:sz w:val="16"/>
              </w:rPr>
              <w:t>Kako sestavim izvedljiv in uravnotežen dnevni red?</w:t>
            </w:r>
          </w:p>
          <w:p w14:paraId="411E50E4"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29EE9BEE" w14:textId="77777777">
              <w:trPr>
                <w:jc w:val="center"/>
              </w:trPr>
              <w:tc>
                <w:tcPr>
                  <w:tcW w:w="7087" w:type="dxa"/>
                  <w:shd w:val="clear" w:color="auto" w:fill="EDC9EA"/>
                  <w:tcMar>
                    <w:top w:w="45" w:type="dxa"/>
                    <w:left w:w="70" w:type="dxa"/>
                    <w:bottom w:w="45" w:type="dxa"/>
                    <w:right w:w="70" w:type="dxa"/>
                  </w:tcMar>
                </w:tcPr>
                <w:p w14:paraId="431223A7" w14:textId="77777777" w:rsidR="00302D64" w:rsidRDefault="00000000">
                  <w:pPr>
                    <w:keepNext/>
                  </w:pPr>
                  <w:r>
                    <w:rPr>
                      <w:b/>
                      <w:color w:val="000000"/>
                    </w:rPr>
                    <w:t>KRITERIJI USPEŠNOSTI</w:t>
                  </w:r>
                </w:p>
              </w:tc>
            </w:tr>
          </w:tbl>
          <w:p w14:paraId="41E0C045" w14:textId="77777777" w:rsidR="00302D64" w:rsidRDefault="00302D64"/>
          <w:p w14:paraId="663CE37E" w14:textId="77777777" w:rsidR="00302D64" w:rsidRDefault="00000000">
            <w:pPr>
              <w:spacing w:before="20" w:after="20" w:line="245" w:lineRule="auto"/>
            </w:pPr>
            <w:r>
              <w:rPr>
                <w:b/>
                <w:color w:val="000000"/>
                <w:sz w:val="16"/>
              </w:rPr>
              <w:t>Uspešen/-na bom, ko:</w:t>
            </w:r>
          </w:p>
          <w:p w14:paraId="48F03D1A" w14:textId="77777777" w:rsidR="00302D64" w:rsidRDefault="00000000">
            <w:pPr>
              <w:pStyle w:val="Oznaenseznam"/>
              <w:spacing w:after="16"/>
            </w:pPr>
            <w:r>
              <w:rPr>
                <w:color w:val="000000"/>
                <w:sz w:val="16"/>
              </w:rPr>
              <w:t>pojasnim pomen higiene, spanja, prehrane in gibanja</w:t>
            </w:r>
          </w:p>
          <w:p w14:paraId="4364F09A" w14:textId="77777777" w:rsidR="00302D64" w:rsidRDefault="00000000">
            <w:pPr>
              <w:pStyle w:val="Oznaenseznam"/>
              <w:spacing w:after="16"/>
            </w:pPr>
            <w:r>
              <w:rPr>
                <w:color w:val="000000"/>
                <w:sz w:val="16"/>
              </w:rPr>
              <w:t>izberem zdravo možnost</w:t>
            </w:r>
          </w:p>
          <w:p w14:paraId="126F1BD7" w14:textId="77777777" w:rsidR="00302D64" w:rsidRDefault="00000000">
            <w:pPr>
              <w:pStyle w:val="Oznaenseznam"/>
              <w:spacing w:after="16"/>
            </w:pPr>
            <w:r>
              <w:rPr>
                <w:color w:val="000000"/>
                <w:sz w:val="16"/>
              </w:rPr>
              <w:t>oblikujem dnevno rutino</w:t>
            </w:r>
          </w:p>
          <w:p w14:paraId="4B8BBD0E"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4AE09388" w14:textId="77777777" w:rsidR="00302D64" w:rsidRDefault="00302D64"/>
          <w:p w14:paraId="2488B342" w14:textId="77777777" w:rsidR="00302D64" w:rsidRDefault="00000000">
            <w:pPr>
              <w:spacing w:after="80" w:line="245" w:lineRule="auto"/>
            </w:pPr>
            <w:r>
              <w:rPr>
                <w:color w:val="000000"/>
                <w:sz w:val="16"/>
              </w:rPr>
              <w:t>Posluša ali opazuje književno oziroma predmetno izhodišče ter se vključi z gibom, sliko ali besedo.</w:t>
            </w:r>
          </w:p>
          <w:p w14:paraId="2B519F34" w14:textId="77777777" w:rsidR="00302D64" w:rsidRDefault="00000000">
            <w:pPr>
              <w:spacing w:after="80" w:line="245" w:lineRule="auto"/>
            </w:pPr>
            <w:r>
              <w:rPr>
                <w:color w:val="000000"/>
                <w:sz w:val="16"/>
              </w:rPr>
              <w:t>Pove, pokaže ali nariše, kaj že ve. Posluša zamisli drugih.</w:t>
            </w:r>
          </w:p>
          <w:p w14:paraId="75555884" w14:textId="77777777" w:rsidR="00302D64" w:rsidRDefault="00000000">
            <w:pPr>
              <w:spacing w:after="100" w:line="245" w:lineRule="auto"/>
            </w:pPr>
            <w:r>
              <w:rPr>
                <w:color w:val="000000"/>
                <w:sz w:val="16"/>
              </w:rPr>
              <w:t>Sodeluje pri razumevanju namenov in kriterijev uspešnosti.</w:t>
            </w:r>
          </w:p>
          <w:p w14:paraId="6631BCDB" w14:textId="77777777" w:rsidR="00302D64" w:rsidRDefault="00000000">
            <w:pPr>
              <w:spacing w:after="20" w:line="245" w:lineRule="auto"/>
            </w:pPr>
            <w:r>
              <w:rPr>
                <w:b/>
                <w:color w:val="D95BC6"/>
                <w:sz w:val="17"/>
              </w:rPr>
              <w:t>DOKAZ O UČENJU</w:t>
            </w:r>
          </w:p>
          <w:p w14:paraId="1D2715F9" w14:textId="77777777" w:rsidR="00302D64" w:rsidRDefault="00000000">
            <w:pPr>
              <w:spacing w:after="30" w:line="245" w:lineRule="auto"/>
            </w:pPr>
            <w:r>
              <w:rPr>
                <w:color w:val="D95BC6"/>
                <w:sz w:val="16"/>
              </w:rPr>
              <w:t>začetna zamisel, razvrstitev, risba ali ustni odgovor</w:t>
            </w:r>
          </w:p>
        </w:tc>
      </w:tr>
    </w:tbl>
    <w:p w14:paraId="5165DD5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6B2F22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E9936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C87164" w14:textId="77777777" w:rsidR="00302D64" w:rsidRDefault="00000000">
            <w:pPr>
              <w:jc w:val="center"/>
            </w:pPr>
            <w:r>
              <w:rPr>
                <w:b/>
                <w:color w:val="000000"/>
                <w:sz w:val="20"/>
              </w:rPr>
              <w:t>UČNE DEJAVNOSTI, METODE IN FORMATIVNO SPREMLJANJE</w:t>
            </w:r>
          </w:p>
        </w:tc>
      </w:tr>
      <w:tr w:rsidR="00302D64" w14:paraId="124E539B" w14:textId="77777777">
        <w:trPr>
          <w:tblHeader/>
          <w:jc w:val="center"/>
        </w:trPr>
        <w:tc>
          <w:tcPr>
            <w:tcW w:w="4422" w:type="dxa"/>
            <w:vMerge/>
            <w:tcMar>
              <w:top w:w="70" w:type="dxa"/>
              <w:left w:w="90" w:type="dxa"/>
              <w:bottom w:w="70" w:type="dxa"/>
              <w:right w:w="90" w:type="dxa"/>
            </w:tcMar>
            <w:vAlign w:val="center"/>
          </w:tcPr>
          <w:p w14:paraId="2A00A06E" w14:textId="77777777" w:rsidR="00302D64" w:rsidRDefault="00302D64"/>
        </w:tc>
        <w:tc>
          <w:tcPr>
            <w:tcW w:w="7087" w:type="dxa"/>
            <w:shd w:val="clear" w:color="auto" w:fill="FFFFFF"/>
            <w:tcMar>
              <w:top w:w="70" w:type="dxa"/>
              <w:left w:w="90" w:type="dxa"/>
              <w:bottom w:w="70" w:type="dxa"/>
              <w:right w:w="90" w:type="dxa"/>
            </w:tcMar>
            <w:vAlign w:val="center"/>
          </w:tcPr>
          <w:p w14:paraId="751762C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D34EBFF" w14:textId="77777777" w:rsidR="00302D64" w:rsidRDefault="00000000">
            <w:pPr>
              <w:jc w:val="center"/>
            </w:pPr>
            <w:r>
              <w:rPr>
                <w:b/>
                <w:color w:val="000000"/>
              </w:rPr>
              <w:t>UČENEC</w:t>
            </w:r>
          </w:p>
        </w:tc>
      </w:tr>
      <w:tr w:rsidR="00302D64" w14:paraId="25A25545" w14:textId="77777777">
        <w:trPr>
          <w:jc w:val="center"/>
        </w:trPr>
        <w:tc>
          <w:tcPr>
            <w:tcW w:w="4422" w:type="dxa"/>
            <w:tcMar>
              <w:top w:w="70" w:type="dxa"/>
              <w:left w:w="90" w:type="dxa"/>
              <w:bottom w:w="70" w:type="dxa"/>
              <w:right w:w="90" w:type="dxa"/>
            </w:tcMar>
          </w:tcPr>
          <w:p w14:paraId="61EA1D1A" w14:textId="77777777" w:rsidR="00302D64" w:rsidRDefault="00302D64"/>
          <w:p w14:paraId="6D6B4655" w14:textId="77777777" w:rsidR="00302D64" w:rsidRDefault="00000000">
            <w:pPr>
              <w:spacing w:after="40" w:line="245" w:lineRule="auto"/>
            </w:pPr>
            <w:r>
              <w:rPr>
                <w:b/>
                <w:color w:val="000000"/>
              </w:rPr>
              <w:t>KLJUČNI POJMI</w:t>
            </w:r>
          </w:p>
          <w:p w14:paraId="47762D8E" w14:textId="77777777" w:rsidR="00302D64" w:rsidRDefault="00000000">
            <w:pPr>
              <w:spacing w:after="80" w:line="245" w:lineRule="auto"/>
            </w:pPr>
            <w:r>
              <w:rPr>
                <w:color w:val="000000"/>
                <w:sz w:val="16"/>
              </w:rPr>
              <w:t>higiena, umivanje, prehrana, voda, gibanje, spanje, počitek, dnevna rutina, zdravje, dobro počutje</w:t>
            </w:r>
          </w:p>
          <w:p w14:paraId="1BBE7209" w14:textId="77777777" w:rsidR="00302D64" w:rsidRDefault="00000000">
            <w:pPr>
              <w:spacing w:after="20" w:line="245" w:lineRule="auto"/>
            </w:pPr>
            <w:r>
              <w:rPr>
                <w:b/>
                <w:color w:val="000000"/>
              </w:rPr>
              <w:t>DOKAZI O UČENJU</w:t>
            </w:r>
          </w:p>
          <w:p w14:paraId="742987C0" w14:textId="77777777" w:rsidR="00302D64" w:rsidRDefault="00000000">
            <w:pPr>
              <w:pStyle w:val="Oznaenseznam"/>
              <w:spacing w:after="16"/>
            </w:pPr>
            <w:r>
              <w:rPr>
                <w:color w:val="000000"/>
                <w:sz w:val="16"/>
              </w:rPr>
              <w:t>praktično pravilno umivanje rok</w:t>
            </w:r>
          </w:p>
          <w:p w14:paraId="7849D1B3" w14:textId="77777777" w:rsidR="00302D64" w:rsidRDefault="00000000">
            <w:pPr>
              <w:pStyle w:val="Oznaenseznam"/>
              <w:spacing w:after="16"/>
            </w:pPr>
            <w:r>
              <w:rPr>
                <w:color w:val="000000"/>
                <w:sz w:val="16"/>
              </w:rPr>
              <w:t>slikovni dnevni red z utemeljitvijo</w:t>
            </w:r>
          </w:p>
          <w:p w14:paraId="42FEB118" w14:textId="77777777" w:rsidR="00302D64" w:rsidRDefault="00000000">
            <w:pPr>
              <w:pStyle w:val="Oznaenseznam"/>
              <w:spacing w:after="16"/>
            </w:pPr>
            <w:r>
              <w:rPr>
                <w:color w:val="000000"/>
                <w:sz w:val="16"/>
              </w:rPr>
              <w:t>izdelek, praktična izvedba in ustna utemeljitev</w:t>
            </w:r>
          </w:p>
          <w:p w14:paraId="3FDCC34E" w14:textId="77777777" w:rsidR="00302D64" w:rsidRDefault="00000000">
            <w:pPr>
              <w:spacing w:before="40" w:after="20" w:line="245" w:lineRule="auto"/>
            </w:pPr>
            <w:r>
              <w:rPr>
                <w:b/>
                <w:color w:val="000000"/>
              </w:rPr>
              <w:t>MEDPREDMETNA POVEZAVA</w:t>
            </w:r>
          </w:p>
          <w:p w14:paraId="133D5C28" w14:textId="77777777" w:rsidR="00302D64" w:rsidRDefault="00000000">
            <w:pPr>
              <w:spacing w:after="60" w:line="245" w:lineRule="auto"/>
            </w:pPr>
            <w:r>
              <w:rPr>
                <w:color w:val="000000"/>
                <w:sz w:val="16"/>
              </w:rPr>
              <w:t>SLJ – utemeljitev izbire; MAT – časovno zaporedje dneva; ŠPO – gibanje; LUM – slikovni dnevni red</w:t>
            </w:r>
          </w:p>
          <w:p w14:paraId="340535AF" w14:textId="77777777" w:rsidR="00302D64" w:rsidRDefault="00000000">
            <w:pPr>
              <w:spacing w:after="20" w:line="245" w:lineRule="auto"/>
            </w:pPr>
            <w:r>
              <w:rPr>
                <w:b/>
                <w:color w:val="000000"/>
              </w:rPr>
              <w:t>POUČEVANJE V GIBANJU</w:t>
            </w:r>
          </w:p>
          <w:p w14:paraId="46E95B88"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1694BE6" w14:textId="77777777" w:rsidR="00302D64" w:rsidRDefault="00000000">
            <w:pPr>
              <w:spacing w:after="20" w:line="245" w:lineRule="auto"/>
            </w:pPr>
            <w:r>
              <w:rPr>
                <w:b/>
                <w:color w:val="000000"/>
              </w:rPr>
              <w:t>UČENJE PO ŠTIRIH POSTAJAH</w:t>
            </w:r>
          </w:p>
          <w:p w14:paraId="3F9161B7"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475E74EF" w14:textId="77777777" w:rsidR="00302D64" w:rsidRDefault="00000000">
            <w:pPr>
              <w:spacing w:after="20" w:line="245" w:lineRule="auto"/>
            </w:pPr>
            <w:r>
              <w:rPr>
                <w:b/>
                <w:color w:val="000000"/>
              </w:rPr>
              <w:t>DIFERENCIACIJA IN VKLJUČEVANJE</w:t>
            </w:r>
          </w:p>
          <w:p w14:paraId="0DB8D6C2" w14:textId="77777777" w:rsidR="00302D64" w:rsidRDefault="00000000">
            <w:pPr>
              <w:spacing w:after="60" w:line="245" w:lineRule="auto"/>
            </w:pPr>
            <w:r>
              <w:rPr>
                <w:color w:val="000000"/>
                <w:sz w:val="16"/>
              </w:rPr>
              <w:t>Slikovna opora in praktično dokazovanje nadomestita obsežen govor; vrstni red kartic je lahko krajši; kriteriji znanja ostanejo enaki.</w:t>
            </w:r>
          </w:p>
          <w:p w14:paraId="07139377" w14:textId="77777777" w:rsidR="00302D64" w:rsidRDefault="00000000">
            <w:pPr>
              <w:spacing w:after="20" w:line="245" w:lineRule="auto"/>
            </w:pPr>
            <w:r>
              <w:rPr>
                <w:b/>
                <w:color w:val="000000"/>
              </w:rPr>
              <w:t>SPREMLJANJE</w:t>
            </w:r>
          </w:p>
          <w:p w14:paraId="150CFE8C"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E8DEAD2"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5E85A48" w14:textId="77777777">
              <w:trPr>
                <w:jc w:val="center"/>
              </w:trPr>
              <w:tc>
                <w:tcPr>
                  <w:tcW w:w="7087" w:type="dxa"/>
                  <w:shd w:val="clear" w:color="auto" w:fill="C6E7F3"/>
                  <w:tcMar>
                    <w:top w:w="45" w:type="dxa"/>
                    <w:left w:w="70" w:type="dxa"/>
                    <w:bottom w:w="45" w:type="dxa"/>
                    <w:right w:w="70" w:type="dxa"/>
                  </w:tcMar>
                </w:tcPr>
                <w:p w14:paraId="15764957" w14:textId="77777777" w:rsidR="00302D64" w:rsidRDefault="00000000">
                  <w:pPr>
                    <w:keepNext/>
                  </w:pPr>
                  <w:r>
                    <w:t>GLAVNI DEL – IZKUŠENJSKO IN POSTAJNO UČENJE (3 šolske ure)</w:t>
                  </w:r>
                </w:p>
              </w:tc>
            </w:tr>
          </w:tbl>
          <w:p w14:paraId="6DDC6787" w14:textId="77777777" w:rsidR="00302D64" w:rsidRDefault="00302D64">
            <w:pPr>
              <w:spacing w:line="20" w:lineRule="exact"/>
            </w:pPr>
          </w:p>
          <w:p w14:paraId="3B7C8B1F" w14:textId="77777777" w:rsidR="00302D64" w:rsidRDefault="00000000">
            <w:pPr>
              <w:keepNext/>
              <w:spacing w:before="60" w:after="20" w:line="245" w:lineRule="auto"/>
            </w:pPr>
            <w:r>
              <w:rPr>
                <w:b/>
                <w:color w:val="000000"/>
              </w:rPr>
              <w:t>1. URA – Nevidne sledi higiene</w:t>
            </w:r>
          </w:p>
          <w:p w14:paraId="33F1FF73" w14:textId="77777777" w:rsidR="00302D64" w:rsidRDefault="00000000">
            <w:pPr>
              <w:spacing w:after="20" w:line="245" w:lineRule="auto"/>
            </w:pPr>
            <w:r>
              <w:rPr>
                <w:b/>
                <w:color w:val="000000"/>
                <w:sz w:val="16"/>
              </w:rPr>
              <w:t xml:space="preserve">Dejavnost učiteljice: </w:t>
            </w:r>
            <w:r>
              <w:rPr>
                <w:color w:val="000000"/>
                <w:sz w:val="16"/>
              </w:rPr>
              <w:t>Z varnim bleščečim gelom ali barvo ponazori prenos in vodi pravilno umivanje rok po korakih.</w:t>
            </w:r>
          </w:p>
          <w:p w14:paraId="65E1BACA" w14:textId="77777777" w:rsidR="00302D64" w:rsidRDefault="00000000">
            <w:pPr>
              <w:spacing w:after="20" w:line="245" w:lineRule="auto"/>
            </w:pPr>
            <w:r>
              <w:rPr>
                <w:b/>
                <w:color w:val="000000"/>
                <w:sz w:val="16"/>
              </w:rPr>
              <w:t xml:space="preserve">Dejavnost učencev: </w:t>
            </w:r>
            <w:r>
              <w:rPr>
                <w:color w:val="000000"/>
                <w:sz w:val="16"/>
              </w:rPr>
              <w:t>Opazujejo prenos, vadijo postopek in po slikovnem zaporedju preverijo vse korake.</w:t>
            </w:r>
          </w:p>
          <w:p w14:paraId="1FC7B352" w14:textId="77777777" w:rsidR="00302D64" w:rsidRDefault="00000000">
            <w:pPr>
              <w:spacing w:after="40" w:line="245" w:lineRule="auto"/>
            </w:pPr>
            <w:r>
              <w:rPr>
                <w:i/>
                <w:color w:val="D95BC6"/>
                <w:sz w:val="16"/>
              </w:rPr>
              <w:t>Predvideni dokaz: praktično pravilno umivanje rok.</w:t>
            </w:r>
          </w:p>
          <w:p w14:paraId="4B3725C2" w14:textId="77777777" w:rsidR="00302D64" w:rsidRDefault="00000000">
            <w:pPr>
              <w:keepNext/>
              <w:spacing w:before="60" w:after="20" w:line="245" w:lineRule="auto"/>
            </w:pPr>
            <w:r>
              <w:rPr>
                <w:b/>
                <w:color w:val="000000"/>
              </w:rPr>
              <w:t>2. URA – Zdrav dan v ravnotežju</w:t>
            </w:r>
          </w:p>
          <w:p w14:paraId="1DB05C92" w14:textId="77777777" w:rsidR="00302D64" w:rsidRDefault="00000000">
            <w:pPr>
              <w:spacing w:after="20" w:line="245" w:lineRule="auto"/>
            </w:pPr>
            <w:r>
              <w:rPr>
                <w:b/>
                <w:color w:val="000000"/>
                <w:sz w:val="16"/>
              </w:rPr>
              <w:t xml:space="preserve">Dejavnost učiteljice: </w:t>
            </w:r>
            <w:r>
              <w:rPr>
                <w:color w:val="000000"/>
                <w:sz w:val="16"/>
              </w:rPr>
              <w:t>Ponudi kartice hrane, vode, gibanja, počitka, higiene, učenja in prostega časa ter razloži raznolikost potreb.</w:t>
            </w:r>
          </w:p>
          <w:p w14:paraId="11DBFF65" w14:textId="77777777" w:rsidR="00302D64" w:rsidRDefault="00000000">
            <w:pPr>
              <w:spacing w:after="20" w:line="245" w:lineRule="auto"/>
            </w:pPr>
            <w:r>
              <w:rPr>
                <w:b/>
                <w:color w:val="000000"/>
                <w:sz w:val="16"/>
              </w:rPr>
              <w:t xml:space="preserve">Dejavnost učencev: </w:t>
            </w:r>
            <w:r>
              <w:rPr>
                <w:color w:val="000000"/>
                <w:sz w:val="16"/>
              </w:rPr>
              <w:t>V skupini sestavijo uravnotežen dan, primerjajo dve izbiri in predlagajo izvedljivo izboljšavo.</w:t>
            </w:r>
          </w:p>
          <w:p w14:paraId="3FE17B91" w14:textId="77777777" w:rsidR="00302D64" w:rsidRDefault="00000000">
            <w:pPr>
              <w:spacing w:after="40" w:line="245" w:lineRule="auto"/>
            </w:pPr>
            <w:r>
              <w:rPr>
                <w:i/>
                <w:color w:val="D95BC6"/>
                <w:sz w:val="16"/>
              </w:rPr>
              <w:t>Predvideni dokaz: slikovni dnevni red z utemeljitvijo.</w:t>
            </w:r>
          </w:p>
          <w:p w14:paraId="484E3428" w14:textId="77777777" w:rsidR="00302D64" w:rsidRDefault="00000000">
            <w:pPr>
              <w:keepNext/>
              <w:spacing w:before="60" w:after="20" w:line="245" w:lineRule="auto"/>
            </w:pPr>
            <w:r>
              <w:rPr>
                <w:b/>
                <w:color w:val="000000"/>
              </w:rPr>
              <w:t>3. URA – Ocenjevalna praktična naloga</w:t>
            </w:r>
          </w:p>
          <w:p w14:paraId="7B33AB22" w14:textId="77777777" w:rsidR="00302D64" w:rsidRDefault="00000000">
            <w:pPr>
              <w:spacing w:after="20" w:line="245" w:lineRule="auto"/>
            </w:pPr>
            <w:r>
              <w:rPr>
                <w:b/>
                <w:color w:val="000000"/>
                <w:sz w:val="16"/>
              </w:rPr>
              <w:t xml:space="preserve">Dejavnost učiteljice: </w:t>
            </w:r>
            <w:r>
              <w:rPr>
                <w:color w:val="000000"/>
                <w:sz w:val="16"/>
              </w:rPr>
              <w:t>Posamezniku ponudi slikovno podlago telesa, čutil in dnevne rutine ter vodi kratek standardiziran pogovor.</w:t>
            </w:r>
          </w:p>
          <w:p w14:paraId="083937EF" w14:textId="77777777" w:rsidR="00302D64" w:rsidRDefault="00000000">
            <w:pPr>
              <w:spacing w:after="20" w:line="245" w:lineRule="auto"/>
            </w:pPr>
            <w:r>
              <w:rPr>
                <w:b/>
                <w:color w:val="000000"/>
                <w:sz w:val="16"/>
              </w:rPr>
              <w:t xml:space="preserve">Dejavnost učencev: </w:t>
            </w:r>
            <w:r>
              <w:rPr>
                <w:color w:val="000000"/>
                <w:sz w:val="16"/>
              </w:rPr>
              <w:t>Poimenujejo dele in čutila, izberejo zdravo navado, sestavijo dnevni red in eno izbiro utemeljijo.</w:t>
            </w:r>
          </w:p>
          <w:p w14:paraId="1623739D" w14:textId="77777777" w:rsidR="00302D64" w:rsidRDefault="00000000">
            <w:pPr>
              <w:spacing w:after="40" w:line="245" w:lineRule="auto"/>
            </w:pPr>
            <w:r>
              <w:rPr>
                <w:i/>
                <w:color w:val="D95BC6"/>
                <w:sz w:val="16"/>
              </w:rPr>
              <w:t>Predvideni dokaz: izdelek, praktična izvedba in ustna utemeljitev.</w:t>
            </w:r>
          </w:p>
          <w:tbl>
            <w:tblPr>
              <w:tblStyle w:val="Tabelamrea"/>
              <w:tblW w:w="0" w:type="auto"/>
              <w:jc w:val="center"/>
              <w:tblLayout w:type="fixed"/>
              <w:tblLook w:val="04A0" w:firstRow="1" w:lastRow="0" w:firstColumn="1" w:lastColumn="0" w:noHBand="0" w:noVBand="1"/>
            </w:tblPr>
            <w:tblGrid>
              <w:gridCol w:w="7087"/>
            </w:tblGrid>
            <w:tr w:rsidR="00302D64" w14:paraId="3539D263" w14:textId="77777777">
              <w:trPr>
                <w:jc w:val="center"/>
              </w:trPr>
              <w:tc>
                <w:tcPr>
                  <w:tcW w:w="7087" w:type="dxa"/>
                  <w:shd w:val="clear" w:color="auto" w:fill="EDC9EA"/>
                  <w:tcMar>
                    <w:top w:w="45" w:type="dxa"/>
                    <w:left w:w="70" w:type="dxa"/>
                    <w:bottom w:w="45" w:type="dxa"/>
                    <w:right w:w="70" w:type="dxa"/>
                  </w:tcMar>
                </w:tcPr>
                <w:p w14:paraId="691712D1" w14:textId="77777777" w:rsidR="00302D64" w:rsidRDefault="00000000">
                  <w:pPr>
                    <w:keepNext/>
                  </w:pPr>
                  <w:r>
                    <w:rPr>
                      <w:b/>
                      <w:color w:val="000000"/>
                    </w:rPr>
                    <w:t>UČENJE PO ŠTIRIH POSTAJAH (6–8 min na postajo)</w:t>
                  </w:r>
                </w:p>
              </w:tc>
            </w:tr>
          </w:tbl>
          <w:p w14:paraId="0649007A"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39A3FA00" w14:textId="77777777" w:rsidR="00302D64" w:rsidRDefault="00000000">
            <w:pPr>
              <w:spacing w:after="20" w:line="245" w:lineRule="auto"/>
            </w:pPr>
            <w:r>
              <w:rPr>
                <w:b/>
                <w:color w:val="000000"/>
                <w:sz w:val="16"/>
              </w:rPr>
              <w:t xml:space="preserve">RAZISKOVALNA POSTAJA – Nevidne sledi higiene: </w:t>
            </w:r>
            <w:r>
              <w:rPr>
                <w:color w:val="000000"/>
                <w:sz w:val="16"/>
              </w:rPr>
              <w:t>Opazujejo prenos, vadijo postopek in po slikovnem zaporedju preverijo vse korake.</w:t>
            </w:r>
          </w:p>
          <w:p w14:paraId="62BA95E2" w14:textId="77777777" w:rsidR="00302D64" w:rsidRDefault="00000000">
            <w:pPr>
              <w:spacing w:after="20" w:line="245" w:lineRule="auto"/>
            </w:pPr>
            <w:r>
              <w:rPr>
                <w:b/>
                <w:color w:val="000000"/>
                <w:sz w:val="16"/>
              </w:rPr>
              <w:t xml:space="preserve">PRAKTIČNA POSTAJA – Zdrav dan v ravnotežju: </w:t>
            </w:r>
            <w:r>
              <w:rPr>
                <w:color w:val="000000"/>
                <w:sz w:val="16"/>
              </w:rPr>
              <w:t>V skupini sestavijo uravnotežen dan, primerjajo dve izbiri in predlagajo izvedljivo izboljšavo.</w:t>
            </w:r>
          </w:p>
          <w:p w14:paraId="2B14EEAC" w14:textId="77777777" w:rsidR="00302D64" w:rsidRDefault="00000000">
            <w:pPr>
              <w:spacing w:after="20" w:line="245" w:lineRule="auto"/>
            </w:pPr>
            <w:r>
              <w:rPr>
                <w:b/>
                <w:color w:val="000000"/>
                <w:sz w:val="16"/>
              </w:rPr>
              <w:t xml:space="preserve">GIBALNO-SODELOVALNA POSTAJA – Ocenjevalna praktična naloga: </w:t>
            </w:r>
            <w:r>
              <w:rPr>
                <w:color w:val="000000"/>
                <w:sz w:val="16"/>
              </w:rPr>
              <w:t>Poimenujejo dele in čutila, izberejo zdravo navado, sestavijo dnevni red in eno izbiro utemeljijo.</w:t>
            </w:r>
          </w:p>
          <w:p w14:paraId="5D1501B7" w14:textId="77777777" w:rsidR="00302D64" w:rsidRDefault="00000000">
            <w:pPr>
              <w:spacing w:after="20" w:line="245" w:lineRule="auto"/>
            </w:pPr>
            <w:r>
              <w:rPr>
                <w:b/>
                <w:color w:val="000000"/>
                <w:sz w:val="16"/>
              </w:rPr>
              <w:t xml:space="preserve">POSTAJA DOKAZA IN REFLEKSIJE: </w:t>
            </w:r>
            <w:r>
              <w:rPr>
                <w:color w:val="000000"/>
                <w:sz w:val="16"/>
              </w:rPr>
              <w:t>Izberejo en dokaz (praktično pravilno umivanje rok, slikovni dnevni red z utemeljitvijo),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E279B1C" w14:textId="77777777">
              <w:trPr>
                <w:jc w:val="center"/>
              </w:trPr>
              <w:tc>
                <w:tcPr>
                  <w:tcW w:w="7087" w:type="dxa"/>
                  <w:shd w:val="clear" w:color="auto" w:fill="EDC9EA"/>
                  <w:tcMar>
                    <w:top w:w="45" w:type="dxa"/>
                    <w:left w:w="70" w:type="dxa"/>
                    <w:bottom w:w="45" w:type="dxa"/>
                    <w:right w:w="70" w:type="dxa"/>
                  </w:tcMar>
                </w:tcPr>
                <w:p w14:paraId="09EFC364" w14:textId="77777777" w:rsidR="00302D64" w:rsidRDefault="00000000">
                  <w:pPr>
                    <w:keepNext/>
                  </w:pPr>
                  <w:r>
                    <w:rPr>
                      <w:b/>
                      <w:color w:val="000000"/>
                    </w:rPr>
                    <w:t>POVRATNA INFORMACIJA UČITELJICE MED DELOM</w:t>
                  </w:r>
                </w:p>
              </w:tc>
            </w:tr>
          </w:tbl>
          <w:p w14:paraId="60765B75" w14:textId="77777777" w:rsidR="00302D64" w:rsidRDefault="00302D64"/>
          <w:p w14:paraId="379F92FD"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FD6B492" w14:textId="77777777" w:rsidR="00302D64" w:rsidRDefault="00302D64"/>
          <w:p w14:paraId="6ADA3BE0" w14:textId="77777777" w:rsidR="00302D64" w:rsidRDefault="00000000">
            <w:pPr>
              <w:spacing w:after="20" w:line="245" w:lineRule="auto"/>
            </w:pPr>
            <w:r>
              <w:rPr>
                <w:b/>
                <w:color w:val="000000"/>
                <w:sz w:val="17"/>
              </w:rPr>
              <w:t>1. URA</w:t>
            </w:r>
          </w:p>
          <w:p w14:paraId="5137DD83" w14:textId="77777777" w:rsidR="00302D64" w:rsidRDefault="00000000">
            <w:pPr>
              <w:spacing w:after="40" w:line="245" w:lineRule="auto"/>
            </w:pPr>
            <w:r>
              <w:rPr>
                <w:color w:val="000000"/>
                <w:sz w:val="16"/>
              </w:rPr>
              <w:t>Opazujejo prenos, vadijo postopek in po slikovnem zaporedju preverijo vse korake.</w:t>
            </w:r>
          </w:p>
          <w:p w14:paraId="6739BC09" w14:textId="77777777" w:rsidR="00302D64" w:rsidRDefault="00000000">
            <w:pPr>
              <w:spacing w:line="245" w:lineRule="auto"/>
            </w:pPr>
            <w:r>
              <w:rPr>
                <w:b/>
                <w:color w:val="D95BC6"/>
                <w:sz w:val="16"/>
              </w:rPr>
              <w:t>DOKAZ</w:t>
            </w:r>
          </w:p>
          <w:p w14:paraId="2CEF901E" w14:textId="77777777" w:rsidR="00302D64" w:rsidRDefault="00000000">
            <w:pPr>
              <w:spacing w:after="60" w:line="245" w:lineRule="auto"/>
            </w:pPr>
            <w:r>
              <w:rPr>
                <w:color w:val="D95BC6"/>
                <w:sz w:val="16"/>
              </w:rPr>
              <w:t>praktično pravilno umivanje rok</w:t>
            </w:r>
          </w:p>
          <w:p w14:paraId="7D78A97C" w14:textId="77777777" w:rsidR="00302D64" w:rsidRDefault="00000000">
            <w:pPr>
              <w:spacing w:after="20" w:line="245" w:lineRule="auto"/>
            </w:pPr>
            <w:r>
              <w:rPr>
                <w:b/>
                <w:color w:val="000000"/>
                <w:sz w:val="17"/>
              </w:rPr>
              <w:t>2. URA</w:t>
            </w:r>
          </w:p>
          <w:p w14:paraId="190AEB0B" w14:textId="77777777" w:rsidR="00302D64" w:rsidRDefault="00000000">
            <w:pPr>
              <w:spacing w:after="40" w:line="245" w:lineRule="auto"/>
            </w:pPr>
            <w:r>
              <w:rPr>
                <w:color w:val="000000"/>
                <w:sz w:val="16"/>
              </w:rPr>
              <w:t>V skupini sestavijo uravnotežen dan, primerjajo dve izbiri in predlagajo izvedljivo izboljšavo.</w:t>
            </w:r>
          </w:p>
          <w:p w14:paraId="52E7B52D" w14:textId="77777777" w:rsidR="00302D64" w:rsidRDefault="00000000">
            <w:pPr>
              <w:spacing w:line="245" w:lineRule="auto"/>
            </w:pPr>
            <w:r>
              <w:rPr>
                <w:b/>
                <w:color w:val="D95BC6"/>
                <w:sz w:val="16"/>
              </w:rPr>
              <w:t>DOKAZ</w:t>
            </w:r>
          </w:p>
          <w:p w14:paraId="1E1E5152" w14:textId="77777777" w:rsidR="00302D64" w:rsidRDefault="00000000">
            <w:pPr>
              <w:spacing w:after="60" w:line="245" w:lineRule="auto"/>
            </w:pPr>
            <w:r>
              <w:rPr>
                <w:color w:val="D95BC6"/>
                <w:sz w:val="16"/>
              </w:rPr>
              <w:t>slikovni dnevni red z utemeljitvijo</w:t>
            </w:r>
          </w:p>
          <w:p w14:paraId="0C2285B1" w14:textId="77777777" w:rsidR="00302D64" w:rsidRDefault="00000000">
            <w:pPr>
              <w:spacing w:after="20" w:line="245" w:lineRule="auto"/>
            </w:pPr>
            <w:r>
              <w:rPr>
                <w:b/>
                <w:color w:val="000000"/>
                <w:sz w:val="17"/>
              </w:rPr>
              <w:t>3. URA</w:t>
            </w:r>
          </w:p>
          <w:p w14:paraId="236F950B" w14:textId="77777777" w:rsidR="00302D64" w:rsidRDefault="00000000">
            <w:pPr>
              <w:spacing w:after="40" w:line="245" w:lineRule="auto"/>
            </w:pPr>
            <w:r>
              <w:rPr>
                <w:color w:val="000000"/>
                <w:sz w:val="16"/>
              </w:rPr>
              <w:t>Poimenujejo dele in čutila, izberejo zdravo navado, sestavijo dnevni red in eno izbiro utemeljijo.</w:t>
            </w:r>
          </w:p>
          <w:p w14:paraId="0AB59440" w14:textId="77777777" w:rsidR="00302D64" w:rsidRDefault="00000000">
            <w:pPr>
              <w:spacing w:line="245" w:lineRule="auto"/>
            </w:pPr>
            <w:r>
              <w:rPr>
                <w:b/>
                <w:color w:val="D95BC6"/>
                <w:sz w:val="16"/>
              </w:rPr>
              <w:t>DOKAZ</w:t>
            </w:r>
          </w:p>
          <w:p w14:paraId="73051923" w14:textId="77777777" w:rsidR="00302D64" w:rsidRDefault="00000000">
            <w:pPr>
              <w:spacing w:after="60" w:line="245" w:lineRule="auto"/>
            </w:pPr>
            <w:r>
              <w:rPr>
                <w:color w:val="D95BC6"/>
                <w:sz w:val="16"/>
              </w:rPr>
              <w:t>izdelek, praktična izvedba in ustna utemeljitev</w:t>
            </w:r>
          </w:p>
        </w:tc>
      </w:tr>
    </w:tbl>
    <w:p w14:paraId="5FADEDC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F19D36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E88414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C3D84BB" w14:textId="77777777" w:rsidR="00302D64" w:rsidRDefault="00000000">
            <w:pPr>
              <w:jc w:val="center"/>
            </w:pPr>
            <w:r>
              <w:rPr>
                <w:b/>
                <w:color w:val="000000"/>
                <w:sz w:val="20"/>
              </w:rPr>
              <w:t>UČNE DEJAVNOSTI, METODE IN FORMATIVNO SPREMLJANJE</w:t>
            </w:r>
          </w:p>
        </w:tc>
      </w:tr>
      <w:tr w:rsidR="00302D64" w14:paraId="333AA881" w14:textId="77777777">
        <w:trPr>
          <w:tblHeader/>
          <w:jc w:val="center"/>
        </w:trPr>
        <w:tc>
          <w:tcPr>
            <w:tcW w:w="4422" w:type="dxa"/>
            <w:vMerge/>
            <w:tcMar>
              <w:top w:w="70" w:type="dxa"/>
              <w:left w:w="90" w:type="dxa"/>
              <w:bottom w:w="70" w:type="dxa"/>
              <w:right w:w="90" w:type="dxa"/>
            </w:tcMar>
            <w:vAlign w:val="center"/>
          </w:tcPr>
          <w:p w14:paraId="3CCFC540" w14:textId="77777777" w:rsidR="00302D64" w:rsidRDefault="00302D64"/>
        </w:tc>
        <w:tc>
          <w:tcPr>
            <w:tcW w:w="7087" w:type="dxa"/>
            <w:shd w:val="clear" w:color="auto" w:fill="FFFFFF"/>
            <w:tcMar>
              <w:top w:w="70" w:type="dxa"/>
              <w:left w:w="90" w:type="dxa"/>
              <w:bottom w:w="70" w:type="dxa"/>
              <w:right w:w="90" w:type="dxa"/>
            </w:tcMar>
            <w:vAlign w:val="center"/>
          </w:tcPr>
          <w:p w14:paraId="09CEEFE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D57D74" w14:textId="77777777" w:rsidR="00302D64" w:rsidRDefault="00000000">
            <w:pPr>
              <w:jc w:val="center"/>
            </w:pPr>
            <w:r>
              <w:rPr>
                <w:b/>
                <w:color w:val="000000"/>
              </w:rPr>
              <w:t>UČENEC</w:t>
            </w:r>
          </w:p>
        </w:tc>
      </w:tr>
      <w:tr w:rsidR="00302D64" w14:paraId="297ECCF4" w14:textId="77777777">
        <w:trPr>
          <w:jc w:val="center"/>
        </w:trPr>
        <w:tc>
          <w:tcPr>
            <w:tcW w:w="4422" w:type="dxa"/>
            <w:tcMar>
              <w:top w:w="70" w:type="dxa"/>
              <w:left w:w="90" w:type="dxa"/>
              <w:bottom w:w="70" w:type="dxa"/>
              <w:right w:w="90" w:type="dxa"/>
            </w:tcMar>
          </w:tcPr>
          <w:p w14:paraId="6C5F1CC6" w14:textId="77777777" w:rsidR="00302D64" w:rsidRDefault="00302D64"/>
          <w:p w14:paraId="17DFD5D0" w14:textId="77777777" w:rsidR="00302D64" w:rsidRDefault="00000000">
            <w:pPr>
              <w:spacing w:after="40" w:line="245" w:lineRule="auto"/>
            </w:pPr>
            <w:r>
              <w:rPr>
                <w:b/>
                <w:color w:val="000000"/>
              </w:rPr>
              <w:t>FORMATIVNO SPREMLJANJE</w:t>
            </w:r>
          </w:p>
          <w:p w14:paraId="011A4609" w14:textId="77777777" w:rsidR="00302D64" w:rsidRDefault="00000000">
            <w:pPr>
              <w:pStyle w:val="Oznaenseznam"/>
              <w:spacing w:after="16"/>
            </w:pPr>
            <w:r>
              <w:rPr>
                <w:color w:val="000000"/>
                <w:sz w:val="16"/>
              </w:rPr>
              <w:t>predznanje: začetni odgovor, razvrstitev ali prikaz</w:t>
            </w:r>
          </w:p>
          <w:p w14:paraId="67FD86F5" w14:textId="77777777" w:rsidR="00302D64" w:rsidRDefault="00000000">
            <w:pPr>
              <w:pStyle w:val="Oznaenseznam"/>
              <w:spacing w:after="16"/>
            </w:pPr>
            <w:r>
              <w:rPr>
                <w:color w:val="000000"/>
                <w:sz w:val="16"/>
              </w:rPr>
              <w:t>dokazi med učenjem: izvedba, skica, model, opazovalni zapis ali razlaga</w:t>
            </w:r>
          </w:p>
          <w:p w14:paraId="042F4DFC" w14:textId="77777777" w:rsidR="00302D64" w:rsidRDefault="00000000">
            <w:pPr>
              <w:pStyle w:val="Oznaenseznam"/>
              <w:spacing w:after="16"/>
            </w:pPr>
            <w:r>
              <w:rPr>
                <w:color w:val="000000"/>
                <w:sz w:val="16"/>
              </w:rPr>
              <w:t>povratna informacija: konkretna, vezana na kriterij in usmerjena v naslednji korak</w:t>
            </w:r>
          </w:p>
          <w:p w14:paraId="25CF677C" w14:textId="77777777" w:rsidR="00302D64" w:rsidRDefault="00000000">
            <w:pPr>
              <w:pStyle w:val="Oznaenseznam"/>
              <w:spacing w:after="16"/>
            </w:pPr>
            <w:r>
              <w:rPr>
                <w:color w:val="000000"/>
                <w:sz w:val="16"/>
              </w:rPr>
              <w:t>samovrednotenje: semafor, prsti, izbrani simbol ali kratka poved</w:t>
            </w:r>
          </w:p>
          <w:p w14:paraId="20C1B699" w14:textId="77777777" w:rsidR="00302D64" w:rsidRDefault="00000000">
            <w:pPr>
              <w:spacing w:before="40" w:after="20" w:line="245" w:lineRule="auto"/>
            </w:pPr>
            <w:r>
              <w:rPr>
                <w:b/>
                <w:color w:val="000000"/>
              </w:rPr>
              <w:t>VARNOST IN ODGOVORNOST</w:t>
            </w:r>
          </w:p>
          <w:p w14:paraId="4286C80D" w14:textId="77777777" w:rsidR="00302D64" w:rsidRDefault="00000000">
            <w:pPr>
              <w:spacing w:after="60" w:line="245" w:lineRule="auto"/>
            </w:pPr>
            <w:r>
              <w:rPr>
                <w:color w:val="000000"/>
                <w:sz w:val="16"/>
              </w:rPr>
              <w:t>Uporabi se koži varen material; upoštevajo se alergije, zdravstvene in prehranske posebnosti brez javnega izpostavljanja.</w:t>
            </w:r>
          </w:p>
          <w:p w14:paraId="47B5649A" w14:textId="77777777" w:rsidR="00302D64" w:rsidRDefault="00000000">
            <w:pPr>
              <w:spacing w:after="20" w:line="245" w:lineRule="auto"/>
            </w:pPr>
            <w:r>
              <w:rPr>
                <w:b/>
                <w:color w:val="000000"/>
              </w:rPr>
              <w:t>EVIDENCA PO IZVEDBI</w:t>
            </w:r>
          </w:p>
          <w:p w14:paraId="14E14589"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2135473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38B36AB" w14:textId="77777777">
              <w:trPr>
                <w:jc w:val="center"/>
              </w:trPr>
              <w:tc>
                <w:tcPr>
                  <w:tcW w:w="7087" w:type="dxa"/>
                  <w:shd w:val="clear" w:color="auto" w:fill="EDC9EA"/>
                  <w:tcMar>
                    <w:top w:w="45" w:type="dxa"/>
                    <w:left w:w="70" w:type="dxa"/>
                    <w:bottom w:w="45" w:type="dxa"/>
                    <w:right w:w="70" w:type="dxa"/>
                  </w:tcMar>
                </w:tcPr>
                <w:p w14:paraId="13FA473A" w14:textId="77777777" w:rsidR="00302D64" w:rsidRDefault="00000000">
                  <w:pPr>
                    <w:keepNext/>
                  </w:pPr>
                  <w:r>
                    <w:rPr>
                      <w:b/>
                      <w:color w:val="000000"/>
                    </w:rPr>
                    <w:t>VPRAŠANJA V PODPORO UČENJU</w:t>
                  </w:r>
                </w:p>
              </w:tc>
            </w:tr>
          </w:tbl>
          <w:p w14:paraId="0EBCF340" w14:textId="77777777" w:rsidR="00302D64" w:rsidRDefault="00302D64">
            <w:pPr>
              <w:spacing w:line="20" w:lineRule="exact"/>
            </w:pPr>
          </w:p>
          <w:p w14:paraId="01CC896A" w14:textId="77777777" w:rsidR="00302D64" w:rsidRDefault="00000000">
            <w:pPr>
              <w:pStyle w:val="Oznaenseznam"/>
              <w:spacing w:after="16"/>
            </w:pPr>
            <w:r>
              <w:rPr>
                <w:color w:val="000000"/>
                <w:sz w:val="16"/>
              </w:rPr>
              <w:t>Kaj si opazil/-a in kateri dokaz to pokaže?</w:t>
            </w:r>
          </w:p>
          <w:p w14:paraId="1EC04C9A" w14:textId="77777777" w:rsidR="00302D64" w:rsidRDefault="00000000">
            <w:pPr>
              <w:pStyle w:val="Oznaenseznam"/>
              <w:spacing w:after="16"/>
            </w:pPr>
            <w:r>
              <w:rPr>
                <w:color w:val="000000"/>
                <w:sz w:val="16"/>
              </w:rPr>
              <w:t>Kako si prišel/-la do svoje odločitve?</w:t>
            </w:r>
          </w:p>
          <w:p w14:paraId="5247600D" w14:textId="77777777" w:rsidR="00302D64" w:rsidRDefault="00000000">
            <w:pPr>
              <w:pStyle w:val="Oznaenseznam"/>
              <w:spacing w:after="16"/>
            </w:pPr>
            <w:r>
              <w:rPr>
                <w:color w:val="000000"/>
                <w:sz w:val="16"/>
              </w:rPr>
              <w:t>Kaj si pri ponovnem poskusu ohranil/-a enako in kaj spremenil/-a?</w:t>
            </w:r>
          </w:p>
          <w:p w14:paraId="173CB4BB" w14:textId="77777777" w:rsidR="00302D64" w:rsidRDefault="00000000">
            <w:pPr>
              <w:pStyle w:val="Oznaenseznam"/>
              <w:spacing w:after="16"/>
            </w:pPr>
            <w:r>
              <w:rPr>
                <w:color w:val="000000"/>
                <w:sz w:val="16"/>
              </w:rPr>
              <w:t>Kateri kriterij že dosegaš? Kaj bo tvoj naslednji korak?</w:t>
            </w:r>
          </w:p>
          <w:p w14:paraId="0EEE33E4"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135B4084" w14:textId="77777777">
              <w:trPr>
                <w:jc w:val="center"/>
              </w:trPr>
              <w:tc>
                <w:tcPr>
                  <w:tcW w:w="7087" w:type="dxa"/>
                  <w:shd w:val="clear" w:color="auto" w:fill="C6E7F3"/>
                  <w:tcMar>
                    <w:top w:w="45" w:type="dxa"/>
                    <w:left w:w="70" w:type="dxa"/>
                    <w:bottom w:w="45" w:type="dxa"/>
                    <w:right w:w="70" w:type="dxa"/>
                  </w:tcMar>
                </w:tcPr>
                <w:p w14:paraId="63497004" w14:textId="77777777" w:rsidR="00302D64" w:rsidRDefault="00000000">
                  <w:pPr>
                    <w:keepNext/>
                  </w:pPr>
                  <w:r>
                    <w:rPr>
                      <w:b/>
                      <w:color w:val="000000"/>
                    </w:rPr>
                    <w:t>ZAKLJUČNI DEL – UTRJEVANJE IN REFLEKSIJA (10–15 min)</w:t>
                  </w:r>
                </w:p>
              </w:tc>
            </w:tr>
          </w:tbl>
          <w:p w14:paraId="2EC6D37B" w14:textId="77777777" w:rsidR="00302D64" w:rsidRDefault="00302D64">
            <w:pPr>
              <w:spacing w:line="20" w:lineRule="exact"/>
            </w:pPr>
          </w:p>
          <w:p w14:paraId="1CABF31F"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8D765D6" w14:textId="77777777">
              <w:trPr>
                <w:jc w:val="center"/>
              </w:trPr>
              <w:tc>
                <w:tcPr>
                  <w:tcW w:w="7087" w:type="dxa"/>
                  <w:shd w:val="clear" w:color="auto" w:fill="EDC9EA"/>
                  <w:tcMar>
                    <w:top w:w="45" w:type="dxa"/>
                    <w:left w:w="70" w:type="dxa"/>
                    <w:bottom w:w="45" w:type="dxa"/>
                    <w:right w:w="70" w:type="dxa"/>
                  </w:tcMar>
                </w:tcPr>
                <w:p w14:paraId="0B9AB326" w14:textId="77777777" w:rsidR="00302D64" w:rsidRDefault="00000000">
                  <w:pPr>
                    <w:keepNext/>
                  </w:pPr>
                  <w:r>
                    <w:rPr>
                      <w:b/>
                      <w:color w:val="000000"/>
                    </w:rPr>
                    <w:t>SAMOVREDNOTENJE</w:t>
                  </w:r>
                </w:p>
              </w:tc>
            </w:tr>
          </w:tbl>
          <w:p w14:paraId="0A6AA2F4" w14:textId="77777777" w:rsidR="00302D64" w:rsidRDefault="00302D64">
            <w:pPr>
              <w:spacing w:line="20" w:lineRule="exact"/>
            </w:pPr>
          </w:p>
          <w:p w14:paraId="37FA26CF"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77BC53BE" w14:textId="77777777">
              <w:trPr>
                <w:jc w:val="center"/>
              </w:trPr>
              <w:tc>
                <w:tcPr>
                  <w:tcW w:w="7087" w:type="dxa"/>
                  <w:shd w:val="clear" w:color="auto" w:fill="EDC9EA"/>
                  <w:tcMar>
                    <w:top w:w="45" w:type="dxa"/>
                    <w:left w:w="70" w:type="dxa"/>
                    <w:bottom w:w="45" w:type="dxa"/>
                    <w:right w:w="70" w:type="dxa"/>
                  </w:tcMar>
                </w:tcPr>
                <w:p w14:paraId="12AFA792" w14:textId="77777777" w:rsidR="00302D64" w:rsidRDefault="00000000">
                  <w:pPr>
                    <w:keepNext/>
                  </w:pPr>
                  <w:r>
                    <w:rPr>
                      <w:b/>
                      <w:color w:val="000000"/>
                    </w:rPr>
                    <w:t>VRSTNIŠKO VREDNOTENJE</w:t>
                  </w:r>
                </w:p>
              </w:tc>
            </w:tr>
          </w:tbl>
          <w:p w14:paraId="0EE599B6" w14:textId="77777777" w:rsidR="00302D64" w:rsidRDefault="00302D64">
            <w:pPr>
              <w:spacing w:line="20" w:lineRule="exact"/>
            </w:pPr>
          </w:p>
          <w:p w14:paraId="19468DFF"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2EB56B18" w14:textId="77777777">
              <w:trPr>
                <w:jc w:val="center"/>
              </w:trPr>
              <w:tc>
                <w:tcPr>
                  <w:tcW w:w="7087" w:type="dxa"/>
                  <w:shd w:val="clear" w:color="auto" w:fill="EDC9EA"/>
                  <w:tcMar>
                    <w:top w:w="45" w:type="dxa"/>
                    <w:left w:w="70" w:type="dxa"/>
                    <w:bottom w:w="45" w:type="dxa"/>
                    <w:right w:w="70" w:type="dxa"/>
                  </w:tcMar>
                </w:tcPr>
                <w:p w14:paraId="42C22FED" w14:textId="77777777" w:rsidR="00302D64" w:rsidRDefault="00000000">
                  <w:pPr>
                    <w:keepNext/>
                  </w:pPr>
                  <w:r>
                    <w:rPr>
                      <w:b/>
                      <w:color w:val="000000"/>
                    </w:rPr>
                    <w:t>SKUPNI POVZETEK</w:t>
                  </w:r>
                </w:p>
              </w:tc>
            </w:tr>
          </w:tbl>
          <w:p w14:paraId="00DA42F3" w14:textId="77777777" w:rsidR="00302D64" w:rsidRDefault="00302D64">
            <w:pPr>
              <w:spacing w:line="20" w:lineRule="exact"/>
            </w:pPr>
          </w:p>
          <w:p w14:paraId="504725D7" w14:textId="77777777" w:rsidR="00302D64" w:rsidRDefault="00000000">
            <w:pPr>
              <w:spacing w:before="20" w:after="40" w:line="245" w:lineRule="auto"/>
            </w:pPr>
            <w:r>
              <w:rPr>
                <w:b/>
                <w:color w:val="000000"/>
                <w:sz w:val="17"/>
              </w:rPr>
              <w:t>Za zdravje skrbim z higieno, raznoliko prehrano, vodo, gibanjem, spanjem in dobrimi odnosi ter si uredim izvedljiv dan.</w:t>
            </w:r>
          </w:p>
          <w:tbl>
            <w:tblPr>
              <w:tblStyle w:val="Tabelamrea"/>
              <w:tblW w:w="0" w:type="auto"/>
              <w:jc w:val="center"/>
              <w:tblLayout w:type="fixed"/>
              <w:tblLook w:val="04A0" w:firstRow="1" w:lastRow="0" w:firstColumn="1" w:lastColumn="0" w:noHBand="0" w:noVBand="1"/>
            </w:tblPr>
            <w:tblGrid>
              <w:gridCol w:w="7087"/>
            </w:tblGrid>
            <w:tr w:rsidR="00302D64" w14:paraId="53E47F51" w14:textId="77777777">
              <w:trPr>
                <w:jc w:val="center"/>
              </w:trPr>
              <w:tc>
                <w:tcPr>
                  <w:tcW w:w="7087" w:type="dxa"/>
                  <w:shd w:val="clear" w:color="auto" w:fill="EDC9EA"/>
                  <w:tcMar>
                    <w:top w:w="45" w:type="dxa"/>
                    <w:left w:w="70" w:type="dxa"/>
                    <w:bottom w:w="45" w:type="dxa"/>
                    <w:right w:w="70" w:type="dxa"/>
                  </w:tcMar>
                </w:tcPr>
                <w:p w14:paraId="54838079" w14:textId="77777777" w:rsidR="00302D64" w:rsidRDefault="00000000">
                  <w:pPr>
                    <w:keepNext/>
                  </w:pPr>
                  <w:r>
                    <w:rPr>
                      <w:b/>
                      <w:color w:val="000000"/>
                    </w:rPr>
                    <w:t>OPISNO OCENJEVANJE</w:t>
                  </w:r>
                </w:p>
              </w:tc>
            </w:tr>
          </w:tbl>
          <w:p w14:paraId="7FF52CB3" w14:textId="77777777" w:rsidR="00302D64" w:rsidRDefault="00302D64"/>
          <w:p w14:paraId="7BC0CCE7" w14:textId="77777777" w:rsidR="00302D64" w:rsidRDefault="00000000">
            <w:pPr>
              <w:spacing w:before="20" w:after="30" w:line="245" w:lineRule="auto"/>
            </w:pPr>
            <w:r>
              <w:rPr>
                <w:color w:val="000000"/>
                <w:sz w:val="16"/>
              </w:rPr>
              <w:t>OCENJEVANJE 3: praktična naloga o telesu, čutilih in zdravih navadah s slikovno oporo ter kratko ustno utemeljitvijo</w:t>
            </w:r>
          </w:p>
        </w:tc>
        <w:tc>
          <w:tcPr>
            <w:tcW w:w="2551" w:type="dxa"/>
            <w:tcMar>
              <w:top w:w="70" w:type="dxa"/>
              <w:left w:w="90" w:type="dxa"/>
              <w:bottom w:w="70" w:type="dxa"/>
              <w:right w:w="90" w:type="dxa"/>
            </w:tcMar>
          </w:tcPr>
          <w:p w14:paraId="2E81C01E" w14:textId="77777777" w:rsidR="00302D64" w:rsidRDefault="00302D64"/>
          <w:p w14:paraId="42B3FEAA" w14:textId="77777777" w:rsidR="00302D64" w:rsidRDefault="00000000">
            <w:pPr>
              <w:spacing w:after="100" w:line="245" w:lineRule="auto"/>
            </w:pPr>
            <w:r>
              <w:rPr>
                <w:color w:val="000000"/>
                <w:sz w:val="16"/>
              </w:rPr>
              <w:t>Odgovarja na podporna vprašanja in se sklicuje na svoj dokaz.</w:t>
            </w:r>
          </w:p>
          <w:p w14:paraId="0E3D8957" w14:textId="77777777" w:rsidR="00302D64" w:rsidRDefault="00000000">
            <w:pPr>
              <w:spacing w:after="100" w:line="245" w:lineRule="auto"/>
            </w:pPr>
            <w:r>
              <w:rPr>
                <w:color w:val="000000"/>
                <w:sz w:val="16"/>
              </w:rPr>
              <w:t>Primerja začetno zamisel z ugotovitvijo ter pove ali pokaže, kaj se je naučil/-a.</w:t>
            </w:r>
          </w:p>
          <w:p w14:paraId="69CA9051" w14:textId="77777777" w:rsidR="00302D64" w:rsidRDefault="00000000">
            <w:pPr>
              <w:spacing w:after="100" w:line="245" w:lineRule="auto"/>
            </w:pPr>
            <w:r>
              <w:rPr>
                <w:color w:val="000000"/>
                <w:sz w:val="16"/>
              </w:rPr>
              <w:t>Izbere raven doseganja in določi naslednji korak.</w:t>
            </w:r>
          </w:p>
          <w:p w14:paraId="1B0F58BB" w14:textId="77777777" w:rsidR="00302D64" w:rsidRDefault="00000000">
            <w:pPr>
              <w:spacing w:after="100" w:line="245" w:lineRule="auto"/>
            </w:pPr>
            <w:r>
              <w:rPr>
                <w:color w:val="000000"/>
                <w:sz w:val="16"/>
              </w:rPr>
              <w:t>Sošolcu poda prijazen, konkreten odziv.</w:t>
            </w:r>
          </w:p>
          <w:p w14:paraId="36CBC797" w14:textId="77777777" w:rsidR="00302D64" w:rsidRDefault="00000000">
            <w:pPr>
              <w:spacing w:after="20" w:line="245" w:lineRule="auto"/>
            </w:pPr>
            <w:r>
              <w:rPr>
                <w:b/>
                <w:color w:val="D95BC6"/>
                <w:sz w:val="17"/>
              </w:rPr>
              <w:t>DOKAZ O UČENJU</w:t>
            </w:r>
          </w:p>
          <w:p w14:paraId="42B4B489" w14:textId="77777777" w:rsidR="00302D64" w:rsidRDefault="00000000">
            <w:pPr>
              <w:spacing w:after="30" w:line="245" w:lineRule="auto"/>
            </w:pPr>
            <w:r>
              <w:rPr>
                <w:color w:val="D95BC6"/>
                <w:sz w:val="16"/>
              </w:rPr>
              <w:t>izvedba ali izdelek, razlaga, samovrednotenje in odziv na povratno informacijo</w:t>
            </w:r>
          </w:p>
        </w:tc>
      </w:tr>
    </w:tbl>
    <w:p w14:paraId="008976A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22D3AB85" w14:textId="77777777">
        <w:trPr>
          <w:cantSplit/>
          <w:jc w:val="center"/>
        </w:trPr>
        <w:tc>
          <w:tcPr>
            <w:tcW w:w="14060" w:type="dxa"/>
            <w:gridSpan w:val="6"/>
            <w:tcMar>
              <w:top w:w="70" w:type="dxa"/>
              <w:left w:w="90" w:type="dxa"/>
              <w:bottom w:w="70" w:type="dxa"/>
              <w:right w:w="90" w:type="dxa"/>
            </w:tcMar>
            <w:vAlign w:val="center"/>
          </w:tcPr>
          <w:p w14:paraId="349A69A5" w14:textId="77777777" w:rsidR="00302D64" w:rsidRDefault="00000000">
            <w:pPr>
              <w:jc w:val="center"/>
            </w:pPr>
            <w:r>
              <w:rPr>
                <w:b/>
                <w:color w:val="000000"/>
                <w:sz w:val="24"/>
              </w:rPr>
              <w:lastRenderedPageBreak/>
              <w:t>UČNA PRIPRAVA 26/39</w:t>
            </w:r>
          </w:p>
        </w:tc>
      </w:tr>
      <w:tr w:rsidR="00302D64" w14:paraId="1591EB15" w14:textId="77777777">
        <w:trPr>
          <w:jc w:val="center"/>
        </w:trPr>
        <w:tc>
          <w:tcPr>
            <w:tcW w:w="2665" w:type="dxa"/>
            <w:tcMar>
              <w:top w:w="70" w:type="dxa"/>
              <w:left w:w="90" w:type="dxa"/>
              <w:bottom w:w="70" w:type="dxa"/>
              <w:right w:w="90" w:type="dxa"/>
            </w:tcMar>
            <w:vAlign w:val="center"/>
          </w:tcPr>
          <w:p w14:paraId="2D67E4B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5BE4F69"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0F921D5"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093D0CB" w14:textId="77777777" w:rsidR="00302D64" w:rsidRDefault="00000000">
            <w:r>
              <w:rPr>
                <w:b/>
                <w:color w:val="000000"/>
                <w:sz w:val="16"/>
              </w:rPr>
              <w:t xml:space="preserve">NAČRTOVANI TERMIN: </w:t>
            </w:r>
            <w:r>
              <w:rPr>
                <w:color w:val="000000"/>
                <w:sz w:val="16"/>
              </w:rPr>
              <w:t>26. teden • 15.–19. 3. 2027</w:t>
            </w:r>
          </w:p>
        </w:tc>
        <w:tc>
          <w:tcPr>
            <w:tcW w:w="2268" w:type="dxa"/>
            <w:tcMar>
              <w:top w:w="70" w:type="dxa"/>
              <w:left w:w="90" w:type="dxa"/>
              <w:bottom w:w="70" w:type="dxa"/>
              <w:right w:w="90" w:type="dxa"/>
            </w:tcMar>
            <w:vAlign w:val="center"/>
          </w:tcPr>
          <w:p w14:paraId="61BDC6E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8844683" w14:textId="77777777" w:rsidR="00302D64" w:rsidRDefault="00000000">
            <w:r>
              <w:rPr>
                <w:b/>
                <w:color w:val="000000"/>
                <w:sz w:val="16"/>
              </w:rPr>
              <w:t xml:space="preserve">ŠTEVILO UR: </w:t>
            </w:r>
            <w:r>
              <w:rPr>
                <w:color w:val="000000"/>
                <w:sz w:val="16"/>
              </w:rPr>
              <w:t>3</w:t>
            </w:r>
          </w:p>
        </w:tc>
      </w:tr>
      <w:tr w:rsidR="00302D64" w14:paraId="47DA23D6" w14:textId="77777777">
        <w:trPr>
          <w:jc w:val="center"/>
        </w:trPr>
        <w:tc>
          <w:tcPr>
            <w:tcW w:w="14061" w:type="dxa"/>
            <w:gridSpan w:val="6"/>
            <w:tcMar>
              <w:top w:w="70" w:type="dxa"/>
              <w:left w:w="90" w:type="dxa"/>
              <w:bottom w:w="70" w:type="dxa"/>
              <w:right w:w="90" w:type="dxa"/>
            </w:tcMar>
            <w:vAlign w:val="center"/>
          </w:tcPr>
          <w:p w14:paraId="19F42FCA" w14:textId="77777777" w:rsidR="00302D64" w:rsidRDefault="00000000">
            <w:r>
              <w:t>TIP UČNE URE: obravnava, izkušenjsko raziskovanje, učenje po postajah, utrjevanje in formativno spremljanje</w:t>
            </w:r>
          </w:p>
        </w:tc>
      </w:tr>
      <w:tr w:rsidR="00302D64" w14:paraId="4C6B97C8" w14:textId="77777777">
        <w:trPr>
          <w:cantSplit/>
          <w:jc w:val="center"/>
        </w:trPr>
        <w:tc>
          <w:tcPr>
            <w:tcW w:w="14060" w:type="dxa"/>
            <w:gridSpan w:val="6"/>
            <w:tcMar>
              <w:top w:w="70" w:type="dxa"/>
              <w:left w:w="90" w:type="dxa"/>
              <w:bottom w:w="70" w:type="dxa"/>
              <w:right w:w="90" w:type="dxa"/>
            </w:tcMar>
            <w:vAlign w:val="center"/>
          </w:tcPr>
          <w:p w14:paraId="169D9F36" w14:textId="77777777" w:rsidR="00302D64" w:rsidRDefault="00302D64"/>
          <w:p w14:paraId="37F1A59F" w14:textId="77777777" w:rsidR="00302D64" w:rsidRDefault="00000000">
            <w:pPr>
              <w:spacing w:line="245" w:lineRule="auto"/>
            </w:pPr>
            <w:r>
              <w:rPr>
                <w:b/>
                <w:color w:val="000000"/>
                <w:sz w:val="17"/>
              </w:rPr>
              <w:t xml:space="preserve">UČNI SKLOP: </w:t>
            </w:r>
            <w:r>
              <w:rPr>
                <w:color w:val="000000"/>
                <w:sz w:val="17"/>
              </w:rPr>
              <w:t>ŽIVIM ZDRAVO – JAZ IN DOBRO POČUTJE</w:t>
            </w:r>
          </w:p>
        </w:tc>
      </w:tr>
      <w:tr w:rsidR="00302D64" w14:paraId="2CFD2228" w14:textId="77777777">
        <w:trPr>
          <w:cantSplit/>
          <w:jc w:val="center"/>
        </w:trPr>
        <w:tc>
          <w:tcPr>
            <w:tcW w:w="14060" w:type="dxa"/>
            <w:gridSpan w:val="6"/>
            <w:tcMar>
              <w:top w:w="70" w:type="dxa"/>
              <w:left w:w="90" w:type="dxa"/>
              <w:bottom w:w="70" w:type="dxa"/>
              <w:right w:w="90" w:type="dxa"/>
            </w:tcMar>
            <w:vAlign w:val="center"/>
          </w:tcPr>
          <w:p w14:paraId="56AAB762" w14:textId="77777777" w:rsidR="00302D64" w:rsidRDefault="00302D64"/>
          <w:p w14:paraId="6E4A21BC" w14:textId="77777777" w:rsidR="00302D64" w:rsidRDefault="00000000">
            <w:pPr>
              <w:spacing w:line="245" w:lineRule="auto"/>
            </w:pPr>
            <w:r>
              <w:rPr>
                <w:b/>
                <w:color w:val="000000"/>
                <w:sz w:val="17"/>
              </w:rPr>
              <w:t xml:space="preserve">UČNA TEMA: </w:t>
            </w:r>
            <w:r>
              <w:rPr>
                <w:color w:val="000000"/>
                <w:sz w:val="17"/>
              </w:rPr>
              <w:t>VARNOST IN POMOČ</w:t>
            </w:r>
          </w:p>
        </w:tc>
      </w:tr>
      <w:tr w:rsidR="00302D64" w14:paraId="5F1AC11E" w14:textId="77777777">
        <w:trPr>
          <w:cantSplit/>
          <w:jc w:val="center"/>
        </w:trPr>
        <w:tc>
          <w:tcPr>
            <w:tcW w:w="14060" w:type="dxa"/>
            <w:gridSpan w:val="6"/>
            <w:tcMar>
              <w:top w:w="70" w:type="dxa"/>
              <w:left w:w="90" w:type="dxa"/>
              <w:bottom w:w="70" w:type="dxa"/>
              <w:right w:w="90" w:type="dxa"/>
            </w:tcMar>
            <w:vAlign w:val="center"/>
          </w:tcPr>
          <w:p w14:paraId="061431ED" w14:textId="77777777" w:rsidR="00302D64" w:rsidRDefault="00302D64"/>
          <w:p w14:paraId="4FCBF8F5" w14:textId="77777777" w:rsidR="00302D64" w:rsidRDefault="00000000">
            <w:pPr>
              <w:spacing w:line="245" w:lineRule="auto"/>
            </w:pPr>
            <w:r>
              <w:rPr>
                <w:b/>
                <w:color w:val="000000"/>
                <w:sz w:val="17"/>
              </w:rPr>
              <w:t xml:space="preserve">KNJIŽEVNO IZHODIŠČE IN MOTIV: </w:t>
            </w:r>
            <w:r>
              <w:rPr>
                <w:color w:val="000000"/>
                <w:sz w:val="17"/>
              </w:rPr>
              <w:t>»Žabji kralj« – brata Grimm • obljuba, pomoč, občutki in sprememba</w:t>
            </w:r>
          </w:p>
        </w:tc>
      </w:tr>
      <w:tr w:rsidR="00302D64" w14:paraId="7C38C983" w14:textId="77777777">
        <w:trPr>
          <w:cantSplit/>
          <w:jc w:val="center"/>
        </w:trPr>
        <w:tc>
          <w:tcPr>
            <w:tcW w:w="14060" w:type="dxa"/>
            <w:gridSpan w:val="6"/>
            <w:tcMar>
              <w:top w:w="70" w:type="dxa"/>
              <w:left w:w="90" w:type="dxa"/>
              <w:bottom w:w="70" w:type="dxa"/>
              <w:right w:w="90" w:type="dxa"/>
            </w:tcMar>
            <w:vAlign w:val="center"/>
          </w:tcPr>
          <w:p w14:paraId="206F8E3E" w14:textId="77777777" w:rsidR="00302D64" w:rsidRDefault="00302D64"/>
          <w:p w14:paraId="72B09B0A" w14:textId="77777777" w:rsidR="00302D64" w:rsidRDefault="00000000">
            <w:pPr>
              <w:spacing w:line="245" w:lineRule="auto"/>
            </w:pPr>
            <w:r>
              <w:rPr>
                <w:b/>
                <w:color w:val="000000"/>
                <w:sz w:val="17"/>
              </w:rPr>
              <w:t xml:space="preserve">UČNE ENOTE: </w:t>
            </w:r>
            <w:r>
              <w:rPr>
                <w:color w:val="000000"/>
                <w:sz w:val="17"/>
              </w:rPr>
              <w:t>1. ura – Varno ali nevarno • 2. ura – Klic 112 • 3. ura – Moja mreža pomoči</w:t>
            </w:r>
          </w:p>
        </w:tc>
      </w:tr>
      <w:tr w:rsidR="00302D64" w14:paraId="3D1B1741" w14:textId="77777777">
        <w:trPr>
          <w:cantSplit/>
          <w:jc w:val="center"/>
        </w:trPr>
        <w:tc>
          <w:tcPr>
            <w:tcW w:w="14060" w:type="dxa"/>
            <w:gridSpan w:val="6"/>
            <w:tcMar>
              <w:top w:w="70" w:type="dxa"/>
              <w:left w:w="90" w:type="dxa"/>
              <w:bottom w:w="70" w:type="dxa"/>
              <w:right w:w="90" w:type="dxa"/>
            </w:tcMar>
            <w:vAlign w:val="center"/>
          </w:tcPr>
          <w:p w14:paraId="2997A299" w14:textId="77777777" w:rsidR="00302D64" w:rsidRDefault="00302D64"/>
          <w:p w14:paraId="394592BC"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567AA78C" w14:textId="77777777">
        <w:trPr>
          <w:cantSplit/>
          <w:jc w:val="center"/>
        </w:trPr>
        <w:tc>
          <w:tcPr>
            <w:tcW w:w="14060" w:type="dxa"/>
            <w:gridSpan w:val="6"/>
            <w:tcMar>
              <w:top w:w="70" w:type="dxa"/>
              <w:left w:w="90" w:type="dxa"/>
              <w:bottom w:w="70" w:type="dxa"/>
              <w:right w:w="90" w:type="dxa"/>
            </w:tcMar>
            <w:vAlign w:val="center"/>
          </w:tcPr>
          <w:p w14:paraId="5357F41A" w14:textId="77777777" w:rsidR="00302D64" w:rsidRDefault="00302D64"/>
          <w:p w14:paraId="703C5AF7"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1BCC43B" w14:textId="77777777">
        <w:trPr>
          <w:cantSplit/>
          <w:jc w:val="center"/>
        </w:trPr>
        <w:tc>
          <w:tcPr>
            <w:tcW w:w="14060" w:type="dxa"/>
            <w:gridSpan w:val="6"/>
            <w:tcMar>
              <w:top w:w="70" w:type="dxa"/>
              <w:left w:w="90" w:type="dxa"/>
              <w:bottom w:w="70" w:type="dxa"/>
              <w:right w:w="90" w:type="dxa"/>
            </w:tcMar>
            <w:vAlign w:val="center"/>
          </w:tcPr>
          <w:p w14:paraId="3A7A7C67" w14:textId="77777777" w:rsidR="00302D64" w:rsidRDefault="00302D64"/>
          <w:p w14:paraId="08034D65"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43A238D7" w14:textId="77777777">
        <w:trPr>
          <w:cantSplit/>
          <w:jc w:val="center"/>
        </w:trPr>
        <w:tc>
          <w:tcPr>
            <w:tcW w:w="14060" w:type="dxa"/>
            <w:gridSpan w:val="6"/>
            <w:tcMar>
              <w:top w:w="70" w:type="dxa"/>
              <w:left w:w="90" w:type="dxa"/>
              <w:bottom w:w="70" w:type="dxa"/>
              <w:right w:w="90" w:type="dxa"/>
            </w:tcMar>
            <w:vAlign w:val="center"/>
          </w:tcPr>
          <w:p w14:paraId="41C0C92D" w14:textId="77777777" w:rsidR="00302D64" w:rsidRDefault="00302D64"/>
          <w:p w14:paraId="1BF2909B" w14:textId="77777777" w:rsidR="00302D64" w:rsidRDefault="00000000">
            <w:pPr>
              <w:spacing w:line="245" w:lineRule="auto"/>
            </w:pPr>
            <w:r>
              <w:rPr>
                <w:b/>
                <w:color w:val="000000"/>
                <w:sz w:val="17"/>
              </w:rPr>
              <w:t xml:space="preserve">MEDPREDMETNE POVEZAVE: </w:t>
            </w:r>
            <w:r>
              <w:rPr>
                <w:color w:val="000000"/>
                <w:sz w:val="17"/>
              </w:rPr>
              <w:t>SLJ – jasen govor in poslušanje navodil; ŠPO – praktične situacije; SOCIALNO-ČUSTVENO UČENJE – meje in pomoč</w:t>
            </w:r>
          </w:p>
        </w:tc>
      </w:tr>
      <w:tr w:rsidR="00302D64" w14:paraId="679BCB24" w14:textId="77777777">
        <w:trPr>
          <w:cantSplit/>
          <w:jc w:val="center"/>
        </w:trPr>
        <w:tc>
          <w:tcPr>
            <w:tcW w:w="14060" w:type="dxa"/>
            <w:gridSpan w:val="6"/>
            <w:tcMar>
              <w:top w:w="70" w:type="dxa"/>
              <w:left w:w="90" w:type="dxa"/>
              <w:bottom w:w="70" w:type="dxa"/>
              <w:right w:w="90" w:type="dxa"/>
            </w:tcMar>
            <w:vAlign w:val="center"/>
          </w:tcPr>
          <w:p w14:paraId="416B623A" w14:textId="77777777" w:rsidR="00302D64" w:rsidRDefault="00302D64"/>
          <w:p w14:paraId="4FA427E8" w14:textId="77777777" w:rsidR="00302D64" w:rsidRDefault="00000000">
            <w:pPr>
              <w:spacing w:line="245" w:lineRule="auto"/>
            </w:pPr>
            <w:r>
              <w:rPr>
                <w:b/>
                <w:color w:val="000000"/>
                <w:sz w:val="17"/>
              </w:rPr>
              <w:t xml:space="preserve">UČNA SREDSTVA IN PRIPOMOČKI: </w:t>
            </w:r>
            <w:r>
              <w:rPr>
                <w:color w:val="000000"/>
                <w:sz w:val="17"/>
              </w:rPr>
              <w:t>Žabji kralj, kartice situacij, rdeči/zeleni simboli, telefon-igrača, kartica vprašanj za 112, list mreže pomoči</w:t>
            </w:r>
          </w:p>
        </w:tc>
      </w:tr>
      <w:tr w:rsidR="00302D64" w14:paraId="22F1D6AF" w14:textId="77777777">
        <w:trPr>
          <w:cantSplit/>
          <w:jc w:val="center"/>
        </w:trPr>
        <w:tc>
          <w:tcPr>
            <w:tcW w:w="14060" w:type="dxa"/>
            <w:gridSpan w:val="6"/>
            <w:tcMar>
              <w:top w:w="70" w:type="dxa"/>
              <w:left w:w="90" w:type="dxa"/>
              <w:bottom w:w="70" w:type="dxa"/>
              <w:right w:w="90" w:type="dxa"/>
            </w:tcMar>
            <w:vAlign w:val="center"/>
          </w:tcPr>
          <w:p w14:paraId="5ECD1871" w14:textId="77777777" w:rsidR="00302D64" w:rsidRDefault="00302D64"/>
          <w:p w14:paraId="7D2F8442"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78048A55" w14:textId="77777777">
        <w:trPr>
          <w:cantSplit/>
          <w:jc w:val="center"/>
        </w:trPr>
        <w:tc>
          <w:tcPr>
            <w:tcW w:w="14060" w:type="dxa"/>
            <w:gridSpan w:val="6"/>
            <w:tcMar>
              <w:top w:w="70" w:type="dxa"/>
              <w:left w:w="90" w:type="dxa"/>
              <w:bottom w:w="70" w:type="dxa"/>
              <w:right w:w="90" w:type="dxa"/>
            </w:tcMar>
            <w:vAlign w:val="center"/>
          </w:tcPr>
          <w:p w14:paraId="32C5B10C" w14:textId="77777777" w:rsidR="00302D64" w:rsidRDefault="00302D64"/>
          <w:p w14:paraId="6525D90C"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37C3C48E" w14:textId="77777777">
        <w:trPr>
          <w:cantSplit/>
          <w:jc w:val="center"/>
        </w:trPr>
        <w:tc>
          <w:tcPr>
            <w:tcW w:w="14060" w:type="dxa"/>
            <w:gridSpan w:val="6"/>
            <w:tcMar>
              <w:top w:w="70" w:type="dxa"/>
              <w:left w:w="90" w:type="dxa"/>
              <w:bottom w:w="70" w:type="dxa"/>
              <w:right w:w="90" w:type="dxa"/>
            </w:tcMar>
            <w:vAlign w:val="center"/>
          </w:tcPr>
          <w:p w14:paraId="613BCB13" w14:textId="77777777" w:rsidR="00302D64" w:rsidRDefault="00302D64"/>
          <w:p w14:paraId="4DEA7CD5" w14:textId="77777777" w:rsidR="00302D64" w:rsidRDefault="00000000">
            <w:pPr>
              <w:spacing w:line="245" w:lineRule="auto"/>
            </w:pPr>
            <w:r>
              <w:rPr>
                <w:b/>
                <w:color w:val="000000"/>
                <w:sz w:val="16"/>
              </w:rPr>
              <w:t xml:space="preserve">VARNOST: </w:t>
            </w:r>
            <w:r>
              <w:rPr>
                <w:color w:val="000000"/>
                <w:sz w:val="16"/>
              </w:rPr>
              <w:t>Simulacije so mirne in razvojno primerne; učiteljica vnaprej pojasni, da 112 kličemo le ob resnični nujni nevarnosti.</w:t>
            </w:r>
          </w:p>
        </w:tc>
      </w:tr>
    </w:tbl>
    <w:p w14:paraId="6C5858D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331780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56425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3B1F6D" w14:textId="77777777" w:rsidR="00302D64" w:rsidRDefault="00000000">
            <w:pPr>
              <w:jc w:val="center"/>
            </w:pPr>
            <w:r>
              <w:rPr>
                <w:b/>
                <w:color w:val="000000"/>
                <w:sz w:val="20"/>
              </w:rPr>
              <w:t>UČNE DEJAVNOSTI, METODE IN FORMATIVNO SPREMLJANJE</w:t>
            </w:r>
          </w:p>
        </w:tc>
      </w:tr>
      <w:tr w:rsidR="00302D64" w14:paraId="27DCE4D0" w14:textId="77777777">
        <w:trPr>
          <w:tblHeader/>
          <w:jc w:val="center"/>
        </w:trPr>
        <w:tc>
          <w:tcPr>
            <w:tcW w:w="4422" w:type="dxa"/>
            <w:vMerge/>
            <w:tcMar>
              <w:top w:w="70" w:type="dxa"/>
              <w:left w:w="90" w:type="dxa"/>
              <w:bottom w:w="70" w:type="dxa"/>
              <w:right w:w="90" w:type="dxa"/>
            </w:tcMar>
            <w:vAlign w:val="center"/>
          </w:tcPr>
          <w:p w14:paraId="6BD79AA8" w14:textId="77777777" w:rsidR="00302D64" w:rsidRDefault="00302D64"/>
        </w:tc>
        <w:tc>
          <w:tcPr>
            <w:tcW w:w="7087" w:type="dxa"/>
            <w:shd w:val="clear" w:color="auto" w:fill="FFFFFF"/>
            <w:tcMar>
              <w:top w:w="70" w:type="dxa"/>
              <w:left w:w="90" w:type="dxa"/>
              <w:bottom w:w="70" w:type="dxa"/>
              <w:right w:w="90" w:type="dxa"/>
            </w:tcMar>
            <w:vAlign w:val="center"/>
          </w:tcPr>
          <w:p w14:paraId="49551C9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3776FE" w14:textId="77777777" w:rsidR="00302D64" w:rsidRDefault="00000000">
            <w:pPr>
              <w:jc w:val="center"/>
            </w:pPr>
            <w:r>
              <w:rPr>
                <w:b/>
                <w:color w:val="000000"/>
              </w:rPr>
              <w:t>UČENEC</w:t>
            </w:r>
          </w:p>
        </w:tc>
      </w:tr>
      <w:tr w:rsidR="00302D64" w14:paraId="56B769B9" w14:textId="77777777">
        <w:trPr>
          <w:jc w:val="center"/>
        </w:trPr>
        <w:tc>
          <w:tcPr>
            <w:tcW w:w="4422" w:type="dxa"/>
            <w:tcMar>
              <w:top w:w="70" w:type="dxa"/>
              <w:left w:w="90" w:type="dxa"/>
              <w:bottom w:w="70" w:type="dxa"/>
              <w:right w:w="90" w:type="dxa"/>
            </w:tcMar>
          </w:tcPr>
          <w:p w14:paraId="6042C0AC" w14:textId="77777777" w:rsidR="00302D64" w:rsidRDefault="00302D64"/>
          <w:p w14:paraId="7BE680C4" w14:textId="77777777" w:rsidR="00302D64" w:rsidRDefault="00000000">
            <w:pPr>
              <w:spacing w:after="60" w:line="245" w:lineRule="auto"/>
            </w:pPr>
            <w:r>
              <w:rPr>
                <w:b/>
                <w:color w:val="000000"/>
              </w:rPr>
              <w:t>UČNI CILJI</w:t>
            </w:r>
          </w:p>
          <w:p w14:paraId="54E6C9D3" w14:textId="77777777" w:rsidR="00302D64" w:rsidRDefault="00000000">
            <w:pPr>
              <w:spacing w:after="20" w:line="245" w:lineRule="auto"/>
            </w:pPr>
            <w:r>
              <w:rPr>
                <w:b/>
                <w:color w:val="000000"/>
                <w:sz w:val="17"/>
              </w:rPr>
              <w:t>SPLOŠNI</w:t>
            </w:r>
          </w:p>
          <w:p w14:paraId="34D98FC6" w14:textId="77777777" w:rsidR="00302D64" w:rsidRDefault="00000000">
            <w:pPr>
              <w:pStyle w:val="Oznaenseznam"/>
              <w:spacing w:after="16"/>
            </w:pPr>
            <w:r>
              <w:rPr>
                <w:color w:val="000000"/>
                <w:sz w:val="16"/>
              </w:rPr>
              <w:t>razvija radovednost ter sistematično opazuje, primerja, razvršča in sporoča ugotovitve</w:t>
            </w:r>
          </w:p>
          <w:p w14:paraId="196D7CE4" w14:textId="77777777" w:rsidR="00302D64" w:rsidRDefault="00000000">
            <w:pPr>
              <w:pStyle w:val="Oznaenseznam"/>
              <w:spacing w:after="16"/>
            </w:pPr>
            <w:r>
              <w:rPr>
                <w:color w:val="000000"/>
                <w:sz w:val="16"/>
              </w:rPr>
              <w:t>sodeluje, posluša druge in svoja opažanja izraža na razvojno primeren način</w:t>
            </w:r>
          </w:p>
          <w:p w14:paraId="185D0821" w14:textId="77777777" w:rsidR="00302D64" w:rsidRDefault="00000000">
            <w:pPr>
              <w:pStyle w:val="Oznaenseznam"/>
              <w:spacing w:after="16"/>
            </w:pPr>
            <w:r>
              <w:rPr>
                <w:color w:val="000000"/>
                <w:sz w:val="16"/>
              </w:rPr>
              <w:t>ravna varno, odgovorno in skrbno do sebe, drugih ter okolja</w:t>
            </w:r>
          </w:p>
          <w:p w14:paraId="440D9089" w14:textId="77777777" w:rsidR="00302D64" w:rsidRDefault="00000000">
            <w:pPr>
              <w:pStyle w:val="Oznaenseznam"/>
              <w:spacing w:after="16"/>
            </w:pPr>
            <w:r>
              <w:rPr>
                <w:color w:val="000000"/>
                <w:sz w:val="16"/>
              </w:rPr>
              <w:t>ob kriterijih spremlja svoje učenje in sprejema opisno povratno informacijo</w:t>
            </w:r>
          </w:p>
          <w:p w14:paraId="576EBA99" w14:textId="77777777" w:rsidR="00302D64" w:rsidRDefault="00000000">
            <w:pPr>
              <w:spacing w:before="40" w:after="20" w:line="245" w:lineRule="auto"/>
            </w:pPr>
            <w:r>
              <w:rPr>
                <w:b/>
                <w:color w:val="000000"/>
                <w:sz w:val="17"/>
              </w:rPr>
              <w:t>OPERATIVNI</w:t>
            </w:r>
          </w:p>
          <w:p w14:paraId="4DF96FD3" w14:textId="77777777" w:rsidR="00302D64" w:rsidRDefault="00000000">
            <w:pPr>
              <w:pStyle w:val="Oznaenseznam"/>
              <w:spacing w:after="16"/>
            </w:pPr>
            <w:r>
              <w:rPr>
                <w:color w:val="000000"/>
                <w:sz w:val="16"/>
              </w:rPr>
              <w:t>prepozna nevarno situacijo</w:t>
            </w:r>
          </w:p>
          <w:p w14:paraId="7543CF3C" w14:textId="77777777" w:rsidR="00302D64" w:rsidRDefault="00000000">
            <w:pPr>
              <w:pStyle w:val="Oznaenseznam"/>
              <w:spacing w:after="16"/>
            </w:pPr>
            <w:r>
              <w:rPr>
                <w:color w:val="000000"/>
                <w:sz w:val="16"/>
              </w:rPr>
              <w:t>poišče pomoč odraslega</w:t>
            </w:r>
          </w:p>
          <w:p w14:paraId="45722BFB" w14:textId="77777777" w:rsidR="00302D64" w:rsidRDefault="00000000">
            <w:pPr>
              <w:pStyle w:val="Oznaenseznam"/>
              <w:spacing w:after="16"/>
            </w:pPr>
            <w:r>
              <w:rPr>
                <w:color w:val="000000"/>
                <w:sz w:val="16"/>
              </w:rPr>
              <w:t>pozna osnovno številko za pomoč 112</w:t>
            </w:r>
          </w:p>
          <w:p w14:paraId="480E0756" w14:textId="77777777" w:rsidR="00302D64" w:rsidRDefault="00000000">
            <w:pPr>
              <w:spacing w:before="40" w:after="20" w:line="245" w:lineRule="auto"/>
            </w:pPr>
            <w:r>
              <w:rPr>
                <w:b/>
                <w:color w:val="000000"/>
                <w:sz w:val="17"/>
              </w:rPr>
              <w:t>PRIČAKOVANI DOSEŽKI / STANDARDI</w:t>
            </w:r>
          </w:p>
          <w:p w14:paraId="5D3C4F33" w14:textId="77777777" w:rsidR="00302D64" w:rsidRDefault="00000000">
            <w:pPr>
              <w:pStyle w:val="Oznaenseznam"/>
              <w:spacing w:after="16"/>
            </w:pPr>
            <w:r>
              <w:rPr>
                <w:color w:val="000000"/>
                <w:sz w:val="16"/>
              </w:rPr>
              <w:t>ob konkretni ali slikovni opori prepozna nevarno situacijo</w:t>
            </w:r>
          </w:p>
          <w:p w14:paraId="6DB73303" w14:textId="77777777" w:rsidR="00302D64" w:rsidRDefault="00000000">
            <w:pPr>
              <w:pStyle w:val="Oznaenseznam"/>
              <w:spacing w:after="16"/>
            </w:pPr>
            <w:r>
              <w:rPr>
                <w:color w:val="000000"/>
                <w:sz w:val="16"/>
              </w:rPr>
              <w:t>ob konkretni ali slikovni opori poišče pomoč odraslega</w:t>
            </w:r>
          </w:p>
          <w:p w14:paraId="282CF1FA" w14:textId="77777777" w:rsidR="00302D64" w:rsidRDefault="00000000">
            <w:pPr>
              <w:pStyle w:val="Oznaenseznam"/>
              <w:spacing w:after="16"/>
            </w:pPr>
            <w:r>
              <w:rPr>
                <w:color w:val="000000"/>
                <w:sz w:val="16"/>
              </w:rPr>
              <w:t>ob konkretni ali slikovni opori pozna osnovno številko za pomoč 112</w:t>
            </w:r>
          </w:p>
        </w:tc>
        <w:tc>
          <w:tcPr>
            <w:tcW w:w="7087" w:type="dxa"/>
            <w:tcMar>
              <w:top w:w="70" w:type="dxa"/>
              <w:left w:w="90" w:type="dxa"/>
              <w:bottom w:w="70" w:type="dxa"/>
              <w:right w:w="90" w:type="dxa"/>
            </w:tcMar>
          </w:tcPr>
          <w:p w14:paraId="5F4BCF4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452F08F" w14:textId="77777777">
              <w:trPr>
                <w:jc w:val="center"/>
              </w:trPr>
              <w:tc>
                <w:tcPr>
                  <w:tcW w:w="7087" w:type="dxa"/>
                  <w:shd w:val="clear" w:color="auto" w:fill="C6E7F3"/>
                  <w:tcMar>
                    <w:top w:w="45" w:type="dxa"/>
                    <w:left w:w="70" w:type="dxa"/>
                    <w:bottom w:w="45" w:type="dxa"/>
                    <w:right w:w="70" w:type="dxa"/>
                  </w:tcMar>
                </w:tcPr>
                <w:p w14:paraId="7A5B86E5" w14:textId="77777777" w:rsidR="00302D64" w:rsidRDefault="00000000">
                  <w:pPr>
                    <w:keepNext/>
                  </w:pPr>
                  <w:r>
                    <w:rPr>
                      <w:b/>
                      <w:color w:val="000000"/>
                    </w:rPr>
                    <w:t>UVODNI DEL – motivacija, aktivacija predznanja in namen učenja (15–20 min)</w:t>
                  </w:r>
                </w:p>
              </w:tc>
            </w:tr>
          </w:tbl>
          <w:p w14:paraId="1CE3710C" w14:textId="77777777" w:rsidR="00302D64" w:rsidRDefault="00302D64">
            <w:pPr>
              <w:spacing w:line="20" w:lineRule="exact"/>
            </w:pPr>
          </w:p>
          <w:p w14:paraId="5C749DB1" w14:textId="77777777" w:rsidR="00302D64" w:rsidRDefault="00000000">
            <w:pPr>
              <w:spacing w:before="40" w:after="60" w:line="245" w:lineRule="auto"/>
            </w:pPr>
            <w:r>
              <w:rPr>
                <w:color w:val="000000"/>
                <w:sz w:val="17"/>
              </w:rPr>
              <w:t>V Žabjem kralju se pojavijo obljuba, nelagodje in prošnja za pomoč. Učenci vadijo, kako prepoznati nevarnost, povedati jasen ne in poiskati zaupanja vredno odraslo osebo.</w:t>
            </w:r>
          </w:p>
          <w:tbl>
            <w:tblPr>
              <w:tblStyle w:val="Tabelamrea"/>
              <w:tblW w:w="0" w:type="auto"/>
              <w:jc w:val="center"/>
              <w:tblLayout w:type="fixed"/>
              <w:tblLook w:val="04A0" w:firstRow="1" w:lastRow="0" w:firstColumn="1" w:lastColumn="0" w:noHBand="0" w:noVBand="1"/>
            </w:tblPr>
            <w:tblGrid>
              <w:gridCol w:w="7087"/>
            </w:tblGrid>
            <w:tr w:rsidR="00302D64" w14:paraId="26DE304C" w14:textId="77777777">
              <w:trPr>
                <w:jc w:val="center"/>
              </w:trPr>
              <w:tc>
                <w:tcPr>
                  <w:tcW w:w="7087" w:type="dxa"/>
                  <w:shd w:val="clear" w:color="auto" w:fill="EDC9EA"/>
                  <w:tcMar>
                    <w:top w:w="45" w:type="dxa"/>
                    <w:left w:w="70" w:type="dxa"/>
                    <w:bottom w:w="45" w:type="dxa"/>
                    <w:right w:w="70" w:type="dxa"/>
                  </w:tcMar>
                </w:tcPr>
                <w:p w14:paraId="00D28252" w14:textId="77777777" w:rsidR="00302D64" w:rsidRDefault="00000000">
                  <w:pPr>
                    <w:keepNext/>
                  </w:pPr>
                  <w:r>
                    <w:rPr>
                      <w:b/>
                      <w:color w:val="000000"/>
                    </w:rPr>
                    <w:t>NAMENI UČENJA</w:t>
                  </w:r>
                </w:p>
              </w:tc>
            </w:tr>
          </w:tbl>
          <w:p w14:paraId="34EFA968" w14:textId="77777777" w:rsidR="00302D64" w:rsidRDefault="00302D64">
            <w:pPr>
              <w:spacing w:line="20" w:lineRule="exact"/>
            </w:pPr>
          </w:p>
          <w:p w14:paraId="6942B8EF" w14:textId="77777777" w:rsidR="00302D64" w:rsidRDefault="00000000">
            <w:pPr>
              <w:spacing w:before="20" w:after="20" w:line="245" w:lineRule="auto"/>
            </w:pPr>
            <w:r>
              <w:rPr>
                <w:color w:val="000000"/>
                <w:sz w:val="16"/>
              </w:rPr>
              <w:t>Učimo se zato, da bomo lažje razumeli in odgovorno uporabili znanje v vsakdanjih situacijah.</w:t>
            </w:r>
          </w:p>
          <w:p w14:paraId="3FBD8938" w14:textId="77777777" w:rsidR="00302D64" w:rsidRDefault="00000000">
            <w:pPr>
              <w:pStyle w:val="Oznaenseznam"/>
              <w:spacing w:after="16"/>
            </w:pPr>
            <w:r>
              <w:rPr>
                <w:color w:val="000000"/>
                <w:sz w:val="16"/>
              </w:rPr>
              <w:t>prepoznam nevarno situacijo</w:t>
            </w:r>
          </w:p>
          <w:p w14:paraId="65460A26" w14:textId="77777777" w:rsidR="00302D64" w:rsidRDefault="00000000">
            <w:pPr>
              <w:pStyle w:val="Oznaenseznam"/>
              <w:spacing w:after="16"/>
            </w:pPr>
            <w:r>
              <w:rPr>
                <w:color w:val="000000"/>
                <w:sz w:val="16"/>
              </w:rPr>
              <w:t>poišče pomoč odraslega</w:t>
            </w:r>
          </w:p>
          <w:p w14:paraId="4B0047B8" w14:textId="77777777" w:rsidR="00302D64" w:rsidRDefault="00000000">
            <w:pPr>
              <w:pStyle w:val="Oznaenseznam"/>
              <w:spacing w:after="16"/>
            </w:pPr>
            <w:r>
              <w:rPr>
                <w:color w:val="000000"/>
                <w:sz w:val="16"/>
              </w:rPr>
              <w:t>poznam osnovno številko za pomoč 112</w:t>
            </w:r>
          </w:p>
          <w:tbl>
            <w:tblPr>
              <w:tblStyle w:val="Tabelamrea"/>
              <w:tblW w:w="0" w:type="auto"/>
              <w:jc w:val="center"/>
              <w:tblLayout w:type="fixed"/>
              <w:tblLook w:val="04A0" w:firstRow="1" w:lastRow="0" w:firstColumn="1" w:lastColumn="0" w:noHBand="0" w:noVBand="1"/>
            </w:tblPr>
            <w:tblGrid>
              <w:gridCol w:w="7087"/>
            </w:tblGrid>
            <w:tr w:rsidR="00302D64" w14:paraId="097E2661" w14:textId="77777777">
              <w:trPr>
                <w:jc w:val="center"/>
              </w:trPr>
              <w:tc>
                <w:tcPr>
                  <w:tcW w:w="7087" w:type="dxa"/>
                  <w:shd w:val="clear" w:color="auto" w:fill="EDC9EA"/>
                  <w:tcMar>
                    <w:top w:w="45" w:type="dxa"/>
                    <w:left w:w="70" w:type="dxa"/>
                    <w:bottom w:w="45" w:type="dxa"/>
                    <w:right w:w="70" w:type="dxa"/>
                  </w:tcMar>
                </w:tcPr>
                <w:p w14:paraId="64CC379B" w14:textId="77777777" w:rsidR="00302D64" w:rsidRDefault="00000000">
                  <w:pPr>
                    <w:keepNext/>
                  </w:pPr>
                  <w:r>
                    <w:rPr>
                      <w:b/>
                      <w:color w:val="000000"/>
                    </w:rPr>
                    <w:t>PREVERJANJE PREDZNANJA</w:t>
                  </w:r>
                </w:p>
              </w:tc>
            </w:tr>
          </w:tbl>
          <w:p w14:paraId="47930E63" w14:textId="77777777" w:rsidR="00302D64" w:rsidRDefault="00302D64">
            <w:pPr>
              <w:spacing w:line="20" w:lineRule="exact"/>
            </w:pPr>
          </w:p>
          <w:p w14:paraId="6F9BB9D0" w14:textId="77777777" w:rsidR="00302D64" w:rsidRDefault="00000000">
            <w:pPr>
              <w:pStyle w:val="Oznaenseznam"/>
              <w:spacing w:after="16"/>
            </w:pPr>
            <w:r>
              <w:rPr>
                <w:color w:val="000000"/>
                <w:sz w:val="16"/>
              </w:rPr>
              <w:t>Po katerih znakih prepoznam nevarno situacijo?</w:t>
            </w:r>
          </w:p>
          <w:p w14:paraId="44345633" w14:textId="77777777" w:rsidR="00302D64" w:rsidRDefault="00000000">
            <w:pPr>
              <w:pStyle w:val="Oznaenseznam"/>
              <w:spacing w:after="16"/>
            </w:pPr>
            <w:r>
              <w:rPr>
                <w:color w:val="000000"/>
                <w:sz w:val="16"/>
              </w:rPr>
              <w:t>Katere podatke povem ob klicu na 112?</w:t>
            </w:r>
          </w:p>
          <w:p w14:paraId="26DBC343"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3DCE69F" w14:textId="77777777">
              <w:trPr>
                <w:jc w:val="center"/>
              </w:trPr>
              <w:tc>
                <w:tcPr>
                  <w:tcW w:w="7087" w:type="dxa"/>
                  <w:shd w:val="clear" w:color="auto" w:fill="EDC9EA"/>
                  <w:tcMar>
                    <w:top w:w="45" w:type="dxa"/>
                    <w:left w:w="70" w:type="dxa"/>
                    <w:bottom w:w="45" w:type="dxa"/>
                    <w:right w:w="70" w:type="dxa"/>
                  </w:tcMar>
                </w:tcPr>
                <w:p w14:paraId="57DEA7EC" w14:textId="77777777" w:rsidR="00302D64" w:rsidRDefault="00000000">
                  <w:pPr>
                    <w:keepNext/>
                  </w:pPr>
                  <w:r>
                    <w:rPr>
                      <w:b/>
                      <w:color w:val="000000"/>
                    </w:rPr>
                    <w:t>KRITERIJI USPEŠNOSTI</w:t>
                  </w:r>
                </w:p>
              </w:tc>
            </w:tr>
          </w:tbl>
          <w:p w14:paraId="1C882C18" w14:textId="77777777" w:rsidR="00302D64" w:rsidRDefault="00302D64"/>
          <w:p w14:paraId="2F104F64" w14:textId="77777777" w:rsidR="00302D64" w:rsidRDefault="00000000">
            <w:pPr>
              <w:spacing w:before="20" w:after="20" w:line="245" w:lineRule="auto"/>
            </w:pPr>
            <w:r>
              <w:rPr>
                <w:b/>
                <w:color w:val="000000"/>
                <w:sz w:val="16"/>
              </w:rPr>
              <w:t>Uspešen/-na bom, ko:</w:t>
            </w:r>
          </w:p>
          <w:p w14:paraId="1FC26B6C" w14:textId="77777777" w:rsidR="00302D64" w:rsidRDefault="00000000">
            <w:pPr>
              <w:pStyle w:val="Oznaenseznam"/>
              <w:spacing w:after="16"/>
            </w:pPr>
            <w:r>
              <w:rPr>
                <w:color w:val="000000"/>
                <w:sz w:val="16"/>
              </w:rPr>
              <w:t>prepoznam nevarno situacijo</w:t>
            </w:r>
          </w:p>
          <w:p w14:paraId="009FDBA4" w14:textId="77777777" w:rsidR="00302D64" w:rsidRDefault="00000000">
            <w:pPr>
              <w:pStyle w:val="Oznaenseznam"/>
              <w:spacing w:after="16"/>
            </w:pPr>
            <w:r>
              <w:rPr>
                <w:color w:val="000000"/>
                <w:sz w:val="16"/>
              </w:rPr>
              <w:t>poišče pomoč odraslega</w:t>
            </w:r>
          </w:p>
          <w:p w14:paraId="0FB9C80C" w14:textId="77777777" w:rsidR="00302D64" w:rsidRDefault="00000000">
            <w:pPr>
              <w:pStyle w:val="Oznaenseznam"/>
              <w:spacing w:after="16"/>
            </w:pPr>
            <w:r>
              <w:rPr>
                <w:color w:val="000000"/>
                <w:sz w:val="16"/>
              </w:rPr>
              <w:t>poznam osnovno številko za pomoč 112</w:t>
            </w:r>
          </w:p>
          <w:p w14:paraId="653C20F1"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4EC8A5D0" w14:textId="77777777" w:rsidR="00302D64" w:rsidRDefault="00302D64"/>
          <w:p w14:paraId="028E0012" w14:textId="77777777" w:rsidR="00302D64" w:rsidRDefault="00000000">
            <w:pPr>
              <w:spacing w:after="80" w:line="245" w:lineRule="auto"/>
            </w:pPr>
            <w:r>
              <w:rPr>
                <w:color w:val="000000"/>
                <w:sz w:val="16"/>
              </w:rPr>
              <w:t>Posluša ali opazuje književno oziroma predmetno izhodišče ter se vključi z gibom, sliko ali besedo.</w:t>
            </w:r>
          </w:p>
          <w:p w14:paraId="1CA56E69" w14:textId="77777777" w:rsidR="00302D64" w:rsidRDefault="00000000">
            <w:pPr>
              <w:spacing w:after="80" w:line="245" w:lineRule="auto"/>
            </w:pPr>
            <w:r>
              <w:rPr>
                <w:color w:val="000000"/>
                <w:sz w:val="16"/>
              </w:rPr>
              <w:t>Pove, pokaže ali nariše, kaj že ve. Posluša zamisli drugih.</w:t>
            </w:r>
          </w:p>
          <w:p w14:paraId="11896AA5" w14:textId="77777777" w:rsidR="00302D64" w:rsidRDefault="00000000">
            <w:pPr>
              <w:spacing w:after="100" w:line="245" w:lineRule="auto"/>
            </w:pPr>
            <w:r>
              <w:rPr>
                <w:color w:val="000000"/>
                <w:sz w:val="16"/>
              </w:rPr>
              <w:t>Sodeluje pri razumevanju namenov in kriterijev uspešnosti.</w:t>
            </w:r>
          </w:p>
          <w:p w14:paraId="5FCD04C5" w14:textId="77777777" w:rsidR="00302D64" w:rsidRDefault="00000000">
            <w:pPr>
              <w:spacing w:after="20" w:line="245" w:lineRule="auto"/>
            </w:pPr>
            <w:r>
              <w:rPr>
                <w:b/>
                <w:color w:val="D95BC6"/>
                <w:sz w:val="17"/>
              </w:rPr>
              <w:t>DOKAZ O UČENJU</w:t>
            </w:r>
          </w:p>
          <w:p w14:paraId="573CE8AF" w14:textId="77777777" w:rsidR="00302D64" w:rsidRDefault="00000000">
            <w:pPr>
              <w:spacing w:after="30" w:line="245" w:lineRule="auto"/>
            </w:pPr>
            <w:r>
              <w:rPr>
                <w:color w:val="D95BC6"/>
                <w:sz w:val="16"/>
              </w:rPr>
              <w:t>začetna zamisel, razvrstitev, risba ali ustni odgovor</w:t>
            </w:r>
          </w:p>
        </w:tc>
      </w:tr>
    </w:tbl>
    <w:p w14:paraId="555FCA7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60E45B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6E7963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7AAB67" w14:textId="77777777" w:rsidR="00302D64" w:rsidRDefault="00000000">
            <w:pPr>
              <w:jc w:val="center"/>
            </w:pPr>
            <w:r>
              <w:rPr>
                <w:b/>
                <w:color w:val="000000"/>
                <w:sz w:val="20"/>
              </w:rPr>
              <w:t>UČNE DEJAVNOSTI, METODE IN FORMATIVNO SPREMLJANJE</w:t>
            </w:r>
          </w:p>
        </w:tc>
      </w:tr>
      <w:tr w:rsidR="00302D64" w14:paraId="77A62578" w14:textId="77777777">
        <w:trPr>
          <w:tblHeader/>
          <w:jc w:val="center"/>
        </w:trPr>
        <w:tc>
          <w:tcPr>
            <w:tcW w:w="4422" w:type="dxa"/>
            <w:vMerge/>
            <w:tcMar>
              <w:top w:w="70" w:type="dxa"/>
              <w:left w:w="90" w:type="dxa"/>
              <w:bottom w:w="70" w:type="dxa"/>
              <w:right w:w="90" w:type="dxa"/>
            </w:tcMar>
            <w:vAlign w:val="center"/>
          </w:tcPr>
          <w:p w14:paraId="5C955944" w14:textId="77777777" w:rsidR="00302D64" w:rsidRDefault="00302D64"/>
        </w:tc>
        <w:tc>
          <w:tcPr>
            <w:tcW w:w="7087" w:type="dxa"/>
            <w:shd w:val="clear" w:color="auto" w:fill="FFFFFF"/>
            <w:tcMar>
              <w:top w:w="70" w:type="dxa"/>
              <w:left w:w="90" w:type="dxa"/>
              <w:bottom w:w="70" w:type="dxa"/>
              <w:right w:w="90" w:type="dxa"/>
            </w:tcMar>
            <w:vAlign w:val="center"/>
          </w:tcPr>
          <w:p w14:paraId="688E731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BE2676A" w14:textId="77777777" w:rsidR="00302D64" w:rsidRDefault="00000000">
            <w:pPr>
              <w:jc w:val="center"/>
            </w:pPr>
            <w:r>
              <w:rPr>
                <w:b/>
                <w:color w:val="000000"/>
              </w:rPr>
              <w:t>UČENEC</w:t>
            </w:r>
          </w:p>
        </w:tc>
      </w:tr>
      <w:tr w:rsidR="00302D64" w14:paraId="64ECA15C" w14:textId="77777777">
        <w:trPr>
          <w:jc w:val="center"/>
        </w:trPr>
        <w:tc>
          <w:tcPr>
            <w:tcW w:w="4422" w:type="dxa"/>
            <w:tcMar>
              <w:top w:w="70" w:type="dxa"/>
              <w:left w:w="90" w:type="dxa"/>
              <w:bottom w:w="70" w:type="dxa"/>
              <w:right w:w="90" w:type="dxa"/>
            </w:tcMar>
          </w:tcPr>
          <w:p w14:paraId="3BF8763D" w14:textId="77777777" w:rsidR="00302D64" w:rsidRDefault="00302D64"/>
          <w:p w14:paraId="45DCCF90" w14:textId="77777777" w:rsidR="00302D64" w:rsidRDefault="00000000">
            <w:pPr>
              <w:spacing w:after="40" w:line="245" w:lineRule="auto"/>
            </w:pPr>
            <w:r>
              <w:rPr>
                <w:b/>
                <w:color w:val="000000"/>
              </w:rPr>
              <w:t>KLJUČNI POJMI</w:t>
            </w:r>
          </w:p>
          <w:p w14:paraId="43139324" w14:textId="77777777" w:rsidR="00302D64" w:rsidRDefault="00000000">
            <w:pPr>
              <w:spacing w:after="80" w:line="245" w:lineRule="auto"/>
            </w:pPr>
            <w:r>
              <w:rPr>
                <w:color w:val="000000"/>
                <w:sz w:val="16"/>
              </w:rPr>
              <w:t>nevarnost, varnost, pomoč, nujni klic, 112, naslov/kraj, zaupanja vredna odrasla oseba, jasen ne</w:t>
            </w:r>
          </w:p>
          <w:p w14:paraId="61009F06" w14:textId="77777777" w:rsidR="00302D64" w:rsidRDefault="00000000">
            <w:pPr>
              <w:spacing w:after="20" w:line="245" w:lineRule="auto"/>
            </w:pPr>
            <w:r>
              <w:rPr>
                <w:b/>
                <w:color w:val="000000"/>
              </w:rPr>
              <w:t>DOKAZI O UČENJU</w:t>
            </w:r>
          </w:p>
          <w:p w14:paraId="6FE185F0" w14:textId="77777777" w:rsidR="00302D64" w:rsidRDefault="00000000">
            <w:pPr>
              <w:pStyle w:val="Oznaenseznam"/>
              <w:spacing w:after="16"/>
            </w:pPr>
            <w:r>
              <w:rPr>
                <w:color w:val="000000"/>
                <w:sz w:val="16"/>
              </w:rPr>
              <w:t>presoja situacije in varen odziv</w:t>
            </w:r>
          </w:p>
          <w:p w14:paraId="39DC4372" w14:textId="77777777" w:rsidR="00302D64" w:rsidRDefault="00000000">
            <w:pPr>
              <w:pStyle w:val="Oznaenseznam"/>
              <w:spacing w:after="16"/>
            </w:pPr>
            <w:r>
              <w:rPr>
                <w:color w:val="000000"/>
                <w:sz w:val="16"/>
              </w:rPr>
              <w:t>simuliran klic na 112</w:t>
            </w:r>
          </w:p>
          <w:p w14:paraId="52143E9C" w14:textId="77777777" w:rsidR="00302D64" w:rsidRDefault="00000000">
            <w:pPr>
              <w:pStyle w:val="Oznaenseznam"/>
              <w:spacing w:after="16"/>
            </w:pPr>
            <w:r>
              <w:rPr>
                <w:color w:val="000000"/>
                <w:sz w:val="16"/>
              </w:rPr>
              <w:t>slikovna mreža pomoči in jasna prošnja</w:t>
            </w:r>
          </w:p>
          <w:p w14:paraId="6DB2CA79" w14:textId="77777777" w:rsidR="00302D64" w:rsidRDefault="00000000">
            <w:pPr>
              <w:spacing w:before="40" w:after="20" w:line="245" w:lineRule="auto"/>
            </w:pPr>
            <w:r>
              <w:rPr>
                <w:b/>
                <w:color w:val="000000"/>
              </w:rPr>
              <w:t>MEDPREDMETNA POVEZAVA</w:t>
            </w:r>
          </w:p>
          <w:p w14:paraId="7F0E820F" w14:textId="77777777" w:rsidR="00302D64" w:rsidRDefault="00000000">
            <w:pPr>
              <w:spacing w:after="60" w:line="245" w:lineRule="auto"/>
            </w:pPr>
            <w:r>
              <w:rPr>
                <w:color w:val="000000"/>
                <w:sz w:val="16"/>
              </w:rPr>
              <w:t>SLJ – jasen govor in poslušanje navodil; ŠPO – praktične situacije; SOCIALNO-ČUSTVENO UČENJE – meje in pomoč</w:t>
            </w:r>
          </w:p>
          <w:p w14:paraId="6AA06E43" w14:textId="77777777" w:rsidR="00302D64" w:rsidRDefault="00000000">
            <w:pPr>
              <w:spacing w:after="20" w:line="245" w:lineRule="auto"/>
            </w:pPr>
            <w:r>
              <w:rPr>
                <w:b/>
                <w:color w:val="000000"/>
              </w:rPr>
              <w:t>POUČEVANJE V GIBANJU</w:t>
            </w:r>
          </w:p>
          <w:p w14:paraId="27B2E113"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4715C7D" w14:textId="77777777" w:rsidR="00302D64" w:rsidRDefault="00000000">
            <w:pPr>
              <w:spacing w:after="20" w:line="245" w:lineRule="auto"/>
            </w:pPr>
            <w:r>
              <w:rPr>
                <w:b/>
                <w:color w:val="000000"/>
              </w:rPr>
              <w:t>UČENJE PO ŠTIRIH POSTAJAH</w:t>
            </w:r>
          </w:p>
          <w:p w14:paraId="5BF5DEEE"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02764128" w14:textId="77777777" w:rsidR="00302D64" w:rsidRDefault="00000000">
            <w:pPr>
              <w:spacing w:after="20" w:line="245" w:lineRule="auto"/>
            </w:pPr>
            <w:r>
              <w:rPr>
                <w:b/>
                <w:color w:val="000000"/>
              </w:rPr>
              <w:t>DIFERENCIACIJA IN VKLJUČEVANJE</w:t>
            </w:r>
          </w:p>
          <w:p w14:paraId="0DAE5634" w14:textId="77777777" w:rsidR="00302D64" w:rsidRDefault="00000000">
            <w:pPr>
              <w:spacing w:after="60" w:line="245" w:lineRule="auto"/>
            </w:pPr>
            <w:r>
              <w:rPr>
                <w:color w:val="000000"/>
                <w:sz w:val="16"/>
              </w:rPr>
              <w:t>Vaja poteka brez prisile k razkrivanju osebnih izkušenj; učenec uporablja kartico povedi; naprednejši presodi, kdaj je potreben 112 in kdaj druga pomoč.</w:t>
            </w:r>
          </w:p>
          <w:p w14:paraId="742DC4FC" w14:textId="77777777" w:rsidR="00302D64" w:rsidRDefault="00000000">
            <w:pPr>
              <w:spacing w:after="20" w:line="245" w:lineRule="auto"/>
            </w:pPr>
            <w:r>
              <w:rPr>
                <w:b/>
                <w:color w:val="000000"/>
              </w:rPr>
              <w:t>SPREMLJANJE</w:t>
            </w:r>
          </w:p>
          <w:p w14:paraId="1AEADBF4"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3F04E267"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9F9D71F" w14:textId="77777777">
              <w:trPr>
                <w:jc w:val="center"/>
              </w:trPr>
              <w:tc>
                <w:tcPr>
                  <w:tcW w:w="7087" w:type="dxa"/>
                  <w:shd w:val="clear" w:color="auto" w:fill="C6E7F3"/>
                  <w:tcMar>
                    <w:top w:w="45" w:type="dxa"/>
                    <w:left w:w="70" w:type="dxa"/>
                    <w:bottom w:w="45" w:type="dxa"/>
                    <w:right w:w="70" w:type="dxa"/>
                  </w:tcMar>
                </w:tcPr>
                <w:p w14:paraId="396E5D30" w14:textId="77777777" w:rsidR="00302D64" w:rsidRDefault="00000000">
                  <w:pPr>
                    <w:keepNext/>
                  </w:pPr>
                  <w:r>
                    <w:t>GLAVNI DEL – IZKUŠENJSKO IN POSTAJNO UČENJE (3 šolske ure)</w:t>
                  </w:r>
                </w:p>
              </w:tc>
            </w:tr>
          </w:tbl>
          <w:p w14:paraId="60BEB48C" w14:textId="77777777" w:rsidR="00302D64" w:rsidRDefault="00302D64">
            <w:pPr>
              <w:spacing w:line="20" w:lineRule="exact"/>
            </w:pPr>
          </w:p>
          <w:p w14:paraId="0F215B78" w14:textId="77777777" w:rsidR="00302D64" w:rsidRDefault="00000000">
            <w:pPr>
              <w:keepNext/>
              <w:spacing w:before="60" w:after="20" w:line="245" w:lineRule="auto"/>
            </w:pPr>
            <w:r>
              <w:rPr>
                <w:b/>
                <w:color w:val="000000"/>
              </w:rPr>
              <w:t>1. URA – Varno ali nevarno</w:t>
            </w:r>
          </w:p>
          <w:p w14:paraId="0DBEC0B2" w14:textId="77777777" w:rsidR="00302D64" w:rsidRDefault="00000000">
            <w:pPr>
              <w:spacing w:after="20" w:line="245" w:lineRule="auto"/>
            </w:pPr>
            <w:r>
              <w:rPr>
                <w:b/>
                <w:color w:val="000000"/>
                <w:sz w:val="16"/>
              </w:rPr>
              <w:t xml:space="preserve">Dejavnost učiteljice: </w:t>
            </w:r>
            <w:r>
              <w:rPr>
                <w:color w:val="000000"/>
                <w:sz w:val="16"/>
              </w:rPr>
              <w:t>Predstavi situacije doma, v prometu, ob vodi, na spletu in v odnosih ter loči neprijetno od nujne nevarnosti.</w:t>
            </w:r>
          </w:p>
          <w:p w14:paraId="69F325AF" w14:textId="77777777" w:rsidR="00302D64" w:rsidRDefault="00000000">
            <w:pPr>
              <w:spacing w:after="20" w:line="245" w:lineRule="auto"/>
            </w:pPr>
            <w:r>
              <w:rPr>
                <w:b/>
                <w:color w:val="000000"/>
                <w:sz w:val="16"/>
              </w:rPr>
              <w:t xml:space="preserve">Dejavnost učencev: </w:t>
            </w:r>
            <w:r>
              <w:rPr>
                <w:color w:val="000000"/>
                <w:sz w:val="16"/>
              </w:rPr>
              <w:t>Razvrstijo situacije, pokažejo varen odziv in poimenujejo odraslo osebo za pomoč.</w:t>
            </w:r>
          </w:p>
          <w:p w14:paraId="2FF98D2E" w14:textId="77777777" w:rsidR="00302D64" w:rsidRDefault="00000000">
            <w:pPr>
              <w:spacing w:after="40" w:line="245" w:lineRule="auto"/>
            </w:pPr>
            <w:r>
              <w:rPr>
                <w:i/>
                <w:color w:val="D95BC6"/>
                <w:sz w:val="16"/>
              </w:rPr>
              <w:t>Predvideni dokaz: presoja situacije in varen odziv.</w:t>
            </w:r>
          </w:p>
          <w:p w14:paraId="13A9F90D" w14:textId="77777777" w:rsidR="00302D64" w:rsidRDefault="00000000">
            <w:pPr>
              <w:keepNext/>
              <w:spacing w:before="60" w:after="20" w:line="245" w:lineRule="auto"/>
            </w:pPr>
            <w:r>
              <w:rPr>
                <w:b/>
                <w:color w:val="000000"/>
              </w:rPr>
              <w:t>2. URA – Klic 112</w:t>
            </w:r>
          </w:p>
          <w:p w14:paraId="7AC42B4E" w14:textId="77777777" w:rsidR="00302D64" w:rsidRDefault="00000000">
            <w:pPr>
              <w:spacing w:after="20" w:line="245" w:lineRule="auto"/>
            </w:pPr>
            <w:r>
              <w:rPr>
                <w:b/>
                <w:color w:val="000000"/>
                <w:sz w:val="16"/>
              </w:rPr>
              <w:t xml:space="preserve">Dejavnost učiteljice: </w:t>
            </w:r>
            <w:r>
              <w:rPr>
                <w:color w:val="000000"/>
                <w:sz w:val="16"/>
              </w:rPr>
              <w:t>Z modelom telefona prikaže klic: kdo kliče, kaj se je zgodilo, kje, koliko je poškodovanih ter poslušanje navodil.</w:t>
            </w:r>
          </w:p>
          <w:p w14:paraId="52BE4965" w14:textId="77777777" w:rsidR="00302D64" w:rsidRDefault="00000000">
            <w:pPr>
              <w:spacing w:after="20" w:line="245" w:lineRule="auto"/>
            </w:pPr>
            <w:r>
              <w:rPr>
                <w:b/>
                <w:color w:val="000000"/>
                <w:sz w:val="16"/>
              </w:rPr>
              <w:t xml:space="preserve">Dejavnost učencev: </w:t>
            </w:r>
            <w:r>
              <w:rPr>
                <w:color w:val="000000"/>
                <w:sz w:val="16"/>
              </w:rPr>
              <w:t>V paru odigrajo klic, odgovorijo na ključna vprašanja in ostanejo na zvezi.</w:t>
            </w:r>
          </w:p>
          <w:p w14:paraId="69127D7B" w14:textId="77777777" w:rsidR="00302D64" w:rsidRDefault="00000000">
            <w:pPr>
              <w:spacing w:after="40" w:line="245" w:lineRule="auto"/>
            </w:pPr>
            <w:r>
              <w:rPr>
                <w:i/>
                <w:color w:val="D95BC6"/>
                <w:sz w:val="16"/>
              </w:rPr>
              <w:t>Predvideni dokaz: simuliran klic na 112.</w:t>
            </w:r>
          </w:p>
          <w:p w14:paraId="0564D711" w14:textId="77777777" w:rsidR="00302D64" w:rsidRDefault="00000000">
            <w:pPr>
              <w:keepNext/>
              <w:spacing w:before="60" w:after="20" w:line="245" w:lineRule="auto"/>
            </w:pPr>
            <w:r>
              <w:rPr>
                <w:b/>
                <w:color w:val="000000"/>
              </w:rPr>
              <w:t>3. URA – Moja mreža pomoči</w:t>
            </w:r>
          </w:p>
          <w:p w14:paraId="089B5290" w14:textId="77777777" w:rsidR="00302D64" w:rsidRDefault="00000000">
            <w:pPr>
              <w:spacing w:after="20" w:line="245" w:lineRule="auto"/>
            </w:pPr>
            <w:r>
              <w:rPr>
                <w:b/>
                <w:color w:val="000000"/>
                <w:sz w:val="16"/>
              </w:rPr>
              <w:t xml:space="preserve">Dejavnost učiteljice: </w:t>
            </w:r>
            <w:r>
              <w:rPr>
                <w:color w:val="000000"/>
                <w:sz w:val="16"/>
              </w:rPr>
              <w:t>Vodi izdelavo osebne, zasebne mreže zaupanja vrednih odraslih in vadi jasno prošnjo za pomoč.</w:t>
            </w:r>
          </w:p>
          <w:p w14:paraId="49BB184F" w14:textId="77777777" w:rsidR="00302D64" w:rsidRDefault="00000000">
            <w:pPr>
              <w:spacing w:after="20" w:line="245" w:lineRule="auto"/>
            </w:pPr>
            <w:r>
              <w:rPr>
                <w:b/>
                <w:color w:val="000000"/>
                <w:sz w:val="16"/>
              </w:rPr>
              <w:t xml:space="preserve">Dejavnost učencev: </w:t>
            </w:r>
            <w:r>
              <w:rPr>
                <w:color w:val="000000"/>
                <w:sz w:val="16"/>
              </w:rPr>
              <w:t>Izberejo več odraslih, vadijo poved »Potrebujem pomoč, ker …« in poiščejo drugo osebo, če prva ne pomaga.</w:t>
            </w:r>
          </w:p>
          <w:p w14:paraId="29A058CE" w14:textId="77777777" w:rsidR="00302D64" w:rsidRDefault="00000000">
            <w:pPr>
              <w:spacing w:after="40" w:line="245" w:lineRule="auto"/>
            </w:pPr>
            <w:r>
              <w:rPr>
                <w:i/>
                <w:color w:val="D95BC6"/>
                <w:sz w:val="16"/>
              </w:rPr>
              <w:t>Predvideni dokaz: slikovna mreža pomoči in jasna prošnja.</w:t>
            </w:r>
          </w:p>
          <w:tbl>
            <w:tblPr>
              <w:tblStyle w:val="Tabelamrea"/>
              <w:tblW w:w="0" w:type="auto"/>
              <w:jc w:val="center"/>
              <w:tblLayout w:type="fixed"/>
              <w:tblLook w:val="04A0" w:firstRow="1" w:lastRow="0" w:firstColumn="1" w:lastColumn="0" w:noHBand="0" w:noVBand="1"/>
            </w:tblPr>
            <w:tblGrid>
              <w:gridCol w:w="7087"/>
            </w:tblGrid>
            <w:tr w:rsidR="00302D64" w14:paraId="2D27A630" w14:textId="77777777">
              <w:trPr>
                <w:jc w:val="center"/>
              </w:trPr>
              <w:tc>
                <w:tcPr>
                  <w:tcW w:w="7087" w:type="dxa"/>
                  <w:shd w:val="clear" w:color="auto" w:fill="EDC9EA"/>
                  <w:tcMar>
                    <w:top w:w="45" w:type="dxa"/>
                    <w:left w:w="70" w:type="dxa"/>
                    <w:bottom w:w="45" w:type="dxa"/>
                    <w:right w:w="70" w:type="dxa"/>
                  </w:tcMar>
                </w:tcPr>
                <w:p w14:paraId="077BA2F8" w14:textId="77777777" w:rsidR="00302D64" w:rsidRDefault="00000000">
                  <w:pPr>
                    <w:keepNext/>
                  </w:pPr>
                  <w:r>
                    <w:rPr>
                      <w:b/>
                      <w:color w:val="000000"/>
                    </w:rPr>
                    <w:t>UČENJE PO ŠTIRIH POSTAJAH (6–8 min na postajo)</w:t>
                  </w:r>
                </w:p>
              </w:tc>
            </w:tr>
          </w:tbl>
          <w:p w14:paraId="651F4BB6"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CA881DF" w14:textId="77777777" w:rsidR="00302D64" w:rsidRDefault="00000000">
            <w:pPr>
              <w:spacing w:after="20" w:line="245" w:lineRule="auto"/>
            </w:pPr>
            <w:r>
              <w:rPr>
                <w:b/>
                <w:color w:val="000000"/>
                <w:sz w:val="16"/>
              </w:rPr>
              <w:t xml:space="preserve">RAZISKOVALNA POSTAJA – Varno ali nevarno: </w:t>
            </w:r>
            <w:r>
              <w:rPr>
                <w:color w:val="000000"/>
                <w:sz w:val="16"/>
              </w:rPr>
              <w:t>Razvrstijo situacije, pokažejo varen odziv in poimenujejo odraslo osebo za pomoč.</w:t>
            </w:r>
          </w:p>
          <w:p w14:paraId="678B3268" w14:textId="77777777" w:rsidR="00302D64" w:rsidRDefault="00000000">
            <w:pPr>
              <w:spacing w:after="20" w:line="245" w:lineRule="auto"/>
            </w:pPr>
            <w:r>
              <w:rPr>
                <w:b/>
                <w:color w:val="000000"/>
                <w:sz w:val="16"/>
              </w:rPr>
              <w:t xml:space="preserve">PRAKTIČNA POSTAJA – Klic 112: </w:t>
            </w:r>
            <w:r>
              <w:rPr>
                <w:color w:val="000000"/>
                <w:sz w:val="16"/>
              </w:rPr>
              <w:t>V paru odigrajo klic, odgovorijo na ključna vprašanja in ostanejo na zvezi.</w:t>
            </w:r>
          </w:p>
          <w:p w14:paraId="6219BD49" w14:textId="77777777" w:rsidR="00302D64" w:rsidRDefault="00000000">
            <w:pPr>
              <w:spacing w:after="20" w:line="245" w:lineRule="auto"/>
            </w:pPr>
            <w:r>
              <w:rPr>
                <w:b/>
                <w:color w:val="000000"/>
                <w:sz w:val="16"/>
              </w:rPr>
              <w:t xml:space="preserve">GIBALNO-SODELOVALNA POSTAJA – Moja mreža pomoči: </w:t>
            </w:r>
            <w:r>
              <w:rPr>
                <w:color w:val="000000"/>
                <w:sz w:val="16"/>
              </w:rPr>
              <w:t>Izberejo več odraslih, vadijo poved »Potrebujem pomoč, ker …« in poiščejo drugo osebo, če prva ne pomaga.</w:t>
            </w:r>
          </w:p>
          <w:p w14:paraId="107F7CE1" w14:textId="77777777" w:rsidR="00302D64" w:rsidRDefault="00000000">
            <w:pPr>
              <w:spacing w:after="20" w:line="245" w:lineRule="auto"/>
            </w:pPr>
            <w:r>
              <w:rPr>
                <w:b/>
                <w:color w:val="000000"/>
                <w:sz w:val="16"/>
              </w:rPr>
              <w:t xml:space="preserve">POSTAJA DOKAZA IN REFLEKSIJE: </w:t>
            </w:r>
            <w:r>
              <w:rPr>
                <w:color w:val="000000"/>
                <w:sz w:val="16"/>
              </w:rPr>
              <w:t>Izberejo en dokaz (presoja situacije in varen odziv, simuliran klic na 112),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74A39438" w14:textId="77777777">
              <w:trPr>
                <w:jc w:val="center"/>
              </w:trPr>
              <w:tc>
                <w:tcPr>
                  <w:tcW w:w="7087" w:type="dxa"/>
                  <w:shd w:val="clear" w:color="auto" w:fill="EDC9EA"/>
                  <w:tcMar>
                    <w:top w:w="45" w:type="dxa"/>
                    <w:left w:w="70" w:type="dxa"/>
                    <w:bottom w:w="45" w:type="dxa"/>
                    <w:right w:w="70" w:type="dxa"/>
                  </w:tcMar>
                </w:tcPr>
                <w:p w14:paraId="05E671AC" w14:textId="77777777" w:rsidR="00302D64" w:rsidRDefault="00000000">
                  <w:pPr>
                    <w:keepNext/>
                  </w:pPr>
                  <w:r>
                    <w:rPr>
                      <w:b/>
                      <w:color w:val="000000"/>
                    </w:rPr>
                    <w:t>POVRATNA INFORMACIJA UČITELJICE MED DELOM</w:t>
                  </w:r>
                </w:p>
              </w:tc>
            </w:tr>
          </w:tbl>
          <w:p w14:paraId="427A2626" w14:textId="77777777" w:rsidR="00302D64" w:rsidRDefault="00302D64"/>
          <w:p w14:paraId="631658BE"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6B57622A" w14:textId="77777777" w:rsidR="00302D64" w:rsidRDefault="00302D64"/>
          <w:p w14:paraId="125DC9BD" w14:textId="77777777" w:rsidR="00302D64" w:rsidRDefault="00000000">
            <w:pPr>
              <w:spacing w:after="20" w:line="245" w:lineRule="auto"/>
            </w:pPr>
            <w:r>
              <w:rPr>
                <w:b/>
                <w:color w:val="000000"/>
                <w:sz w:val="17"/>
              </w:rPr>
              <w:t>1. URA</w:t>
            </w:r>
          </w:p>
          <w:p w14:paraId="33112177" w14:textId="77777777" w:rsidR="00302D64" w:rsidRDefault="00000000">
            <w:pPr>
              <w:spacing w:after="40" w:line="245" w:lineRule="auto"/>
            </w:pPr>
            <w:r>
              <w:rPr>
                <w:color w:val="000000"/>
                <w:sz w:val="16"/>
              </w:rPr>
              <w:t>Razvrstijo situacije, pokažejo varen odziv in poimenujejo odraslo osebo za pomoč.</w:t>
            </w:r>
          </w:p>
          <w:p w14:paraId="333DA8D9" w14:textId="77777777" w:rsidR="00302D64" w:rsidRDefault="00000000">
            <w:pPr>
              <w:spacing w:line="245" w:lineRule="auto"/>
            </w:pPr>
            <w:r>
              <w:rPr>
                <w:b/>
                <w:color w:val="D95BC6"/>
                <w:sz w:val="16"/>
              </w:rPr>
              <w:t>DOKAZ</w:t>
            </w:r>
          </w:p>
          <w:p w14:paraId="5F8365C5" w14:textId="77777777" w:rsidR="00302D64" w:rsidRDefault="00000000">
            <w:pPr>
              <w:spacing w:after="60" w:line="245" w:lineRule="auto"/>
            </w:pPr>
            <w:r>
              <w:rPr>
                <w:color w:val="D95BC6"/>
                <w:sz w:val="16"/>
              </w:rPr>
              <w:t>presoja situacije in varen odziv</w:t>
            </w:r>
          </w:p>
          <w:p w14:paraId="4EE427B5" w14:textId="77777777" w:rsidR="00302D64" w:rsidRDefault="00000000">
            <w:pPr>
              <w:spacing w:after="20" w:line="245" w:lineRule="auto"/>
            </w:pPr>
            <w:r>
              <w:rPr>
                <w:b/>
                <w:color w:val="000000"/>
                <w:sz w:val="17"/>
              </w:rPr>
              <w:t>2. URA</w:t>
            </w:r>
          </w:p>
          <w:p w14:paraId="21D42F3C" w14:textId="77777777" w:rsidR="00302D64" w:rsidRDefault="00000000">
            <w:pPr>
              <w:spacing w:after="40" w:line="245" w:lineRule="auto"/>
            </w:pPr>
            <w:r>
              <w:rPr>
                <w:color w:val="000000"/>
                <w:sz w:val="16"/>
              </w:rPr>
              <w:t>V paru odigrajo klic, odgovorijo na ključna vprašanja in ostanejo na zvezi.</w:t>
            </w:r>
          </w:p>
          <w:p w14:paraId="6424DA86" w14:textId="77777777" w:rsidR="00302D64" w:rsidRDefault="00000000">
            <w:pPr>
              <w:spacing w:line="245" w:lineRule="auto"/>
            </w:pPr>
            <w:r>
              <w:rPr>
                <w:b/>
                <w:color w:val="D95BC6"/>
                <w:sz w:val="16"/>
              </w:rPr>
              <w:t>DOKAZ</w:t>
            </w:r>
          </w:p>
          <w:p w14:paraId="74E03CB0" w14:textId="77777777" w:rsidR="00302D64" w:rsidRDefault="00000000">
            <w:pPr>
              <w:spacing w:after="60" w:line="245" w:lineRule="auto"/>
            </w:pPr>
            <w:r>
              <w:rPr>
                <w:color w:val="D95BC6"/>
                <w:sz w:val="16"/>
              </w:rPr>
              <w:t>simuliran klic na 112</w:t>
            </w:r>
          </w:p>
          <w:p w14:paraId="59852F5C" w14:textId="77777777" w:rsidR="00302D64" w:rsidRDefault="00000000">
            <w:pPr>
              <w:spacing w:after="20" w:line="245" w:lineRule="auto"/>
            </w:pPr>
            <w:r>
              <w:rPr>
                <w:b/>
                <w:color w:val="000000"/>
                <w:sz w:val="17"/>
              </w:rPr>
              <w:t>3. URA</w:t>
            </w:r>
          </w:p>
          <w:p w14:paraId="6576CD56" w14:textId="77777777" w:rsidR="00302D64" w:rsidRDefault="00000000">
            <w:pPr>
              <w:spacing w:after="40" w:line="245" w:lineRule="auto"/>
            </w:pPr>
            <w:r>
              <w:rPr>
                <w:color w:val="000000"/>
                <w:sz w:val="16"/>
              </w:rPr>
              <w:t>Izberejo več odraslih, vadijo poved »Potrebujem pomoč, ker …« in poiščejo drugo osebo, če prva ne pomaga.</w:t>
            </w:r>
          </w:p>
          <w:p w14:paraId="19B0522F" w14:textId="77777777" w:rsidR="00302D64" w:rsidRDefault="00000000">
            <w:pPr>
              <w:spacing w:line="245" w:lineRule="auto"/>
            </w:pPr>
            <w:r>
              <w:rPr>
                <w:b/>
                <w:color w:val="D95BC6"/>
                <w:sz w:val="16"/>
              </w:rPr>
              <w:t>DOKAZ</w:t>
            </w:r>
          </w:p>
          <w:p w14:paraId="1C4D84CE" w14:textId="77777777" w:rsidR="00302D64" w:rsidRDefault="00000000">
            <w:pPr>
              <w:spacing w:after="60" w:line="245" w:lineRule="auto"/>
            </w:pPr>
            <w:r>
              <w:rPr>
                <w:color w:val="D95BC6"/>
                <w:sz w:val="16"/>
              </w:rPr>
              <w:t>slikovna mreža pomoči in jasna prošnja</w:t>
            </w:r>
          </w:p>
        </w:tc>
      </w:tr>
    </w:tbl>
    <w:p w14:paraId="64F72E0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A47DA4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9AE6436"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47745D" w14:textId="77777777" w:rsidR="00302D64" w:rsidRDefault="00000000">
            <w:pPr>
              <w:jc w:val="center"/>
            </w:pPr>
            <w:r>
              <w:rPr>
                <w:b/>
                <w:color w:val="000000"/>
                <w:sz w:val="20"/>
              </w:rPr>
              <w:t>UČNE DEJAVNOSTI, METODE IN FORMATIVNO SPREMLJANJE</w:t>
            </w:r>
          </w:p>
        </w:tc>
      </w:tr>
      <w:tr w:rsidR="00302D64" w14:paraId="3B8FA11F" w14:textId="77777777">
        <w:trPr>
          <w:tblHeader/>
          <w:jc w:val="center"/>
        </w:trPr>
        <w:tc>
          <w:tcPr>
            <w:tcW w:w="4422" w:type="dxa"/>
            <w:vMerge/>
            <w:tcMar>
              <w:top w:w="70" w:type="dxa"/>
              <w:left w:w="90" w:type="dxa"/>
              <w:bottom w:w="70" w:type="dxa"/>
              <w:right w:w="90" w:type="dxa"/>
            </w:tcMar>
            <w:vAlign w:val="center"/>
          </w:tcPr>
          <w:p w14:paraId="318E462A" w14:textId="77777777" w:rsidR="00302D64" w:rsidRDefault="00302D64"/>
        </w:tc>
        <w:tc>
          <w:tcPr>
            <w:tcW w:w="7087" w:type="dxa"/>
            <w:shd w:val="clear" w:color="auto" w:fill="FFFFFF"/>
            <w:tcMar>
              <w:top w:w="70" w:type="dxa"/>
              <w:left w:w="90" w:type="dxa"/>
              <w:bottom w:w="70" w:type="dxa"/>
              <w:right w:w="90" w:type="dxa"/>
            </w:tcMar>
            <w:vAlign w:val="center"/>
          </w:tcPr>
          <w:p w14:paraId="3A2687B5"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3310B69" w14:textId="77777777" w:rsidR="00302D64" w:rsidRDefault="00000000">
            <w:pPr>
              <w:jc w:val="center"/>
            </w:pPr>
            <w:r>
              <w:rPr>
                <w:b/>
                <w:color w:val="000000"/>
              </w:rPr>
              <w:t>UČENEC</w:t>
            </w:r>
          </w:p>
        </w:tc>
      </w:tr>
      <w:tr w:rsidR="00302D64" w14:paraId="6360F68C" w14:textId="77777777">
        <w:trPr>
          <w:jc w:val="center"/>
        </w:trPr>
        <w:tc>
          <w:tcPr>
            <w:tcW w:w="4422" w:type="dxa"/>
            <w:tcMar>
              <w:top w:w="70" w:type="dxa"/>
              <w:left w:w="90" w:type="dxa"/>
              <w:bottom w:w="70" w:type="dxa"/>
              <w:right w:w="90" w:type="dxa"/>
            </w:tcMar>
          </w:tcPr>
          <w:p w14:paraId="10250459" w14:textId="77777777" w:rsidR="00302D64" w:rsidRDefault="00302D64"/>
          <w:p w14:paraId="772474E3" w14:textId="77777777" w:rsidR="00302D64" w:rsidRDefault="00000000">
            <w:pPr>
              <w:spacing w:after="40" w:line="245" w:lineRule="auto"/>
            </w:pPr>
            <w:r>
              <w:rPr>
                <w:b/>
                <w:color w:val="000000"/>
              </w:rPr>
              <w:t>FORMATIVNO SPREMLJANJE</w:t>
            </w:r>
          </w:p>
          <w:p w14:paraId="4CA52F43" w14:textId="77777777" w:rsidR="00302D64" w:rsidRDefault="00000000">
            <w:pPr>
              <w:pStyle w:val="Oznaenseznam"/>
              <w:spacing w:after="16"/>
            </w:pPr>
            <w:r>
              <w:rPr>
                <w:color w:val="000000"/>
                <w:sz w:val="16"/>
              </w:rPr>
              <w:t>predznanje: začetni odgovor, razvrstitev ali prikaz</w:t>
            </w:r>
          </w:p>
          <w:p w14:paraId="7812EE7C" w14:textId="77777777" w:rsidR="00302D64" w:rsidRDefault="00000000">
            <w:pPr>
              <w:pStyle w:val="Oznaenseznam"/>
              <w:spacing w:after="16"/>
            </w:pPr>
            <w:r>
              <w:rPr>
                <w:color w:val="000000"/>
                <w:sz w:val="16"/>
              </w:rPr>
              <w:t>dokazi med učenjem: izvedba, skica, model, opazovalni zapis ali razlaga</w:t>
            </w:r>
          </w:p>
          <w:p w14:paraId="09540063" w14:textId="77777777" w:rsidR="00302D64" w:rsidRDefault="00000000">
            <w:pPr>
              <w:pStyle w:val="Oznaenseznam"/>
              <w:spacing w:after="16"/>
            </w:pPr>
            <w:r>
              <w:rPr>
                <w:color w:val="000000"/>
                <w:sz w:val="16"/>
              </w:rPr>
              <w:t>povratna informacija: konkretna, vezana na kriterij in usmerjena v naslednji korak</w:t>
            </w:r>
          </w:p>
          <w:p w14:paraId="769F9AD2" w14:textId="77777777" w:rsidR="00302D64" w:rsidRDefault="00000000">
            <w:pPr>
              <w:pStyle w:val="Oznaenseznam"/>
              <w:spacing w:after="16"/>
            </w:pPr>
            <w:r>
              <w:rPr>
                <w:color w:val="000000"/>
                <w:sz w:val="16"/>
              </w:rPr>
              <w:t>samovrednotenje: semafor, prsti, izbrani simbol ali kratka poved</w:t>
            </w:r>
          </w:p>
          <w:p w14:paraId="640367B8" w14:textId="77777777" w:rsidR="00302D64" w:rsidRDefault="00000000">
            <w:pPr>
              <w:spacing w:before="40" w:after="20" w:line="245" w:lineRule="auto"/>
            </w:pPr>
            <w:r>
              <w:rPr>
                <w:b/>
                <w:color w:val="000000"/>
              </w:rPr>
              <w:t>VARNOST IN ODGOVORNOST</w:t>
            </w:r>
          </w:p>
          <w:p w14:paraId="71AEDA61" w14:textId="77777777" w:rsidR="00302D64" w:rsidRDefault="00000000">
            <w:pPr>
              <w:spacing w:after="60" w:line="245" w:lineRule="auto"/>
            </w:pPr>
            <w:r>
              <w:rPr>
                <w:color w:val="000000"/>
                <w:sz w:val="16"/>
              </w:rPr>
              <w:t>Simulacije so mirne in razvojno primerne; učiteljica vnaprej pojasni, da 112 kličemo le ob resnični nujni nevarnosti.</w:t>
            </w:r>
          </w:p>
          <w:p w14:paraId="5BFCA197" w14:textId="77777777" w:rsidR="00302D64" w:rsidRDefault="00000000">
            <w:pPr>
              <w:spacing w:after="20" w:line="245" w:lineRule="auto"/>
            </w:pPr>
            <w:r>
              <w:rPr>
                <w:b/>
                <w:color w:val="000000"/>
              </w:rPr>
              <w:t>EVIDENCA PO IZVEDBI</w:t>
            </w:r>
          </w:p>
          <w:p w14:paraId="05CFFC7E"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17163110"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F8A2F0E" w14:textId="77777777">
              <w:trPr>
                <w:jc w:val="center"/>
              </w:trPr>
              <w:tc>
                <w:tcPr>
                  <w:tcW w:w="7087" w:type="dxa"/>
                  <w:shd w:val="clear" w:color="auto" w:fill="EDC9EA"/>
                  <w:tcMar>
                    <w:top w:w="45" w:type="dxa"/>
                    <w:left w:w="70" w:type="dxa"/>
                    <w:bottom w:w="45" w:type="dxa"/>
                    <w:right w:w="70" w:type="dxa"/>
                  </w:tcMar>
                </w:tcPr>
                <w:p w14:paraId="4964EAA2" w14:textId="77777777" w:rsidR="00302D64" w:rsidRDefault="00000000">
                  <w:pPr>
                    <w:keepNext/>
                  </w:pPr>
                  <w:r>
                    <w:rPr>
                      <w:b/>
                      <w:color w:val="000000"/>
                    </w:rPr>
                    <w:t>VPRAŠANJA V PODPORO UČENJU</w:t>
                  </w:r>
                </w:p>
              </w:tc>
            </w:tr>
          </w:tbl>
          <w:p w14:paraId="333BFCA3" w14:textId="77777777" w:rsidR="00302D64" w:rsidRDefault="00302D64">
            <w:pPr>
              <w:spacing w:line="20" w:lineRule="exact"/>
            </w:pPr>
          </w:p>
          <w:p w14:paraId="1F57B6CF" w14:textId="77777777" w:rsidR="00302D64" w:rsidRDefault="00000000">
            <w:pPr>
              <w:pStyle w:val="Oznaenseznam"/>
              <w:spacing w:after="16"/>
            </w:pPr>
            <w:r>
              <w:rPr>
                <w:color w:val="000000"/>
                <w:sz w:val="16"/>
              </w:rPr>
              <w:t>Kaj si opazil/-a in kateri dokaz to pokaže?</w:t>
            </w:r>
          </w:p>
          <w:p w14:paraId="030CE285" w14:textId="77777777" w:rsidR="00302D64" w:rsidRDefault="00000000">
            <w:pPr>
              <w:pStyle w:val="Oznaenseznam"/>
              <w:spacing w:after="16"/>
            </w:pPr>
            <w:r>
              <w:rPr>
                <w:color w:val="000000"/>
                <w:sz w:val="16"/>
              </w:rPr>
              <w:t>Kako si prišel/-la do svoje odločitve?</w:t>
            </w:r>
          </w:p>
          <w:p w14:paraId="205AA817" w14:textId="77777777" w:rsidR="00302D64" w:rsidRDefault="00000000">
            <w:pPr>
              <w:pStyle w:val="Oznaenseznam"/>
              <w:spacing w:after="16"/>
            </w:pPr>
            <w:r>
              <w:rPr>
                <w:color w:val="000000"/>
                <w:sz w:val="16"/>
              </w:rPr>
              <w:t>Kaj si pri ponovnem poskusu ohranil/-a enako in kaj spremenil/-a?</w:t>
            </w:r>
          </w:p>
          <w:p w14:paraId="50EF2E6F" w14:textId="77777777" w:rsidR="00302D64" w:rsidRDefault="00000000">
            <w:pPr>
              <w:pStyle w:val="Oznaenseznam"/>
              <w:spacing w:after="16"/>
            </w:pPr>
            <w:r>
              <w:rPr>
                <w:color w:val="000000"/>
                <w:sz w:val="16"/>
              </w:rPr>
              <w:t>Kateri kriterij že dosegaš? Kaj bo tvoj naslednji korak?</w:t>
            </w:r>
          </w:p>
          <w:p w14:paraId="02D52C06"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620A06D1" w14:textId="77777777">
              <w:trPr>
                <w:jc w:val="center"/>
              </w:trPr>
              <w:tc>
                <w:tcPr>
                  <w:tcW w:w="7087" w:type="dxa"/>
                  <w:shd w:val="clear" w:color="auto" w:fill="C6E7F3"/>
                  <w:tcMar>
                    <w:top w:w="45" w:type="dxa"/>
                    <w:left w:w="70" w:type="dxa"/>
                    <w:bottom w:w="45" w:type="dxa"/>
                    <w:right w:w="70" w:type="dxa"/>
                  </w:tcMar>
                </w:tcPr>
                <w:p w14:paraId="47069189" w14:textId="77777777" w:rsidR="00302D64" w:rsidRDefault="00000000">
                  <w:pPr>
                    <w:keepNext/>
                  </w:pPr>
                  <w:r>
                    <w:rPr>
                      <w:b/>
                      <w:color w:val="000000"/>
                    </w:rPr>
                    <w:t>ZAKLJUČNI DEL – UTRJEVANJE IN REFLEKSIJA (10–15 min)</w:t>
                  </w:r>
                </w:p>
              </w:tc>
            </w:tr>
          </w:tbl>
          <w:p w14:paraId="35B46CCC" w14:textId="77777777" w:rsidR="00302D64" w:rsidRDefault="00302D64">
            <w:pPr>
              <w:spacing w:line="20" w:lineRule="exact"/>
            </w:pPr>
          </w:p>
          <w:p w14:paraId="65BEA506"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B17AFEE" w14:textId="77777777">
              <w:trPr>
                <w:jc w:val="center"/>
              </w:trPr>
              <w:tc>
                <w:tcPr>
                  <w:tcW w:w="7087" w:type="dxa"/>
                  <w:shd w:val="clear" w:color="auto" w:fill="EDC9EA"/>
                  <w:tcMar>
                    <w:top w:w="45" w:type="dxa"/>
                    <w:left w:w="70" w:type="dxa"/>
                    <w:bottom w:w="45" w:type="dxa"/>
                    <w:right w:w="70" w:type="dxa"/>
                  </w:tcMar>
                </w:tcPr>
                <w:p w14:paraId="5DCDCBFE" w14:textId="77777777" w:rsidR="00302D64" w:rsidRDefault="00000000">
                  <w:pPr>
                    <w:keepNext/>
                  </w:pPr>
                  <w:r>
                    <w:rPr>
                      <w:b/>
                      <w:color w:val="000000"/>
                    </w:rPr>
                    <w:t>SAMOVREDNOTENJE</w:t>
                  </w:r>
                </w:p>
              </w:tc>
            </w:tr>
          </w:tbl>
          <w:p w14:paraId="16C52371" w14:textId="77777777" w:rsidR="00302D64" w:rsidRDefault="00302D64">
            <w:pPr>
              <w:spacing w:line="20" w:lineRule="exact"/>
            </w:pPr>
          </w:p>
          <w:p w14:paraId="23ED61B2"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8FC98F4" w14:textId="77777777">
              <w:trPr>
                <w:jc w:val="center"/>
              </w:trPr>
              <w:tc>
                <w:tcPr>
                  <w:tcW w:w="7087" w:type="dxa"/>
                  <w:shd w:val="clear" w:color="auto" w:fill="EDC9EA"/>
                  <w:tcMar>
                    <w:top w:w="45" w:type="dxa"/>
                    <w:left w:w="70" w:type="dxa"/>
                    <w:bottom w:w="45" w:type="dxa"/>
                    <w:right w:w="70" w:type="dxa"/>
                  </w:tcMar>
                </w:tcPr>
                <w:p w14:paraId="64C9B39E" w14:textId="77777777" w:rsidR="00302D64" w:rsidRDefault="00000000">
                  <w:pPr>
                    <w:keepNext/>
                  </w:pPr>
                  <w:r>
                    <w:rPr>
                      <w:b/>
                      <w:color w:val="000000"/>
                    </w:rPr>
                    <w:t>VRSTNIŠKO VREDNOTENJE</w:t>
                  </w:r>
                </w:p>
              </w:tc>
            </w:tr>
          </w:tbl>
          <w:p w14:paraId="7D849956" w14:textId="77777777" w:rsidR="00302D64" w:rsidRDefault="00302D64">
            <w:pPr>
              <w:spacing w:line="20" w:lineRule="exact"/>
            </w:pPr>
          </w:p>
          <w:p w14:paraId="62FB6A22"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05B74745" w14:textId="77777777">
              <w:trPr>
                <w:jc w:val="center"/>
              </w:trPr>
              <w:tc>
                <w:tcPr>
                  <w:tcW w:w="7087" w:type="dxa"/>
                  <w:shd w:val="clear" w:color="auto" w:fill="EDC9EA"/>
                  <w:tcMar>
                    <w:top w:w="45" w:type="dxa"/>
                    <w:left w:w="70" w:type="dxa"/>
                    <w:bottom w:w="45" w:type="dxa"/>
                    <w:right w:w="70" w:type="dxa"/>
                  </w:tcMar>
                </w:tcPr>
                <w:p w14:paraId="622377C9" w14:textId="77777777" w:rsidR="00302D64" w:rsidRDefault="00000000">
                  <w:pPr>
                    <w:keepNext/>
                  </w:pPr>
                  <w:r>
                    <w:rPr>
                      <w:b/>
                      <w:color w:val="000000"/>
                    </w:rPr>
                    <w:t>SKUPNI POVZETEK</w:t>
                  </w:r>
                </w:p>
              </w:tc>
            </w:tr>
          </w:tbl>
          <w:p w14:paraId="6335CF19" w14:textId="77777777" w:rsidR="00302D64" w:rsidRDefault="00302D64"/>
          <w:p w14:paraId="2256D24B" w14:textId="77777777" w:rsidR="00302D64" w:rsidRDefault="00000000">
            <w:pPr>
              <w:spacing w:before="20" w:after="40" w:line="245" w:lineRule="auto"/>
            </w:pPr>
            <w:r>
              <w:rPr>
                <w:b/>
                <w:color w:val="000000"/>
                <w:sz w:val="17"/>
              </w:rPr>
              <w:t>Nevarnost prepoznam, se umaknem, jasno prosim za pomoč in ob nujnem dogodku znam poklicati 112.</w:t>
            </w:r>
          </w:p>
        </w:tc>
        <w:tc>
          <w:tcPr>
            <w:tcW w:w="2551" w:type="dxa"/>
            <w:tcMar>
              <w:top w:w="70" w:type="dxa"/>
              <w:left w:w="90" w:type="dxa"/>
              <w:bottom w:w="70" w:type="dxa"/>
              <w:right w:w="90" w:type="dxa"/>
            </w:tcMar>
          </w:tcPr>
          <w:p w14:paraId="77CE4369" w14:textId="77777777" w:rsidR="00302D64" w:rsidRDefault="00302D64"/>
          <w:p w14:paraId="3EFD0DE1" w14:textId="77777777" w:rsidR="00302D64" w:rsidRDefault="00000000">
            <w:pPr>
              <w:spacing w:after="100" w:line="245" w:lineRule="auto"/>
            </w:pPr>
            <w:r>
              <w:rPr>
                <w:color w:val="000000"/>
                <w:sz w:val="16"/>
              </w:rPr>
              <w:t>Odgovarja na podporna vprašanja in se sklicuje na svoj dokaz.</w:t>
            </w:r>
          </w:p>
          <w:p w14:paraId="0D0A3899" w14:textId="77777777" w:rsidR="00302D64" w:rsidRDefault="00000000">
            <w:pPr>
              <w:spacing w:after="100" w:line="245" w:lineRule="auto"/>
            </w:pPr>
            <w:r>
              <w:rPr>
                <w:color w:val="000000"/>
                <w:sz w:val="16"/>
              </w:rPr>
              <w:t>Primerja začetno zamisel z ugotovitvijo ter pove ali pokaže, kaj se je naučil/-a.</w:t>
            </w:r>
          </w:p>
          <w:p w14:paraId="5C2A0079" w14:textId="77777777" w:rsidR="00302D64" w:rsidRDefault="00000000">
            <w:pPr>
              <w:spacing w:after="100" w:line="245" w:lineRule="auto"/>
            </w:pPr>
            <w:r>
              <w:rPr>
                <w:color w:val="000000"/>
                <w:sz w:val="16"/>
              </w:rPr>
              <w:t>Izbere raven doseganja in določi naslednji korak.</w:t>
            </w:r>
          </w:p>
          <w:p w14:paraId="52611951" w14:textId="77777777" w:rsidR="00302D64" w:rsidRDefault="00000000">
            <w:pPr>
              <w:spacing w:after="100" w:line="245" w:lineRule="auto"/>
            </w:pPr>
            <w:r>
              <w:rPr>
                <w:color w:val="000000"/>
                <w:sz w:val="16"/>
              </w:rPr>
              <w:t>Sošolcu poda prijazen, konkreten odziv.</w:t>
            </w:r>
          </w:p>
          <w:p w14:paraId="72151FD3" w14:textId="77777777" w:rsidR="00302D64" w:rsidRDefault="00000000">
            <w:pPr>
              <w:spacing w:after="20" w:line="245" w:lineRule="auto"/>
            </w:pPr>
            <w:r>
              <w:rPr>
                <w:b/>
                <w:color w:val="D95BC6"/>
                <w:sz w:val="17"/>
              </w:rPr>
              <w:t>DOKAZ O UČENJU</w:t>
            </w:r>
          </w:p>
          <w:p w14:paraId="2F72D4F8" w14:textId="77777777" w:rsidR="00302D64" w:rsidRDefault="00000000">
            <w:pPr>
              <w:spacing w:after="30" w:line="245" w:lineRule="auto"/>
            </w:pPr>
            <w:r>
              <w:rPr>
                <w:color w:val="D95BC6"/>
                <w:sz w:val="16"/>
              </w:rPr>
              <w:t>izvedba ali izdelek, razlaga, samovrednotenje in odziv na povratno informacijo</w:t>
            </w:r>
          </w:p>
        </w:tc>
      </w:tr>
    </w:tbl>
    <w:p w14:paraId="19DF4B8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56196C3A" w14:textId="77777777">
        <w:trPr>
          <w:cantSplit/>
          <w:jc w:val="center"/>
        </w:trPr>
        <w:tc>
          <w:tcPr>
            <w:tcW w:w="14060" w:type="dxa"/>
            <w:gridSpan w:val="6"/>
            <w:tcMar>
              <w:top w:w="70" w:type="dxa"/>
              <w:left w:w="90" w:type="dxa"/>
              <w:bottom w:w="70" w:type="dxa"/>
              <w:right w:w="90" w:type="dxa"/>
            </w:tcMar>
            <w:vAlign w:val="center"/>
          </w:tcPr>
          <w:p w14:paraId="266043E5" w14:textId="77777777" w:rsidR="00302D64" w:rsidRDefault="00000000">
            <w:pPr>
              <w:jc w:val="center"/>
            </w:pPr>
            <w:r>
              <w:rPr>
                <w:b/>
                <w:color w:val="000000"/>
                <w:sz w:val="24"/>
              </w:rPr>
              <w:lastRenderedPageBreak/>
              <w:t>UČNA PRIPRAVA 27/39</w:t>
            </w:r>
          </w:p>
        </w:tc>
      </w:tr>
      <w:tr w:rsidR="00302D64" w14:paraId="4256BF97" w14:textId="77777777">
        <w:trPr>
          <w:jc w:val="center"/>
        </w:trPr>
        <w:tc>
          <w:tcPr>
            <w:tcW w:w="2665" w:type="dxa"/>
            <w:tcMar>
              <w:top w:w="70" w:type="dxa"/>
              <w:left w:w="90" w:type="dxa"/>
              <w:bottom w:w="70" w:type="dxa"/>
              <w:right w:w="90" w:type="dxa"/>
            </w:tcMar>
            <w:vAlign w:val="center"/>
          </w:tcPr>
          <w:p w14:paraId="2859C437"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6C92EF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3F1BDAC0"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AA3DEDA" w14:textId="77777777" w:rsidR="00302D64" w:rsidRDefault="00000000">
            <w:r>
              <w:rPr>
                <w:b/>
                <w:color w:val="000000"/>
                <w:sz w:val="16"/>
              </w:rPr>
              <w:t xml:space="preserve">NAČRTOVANI TERMIN: </w:t>
            </w:r>
            <w:r>
              <w:rPr>
                <w:color w:val="000000"/>
                <w:sz w:val="16"/>
              </w:rPr>
              <w:t>27. teden • 22.–26. 3. 2027</w:t>
            </w:r>
          </w:p>
        </w:tc>
        <w:tc>
          <w:tcPr>
            <w:tcW w:w="2268" w:type="dxa"/>
            <w:tcMar>
              <w:top w:w="70" w:type="dxa"/>
              <w:left w:w="90" w:type="dxa"/>
              <w:bottom w:w="70" w:type="dxa"/>
              <w:right w:w="90" w:type="dxa"/>
            </w:tcMar>
            <w:vAlign w:val="center"/>
          </w:tcPr>
          <w:p w14:paraId="6BA928A2"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388CE14" w14:textId="77777777" w:rsidR="00302D64" w:rsidRDefault="00000000">
            <w:r>
              <w:rPr>
                <w:b/>
                <w:color w:val="000000"/>
                <w:sz w:val="16"/>
              </w:rPr>
              <w:t xml:space="preserve">ŠTEVILO UR: </w:t>
            </w:r>
            <w:r>
              <w:rPr>
                <w:color w:val="000000"/>
                <w:sz w:val="16"/>
              </w:rPr>
              <w:t>2</w:t>
            </w:r>
          </w:p>
        </w:tc>
      </w:tr>
      <w:tr w:rsidR="00302D64" w14:paraId="5BD2F804" w14:textId="77777777">
        <w:trPr>
          <w:jc w:val="center"/>
        </w:trPr>
        <w:tc>
          <w:tcPr>
            <w:tcW w:w="14061" w:type="dxa"/>
            <w:gridSpan w:val="6"/>
            <w:tcMar>
              <w:top w:w="70" w:type="dxa"/>
              <w:left w:w="90" w:type="dxa"/>
              <w:bottom w:w="70" w:type="dxa"/>
              <w:right w:w="90" w:type="dxa"/>
            </w:tcMar>
            <w:vAlign w:val="center"/>
          </w:tcPr>
          <w:p w14:paraId="1500D408" w14:textId="77777777" w:rsidR="00302D64" w:rsidRDefault="00000000">
            <w:r>
              <w:t>TIP UČNE URE: obravnava, izkušenjsko raziskovanje, učenje po postajah, utrjevanje in formativno spremljanje</w:t>
            </w:r>
          </w:p>
        </w:tc>
      </w:tr>
      <w:tr w:rsidR="00302D64" w14:paraId="076F646C" w14:textId="77777777">
        <w:trPr>
          <w:cantSplit/>
          <w:jc w:val="center"/>
        </w:trPr>
        <w:tc>
          <w:tcPr>
            <w:tcW w:w="14060" w:type="dxa"/>
            <w:gridSpan w:val="6"/>
            <w:tcMar>
              <w:top w:w="70" w:type="dxa"/>
              <w:left w:w="90" w:type="dxa"/>
              <w:bottom w:w="70" w:type="dxa"/>
              <w:right w:w="90" w:type="dxa"/>
            </w:tcMar>
            <w:vAlign w:val="center"/>
          </w:tcPr>
          <w:p w14:paraId="4781ABBC" w14:textId="77777777" w:rsidR="00302D64" w:rsidRDefault="00302D64"/>
          <w:p w14:paraId="54A635EB" w14:textId="77777777" w:rsidR="00302D64" w:rsidRDefault="00000000">
            <w:pPr>
              <w:spacing w:line="245" w:lineRule="auto"/>
            </w:pPr>
            <w:r>
              <w:rPr>
                <w:b/>
                <w:color w:val="000000"/>
                <w:sz w:val="17"/>
              </w:rPr>
              <w:t xml:space="preserve">UČNI SKLOP: </w:t>
            </w:r>
            <w:r>
              <w:rPr>
                <w:color w:val="000000"/>
                <w:sz w:val="17"/>
              </w:rPr>
              <w:t>POMLAD, POJAVI IN ŽIVA BITJA</w:t>
            </w:r>
          </w:p>
        </w:tc>
      </w:tr>
      <w:tr w:rsidR="00302D64" w14:paraId="5F8627ED" w14:textId="77777777">
        <w:trPr>
          <w:cantSplit/>
          <w:jc w:val="center"/>
        </w:trPr>
        <w:tc>
          <w:tcPr>
            <w:tcW w:w="14060" w:type="dxa"/>
            <w:gridSpan w:val="6"/>
            <w:tcMar>
              <w:top w:w="70" w:type="dxa"/>
              <w:left w:w="90" w:type="dxa"/>
              <w:bottom w:w="70" w:type="dxa"/>
              <w:right w:w="90" w:type="dxa"/>
            </w:tcMar>
            <w:vAlign w:val="center"/>
          </w:tcPr>
          <w:p w14:paraId="576C33DD" w14:textId="77777777" w:rsidR="00302D64" w:rsidRDefault="00302D64"/>
          <w:p w14:paraId="6D0E7AB3" w14:textId="77777777" w:rsidR="00302D64" w:rsidRDefault="00000000">
            <w:pPr>
              <w:spacing w:line="245" w:lineRule="auto"/>
            </w:pPr>
            <w:r>
              <w:rPr>
                <w:b/>
                <w:color w:val="000000"/>
                <w:sz w:val="17"/>
              </w:rPr>
              <w:t xml:space="preserve">UČNA TEMA: </w:t>
            </w:r>
            <w:r>
              <w:rPr>
                <w:color w:val="000000"/>
                <w:sz w:val="17"/>
              </w:rPr>
              <w:t>POMLADNE SPREMEMBE</w:t>
            </w:r>
          </w:p>
        </w:tc>
      </w:tr>
      <w:tr w:rsidR="00302D64" w14:paraId="5984BEF1" w14:textId="77777777">
        <w:trPr>
          <w:cantSplit/>
          <w:jc w:val="center"/>
        </w:trPr>
        <w:tc>
          <w:tcPr>
            <w:tcW w:w="14060" w:type="dxa"/>
            <w:gridSpan w:val="6"/>
            <w:tcMar>
              <w:top w:w="70" w:type="dxa"/>
              <w:left w:w="90" w:type="dxa"/>
              <w:bottom w:w="70" w:type="dxa"/>
              <w:right w:w="90" w:type="dxa"/>
            </w:tcMar>
            <w:vAlign w:val="center"/>
          </w:tcPr>
          <w:p w14:paraId="38B69587" w14:textId="77777777" w:rsidR="00302D64" w:rsidRDefault="00302D64"/>
          <w:p w14:paraId="4F931B22" w14:textId="77777777" w:rsidR="00302D64" w:rsidRDefault="00000000">
            <w:pPr>
              <w:spacing w:line="245" w:lineRule="auto"/>
            </w:pPr>
            <w:r>
              <w:rPr>
                <w:b/>
                <w:color w:val="000000"/>
                <w:sz w:val="17"/>
              </w:rPr>
              <w:t xml:space="preserve">KNJIŽEVNO IZHODIŠČE IN MOTIV: </w:t>
            </w:r>
            <w:r>
              <w:rPr>
                <w:color w:val="000000"/>
                <w:sz w:val="17"/>
              </w:rPr>
              <w:t>»Majnice: fulaste pesmi« – Tone Pavček • pomlad, ritem, igriv jezik in opazovanje narave</w:t>
            </w:r>
          </w:p>
        </w:tc>
      </w:tr>
      <w:tr w:rsidR="00302D64" w14:paraId="7124E379" w14:textId="77777777">
        <w:trPr>
          <w:cantSplit/>
          <w:jc w:val="center"/>
        </w:trPr>
        <w:tc>
          <w:tcPr>
            <w:tcW w:w="14060" w:type="dxa"/>
            <w:gridSpan w:val="6"/>
            <w:tcMar>
              <w:top w:w="70" w:type="dxa"/>
              <w:left w:w="90" w:type="dxa"/>
              <w:bottom w:w="70" w:type="dxa"/>
              <w:right w:w="90" w:type="dxa"/>
            </w:tcMar>
            <w:vAlign w:val="center"/>
          </w:tcPr>
          <w:p w14:paraId="549E0A5A" w14:textId="77777777" w:rsidR="00302D64" w:rsidRDefault="00302D64"/>
          <w:p w14:paraId="4E0000A0" w14:textId="77777777" w:rsidR="00302D64" w:rsidRDefault="00000000">
            <w:pPr>
              <w:spacing w:line="245" w:lineRule="auto"/>
            </w:pPr>
            <w:r>
              <w:rPr>
                <w:b/>
                <w:color w:val="000000"/>
                <w:sz w:val="17"/>
              </w:rPr>
              <w:t xml:space="preserve">UČNE ENOTE: </w:t>
            </w:r>
            <w:r>
              <w:rPr>
                <w:color w:val="000000"/>
                <w:sz w:val="17"/>
              </w:rPr>
              <w:t>1. ura – Pomladni opazovalni sprehod • 2. ura – Zima in pomlad pod lupo</w:t>
            </w:r>
          </w:p>
        </w:tc>
      </w:tr>
      <w:tr w:rsidR="00302D64" w14:paraId="44CB1145" w14:textId="77777777">
        <w:trPr>
          <w:cantSplit/>
          <w:jc w:val="center"/>
        </w:trPr>
        <w:tc>
          <w:tcPr>
            <w:tcW w:w="14060" w:type="dxa"/>
            <w:gridSpan w:val="6"/>
            <w:tcMar>
              <w:top w:w="70" w:type="dxa"/>
              <w:left w:w="90" w:type="dxa"/>
              <w:bottom w:w="70" w:type="dxa"/>
              <w:right w:w="90" w:type="dxa"/>
            </w:tcMar>
            <w:vAlign w:val="center"/>
          </w:tcPr>
          <w:p w14:paraId="2F3781A2" w14:textId="77777777" w:rsidR="00302D64" w:rsidRDefault="00302D64"/>
          <w:p w14:paraId="7F74F43F"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245FA2B6" w14:textId="77777777">
        <w:trPr>
          <w:cantSplit/>
          <w:jc w:val="center"/>
        </w:trPr>
        <w:tc>
          <w:tcPr>
            <w:tcW w:w="14060" w:type="dxa"/>
            <w:gridSpan w:val="6"/>
            <w:tcMar>
              <w:top w:w="70" w:type="dxa"/>
              <w:left w:w="90" w:type="dxa"/>
              <w:bottom w:w="70" w:type="dxa"/>
              <w:right w:w="90" w:type="dxa"/>
            </w:tcMar>
            <w:vAlign w:val="center"/>
          </w:tcPr>
          <w:p w14:paraId="3D624BA0" w14:textId="77777777" w:rsidR="00302D64" w:rsidRDefault="00302D64"/>
          <w:p w14:paraId="7EFBFE81"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16E1E982" w14:textId="77777777">
        <w:trPr>
          <w:cantSplit/>
          <w:jc w:val="center"/>
        </w:trPr>
        <w:tc>
          <w:tcPr>
            <w:tcW w:w="14060" w:type="dxa"/>
            <w:gridSpan w:val="6"/>
            <w:tcMar>
              <w:top w:w="70" w:type="dxa"/>
              <w:left w:w="90" w:type="dxa"/>
              <w:bottom w:w="70" w:type="dxa"/>
              <w:right w:w="90" w:type="dxa"/>
            </w:tcMar>
            <w:vAlign w:val="center"/>
          </w:tcPr>
          <w:p w14:paraId="03F1DFBC" w14:textId="77777777" w:rsidR="00302D64" w:rsidRDefault="00302D64"/>
          <w:p w14:paraId="7120EAF0"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43ED399B" w14:textId="77777777">
        <w:trPr>
          <w:cantSplit/>
          <w:jc w:val="center"/>
        </w:trPr>
        <w:tc>
          <w:tcPr>
            <w:tcW w:w="14060" w:type="dxa"/>
            <w:gridSpan w:val="6"/>
            <w:tcMar>
              <w:top w:w="70" w:type="dxa"/>
              <w:left w:w="90" w:type="dxa"/>
              <w:bottom w:w="70" w:type="dxa"/>
              <w:right w:w="90" w:type="dxa"/>
            </w:tcMar>
            <w:vAlign w:val="center"/>
          </w:tcPr>
          <w:p w14:paraId="73C7DE7D" w14:textId="77777777" w:rsidR="00302D64" w:rsidRDefault="00302D64"/>
          <w:p w14:paraId="55AF5F70" w14:textId="77777777" w:rsidR="00302D64" w:rsidRDefault="00000000">
            <w:pPr>
              <w:spacing w:line="245" w:lineRule="auto"/>
            </w:pPr>
            <w:r>
              <w:rPr>
                <w:b/>
                <w:color w:val="000000"/>
                <w:sz w:val="17"/>
              </w:rPr>
              <w:t xml:space="preserve">MEDPREDMETNE POVEZAVE: </w:t>
            </w:r>
            <w:r>
              <w:rPr>
                <w:color w:val="000000"/>
                <w:sz w:val="17"/>
              </w:rPr>
              <w:t>SLJ – pesniška in stvarna beseda; MAT – primerjanje zapisov; LUM – terenska skica; ŠPO – raziskovalni sprehod</w:t>
            </w:r>
          </w:p>
        </w:tc>
      </w:tr>
      <w:tr w:rsidR="00302D64" w14:paraId="254965A8" w14:textId="77777777">
        <w:trPr>
          <w:cantSplit/>
          <w:jc w:val="center"/>
        </w:trPr>
        <w:tc>
          <w:tcPr>
            <w:tcW w:w="14060" w:type="dxa"/>
            <w:gridSpan w:val="6"/>
            <w:tcMar>
              <w:top w:w="70" w:type="dxa"/>
              <w:left w:w="90" w:type="dxa"/>
              <w:bottom w:w="70" w:type="dxa"/>
              <w:right w:w="90" w:type="dxa"/>
            </w:tcMar>
            <w:vAlign w:val="center"/>
          </w:tcPr>
          <w:p w14:paraId="7EC7DB0D" w14:textId="77777777" w:rsidR="00302D64" w:rsidRDefault="00302D64"/>
          <w:p w14:paraId="542B8991" w14:textId="77777777" w:rsidR="00302D64" w:rsidRDefault="00000000">
            <w:pPr>
              <w:spacing w:line="245" w:lineRule="auto"/>
            </w:pPr>
            <w:r>
              <w:rPr>
                <w:b/>
                <w:color w:val="000000"/>
                <w:sz w:val="17"/>
              </w:rPr>
              <w:t xml:space="preserve">UČNA SREDSTVA IN PRIPOMOČKI: </w:t>
            </w:r>
            <w:r>
              <w:rPr>
                <w:color w:val="000000"/>
                <w:sz w:val="17"/>
              </w:rPr>
              <w:t>Majnice: fulaste pesmi, zimski opazovalni zapisi, opazovalni okvirji, povečevalna stekla, podloge, vremenski simboli, fotoaparat po šolskih pravilih</w:t>
            </w:r>
          </w:p>
        </w:tc>
      </w:tr>
      <w:tr w:rsidR="00302D64" w14:paraId="6CA1DC06" w14:textId="77777777">
        <w:trPr>
          <w:cantSplit/>
          <w:jc w:val="center"/>
        </w:trPr>
        <w:tc>
          <w:tcPr>
            <w:tcW w:w="14060" w:type="dxa"/>
            <w:gridSpan w:val="6"/>
            <w:tcMar>
              <w:top w:w="70" w:type="dxa"/>
              <w:left w:w="90" w:type="dxa"/>
              <w:bottom w:w="70" w:type="dxa"/>
              <w:right w:w="90" w:type="dxa"/>
            </w:tcMar>
            <w:vAlign w:val="center"/>
          </w:tcPr>
          <w:p w14:paraId="0BCD99AD" w14:textId="77777777" w:rsidR="00302D64" w:rsidRDefault="00302D64"/>
          <w:p w14:paraId="698D4BCD"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7D707F07" w14:textId="77777777">
        <w:trPr>
          <w:cantSplit/>
          <w:jc w:val="center"/>
        </w:trPr>
        <w:tc>
          <w:tcPr>
            <w:tcW w:w="14060" w:type="dxa"/>
            <w:gridSpan w:val="6"/>
            <w:tcMar>
              <w:top w:w="70" w:type="dxa"/>
              <w:left w:w="90" w:type="dxa"/>
              <w:bottom w:w="70" w:type="dxa"/>
              <w:right w:w="90" w:type="dxa"/>
            </w:tcMar>
            <w:vAlign w:val="center"/>
          </w:tcPr>
          <w:p w14:paraId="1882C93E" w14:textId="77777777" w:rsidR="00302D64" w:rsidRDefault="00302D64"/>
          <w:p w14:paraId="6C6F1B20" w14:textId="77777777" w:rsidR="00302D64" w:rsidRDefault="00000000">
            <w:pPr>
              <w:spacing w:line="245" w:lineRule="auto"/>
            </w:pPr>
            <w:r>
              <w:rPr>
                <w:b/>
                <w:color w:val="000000"/>
                <w:sz w:val="16"/>
              </w:rPr>
              <w:t xml:space="preserve">OCENJEVANJE / DAN DEJAVNOSTI: </w:t>
            </w:r>
            <w:r>
              <w:rPr>
                <w:color w:val="000000"/>
                <w:sz w:val="16"/>
              </w:rPr>
              <w:t>NARAVOSLOVNI DAN • ŠPORTNI DAN</w:t>
            </w:r>
          </w:p>
        </w:tc>
      </w:tr>
      <w:tr w:rsidR="00302D64" w14:paraId="077C8664" w14:textId="77777777">
        <w:trPr>
          <w:cantSplit/>
          <w:jc w:val="center"/>
        </w:trPr>
        <w:tc>
          <w:tcPr>
            <w:tcW w:w="14060" w:type="dxa"/>
            <w:gridSpan w:val="6"/>
            <w:tcMar>
              <w:top w:w="70" w:type="dxa"/>
              <w:left w:w="90" w:type="dxa"/>
              <w:bottom w:w="70" w:type="dxa"/>
              <w:right w:w="90" w:type="dxa"/>
            </w:tcMar>
            <w:vAlign w:val="center"/>
          </w:tcPr>
          <w:p w14:paraId="5FC618AA" w14:textId="77777777" w:rsidR="00302D64" w:rsidRDefault="00302D64"/>
          <w:p w14:paraId="4DAD2BF7"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4F3C4DC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2A2F53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80552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50C503" w14:textId="77777777" w:rsidR="00302D64" w:rsidRDefault="00000000">
            <w:pPr>
              <w:jc w:val="center"/>
            </w:pPr>
            <w:r>
              <w:rPr>
                <w:b/>
                <w:color w:val="000000"/>
                <w:sz w:val="20"/>
              </w:rPr>
              <w:t>UČNE DEJAVNOSTI, METODE IN FORMATIVNO SPREMLJANJE</w:t>
            </w:r>
          </w:p>
        </w:tc>
      </w:tr>
      <w:tr w:rsidR="00302D64" w14:paraId="27548FAB" w14:textId="77777777">
        <w:trPr>
          <w:tblHeader/>
          <w:jc w:val="center"/>
        </w:trPr>
        <w:tc>
          <w:tcPr>
            <w:tcW w:w="4422" w:type="dxa"/>
            <w:vMerge/>
            <w:tcMar>
              <w:top w:w="70" w:type="dxa"/>
              <w:left w:w="90" w:type="dxa"/>
              <w:bottom w:w="70" w:type="dxa"/>
              <w:right w:w="90" w:type="dxa"/>
            </w:tcMar>
            <w:vAlign w:val="center"/>
          </w:tcPr>
          <w:p w14:paraId="00A6BD11" w14:textId="77777777" w:rsidR="00302D64" w:rsidRDefault="00302D64"/>
        </w:tc>
        <w:tc>
          <w:tcPr>
            <w:tcW w:w="7087" w:type="dxa"/>
            <w:shd w:val="clear" w:color="auto" w:fill="FFFFFF"/>
            <w:tcMar>
              <w:top w:w="70" w:type="dxa"/>
              <w:left w:w="90" w:type="dxa"/>
              <w:bottom w:w="70" w:type="dxa"/>
              <w:right w:w="90" w:type="dxa"/>
            </w:tcMar>
            <w:vAlign w:val="center"/>
          </w:tcPr>
          <w:p w14:paraId="17AFE67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29C417" w14:textId="77777777" w:rsidR="00302D64" w:rsidRDefault="00000000">
            <w:pPr>
              <w:jc w:val="center"/>
            </w:pPr>
            <w:r>
              <w:rPr>
                <w:b/>
                <w:color w:val="000000"/>
              </w:rPr>
              <w:t>UČENEC</w:t>
            </w:r>
          </w:p>
        </w:tc>
      </w:tr>
      <w:tr w:rsidR="00302D64" w14:paraId="731CCEF2" w14:textId="77777777">
        <w:trPr>
          <w:jc w:val="center"/>
        </w:trPr>
        <w:tc>
          <w:tcPr>
            <w:tcW w:w="4422" w:type="dxa"/>
            <w:tcMar>
              <w:top w:w="70" w:type="dxa"/>
              <w:left w:w="90" w:type="dxa"/>
              <w:bottom w:w="70" w:type="dxa"/>
              <w:right w:w="90" w:type="dxa"/>
            </w:tcMar>
          </w:tcPr>
          <w:p w14:paraId="72186517" w14:textId="77777777" w:rsidR="00302D64" w:rsidRDefault="00302D64"/>
          <w:p w14:paraId="2CEB189F" w14:textId="77777777" w:rsidR="00302D64" w:rsidRDefault="00000000">
            <w:pPr>
              <w:spacing w:after="60" w:line="245" w:lineRule="auto"/>
            </w:pPr>
            <w:r>
              <w:rPr>
                <w:b/>
                <w:color w:val="000000"/>
              </w:rPr>
              <w:t>UČNI CILJI</w:t>
            </w:r>
          </w:p>
          <w:p w14:paraId="521C4994" w14:textId="77777777" w:rsidR="00302D64" w:rsidRDefault="00000000">
            <w:pPr>
              <w:spacing w:after="20" w:line="245" w:lineRule="auto"/>
            </w:pPr>
            <w:r>
              <w:rPr>
                <w:b/>
                <w:color w:val="000000"/>
                <w:sz w:val="17"/>
              </w:rPr>
              <w:t>SPLOŠNI</w:t>
            </w:r>
          </w:p>
          <w:p w14:paraId="223F86FD" w14:textId="77777777" w:rsidR="00302D64" w:rsidRDefault="00000000">
            <w:pPr>
              <w:pStyle w:val="Oznaenseznam"/>
              <w:spacing w:after="16"/>
            </w:pPr>
            <w:r>
              <w:rPr>
                <w:color w:val="000000"/>
                <w:sz w:val="16"/>
              </w:rPr>
              <w:t>razvija radovednost ter sistematično opazuje, primerja, razvršča in sporoča ugotovitve</w:t>
            </w:r>
          </w:p>
          <w:p w14:paraId="7A2A51AD" w14:textId="77777777" w:rsidR="00302D64" w:rsidRDefault="00000000">
            <w:pPr>
              <w:pStyle w:val="Oznaenseznam"/>
              <w:spacing w:after="16"/>
            </w:pPr>
            <w:r>
              <w:rPr>
                <w:color w:val="000000"/>
                <w:sz w:val="16"/>
              </w:rPr>
              <w:t>sodeluje, posluša druge in svoja opažanja izraža na razvojno primeren način</w:t>
            </w:r>
          </w:p>
          <w:p w14:paraId="448C5BC6" w14:textId="77777777" w:rsidR="00302D64" w:rsidRDefault="00000000">
            <w:pPr>
              <w:pStyle w:val="Oznaenseznam"/>
              <w:spacing w:after="16"/>
            </w:pPr>
            <w:r>
              <w:rPr>
                <w:color w:val="000000"/>
                <w:sz w:val="16"/>
              </w:rPr>
              <w:t>ravna varno, odgovorno in skrbno do sebe, drugih ter okolja</w:t>
            </w:r>
          </w:p>
          <w:p w14:paraId="57A99392" w14:textId="77777777" w:rsidR="00302D64" w:rsidRDefault="00000000">
            <w:pPr>
              <w:pStyle w:val="Oznaenseznam"/>
              <w:spacing w:after="16"/>
            </w:pPr>
            <w:r>
              <w:rPr>
                <w:color w:val="000000"/>
                <w:sz w:val="16"/>
              </w:rPr>
              <w:t>ob kriterijih spremlja svoje učenje in sprejema opisno povratno informacijo</w:t>
            </w:r>
          </w:p>
          <w:p w14:paraId="1F8F1D4F" w14:textId="77777777" w:rsidR="00302D64" w:rsidRDefault="00000000">
            <w:pPr>
              <w:spacing w:before="40" w:after="20" w:line="245" w:lineRule="auto"/>
            </w:pPr>
            <w:r>
              <w:rPr>
                <w:b/>
                <w:color w:val="000000"/>
                <w:sz w:val="17"/>
              </w:rPr>
              <w:t>OPERATIVNI</w:t>
            </w:r>
          </w:p>
          <w:p w14:paraId="50642E4C" w14:textId="77777777" w:rsidR="00302D64" w:rsidRDefault="00000000">
            <w:pPr>
              <w:pStyle w:val="Oznaenseznam"/>
              <w:spacing w:after="16"/>
            </w:pPr>
            <w:r>
              <w:rPr>
                <w:color w:val="000000"/>
                <w:sz w:val="16"/>
              </w:rPr>
              <w:t>opazuje vreme, rastline in živali</w:t>
            </w:r>
          </w:p>
          <w:p w14:paraId="2E510834" w14:textId="77777777" w:rsidR="00302D64" w:rsidRDefault="00000000">
            <w:pPr>
              <w:pStyle w:val="Oznaenseznam"/>
              <w:spacing w:after="16"/>
            </w:pPr>
            <w:r>
              <w:rPr>
                <w:color w:val="000000"/>
                <w:sz w:val="16"/>
              </w:rPr>
              <w:t>primerja zimo in pomlad</w:t>
            </w:r>
          </w:p>
          <w:p w14:paraId="75B4909F" w14:textId="77777777" w:rsidR="00302D64" w:rsidRDefault="00000000">
            <w:pPr>
              <w:pStyle w:val="Oznaenseznam"/>
              <w:spacing w:after="16"/>
            </w:pPr>
            <w:r>
              <w:rPr>
                <w:color w:val="000000"/>
                <w:sz w:val="16"/>
              </w:rPr>
              <w:t>vodi opazovalni dnevnik</w:t>
            </w:r>
          </w:p>
          <w:p w14:paraId="2B1D2CE2" w14:textId="77777777" w:rsidR="00302D64" w:rsidRDefault="00000000">
            <w:pPr>
              <w:spacing w:before="40" w:after="20" w:line="245" w:lineRule="auto"/>
            </w:pPr>
            <w:r>
              <w:rPr>
                <w:b/>
                <w:color w:val="000000"/>
                <w:sz w:val="17"/>
              </w:rPr>
              <w:t>PRIČAKOVANI DOSEŽKI / STANDARDI</w:t>
            </w:r>
          </w:p>
          <w:p w14:paraId="194F9D2A" w14:textId="77777777" w:rsidR="00302D64" w:rsidRDefault="00000000">
            <w:pPr>
              <w:pStyle w:val="Oznaenseznam"/>
              <w:spacing w:after="16"/>
            </w:pPr>
            <w:r>
              <w:rPr>
                <w:color w:val="000000"/>
                <w:sz w:val="16"/>
              </w:rPr>
              <w:t>ob konkretni ali slikovni opori opazuje vreme, rastline in živali</w:t>
            </w:r>
          </w:p>
          <w:p w14:paraId="1E4D1D8A" w14:textId="77777777" w:rsidR="00302D64" w:rsidRDefault="00000000">
            <w:pPr>
              <w:pStyle w:val="Oznaenseznam"/>
              <w:spacing w:after="16"/>
            </w:pPr>
            <w:r>
              <w:rPr>
                <w:color w:val="000000"/>
                <w:sz w:val="16"/>
              </w:rPr>
              <w:t>ob konkretni ali slikovni opori primerja zimo in pomlad</w:t>
            </w:r>
          </w:p>
          <w:p w14:paraId="0F730357" w14:textId="77777777" w:rsidR="00302D64" w:rsidRDefault="00000000">
            <w:pPr>
              <w:pStyle w:val="Oznaenseznam"/>
              <w:spacing w:after="16"/>
            </w:pPr>
            <w:r>
              <w:rPr>
                <w:color w:val="000000"/>
                <w:sz w:val="16"/>
              </w:rPr>
              <w:t>ob konkretni ali slikovni opori vodi opazovalni dnevnik</w:t>
            </w:r>
          </w:p>
        </w:tc>
        <w:tc>
          <w:tcPr>
            <w:tcW w:w="7087" w:type="dxa"/>
            <w:tcMar>
              <w:top w:w="70" w:type="dxa"/>
              <w:left w:w="90" w:type="dxa"/>
              <w:bottom w:w="70" w:type="dxa"/>
              <w:right w:w="90" w:type="dxa"/>
            </w:tcMar>
          </w:tcPr>
          <w:p w14:paraId="4A53C9A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9A9138F" w14:textId="77777777">
              <w:trPr>
                <w:jc w:val="center"/>
              </w:trPr>
              <w:tc>
                <w:tcPr>
                  <w:tcW w:w="7087" w:type="dxa"/>
                  <w:shd w:val="clear" w:color="auto" w:fill="C6E7F3"/>
                  <w:tcMar>
                    <w:top w:w="45" w:type="dxa"/>
                    <w:left w:w="70" w:type="dxa"/>
                    <w:bottom w:w="45" w:type="dxa"/>
                    <w:right w:w="70" w:type="dxa"/>
                  </w:tcMar>
                </w:tcPr>
                <w:p w14:paraId="0B6C6D48" w14:textId="77777777" w:rsidR="00302D64" w:rsidRDefault="00000000">
                  <w:pPr>
                    <w:keepNext/>
                  </w:pPr>
                  <w:r>
                    <w:rPr>
                      <w:b/>
                      <w:color w:val="000000"/>
                    </w:rPr>
                    <w:t>UVODNI DEL – motivacija, aktivacija predznanja in namen učenja (15–20 min)</w:t>
                  </w:r>
                </w:p>
              </w:tc>
            </w:tr>
          </w:tbl>
          <w:p w14:paraId="46603BD3" w14:textId="77777777" w:rsidR="00302D64" w:rsidRDefault="00302D64">
            <w:pPr>
              <w:spacing w:line="20" w:lineRule="exact"/>
            </w:pPr>
          </w:p>
          <w:p w14:paraId="74E3F68D" w14:textId="77777777" w:rsidR="00302D64" w:rsidRDefault="00000000">
            <w:pPr>
              <w:spacing w:before="40" w:after="60" w:line="245" w:lineRule="auto"/>
            </w:pPr>
            <w:r>
              <w:rPr>
                <w:color w:val="000000"/>
                <w:sz w:val="17"/>
              </w:rPr>
              <w:t>Pavčkove igrive pomladne besede učenci povežejo z resničnimi spremembami: toplejšim zrakom, daljšim dnem, popki, žuželkami in ptičjim petjem.</w:t>
            </w:r>
          </w:p>
          <w:tbl>
            <w:tblPr>
              <w:tblStyle w:val="Tabelamrea"/>
              <w:tblW w:w="0" w:type="auto"/>
              <w:jc w:val="center"/>
              <w:tblLayout w:type="fixed"/>
              <w:tblLook w:val="04A0" w:firstRow="1" w:lastRow="0" w:firstColumn="1" w:lastColumn="0" w:noHBand="0" w:noVBand="1"/>
            </w:tblPr>
            <w:tblGrid>
              <w:gridCol w:w="7087"/>
            </w:tblGrid>
            <w:tr w:rsidR="00302D64" w14:paraId="20F878E7" w14:textId="77777777">
              <w:trPr>
                <w:jc w:val="center"/>
              </w:trPr>
              <w:tc>
                <w:tcPr>
                  <w:tcW w:w="7087" w:type="dxa"/>
                  <w:shd w:val="clear" w:color="auto" w:fill="EDC9EA"/>
                  <w:tcMar>
                    <w:top w:w="45" w:type="dxa"/>
                    <w:left w:w="70" w:type="dxa"/>
                    <w:bottom w:w="45" w:type="dxa"/>
                    <w:right w:w="70" w:type="dxa"/>
                  </w:tcMar>
                </w:tcPr>
                <w:p w14:paraId="68766473" w14:textId="77777777" w:rsidR="00302D64" w:rsidRDefault="00000000">
                  <w:pPr>
                    <w:keepNext/>
                  </w:pPr>
                  <w:r>
                    <w:rPr>
                      <w:b/>
                      <w:color w:val="000000"/>
                    </w:rPr>
                    <w:t>NAMENI UČENJA</w:t>
                  </w:r>
                </w:p>
              </w:tc>
            </w:tr>
          </w:tbl>
          <w:p w14:paraId="774309AF" w14:textId="77777777" w:rsidR="00302D64" w:rsidRDefault="00302D64">
            <w:pPr>
              <w:spacing w:line="20" w:lineRule="exact"/>
            </w:pPr>
          </w:p>
          <w:p w14:paraId="61D7819F" w14:textId="77777777" w:rsidR="00302D64" w:rsidRDefault="00000000">
            <w:pPr>
              <w:spacing w:before="20" w:after="20" w:line="245" w:lineRule="auto"/>
            </w:pPr>
            <w:r>
              <w:rPr>
                <w:color w:val="000000"/>
                <w:sz w:val="16"/>
              </w:rPr>
              <w:t>Učimo se zato, da bomo lažje razumeli in odgovorno uporabili znanje v vsakdanjih situacijah.</w:t>
            </w:r>
          </w:p>
          <w:p w14:paraId="2394A521" w14:textId="77777777" w:rsidR="00302D64" w:rsidRDefault="00000000">
            <w:pPr>
              <w:pStyle w:val="Oznaenseznam"/>
              <w:spacing w:after="16"/>
            </w:pPr>
            <w:r>
              <w:rPr>
                <w:color w:val="000000"/>
                <w:sz w:val="16"/>
              </w:rPr>
              <w:t>opazujem vreme, rastline in živali</w:t>
            </w:r>
          </w:p>
          <w:p w14:paraId="188F99D7" w14:textId="77777777" w:rsidR="00302D64" w:rsidRDefault="00000000">
            <w:pPr>
              <w:pStyle w:val="Oznaenseznam"/>
              <w:spacing w:after="16"/>
            </w:pPr>
            <w:r>
              <w:rPr>
                <w:color w:val="000000"/>
                <w:sz w:val="16"/>
              </w:rPr>
              <w:t>primerjam zimo in pomlad</w:t>
            </w:r>
          </w:p>
          <w:p w14:paraId="580D7F15" w14:textId="77777777" w:rsidR="00302D64" w:rsidRDefault="00000000">
            <w:pPr>
              <w:pStyle w:val="Oznaenseznam"/>
              <w:spacing w:after="16"/>
            </w:pPr>
            <w:r>
              <w:rPr>
                <w:color w:val="000000"/>
                <w:sz w:val="16"/>
              </w:rPr>
              <w:t>vodim opazovalni dnevnik</w:t>
            </w:r>
          </w:p>
          <w:tbl>
            <w:tblPr>
              <w:tblStyle w:val="Tabelamrea"/>
              <w:tblW w:w="0" w:type="auto"/>
              <w:jc w:val="center"/>
              <w:tblLayout w:type="fixed"/>
              <w:tblLook w:val="04A0" w:firstRow="1" w:lastRow="0" w:firstColumn="1" w:lastColumn="0" w:noHBand="0" w:noVBand="1"/>
            </w:tblPr>
            <w:tblGrid>
              <w:gridCol w:w="7087"/>
            </w:tblGrid>
            <w:tr w:rsidR="00302D64" w14:paraId="2B073D0D" w14:textId="77777777">
              <w:trPr>
                <w:jc w:val="center"/>
              </w:trPr>
              <w:tc>
                <w:tcPr>
                  <w:tcW w:w="7087" w:type="dxa"/>
                  <w:shd w:val="clear" w:color="auto" w:fill="EDC9EA"/>
                  <w:tcMar>
                    <w:top w:w="45" w:type="dxa"/>
                    <w:left w:w="70" w:type="dxa"/>
                    <w:bottom w:w="45" w:type="dxa"/>
                    <w:right w:w="70" w:type="dxa"/>
                  </w:tcMar>
                </w:tcPr>
                <w:p w14:paraId="18D12864" w14:textId="77777777" w:rsidR="00302D64" w:rsidRDefault="00000000">
                  <w:pPr>
                    <w:keepNext/>
                  </w:pPr>
                  <w:r>
                    <w:rPr>
                      <w:b/>
                      <w:color w:val="000000"/>
                    </w:rPr>
                    <w:t>PREVERJANJE PREDZNANJA</w:t>
                  </w:r>
                </w:p>
              </w:tc>
            </w:tr>
          </w:tbl>
          <w:p w14:paraId="4FBDE274" w14:textId="77777777" w:rsidR="00302D64" w:rsidRDefault="00302D64">
            <w:pPr>
              <w:spacing w:line="20" w:lineRule="exact"/>
            </w:pPr>
          </w:p>
          <w:p w14:paraId="42A567F6" w14:textId="77777777" w:rsidR="00302D64" w:rsidRDefault="00000000">
            <w:pPr>
              <w:pStyle w:val="Oznaenseznam"/>
              <w:spacing w:after="16"/>
            </w:pPr>
            <w:r>
              <w:rPr>
                <w:color w:val="000000"/>
                <w:sz w:val="16"/>
              </w:rPr>
              <w:t>Katere spremembe pričakujem spomladi?</w:t>
            </w:r>
          </w:p>
          <w:p w14:paraId="5E9230D1" w14:textId="77777777" w:rsidR="00302D64" w:rsidRDefault="00000000">
            <w:pPr>
              <w:pStyle w:val="Oznaenseznam"/>
              <w:spacing w:after="16"/>
            </w:pPr>
            <w:r>
              <w:rPr>
                <w:color w:val="000000"/>
                <w:sz w:val="16"/>
              </w:rPr>
              <w:t>Kako bom opažanja beležil/-a tako, da jih lahko primerjam z zimskimi?</w:t>
            </w:r>
          </w:p>
          <w:p w14:paraId="2967A3B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0A91662E" w14:textId="77777777">
              <w:trPr>
                <w:jc w:val="center"/>
              </w:trPr>
              <w:tc>
                <w:tcPr>
                  <w:tcW w:w="7087" w:type="dxa"/>
                  <w:shd w:val="clear" w:color="auto" w:fill="EDC9EA"/>
                  <w:tcMar>
                    <w:top w:w="45" w:type="dxa"/>
                    <w:left w:w="70" w:type="dxa"/>
                    <w:bottom w:w="45" w:type="dxa"/>
                    <w:right w:w="70" w:type="dxa"/>
                  </w:tcMar>
                </w:tcPr>
                <w:p w14:paraId="0800322C" w14:textId="77777777" w:rsidR="00302D64" w:rsidRDefault="00000000">
                  <w:pPr>
                    <w:keepNext/>
                  </w:pPr>
                  <w:r>
                    <w:rPr>
                      <w:b/>
                      <w:color w:val="000000"/>
                    </w:rPr>
                    <w:t>KRITERIJI USPEŠNOSTI</w:t>
                  </w:r>
                </w:p>
              </w:tc>
            </w:tr>
          </w:tbl>
          <w:p w14:paraId="07099BED" w14:textId="77777777" w:rsidR="00302D64" w:rsidRDefault="00302D64"/>
          <w:p w14:paraId="16AF82D4" w14:textId="77777777" w:rsidR="00302D64" w:rsidRDefault="00000000">
            <w:pPr>
              <w:spacing w:before="20" w:after="20" w:line="245" w:lineRule="auto"/>
            </w:pPr>
            <w:r>
              <w:rPr>
                <w:b/>
                <w:color w:val="000000"/>
                <w:sz w:val="16"/>
              </w:rPr>
              <w:t>Uspešen/-na bom, ko:</w:t>
            </w:r>
          </w:p>
          <w:p w14:paraId="663ACD8A" w14:textId="77777777" w:rsidR="00302D64" w:rsidRDefault="00000000">
            <w:pPr>
              <w:pStyle w:val="Oznaenseznam"/>
              <w:spacing w:after="16"/>
            </w:pPr>
            <w:r>
              <w:rPr>
                <w:color w:val="000000"/>
                <w:sz w:val="16"/>
              </w:rPr>
              <w:t>opazujem vreme, rastline in živali</w:t>
            </w:r>
          </w:p>
          <w:p w14:paraId="78EC0EC1" w14:textId="77777777" w:rsidR="00302D64" w:rsidRDefault="00000000">
            <w:pPr>
              <w:pStyle w:val="Oznaenseznam"/>
              <w:spacing w:after="16"/>
            </w:pPr>
            <w:r>
              <w:rPr>
                <w:color w:val="000000"/>
                <w:sz w:val="16"/>
              </w:rPr>
              <w:t>primerjam zimo in pomlad</w:t>
            </w:r>
          </w:p>
          <w:p w14:paraId="12FF0A56" w14:textId="77777777" w:rsidR="00302D64" w:rsidRDefault="00000000">
            <w:pPr>
              <w:pStyle w:val="Oznaenseznam"/>
              <w:spacing w:after="16"/>
            </w:pPr>
            <w:r>
              <w:rPr>
                <w:color w:val="000000"/>
                <w:sz w:val="16"/>
              </w:rPr>
              <w:t>vodim opazovalni dnevnik</w:t>
            </w:r>
          </w:p>
          <w:p w14:paraId="5D3C4168"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6BA62D83" w14:textId="77777777" w:rsidR="00302D64" w:rsidRDefault="00302D64"/>
          <w:p w14:paraId="612CE8A8" w14:textId="77777777" w:rsidR="00302D64" w:rsidRDefault="00000000">
            <w:pPr>
              <w:spacing w:after="80" w:line="245" w:lineRule="auto"/>
            </w:pPr>
            <w:r>
              <w:rPr>
                <w:color w:val="000000"/>
                <w:sz w:val="16"/>
              </w:rPr>
              <w:t>Posluša ali opazuje književno oziroma predmetno izhodišče ter se vključi z gibom, sliko ali besedo.</w:t>
            </w:r>
          </w:p>
          <w:p w14:paraId="12E66ECB" w14:textId="77777777" w:rsidR="00302D64" w:rsidRDefault="00000000">
            <w:pPr>
              <w:spacing w:after="80" w:line="245" w:lineRule="auto"/>
            </w:pPr>
            <w:r>
              <w:rPr>
                <w:color w:val="000000"/>
                <w:sz w:val="16"/>
              </w:rPr>
              <w:t>Pove, pokaže ali nariše, kaj že ve. Posluša zamisli drugih.</w:t>
            </w:r>
          </w:p>
          <w:p w14:paraId="2D351B98" w14:textId="77777777" w:rsidR="00302D64" w:rsidRDefault="00000000">
            <w:pPr>
              <w:spacing w:after="100" w:line="245" w:lineRule="auto"/>
            </w:pPr>
            <w:r>
              <w:rPr>
                <w:color w:val="000000"/>
                <w:sz w:val="16"/>
              </w:rPr>
              <w:t>Sodeluje pri razumevanju namenov in kriterijev uspešnosti.</w:t>
            </w:r>
          </w:p>
          <w:p w14:paraId="69705262" w14:textId="77777777" w:rsidR="00302D64" w:rsidRDefault="00000000">
            <w:pPr>
              <w:spacing w:after="20" w:line="245" w:lineRule="auto"/>
            </w:pPr>
            <w:r>
              <w:rPr>
                <w:b/>
                <w:color w:val="D95BC6"/>
                <w:sz w:val="17"/>
              </w:rPr>
              <w:t>DOKAZ O UČENJU</w:t>
            </w:r>
          </w:p>
          <w:p w14:paraId="15157456" w14:textId="77777777" w:rsidR="00302D64" w:rsidRDefault="00000000">
            <w:pPr>
              <w:spacing w:after="30" w:line="245" w:lineRule="auto"/>
            </w:pPr>
            <w:r>
              <w:rPr>
                <w:color w:val="D95BC6"/>
                <w:sz w:val="16"/>
              </w:rPr>
              <w:t>začetna zamisel, razvrstitev, risba ali ustni odgovor</w:t>
            </w:r>
          </w:p>
        </w:tc>
      </w:tr>
    </w:tbl>
    <w:p w14:paraId="333C139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A8BEC8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C8ADD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C137F2" w14:textId="77777777" w:rsidR="00302D64" w:rsidRDefault="00000000">
            <w:pPr>
              <w:jc w:val="center"/>
            </w:pPr>
            <w:r>
              <w:rPr>
                <w:b/>
                <w:color w:val="000000"/>
                <w:sz w:val="20"/>
              </w:rPr>
              <w:t>UČNE DEJAVNOSTI, METODE IN FORMATIVNO SPREMLJANJE</w:t>
            </w:r>
          </w:p>
        </w:tc>
      </w:tr>
      <w:tr w:rsidR="00302D64" w14:paraId="7499CF8E" w14:textId="77777777">
        <w:trPr>
          <w:tblHeader/>
          <w:jc w:val="center"/>
        </w:trPr>
        <w:tc>
          <w:tcPr>
            <w:tcW w:w="4422" w:type="dxa"/>
            <w:vMerge/>
            <w:tcMar>
              <w:top w:w="70" w:type="dxa"/>
              <w:left w:w="90" w:type="dxa"/>
              <w:bottom w:w="70" w:type="dxa"/>
              <w:right w:w="90" w:type="dxa"/>
            </w:tcMar>
            <w:vAlign w:val="center"/>
          </w:tcPr>
          <w:p w14:paraId="04FE8217" w14:textId="77777777" w:rsidR="00302D64" w:rsidRDefault="00302D64"/>
        </w:tc>
        <w:tc>
          <w:tcPr>
            <w:tcW w:w="7087" w:type="dxa"/>
            <w:shd w:val="clear" w:color="auto" w:fill="FFFFFF"/>
            <w:tcMar>
              <w:top w:w="70" w:type="dxa"/>
              <w:left w:w="90" w:type="dxa"/>
              <w:bottom w:w="70" w:type="dxa"/>
              <w:right w:w="90" w:type="dxa"/>
            </w:tcMar>
            <w:vAlign w:val="center"/>
          </w:tcPr>
          <w:p w14:paraId="32D16DE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772A7BD" w14:textId="77777777" w:rsidR="00302D64" w:rsidRDefault="00000000">
            <w:pPr>
              <w:jc w:val="center"/>
            </w:pPr>
            <w:r>
              <w:rPr>
                <w:b/>
                <w:color w:val="000000"/>
              </w:rPr>
              <w:t>UČENEC</w:t>
            </w:r>
          </w:p>
        </w:tc>
      </w:tr>
      <w:tr w:rsidR="00302D64" w14:paraId="38FF07D1" w14:textId="77777777">
        <w:trPr>
          <w:jc w:val="center"/>
        </w:trPr>
        <w:tc>
          <w:tcPr>
            <w:tcW w:w="4422" w:type="dxa"/>
            <w:tcMar>
              <w:top w:w="70" w:type="dxa"/>
              <w:left w:w="90" w:type="dxa"/>
              <w:bottom w:w="70" w:type="dxa"/>
              <w:right w:w="90" w:type="dxa"/>
            </w:tcMar>
          </w:tcPr>
          <w:p w14:paraId="4BBC68E1" w14:textId="77777777" w:rsidR="00302D64" w:rsidRDefault="00302D64"/>
          <w:p w14:paraId="161067F7" w14:textId="77777777" w:rsidR="00302D64" w:rsidRDefault="00000000">
            <w:pPr>
              <w:spacing w:after="40" w:line="245" w:lineRule="auto"/>
            </w:pPr>
            <w:r>
              <w:rPr>
                <w:b/>
                <w:color w:val="000000"/>
              </w:rPr>
              <w:t>KLJUČNI POJMI</w:t>
            </w:r>
          </w:p>
          <w:p w14:paraId="0E713B9C" w14:textId="77777777" w:rsidR="00302D64" w:rsidRDefault="00000000">
            <w:pPr>
              <w:spacing w:after="80" w:line="245" w:lineRule="auto"/>
            </w:pPr>
            <w:r>
              <w:rPr>
                <w:color w:val="000000"/>
                <w:sz w:val="16"/>
              </w:rPr>
              <w:t>pomlad, popek, cvet, kalitev, žuželka, selivka, topleje, daljši dan, sprememba, opazovalni dnevnik</w:t>
            </w:r>
          </w:p>
          <w:p w14:paraId="29089116" w14:textId="77777777" w:rsidR="00302D64" w:rsidRDefault="00000000">
            <w:pPr>
              <w:spacing w:after="20" w:line="245" w:lineRule="auto"/>
            </w:pPr>
            <w:r>
              <w:rPr>
                <w:b/>
                <w:color w:val="000000"/>
              </w:rPr>
              <w:t>DOKAZI O UČENJU</w:t>
            </w:r>
          </w:p>
          <w:p w14:paraId="48B2C26C" w14:textId="77777777" w:rsidR="00302D64" w:rsidRDefault="00000000">
            <w:pPr>
              <w:pStyle w:val="Oznaenseznam"/>
              <w:spacing w:after="16"/>
            </w:pPr>
            <w:r>
              <w:rPr>
                <w:color w:val="000000"/>
                <w:sz w:val="16"/>
              </w:rPr>
              <w:t>terenski dokaz pomladne spremembe</w:t>
            </w:r>
          </w:p>
          <w:p w14:paraId="0CD98360" w14:textId="77777777" w:rsidR="00302D64" w:rsidRDefault="00000000">
            <w:pPr>
              <w:pStyle w:val="Oznaenseznam"/>
              <w:spacing w:after="16"/>
            </w:pPr>
            <w:r>
              <w:rPr>
                <w:color w:val="000000"/>
                <w:sz w:val="16"/>
              </w:rPr>
              <w:t>primerjalni zapis in napoved</w:t>
            </w:r>
          </w:p>
          <w:p w14:paraId="0F91C10F" w14:textId="77777777" w:rsidR="00302D64" w:rsidRDefault="00000000">
            <w:pPr>
              <w:spacing w:before="40" w:after="20" w:line="245" w:lineRule="auto"/>
            </w:pPr>
            <w:r>
              <w:rPr>
                <w:b/>
                <w:color w:val="000000"/>
              </w:rPr>
              <w:t>MEDPREDMETNA POVEZAVA</w:t>
            </w:r>
          </w:p>
          <w:p w14:paraId="65A8255A" w14:textId="77777777" w:rsidR="00302D64" w:rsidRDefault="00000000">
            <w:pPr>
              <w:spacing w:after="60" w:line="245" w:lineRule="auto"/>
            </w:pPr>
            <w:r>
              <w:rPr>
                <w:color w:val="000000"/>
                <w:sz w:val="16"/>
              </w:rPr>
              <w:t>SLJ – pesniška in stvarna beseda; MAT – primerjanje zapisov; LUM – terenska skica; ŠPO – raziskovalni sprehod</w:t>
            </w:r>
          </w:p>
          <w:p w14:paraId="7EADE3C7" w14:textId="77777777" w:rsidR="00302D64" w:rsidRDefault="00000000">
            <w:pPr>
              <w:spacing w:after="20" w:line="245" w:lineRule="auto"/>
            </w:pPr>
            <w:r>
              <w:rPr>
                <w:b/>
                <w:color w:val="000000"/>
              </w:rPr>
              <w:t>POUČEVANJE V GIBANJU</w:t>
            </w:r>
          </w:p>
          <w:p w14:paraId="700853AF"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A7F4D4C" w14:textId="77777777" w:rsidR="00302D64" w:rsidRDefault="00000000">
            <w:pPr>
              <w:spacing w:after="20" w:line="245" w:lineRule="auto"/>
            </w:pPr>
            <w:r>
              <w:rPr>
                <w:b/>
                <w:color w:val="000000"/>
              </w:rPr>
              <w:t>UČENJE PO ŠTIRIH POSTAJAH</w:t>
            </w:r>
          </w:p>
          <w:p w14:paraId="50C525AA"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3642C86B" w14:textId="77777777" w:rsidR="00302D64" w:rsidRDefault="00000000">
            <w:pPr>
              <w:spacing w:after="20" w:line="245" w:lineRule="auto"/>
            </w:pPr>
            <w:r>
              <w:rPr>
                <w:b/>
                <w:color w:val="000000"/>
              </w:rPr>
              <w:t>DIFERENCIACIJA IN VKLJUČEVANJE</w:t>
            </w:r>
          </w:p>
          <w:p w14:paraId="3B0F8CA9" w14:textId="77777777" w:rsidR="00302D64" w:rsidRDefault="00000000">
            <w:pPr>
              <w:spacing w:after="60" w:line="245" w:lineRule="auto"/>
            </w:pPr>
            <w:r>
              <w:rPr>
                <w:color w:val="000000"/>
                <w:sz w:val="16"/>
              </w:rPr>
              <w:t>Učenec opazuje manjše vnaprej določeno območje ali fotografije; uporabi simbole; naprednejši oblikuje vprašanje za nadaljnje spremljanje.</w:t>
            </w:r>
          </w:p>
          <w:p w14:paraId="5E93F66D" w14:textId="77777777" w:rsidR="00302D64" w:rsidRDefault="00000000">
            <w:pPr>
              <w:spacing w:after="20" w:line="245" w:lineRule="auto"/>
            </w:pPr>
            <w:r>
              <w:rPr>
                <w:b/>
                <w:color w:val="000000"/>
              </w:rPr>
              <w:t>SPREMLJANJE</w:t>
            </w:r>
          </w:p>
          <w:p w14:paraId="6D6194ED"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39B466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CB992CE" w14:textId="77777777">
              <w:trPr>
                <w:jc w:val="center"/>
              </w:trPr>
              <w:tc>
                <w:tcPr>
                  <w:tcW w:w="7087" w:type="dxa"/>
                  <w:shd w:val="clear" w:color="auto" w:fill="C6E7F3"/>
                  <w:tcMar>
                    <w:top w:w="45" w:type="dxa"/>
                    <w:left w:w="70" w:type="dxa"/>
                    <w:bottom w:w="45" w:type="dxa"/>
                    <w:right w:w="70" w:type="dxa"/>
                  </w:tcMar>
                </w:tcPr>
                <w:p w14:paraId="06E9A708" w14:textId="77777777" w:rsidR="00302D64" w:rsidRDefault="00000000">
                  <w:pPr>
                    <w:keepNext/>
                  </w:pPr>
                  <w:r>
                    <w:t>GLAVNI DEL – IZKUŠENJSKO IN POSTAJNO UČENJE (2 šolski uri)</w:t>
                  </w:r>
                </w:p>
              </w:tc>
            </w:tr>
          </w:tbl>
          <w:p w14:paraId="0641CBD2" w14:textId="77777777" w:rsidR="00302D64" w:rsidRDefault="00302D64">
            <w:pPr>
              <w:spacing w:line="20" w:lineRule="exact"/>
            </w:pPr>
          </w:p>
          <w:p w14:paraId="2534E8BE" w14:textId="77777777" w:rsidR="00302D64" w:rsidRDefault="00000000">
            <w:pPr>
              <w:keepNext/>
              <w:spacing w:before="60" w:after="20" w:line="245" w:lineRule="auto"/>
            </w:pPr>
            <w:r>
              <w:rPr>
                <w:b/>
                <w:color w:val="000000"/>
              </w:rPr>
              <w:t>1. URA – Pomladni opazovalni sprehod</w:t>
            </w:r>
          </w:p>
          <w:p w14:paraId="79D1965D" w14:textId="77777777" w:rsidR="00302D64" w:rsidRDefault="00000000">
            <w:pPr>
              <w:spacing w:after="20" w:line="245" w:lineRule="auto"/>
            </w:pPr>
            <w:r>
              <w:rPr>
                <w:b/>
                <w:color w:val="000000"/>
                <w:sz w:val="16"/>
              </w:rPr>
              <w:t xml:space="preserve">Dejavnost učiteljice: </w:t>
            </w:r>
            <w:r>
              <w:rPr>
                <w:color w:val="000000"/>
                <w:sz w:val="16"/>
              </w:rPr>
              <w:t>Na isti ali primerljivi poti kot pozimi usmerja opazovanje vremena, rastlin, živali in dejavnosti ljudi.</w:t>
            </w:r>
          </w:p>
          <w:p w14:paraId="788269B7" w14:textId="77777777" w:rsidR="00302D64" w:rsidRDefault="00000000">
            <w:pPr>
              <w:spacing w:after="20" w:line="245" w:lineRule="auto"/>
            </w:pPr>
            <w:r>
              <w:rPr>
                <w:b/>
                <w:color w:val="000000"/>
                <w:sz w:val="16"/>
              </w:rPr>
              <w:t xml:space="preserve">Dejavnost učencev: </w:t>
            </w:r>
            <w:r>
              <w:rPr>
                <w:color w:val="000000"/>
                <w:sz w:val="16"/>
              </w:rPr>
              <w:t>Poiščejo tri dokaze pomladi, jih skicirajo ali fotografirajo ter povedo, česa ne smejo poškodovati.</w:t>
            </w:r>
          </w:p>
          <w:p w14:paraId="3E1E7C1B" w14:textId="77777777" w:rsidR="00302D64" w:rsidRDefault="00000000">
            <w:pPr>
              <w:spacing w:after="40" w:line="245" w:lineRule="auto"/>
            </w:pPr>
            <w:r>
              <w:rPr>
                <w:i/>
                <w:color w:val="D95BC6"/>
                <w:sz w:val="16"/>
              </w:rPr>
              <w:t>Predvideni dokaz: terenski dokaz pomladne spremembe.</w:t>
            </w:r>
          </w:p>
          <w:p w14:paraId="328BDD91" w14:textId="77777777" w:rsidR="00302D64" w:rsidRDefault="00000000">
            <w:pPr>
              <w:keepNext/>
              <w:spacing w:before="60" w:after="20" w:line="245" w:lineRule="auto"/>
            </w:pPr>
            <w:r>
              <w:rPr>
                <w:b/>
                <w:color w:val="000000"/>
              </w:rPr>
              <w:t>2. URA – Zima in pomlad pod lupo</w:t>
            </w:r>
          </w:p>
          <w:p w14:paraId="3ABFE1A3" w14:textId="77777777" w:rsidR="00302D64" w:rsidRDefault="00000000">
            <w:pPr>
              <w:spacing w:after="20" w:line="245" w:lineRule="auto"/>
            </w:pPr>
            <w:r>
              <w:rPr>
                <w:b/>
                <w:color w:val="000000"/>
                <w:sz w:val="16"/>
              </w:rPr>
              <w:t xml:space="preserve">Dejavnost učiteljice: </w:t>
            </w:r>
            <w:r>
              <w:rPr>
                <w:color w:val="000000"/>
                <w:sz w:val="16"/>
              </w:rPr>
              <w:t>Pripravi zimske zapise in nove pomladne dokaze ter vodi primerjavo po enakih merilih.</w:t>
            </w:r>
          </w:p>
          <w:p w14:paraId="6E3FFB82" w14:textId="77777777" w:rsidR="00302D64" w:rsidRDefault="00000000">
            <w:pPr>
              <w:spacing w:after="20" w:line="245" w:lineRule="auto"/>
            </w:pPr>
            <w:r>
              <w:rPr>
                <w:b/>
                <w:color w:val="000000"/>
                <w:sz w:val="16"/>
              </w:rPr>
              <w:t xml:space="preserve">Dejavnost učencev: </w:t>
            </w:r>
            <w:r>
              <w:rPr>
                <w:color w:val="000000"/>
                <w:sz w:val="16"/>
              </w:rPr>
              <w:t>Oblikujejo pare prej–zdaj, dopolnijo razredni dnevnik in napovejo naslednjo spremembo.</w:t>
            </w:r>
          </w:p>
          <w:p w14:paraId="27A0AD81" w14:textId="77777777" w:rsidR="00302D64" w:rsidRDefault="00000000">
            <w:pPr>
              <w:spacing w:after="40" w:line="245" w:lineRule="auto"/>
            </w:pPr>
            <w:r>
              <w:rPr>
                <w:i/>
                <w:color w:val="D95BC6"/>
                <w:sz w:val="16"/>
              </w:rPr>
              <w:t>Predvideni dokaz: primerjalni zapis in napoved.</w:t>
            </w:r>
          </w:p>
          <w:tbl>
            <w:tblPr>
              <w:tblStyle w:val="Tabelamrea"/>
              <w:tblW w:w="0" w:type="auto"/>
              <w:jc w:val="center"/>
              <w:tblLayout w:type="fixed"/>
              <w:tblLook w:val="04A0" w:firstRow="1" w:lastRow="0" w:firstColumn="1" w:lastColumn="0" w:noHBand="0" w:noVBand="1"/>
            </w:tblPr>
            <w:tblGrid>
              <w:gridCol w:w="7087"/>
            </w:tblGrid>
            <w:tr w:rsidR="00302D64" w14:paraId="082688C3" w14:textId="77777777">
              <w:trPr>
                <w:jc w:val="center"/>
              </w:trPr>
              <w:tc>
                <w:tcPr>
                  <w:tcW w:w="7087" w:type="dxa"/>
                  <w:shd w:val="clear" w:color="auto" w:fill="EDC9EA"/>
                  <w:tcMar>
                    <w:top w:w="45" w:type="dxa"/>
                    <w:left w:w="70" w:type="dxa"/>
                    <w:bottom w:w="45" w:type="dxa"/>
                    <w:right w:w="70" w:type="dxa"/>
                  </w:tcMar>
                </w:tcPr>
                <w:p w14:paraId="5A2CEA54" w14:textId="77777777" w:rsidR="00302D64" w:rsidRDefault="00000000">
                  <w:pPr>
                    <w:keepNext/>
                  </w:pPr>
                  <w:r>
                    <w:rPr>
                      <w:b/>
                      <w:color w:val="000000"/>
                    </w:rPr>
                    <w:t>UČENJE PO ŠTIRIH POSTAJAH (6–8 min na postajo)</w:t>
                  </w:r>
                </w:p>
              </w:tc>
            </w:tr>
          </w:tbl>
          <w:p w14:paraId="49595810"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039432A3" w14:textId="77777777" w:rsidR="00302D64" w:rsidRDefault="00000000">
            <w:pPr>
              <w:spacing w:after="20" w:line="245" w:lineRule="auto"/>
            </w:pPr>
            <w:r>
              <w:rPr>
                <w:b/>
                <w:color w:val="000000"/>
                <w:sz w:val="16"/>
              </w:rPr>
              <w:t xml:space="preserve">RAZISKOVALNA POSTAJA – Pomladni opazovalni sprehod: </w:t>
            </w:r>
            <w:r>
              <w:rPr>
                <w:color w:val="000000"/>
                <w:sz w:val="16"/>
              </w:rPr>
              <w:t>Poiščejo tri dokaze pomladi, jih skicirajo ali fotografirajo ter povedo, česa ne smejo poškodovati.</w:t>
            </w:r>
          </w:p>
          <w:p w14:paraId="67673C01" w14:textId="77777777" w:rsidR="00302D64" w:rsidRDefault="00000000">
            <w:pPr>
              <w:spacing w:after="20" w:line="245" w:lineRule="auto"/>
            </w:pPr>
            <w:r>
              <w:rPr>
                <w:b/>
                <w:color w:val="000000"/>
                <w:sz w:val="16"/>
              </w:rPr>
              <w:t xml:space="preserve">PRAKTIČNA POSTAJA – Zima in pomlad pod lupo: </w:t>
            </w:r>
            <w:r>
              <w:rPr>
                <w:color w:val="000000"/>
                <w:sz w:val="16"/>
              </w:rPr>
              <w:t>Oblikujejo pare prej–zdaj, dopolnijo razredni dnevnik in napovejo naslednjo spremembo.</w:t>
            </w:r>
          </w:p>
          <w:p w14:paraId="7E75D351"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0938CC48" w14:textId="77777777" w:rsidR="00302D64" w:rsidRDefault="00000000">
            <w:pPr>
              <w:spacing w:after="20" w:line="245" w:lineRule="auto"/>
            </w:pPr>
            <w:r>
              <w:rPr>
                <w:b/>
                <w:color w:val="000000"/>
                <w:sz w:val="16"/>
              </w:rPr>
              <w:t xml:space="preserve">POSTAJA DOKAZA IN REFLEKSIJE: </w:t>
            </w:r>
            <w:r>
              <w:rPr>
                <w:color w:val="000000"/>
                <w:sz w:val="16"/>
              </w:rPr>
              <w:t>Izberejo en dokaz (terenski dokaz pomladne spremembe, primerjalni zapis in napoved),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E337BC0" w14:textId="77777777">
              <w:trPr>
                <w:jc w:val="center"/>
              </w:trPr>
              <w:tc>
                <w:tcPr>
                  <w:tcW w:w="7087" w:type="dxa"/>
                  <w:shd w:val="clear" w:color="auto" w:fill="EDC9EA"/>
                  <w:tcMar>
                    <w:top w:w="45" w:type="dxa"/>
                    <w:left w:w="70" w:type="dxa"/>
                    <w:bottom w:w="45" w:type="dxa"/>
                    <w:right w:w="70" w:type="dxa"/>
                  </w:tcMar>
                </w:tcPr>
                <w:p w14:paraId="63019163" w14:textId="77777777" w:rsidR="00302D64" w:rsidRDefault="00000000">
                  <w:pPr>
                    <w:keepNext/>
                  </w:pPr>
                  <w:r>
                    <w:rPr>
                      <w:b/>
                      <w:color w:val="000000"/>
                    </w:rPr>
                    <w:t>POVRATNA INFORMACIJA UČITELJICE MED DELOM</w:t>
                  </w:r>
                </w:p>
              </w:tc>
            </w:tr>
          </w:tbl>
          <w:p w14:paraId="281F4719" w14:textId="77777777" w:rsidR="00302D64" w:rsidRDefault="00302D64"/>
          <w:p w14:paraId="52F75576"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5965F5D" w14:textId="77777777" w:rsidR="00302D64" w:rsidRDefault="00302D64"/>
          <w:p w14:paraId="24D56846" w14:textId="77777777" w:rsidR="00302D64" w:rsidRDefault="00000000">
            <w:pPr>
              <w:spacing w:after="20" w:line="245" w:lineRule="auto"/>
            </w:pPr>
            <w:r>
              <w:rPr>
                <w:b/>
                <w:color w:val="000000"/>
                <w:sz w:val="17"/>
              </w:rPr>
              <w:t>1. URA</w:t>
            </w:r>
          </w:p>
          <w:p w14:paraId="2A0E1814" w14:textId="77777777" w:rsidR="00302D64" w:rsidRDefault="00000000">
            <w:pPr>
              <w:spacing w:after="40" w:line="245" w:lineRule="auto"/>
            </w:pPr>
            <w:r>
              <w:rPr>
                <w:color w:val="000000"/>
                <w:sz w:val="16"/>
              </w:rPr>
              <w:t>Poiščejo tri dokaze pomladi, jih skicirajo ali fotografirajo ter povedo, česa ne smejo poškodovati.</w:t>
            </w:r>
          </w:p>
          <w:p w14:paraId="79BE7826" w14:textId="77777777" w:rsidR="00302D64" w:rsidRDefault="00000000">
            <w:pPr>
              <w:spacing w:line="245" w:lineRule="auto"/>
            </w:pPr>
            <w:r>
              <w:rPr>
                <w:b/>
                <w:color w:val="D95BC6"/>
                <w:sz w:val="16"/>
              </w:rPr>
              <w:t>DOKAZ</w:t>
            </w:r>
          </w:p>
          <w:p w14:paraId="1B14558C" w14:textId="77777777" w:rsidR="00302D64" w:rsidRDefault="00000000">
            <w:pPr>
              <w:spacing w:after="60" w:line="245" w:lineRule="auto"/>
            </w:pPr>
            <w:r>
              <w:rPr>
                <w:color w:val="D95BC6"/>
                <w:sz w:val="16"/>
              </w:rPr>
              <w:t>terenski dokaz pomladne spremembe</w:t>
            </w:r>
          </w:p>
          <w:p w14:paraId="7622AC8E" w14:textId="77777777" w:rsidR="00302D64" w:rsidRDefault="00000000">
            <w:pPr>
              <w:spacing w:after="20" w:line="245" w:lineRule="auto"/>
            </w:pPr>
            <w:r>
              <w:rPr>
                <w:b/>
                <w:color w:val="000000"/>
                <w:sz w:val="17"/>
              </w:rPr>
              <w:t>2. URA</w:t>
            </w:r>
          </w:p>
          <w:p w14:paraId="2B42B57B" w14:textId="77777777" w:rsidR="00302D64" w:rsidRDefault="00000000">
            <w:pPr>
              <w:spacing w:after="40" w:line="245" w:lineRule="auto"/>
            </w:pPr>
            <w:r>
              <w:rPr>
                <w:color w:val="000000"/>
                <w:sz w:val="16"/>
              </w:rPr>
              <w:t>Oblikujejo pare prej–zdaj, dopolnijo razredni dnevnik in napovejo naslednjo spremembo.</w:t>
            </w:r>
          </w:p>
          <w:p w14:paraId="3938E6C2" w14:textId="77777777" w:rsidR="00302D64" w:rsidRDefault="00000000">
            <w:pPr>
              <w:spacing w:line="245" w:lineRule="auto"/>
            </w:pPr>
            <w:r>
              <w:rPr>
                <w:b/>
                <w:color w:val="D95BC6"/>
                <w:sz w:val="16"/>
              </w:rPr>
              <w:t>DOKAZ</w:t>
            </w:r>
          </w:p>
          <w:p w14:paraId="56F9675C" w14:textId="77777777" w:rsidR="00302D64" w:rsidRDefault="00000000">
            <w:pPr>
              <w:spacing w:after="60" w:line="245" w:lineRule="auto"/>
            </w:pPr>
            <w:r>
              <w:rPr>
                <w:color w:val="D95BC6"/>
                <w:sz w:val="16"/>
              </w:rPr>
              <w:t>primerjalni zapis in napoved</w:t>
            </w:r>
          </w:p>
        </w:tc>
      </w:tr>
    </w:tbl>
    <w:p w14:paraId="2ADBBD2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F238EA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AF3A3E2"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FE2E978" w14:textId="77777777" w:rsidR="00302D64" w:rsidRDefault="00000000">
            <w:pPr>
              <w:jc w:val="center"/>
            </w:pPr>
            <w:r>
              <w:rPr>
                <w:b/>
                <w:color w:val="000000"/>
                <w:sz w:val="20"/>
              </w:rPr>
              <w:t>UČNE DEJAVNOSTI, METODE IN FORMATIVNO SPREMLJANJE</w:t>
            </w:r>
          </w:p>
        </w:tc>
      </w:tr>
      <w:tr w:rsidR="00302D64" w14:paraId="60DD6239" w14:textId="77777777">
        <w:trPr>
          <w:tblHeader/>
          <w:jc w:val="center"/>
        </w:trPr>
        <w:tc>
          <w:tcPr>
            <w:tcW w:w="4422" w:type="dxa"/>
            <w:vMerge/>
            <w:tcMar>
              <w:top w:w="70" w:type="dxa"/>
              <w:left w:w="90" w:type="dxa"/>
              <w:bottom w:w="70" w:type="dxa"/>
              <w:right w:w="90" w:type="dxa"/>
            </w:tcMar>
            <w:vAlign w:val="center"/>
          </w:tcPr>
          <w:p w14:paraId="5224E327" w14:textId="77777777" w:rsidR="00302D64" w:rsidRDefault="00302D64"/>
        </w:tc>
        <w:tc>
          <w:tcPr>
            <w:tcW w:w="7087" w:type="dxa"/>
            <w:shd w:val="clear" w:color="auto" w:fill="FFFFFF"/>
            <w:tcMar>
              <w:top w:w="70" w:type="dxa"/>
              <w:left w:w="90" w:type="dxa"/>
              <w:bottom w:w="70" w:type="dxa"/>
              <w:right w:w="90" w:type="dxa"/>
            </w:tcMar>
            <w:vAlign w:val="center"/>
          </w:tcPr>
          <w:p w14:paraId="6C2B2F6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FC55868" w14:textId="77777777" w:rsidR="00302D64" w:rsidRDefault="00000000">
            <w:pPr>
              <w:jc w:val="center"/>
            </w:pPr>
            <w:r>
              <w:rPr>
                <w:b/>
                <w:color w:val="000000"/>
              </w:rPr>
              <w:t>UČENEC</w:t>
            </w:r>
          </w:p>
        </w:tc>
      </w:tr>
      <w:tr w:rsidR="00302D64" w14:paraId="0E899659" w14:textId="77777777">
        <w:trPr>
          <w:jc w:val="center"/>
        </w:trPr>
        <w:tc>
          <w:tcPr>
            <w:tcW w:w="4422" w:type="dxa"/>
            <w:tcMar>
              <w:top w:w="70" w:type="dxa"/>
              <w:left w:w="90" w:type="dxa"/>
              <w:bottom w:w="70" w:type="dxa"/>
              <w:right w:w="90" w:type="dxa"/>
            </w:tcMar>
          </w:tcPr>
          <w:p w14:paraId="280E19BF" w14:textId="77777777" w:rsidR="00302D64" w:rsidRDefault="00302D64"/>
          <w:p w14:paraId="3FFE8396" w14:textId="77777777" w:rsidR="00302D64" w:rsidRDefault="00000000">
            <w:pPr>
              <w:spacing w:after="40" w:line="245" w:lineRule="auto"/>
            </w:pPr>
            <w:r>
              <w:rPr>
                <w:b/>
                <w:color w:val="000000"/>
              </w:rPr>
              <w:t>FORMATIVNO SPREMLJANJE</w:t>
            </w:r>
          </w:p>
          <w:p w14:paraId="220AEB1C" w14:textId="77777777" w:rsidR="00302D64" w:rsidRDefault="00000000">
            <w:pPr>
              <w:pStyle w:val="Oznaenseznam"/>
              <w:spacing w:after="16"/>
            </w:pPr>
            <w:r>
              <w:rPr>
                <w:color w:val="000000"/>
                <w:sz w:val="16"/>
              </w:rPr>
              <w:t>predznanje: začetni odgovor, razvrstitev ali prikaz</w:t>
            </w:r>
          </w:p>
          <w:p w14:paraId="17EA4DF1" w14:textId="77777777" w:rsidR="00302D64" w:rsidRDefault="00000000">
            <w:pPr>
              <w:pStyle w:val="Oznaenseznam"/>
              <w:spacing w:after="16"/>
            </w:pPr>
            <w:r>
              <w:rPr>
                <w:color w:val="000000"/>
                <w:sz w:val="16"/>
              </w:rPr>
              <w:t>dokazi med učenjem: izvedba, skica, model, opazovalni zapis ali razlaga</w:t>
            </w:r>
          </w:p>
          <w:p w14:paraId="12BCD5F1" w14:textId="77777777" w:rsidR="00302D64" w:rsidRDefault="00000000">
            <w:pPr>
              <w:pStyle w:val="Oznaenseznam"/>
              <w:spacing w:after="16"/>
            </w:pPr>
            <w:r>
              <w:rPr>
                <w:color w:val="000000"/>
                <w:sz w:val="16"/>
              </w:rPr>
              <w:t>povratna informacija: konkretna, vezana na kriterij in usmerjena v naslednji korak</w:t>
            </w:r>
          </w:p>
          <w:p w14:paraId="71684BA6" w14:textId="77777777" w:rsidR="00302D64" w:rsidRDefault="00000000">
            <w:pPr>
              <w:pStyle w:val="Oznaenseznam"/>
              <w:spacing w:after="16"/>
            </w:pPr>
            <w:r>
              <w:rPr>
                <w:color w:val="000000"/>
                <w:sz w:val="16"/>
              </w:rPr>
              <w:t>samovrednotenje: semafor, prsti, izbrani simbol ali kratka poved</w:t>
            </w:r>
          </w:p>
          <w:p w14:paraId="492B1BFC" w14:textId="77777777" w:rsidR="00302D64" w:rsidRDefault="00000000">
            <w:pPr>
              <w:spacing w:before="40" w:after="20" w:line="245" w:lineRule="auto"/>
            </w:pPr>
            <w:r>
              <w:rPr>
                <w:b/>
                <w:color w:val="000000"/>
              </w:rPr>
              <w:t>VARNOST IN ODGOVORNOST</w:t>
            </w:r>
          </w:p>
          <w:p w14:paraId="15DD75FB" w14:textId="77777777" w:rsidR="00302D64" w:rsidRDefault="00000000">
            <w:pPr>
              <w:spacing w:after="60" w:line="245" w:lineRule="auto"/>
            </w:pPr>
            <w:r>
              <w:rPr>
                <w:color w:val="000000"/>
                <w:sz w:val="16"/>
              </w:rPr>
              <w:t>Upošteva dogovorjena pravila varnega, spoštljivega in odgovornega dela.</w:t>
            </w:r>
          </w:p>
          <w:p w14:paraId="6C03D315" w14:textId="77777777" w:rsidR="00302D64" w:rsidRDefault="00000000">
            <w:pPr>
              <w:spacing w:after="20" w:line="245" w:lineRule="auto"/>
            </w:pPr>
            <w:r>
              <w:rPr>
                <w:b/>
                <w:color w:val="000000"/>
              </w:rPr>
              <w:t>EVIDENCA PO IZVEDBI</w:t>
            </w:r>
          </w:p>
          <w:p w14:paraId="69C5AF9B"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5FEECB90"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6A3DE93" w14:textId="77777777">
              <w:trPr>
                <w:jc w:val="center"/>
              </w:trPr>
              <w:tc>
                <w:tcPr>
                  <w:tcW w:w="7087" w:type="dxa"/>
                  <w:shd w:val="clear" w:color="auto" w:fill="EDC9EA"/>
                  <w:tcMar>
                    <w:top w:w="45" w:type="dxa"/>
                    <w:left w:w="70" w:type="dxa"/>
                    <w:bottom w:w="45" w:type="dxa"/>
                    <w:right w:w="70" w:type="dxa"/>
                  </w:tcMar>
                </w:tcPr>
                <w:p w14:paraId="67042F9F" w14:textId="77777777" w:rsidR="00302D64" w:rsidRDefault="00000000">
                  <w:pPr>
                    <w:keepNext/>
                  </w:pPr>
                  <w:r>
                    <w:rPr>
                      <w:b/>
                      <w:color w:val="000000"/>
                    </w:rPr>
                    <w:t>VPRAŠANJA V PODPORO UČENJU</w:t>
                  </w:r>
                </w:p>
              </w:tc>
            </w:tr>
          </w:tbl>
          <w:p w14:paraId="779E71E2" w14:textId="77777777" w:rsidR="00302D64" w:rsidRDefault="00302D64">
            <w:pPr>
              <w:spacing w:line="20" w:lineRule="exact"/>
            </w:pPr>
          </w:p>
          <w:p w14:paraId="1483EC0E" w14:textId="77777777" w:rsidR="00302D64" w:rsidRDefault="00000000">
            <w:pPr>
              <w:pStyle w:val="Oznaenseznam"/>
              <w:spacing w:after="16"/>
            </w:pPr>
            <w:r>
              <w:rPr>
                <w:color w:val="000000"/>
                <w:sz w:val="16"/>
              </w:rPr>
              <w:t>Kaj si opazil/-a in kateri dokaz to pokaže?</w:t>
            </w:r>
          </w:p>
          <w:p w14:paraId="24039FCB" w14:textId="77777777" w:rsidR="00302D64" w:rsidRDefault="00000000">
            <w:pPr>
              <w:pStyle w:val="Oznaenseznam"/>
              <w:spacing w:after="16"/>
            </w:pPr>
            <w:r>
              <w:rPr>
                <w:color w:val="000000"/>
                <w:sz w:val="16"/>
              </w:rPr>
              <w:t>Kako si prišel/-la do svoje odločitve?</w:t>
            </w:r>
          </w:p>
          <w:p w14:paraId="3A15E5E5" w14:textId="77777777" w:rsidR="00302D64" w:rsidRDefault="00000000">
            <w:pPr>
              <w:pStyle w:val="Oznaenseznam"/>
              <w:spacing w:after="16"/>
            </w:pPr>
            <w:r>
              <w:rPr>
                <w:color w:val="000000"/>
                <w:sz w:val="16"/>
              </w:rPr>
              <w:t>Kaj si pri ponovnem poskusu ohranil/-a enako in kaj spremenil/-a?</w:t>
            </w:r>
          </w:p>
          <w:p w14:paraId="7521500A" w14:textId="77777777" w:rsidR="00302D64" w:rsidRDefault="00000000">
            <w:pPr>
              <w:pStyle w:val="Oznaenseznam"/>
              <w:spacing w:after="16"/>
            </w:pPr>
            <w:r>
              <w:rPr>
                <w:color w:val="000000"/>
                <w:sz w:val="16"/>
              </w:rPr>
              <w:t>Kateri kriterij že dosegaš? Kaj bo tvoj naslednji korak?</w:t>
            </w:r>
          </w:p>
          <w:p w14:paraId="1A088546"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5AA5E70E" w14:textId="77777777">
              <w:trPr>
                <w:jc w:val="center"/>
              </w:trPr>
              <w:tc>
                <w:tcPr>
                  <w:tcW w:w="7087" w:type="dxa"/>
                  <w:shd w:val="clear" w:color="auto" w:fill="C6E7F3"/>
                  <w:tcMar>
                    <w:top w:w="45" w:type="dxa"/>
                    <w:left w:w="70" w:type="dxa"/>
                    <w:bottom w:w="45" w:type="dxa"/>
                    <w:right w:w="70" w:type="dxa"/>
                  </w:tcMar>
                </w:tcPr>
                <w:p w14:paraId="53ED88CC" w14:textId="77777777" w:rsidR="00302D64" w:rsidRDefault="00000000">
                  <w:pPr>
                    <w:keepNext/>
                  </w:pPr>
                  <w:r>
                    <w:rPr>
                      <w:b/>
                      <w:color w:val="000000"/>
                    </w:rPr>
                    <w:t>ZAKLJUČNI DEL – UTRJEVANJE IN REFLEKSIJA (10–15 min)</w:t>
                  </w:r>
                </w:p>
              </w:tc>
            </w:tr>
          </w:tbl>
          <w:p w14:paraId="299DE1F9" w14:textId="77777777" w:rsidR="00302D64" w:rsidRDefault="00302D64">
            <w:pPr>
              <w:spacing w:line="20" w:lineRule="exact"/>
            </w:pPr>
          </w:p>
          <w:p w14:paraId="28F2D7CA"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413A42E" w14:textId="77777777">
              <w:trPr>
                <w:jc w:val="center"/>
              </w:trPr>
              <w:tc>
                <w:tcPr>
                  <w:tcW w:w="7087" w:type="dxa"/>
                  <w:shd w:val="clear" w:color="auto" w:fill="EDC9EA"/>
                  <w:tcMar>
                    <w:top w:w="45" w:type="dxa"/>
                    <w:left w:w="70" w:type="dxa"/>
                    <w:bottom w:w="45" w:type="dxa"/>
                    <w:right w:w="70" w:type="dxa"/>
                  </w:tcMar>
                </w:tcPr>
                <w:p w14:paraId="074D1B0E" w14:textId="77777777" w:rsidR="00302D64" w:rsidRDefault="00000000">
                  <w:pPr>
                    <w:keepNext/>
                  </w:pPr>
                  <w:r>
                    <w:rPr>
                      <w:b/>
                      <w:color w:val="000000"/>
                    </w:rPr>
                    <w:t>SAMOVREDNOTENJE</w:t>
                  </w:r>
                </w:p>
              </w:tc>
            </w:tr>
          </w:tbl>
          <w:p w14:paraId="708E461C" w14:textId="77777777" w:rsidR="00302D64" w:rsidRDefault="00302D64">
            <w:pPr>
              <w:spacing w:line="20" w:lineRule="exact"/>
            </w:pPr>
          </w:p>
          <w:p w14:paraId="1D24925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3C2DFEB2" w14:textId="77777777">
              <w:trPr>
                <w:jc w:val="center"/>
              </w:trPr>
              <w:tc>
                <w:tcPr>
                  <w:tcW w:w="7087" w:type="dxa"/>
                  <w:shd w:val="clear" w:color="auto" w:fill="EDC9EA"/>
                  <w:tcMar>
                    <w:top w:w="45" w:type="dxa"/>
                    <w:left w:w="70" w:type="dxa"/>
                    <w:bottom w:w="45" w:type="dxa"/>
                    <w:right w:w="70" w:type="dxa"/>
                  </w:tcMar>
                </w:tcPr>
                <w:p w14:paraId="1F0FCCBC" w14:textId="77777777" w:rsidR="00302D64" w:rsidRDefault="00000000">
                  <w:pPr>
                    <w:keepNext/>
                  </w:pPr>
                  <w:r>
                    <w:rPr>
                      <w:b/>
                      <w:color w:val="000000"/>
                    </w:rPr>
                    <w:t>VRSTNIŠKO VREDNOTENJE</w:t>
                  </w:r>
                </w:p>
              </w:tc>
            </w:tr>
          </w:tbl>
          <w:p w14:paraId="4B90C78F" w14:textId="77777777" w:rsidR="00302D64" w:rsidRDefault="00302D64">
            <w:pPr>
              <w:spacing w:line="20" w:lineRule="exact"/>
            </w:pPr>
          </w:p>
          <w:p w14:paraId="0C448B13"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306C54BD" w14:textId="77777777">
              <w:trPr>
                <w:jc w:val="center"/>
              </w:trPr>
              <w:tc>
                <w:tcPr>
                  <w:tcW w:w="7087" w:type="dxa"/>
                  <w:shd w:val="clear" w:color="auto" w:fill="EDC9EA"/>
                  <w:tcMar>
                    <w:top w:w="45" w:type="dxa"/>
                    <w:left w:w="70" w:type="dxa"/>
                    <w:bottom w:w="45" w:type="dxa"/>
                    <w:right w:w="70" w:type="dxa"/>
                  </w:tcMar>
                </w:tcPr>
                <w:p w14:paraId="3C980E60" w14:textId="77777777" w:rsidR="00302D64" w:rsidRDefault="00000000">
                  <w:pPr>
                    <w:keepNext/>
                  </w:pPr>
                  <w:r>
                    <w:rPr>
                      <w:b/>
                      <w:color w:val="000000"/>
                    </w:rPr>
                    <w:t>SKUPNI POVZETEK</w:t>
                  </w:r>
                </w:p>
              </w:tc>
            </w:tr>
          </w:tbl>
          <w:p w14:paraId="46FBA4A9" w14:textId="77777777" w:rsidR="00302D64" w:rsidRDefault="00302D64"/>
          <w:p w14:paraId="3EE8C49B" w14:textId="77777777" w:rsidR="00302D64" w:rsidRDefault="00000000">
            <w:pPr>
              <w:spacing w:before="20" w:after="40" w:line="245" w:lineRule="auto"/>
            </w:pPr>
            <w:r>
              <w:rPr>
                <w:b/>
                <w:color w:val="000000"/>
                <w:sz w:val="17"/>
              </w:rPr>
              <w:t>Pomlad prepoznam po spremembah vremena, svetlobe, rastlin in živali ter jih primerjam z zimskimi opažanji.</w:t>
            </w:r>
          </w:p>
        </w:tc>
        <w:tc>
          <w:tcPr>
            <w:tcW w:w="2551" w:type="dxa"/>
            <w:tcMar>
              <w:top w:w="70" w:type="dxa"/>
              <w:left w:w="90" w:type="dxa"/>
              <w:bottom w:w="70" w:type="dxa"/>
              <w:right w:w="90" w:type="dxa"/>
            </w:tcMar>
          </w:tcPr>
          <w:p w14:paraId="02CB46A7" w14:textId="77777777" w:rsidR="00302D64" w:rsidRDefault="00302D64"/>
          <w:p w14:paraId="4B622E10" w14:textId="77777777" w:rsidR="00302D64" w:rsidRDefault="00000000">
            <w:pPr>
              <w:spacing w:after="100" w:line="245" w:lineRule="auto"/>
            </w:pPr>
            <w:r>
              <w:rPr>
                <w:color w:val="000000"/>
                <w:sz w:val="16"/>
              </w:rPr>
              <w:t>Odgovarja na podporna vprašanja in se sklicuje na svoj dokaz.</w:t>
            </w:r>
          </w:p>
          <w:p w14:paraId="108DFAE7" w14:textId="77777777" w:rsidR="00302D64" w:rsidRDefault="00000000">
            <w:pPr>
              <w:spacing w:after="100" w:line="245" w:lineRule="auto"/>
            </w:pPr>
            <w:r>
              <w:rPr>
                <w:color w:val="000000"/>
                <w:sz w:val="16"/>
              </w:rPr>
              <w:t>Primerja začetno zamisel z ugotovitvijo ter pove ali pokaže, kaj se je naučil/-a.</w:t>
            </w:r>
          </w:p>
          <w:p w14:paraId="31DF274B" w14:textId="77777777" w:rsidR="00302D64" w:rsidRDefault="00000000">
            <w:pPr>
              <w:spacing w:after="100" w:line="245" w:lineRule="auto"/>
            </w:pPr>
            <w:r>
              <w:rPr>
                <w:color w:val="000000"/>
                <w:sz w:val="16"/>
              </w:rPr>
              <w:t>Izbere raven doseganja in določi naslednji korak.</w:t>
            </w:r>
          </w:p>
          <w:p w14:paraId="58F324A3" w14:textId="77777777" w:rsidR="00302D64" w:rsidRDefault="00000000">
            <w:pPr>
              <w:spacing w:after="100" w:line="245" w:lineRule="auto"/>
            </w:pPr>
            <w:r>
              <w:rPr>
                <w:color w:val="000000"/>
                <w:sz w:val="16"/>
              </w:rPr>
              <w:t>Sošolcu poda prijazen, konkreten odziv.</w:t>
            </w:r>
          </w:p>
          <w:p w14:paraId="02D16A7E" w14:textId="77777777" w:rsidR="00302D64" w:rsidRDefault="00000000">
            <w:pPr>
              <w:spacing w:after="20" w:line="245" w:lineRule="auto"/>
            </w:pPr>
            <w:r>
              <w:rPr>
                <w:b/>
                <w:color w:val="D95BC6"/>
                <w:sz w:val="17"/>
              </w:rPr>
              <w:t>DOKAZ O UČENJU</w:t>
            </w:r>
          </w:p>
          <w:p w14:paraId="36EF1F1E" w14:textId="77777777" w:rsidR="00302D64" w:rsidRDefault="00000000">
            <w:pPr>
              <w:spacing w:after="30" w:line="245" w:lineRule="auto"/>
            </w:pPr>
            <w:r>
              <w:rPr>
                <w:color w:val="D95BC6"/>
                <w:sz w:val="16"/>
              </w:rPr>
              <w:t>izvedba ali izdelek, razlaga, samovrednotenje in odziv na povratno informacijo</w:t>
            </w:r>
          </w:p>
        </w:tc>
      </w:tr>
    </w:tbl>
    <w:p w14:paraId="4F5993A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2A4A5C21" w14:textId="77777777">
        <w:trPr>
          <w:cantSplit/>
          <w:jc w:val="center"/>
        </w:trPr>
        <w:tc>
          <w:tcPr>
            <w:tcW w:w="14060" w:type="dxa"/>
            <w:gridSpan w:val="6"/>
            <w:tcMar>
              <w:top w:w="70" w:type="dxa"/>
              <w:left w:w="90" w:type="dxa"/>
              <w:bottom w:w="70" w:type="dxa"/>
              <w:right w:w="90" w:type="dxa"/>
            </w:tcMar>
            <w:vAlign w:val="center"/>
          </w:tcPr>
          <w:p w14:paraId="3A820D70" w14:textId="77777777" w:rsidR="00302D64" w:rsidRDefault="00000000">
            <w:pPr>
              <w:jc w:val="center"/>
            </w:pPr>
            <w:r>
              <w:rPr>
                <w:b/>
                <w:color w:val="000000"/>
                <w:sz w:val="24"/>
              </w:rPr>
              <w:lastRenderedPageBreak/>
              <w:t>UČNA PRIPRAVA 28/39</w:t>
            </w:r>
          </w:p>
        </w:tc>
      </w:tr>
      <w:tr w:rsidR="00302D64" w14:paraId="73C9EE1D" w14:textId="77777777">
        <w:trPr>
          <w:jc w:val="center"/>
        </w:trPr>
        <w:tc>
          <w:tcPr>
            <w:tcW w:w="2665" w:type="dxa"/>
            <w:tcMar>
              <w:top w:w="70" w:type="dxa"/>
              <w:left w:w="90" w:type="dxa"/>
              <w:bottom w:w="70" w:type="dxa"/>
              <w:right w:w="90" w:type="dxa"/>
            </w:tcMar>
            <w:vAlign w:val="center"/>
          </w:tcPr>
          <w:p w14:paraId="01BD1AAF"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EB563FF"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FC9FEDD"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3432ADF" w14:textId="77777777" w:rsidR="00302D64" w:rsidRDefault="00000000">
            <w:r>
              <w:rPr>
                <w:b/>
                <w:color w:val="000000"/>
                <w:sz w:val="16"/>
              </w:rPr>
              <w:t xml:space="preserve">NAČRTOVANI TERMIN: </w:t>
            </w:r>
            <w:r>
              <w:rPr>
                <w:color w:val="000000"/>
                <w:sz w:val="16"/>
              </w:rPr>
              <w:t>28. teden • 30. 3.–2. 4. 2027</w:t>
            </w:r>
          </w:p>
        </w:tc>
        <w:tc>
          <w:tcPr>
            <w:tcW w:w="2268" w:type="dxa"/>
            <w:tcMar>
              <w:top w:w="70" w:type="dxa"/>
              <w:left w:w="90" w:type="dxa"/>
              <w:bottom w:w="70" w:type="dxa"/>
              <w:right w:w="90" w:type="dxa"/>
            </w:tcMar>
            <w:vAlign w:val="center"/>
          </w:tcPr>
          <w:p w14:paraId="62D06488"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FADA619" w14:textId="77777777" w:rsidR="00302D64" w:rsidRDefault="00000000">
            <w:r>
              <w:rPr>
                <w:b/>
                <w:color w:val="000000"/>
                <w:sz w:val="16"/>
              </w:rPr>
              <w:t xml:space="preserve">ŠTEVILO UR: </w:t>
            </w:r>
            <w:r>
              <w:rPr>
                <w:color w:val="000000"/>
                <w:sz w:val="16"/>
              </w:rPr>
              <w:t>2</w:t>
            </w:r>
          </w:p>
        </w:tc>
      </w:tr>
      <w:tr w:rsidR="00302D64" w14:paraId="0F55ADA0" w14:textId="77777777">
        <w:trPr>
          <w:jc w:val="center"/>
        </w:trPr>
        <w:tc>
          <w:tcPr>
            <w:tcW w:w="14061" w:type="dxa"/>
            <w:gridSpan w:val="6"/>
            <w:tcMar>
              <w:top w:w="70" w:type="dxa"/>
              <w:left w:w="90" w:type="dxa"/>
              <w:bottom w:w="70" w:type="dxa"/>
              <w:right w:w="90" w:type="dxa"/>
            </w:tcMar>
            <w:vAlign w:val="center"/>
          </w:tcPr>
          <w:p w14:paraId="24C0B111" w14:textId="77777777" w:rsidR="00302D64" w:rsidRDefault="00000000">
            <w:r>
              <w:t>TIP UČNE URE: obravnava, izkušenjsko raziskovanje, učenje po postajah, utrjevanje in formativno spremljanje</w:t>
            </w:r>
          </w:p>
        </w:tc>
      </w:tr>
      <w:tr w:rsidR="00302D64" w14:paraId="658A4C14" w14:textId="77777777">
        <w:trPr>
          <w:cantSplit/>
          <w:jc w:val="center"/>
        </w:trPr>
        <w:tc>
          <w:tcPr>
            <w:tcW w:w="14060" w:type="dxa"/>
            <w:gridSpan w:val="6"/>
            <w:tcMar>
              <w:top w:w="70" w:type="dxa"/>
              <w:left w:w="90" w:type="dxa"/>
              <w:bottom w:w="70" w:type="dxa"/>
              <w:right w:w="90" w:type="dxa"/>
            </w:tcMar>
            <w:vAlign w:val="center"/>
          </w:tcPr>
          <w:p w14:paraId="64F27B6F" w14:textId="77777777" w:rsidR="00302D64" w:rsidRDefault="00302D64"/>
          <w:p w14:paraId="457646E3" w14:textId="77777777" w:rsidR="00302D64" w:rsidRDefault="00000000">
            <w:pPr>
              <w:spacing w:line="245" w:lineRule="auto"/>
            </w:pPr>
            <w:r>
              <w:rPr>
                <w:b/>
                <w:color w:val="000000"/>
                <w:sz w:val="17"/>
              </w:rPr>
              <w:t xml:space="preserve">UČNI SKLOP: </w:t>
            </w:r>
            <w:r>
              <w:rPr>
                <w:color w:val="000000"/>
                <w:sz w:val="17"/>
              </w:rPr>
              <w:t>POMLAD, POJAVI IN ŽIVA BITJA</w:t>
            </w:r>
          </w:p>
        </w:tc>
      </w:tr>
      <w:tr w:rsidR="00302D64" w14:paraId="5FE2B883" w14:textId="77777777">
        <w:trPr>
          <w:cantSplit/>
          <w:jc w:val="center"/>
        </w:trPr>
        <w:tc>
          <w:tcPr>
            <w:tcW w:w="14060" w:type="dxa"/>
            <w:gridSpan w:val="6"/>
            <w:tcMar>
              <w:top w:w="70" w:type="dxa"/>
              <w:left w:w="90" w:type="dxa"/>
              <w:bottom w:w="70" w:type="dxa"/>
              <w:right w:w="90" w:type="dxa"/>
            </w:tcMar>
            <w:vAlign w:val="center"/>
          </w:tcPr>
          <w:p w14:paraId="05957E66" w14:textId="77777777" w:rsidR="00302D64" w:rsidRDefault="00302D64"/>
          <w:p w14:paraId="531ECE71" w14:textId="77777777" w:rsidR="00302D64" w:rsidRDefault="00000000">
            <w:pPr>
              <w:spacing w:line="245" w:lineRule="auto"/>
            </w:pPr>
            <w:r>
              <w:rPr>
                <w:b/>
                <w:color w:val="000000"/>
                <w:sz w:val="17"/>
              </w:rPr>
              <w:t xml:space="preserve">UČNA TEMA: </w:t>
            </w:r>
            <w:r>
              <w:rPr>
                <w:color w:val="000000"/>
                <w:sz w:val="17"/>
              </w:rPr>
              <w:t>RAST IN RAZVOJ</w:t>
            </w:r>
          </w:p>
        </w:tc>
      </w:tr>
      <w:tr w:rsidR="00302D64" w14:paraId="4F9B9B66" w14:textId="77777777">
        <w:trPr>
          <w:cantSplit/>
          <w:jc w:val="center"/>
        </w:trPr>
        <w:tc>
          <w:tcPr>
            <w:tcW w:w="14060" w:type="dxa"/>
            <w:gridSpan w:val="6"/>
            <w:tcMar>
              <w:top w:w="70" w:type="dxa"/>
              <w:left w:w="90" w:type="dxa"/>
              <w:bottom w:w="70" w:type="dxa"/>
              <w:right w:w="90" w:type="dxa"/>
            </w:tcMar>
            <w:vAlign w:val="center"/>
          </w:tcPr>
          <w:p w14:paraId="17CD7646" w14:textId="77777777" w:rsidR="00302D64" w:rsidRDefault="00302D64"/>
          <w:p w14:paraId="403F187F" w14:textId="77777777" w:rsidR="00302D64" w:rsidRDefault="00000000">
            <w:pPr>
              <w:spacing w:line="245" w:lineRule="auto"/>
            </w:pPr>
            <w:r>
              <w:rPr>
                <w:b/>
                <w:color w:val="000000"/>
                <w:sz w:val="17"/>
              </w:rPr>
              <w:t xml:space="preserve">KNJIŽEVNO IZHODIŠČE IN MOTIV: </w:t>
            </w:r>
            <w:r>
              <w:rPr>
                <w:color w:val="000000"/>
                <w:sz w:val="17"/>
              </w:rPr>
              <w:t>»Štiri črne mravljice« – Anja Štefan • rast, sodelovanje, drobna živa bitja in vzorci</w:t>
            </w:r>
          </w:p>
        </w:tc>
      </w:tr>
      <w:tr w:rsidR="00302D64" w14:paraId="543A8156" w14:textId="77777777">
        <w:trPr>
          <w:cantSplit/>
          <w:jc w:val="center"/>
        </w:trPr>
        <w:tc>
          <w:tcPr>
            <w:tcW w:w="14060" w:type="dxa"/>
            <w:gridSpan w:val="6"/>
            <w:tcMar>
              <w:top w:w="70" w:type="dxa"/>
              <w:left w:w="90" w:type="dxa"/>
              <w:bottom w:w="70" w:type="dxa"/>
              <w:right w:w="90" w:type="dxa"/>
            </w:tcMar>
            <w:vAlign w:val="center"/>
          </w:tcPr>
          <w:p w14:paraId="1FA57B0A" w14:textId="77777777" w:rsidR="00302D64" w:rsidRDefault="00302D64"/>
          <w:p w14:paraId="2A6DE016" w14:textId="77777777" w:rsidR="00302D64" w:rsidRDefault="00000000">
            <w:pPr>
              <w:spacing w:line="245" w:lineRule="auto"/>
            </w:pPr>
            <w:r>
              <w:rPr>
                <w:b/>
                <w:color w:val="000000"/>
                <w:sz w:val="17"/>
              </w:rPr>
              <w:t xml:space="preserve">UČNE ENOTE: </w:t>
            </w:r>
            <w:r>
              <w:rPr>
                <w:color w:val="000000"/>
                <w:sz w:val="17"/>
              </w:rPr>
              <w:t>1. ura – Postavimo poskus kalitve • 2. ura – Opazujem rast in skrbim</w:t>
            </w:r>
          </w:p>
        </w:tc>
      </w:tr>
      <w:tr w:rsidR="00302D64" w14:paraId="388C7498" w14:textId="77777777">
        <w:trPr>
          <w:cantSplit/>
          <w:jc w:val="center"/>
        </w:trPr>
        <w:tc>
          <w:tcPr>
            <w:tcW w:w="14060" w:type="dxa"/>
            <w:gridSpan w:val="6"/>
            <w:tcMar>
              <w:top w:w="70" w:type="dxa"/>
              <w:left w:w="90" w:type="dxa"/>
              <w:bottom w:w="70" w:type="dxa"/>
              <w:right w:w="90" w:type="dxa"/>
            </w:tcMar>
            <w:vAlign w:val="center"/>
          </w:tcPr>
          <w:p w14:paraId="638095CF" w14:textId="77777777" w:rsidR="00302D64" w:rsidRDefault="00302D64"/>
          <w:p w14:paraId="570010AC"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5D1320ED" w14:textId="77777777">
        <w:trPr>
          <w:cantSplit/>
          <w:jc w:val="center"/>
        </w:trPr>
        <w:tc>
          <w:tcPr>
            <w:tcW w:w="14060" w:type="dxa"/>
            <w:gridSpan w:val="6"/>
            <w:tcMar>
              <w:top w:w="70" w:type="dxa"/>
              <w:left w:w="90" w:type="dxa"/>
              <w:bottom w:w="70" w:type="dxa"/>
              <w:right w:w="90" w:type="dxa"/>
            </w:tcMar>
            <w:vAlign w:val="center"/>
          </w:tcPr>
          <w:p w14:paraId="7F61CA73" w14:textId="77777777" w:rsidR="00302D64" w:rsidRDefault="00302D64"/>
          <w:p w14:paraId="65A098CF"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3A23D990" w14:textId="77777777">
        <w:trPr>
          <w:cantSplit/>
          <w:jc w:val="center"/>
        </w:trPr>
        <w:tc>
          <w:tcPr>
            <w:tcW w:w="14060" w:type="dxa"/>
            <w:gridSpan w:val="6"/>
            <w:tcMar>
              <w:top w:w="70" w:type="dxa"/>
              <w:left w:w="90" w:type="dxa"/>
              <w:bottom w:w="70" w:type="dxa"/>
              <w:right w:w="90" w:type="dxa"/>
            </w:tcMar>
            <w:vAlign w:val="center"/>
          </w:tcPr>
          <w:p w14:paraId="41E31B3C" w14:textId="77777777" w:rsidR="00302D64" w:rsidRDefault="00302D64"/>
          <w:p w14:paraId="40989F4B"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C4D7C9D" w14:textId="77777777">
        <w:trPr>
          <w:cantSplit/>
          <w:jc w:val="center"/>
        </w:trPr>
        <w:tc>
          <w:tcPr>
            <w:tcW w:w="14060" w:type="dxa"/>
            <w:gridSpan w:val="6"/>
            <w:tcMar>
              <w:top w:w="70" w:type="dxa"/>
              <w:left w:w="90" w:type="dxa"/>
              <w:bottom w:w="70" w:type="dxa"/>
              <w:right w:w="90" w:type="dxa"/>
            </w:tcMar>
            <w:vAlign w:val="center"/>
          </w:tcPr>
          <w:p w14:paraId="0C5E3093" w14:textId="77777777" w:rsidR="00302D64" w:rsidRDefault="00302D64"/>
          <w:p w14:paraId="147A20EA" w14:textId="77777777" w:rsidR="00302D64" w:rsidRDefault="00000000">
            <w:pPr>
              <w:spacing w:line="245" w:lineRule="auto"/>
            </w:pPr>
            <w:r>
              <w:rPr>
                <w:b/>
                <w:color w:val="000000"/>
                <w:sz w:val="17"/>
              </w:rPr>
              <w:t xml:space="preserve">MEDPREDMETNE POVEZAVE: </w:t>
            </w:r>
            <w:r>
              <w:rPr>
                <w:color w:val="000000"/>
                <w:sz w:val="17"/>
              </w:rPr>
              <w:t>MAT – merjenje in zaporedje; SLJ – napoved in ugotovitev; LUM – natančna skica; ODGOVORNOST – skrb za živo bitje</w:t>
            </w:r>
          </w:p>
        </w:tc>
      </w:tr>
      <w:tr w:rsidR="00302D64" w14:paraId="7261F34F" w14:textId="77777777">
        <w:trPr>
          <w:cantSplit/>
          <w:jc w:val="center"/>
        </w:trPr>
        <w:tc>
          <w:tcPr>
            <w:tcW w:w="14060" w:type="dxa"/>
            <w:gridSpan w:val="6"/>
            <w:tcMar>
              <w:top w:w="70" w:type="dxa"/>
              <w:left w:w="90" w:type="dxa"/>
              <w:bottom w:w="70" w:type="dxa"/>
              <w:right w:w="90" w:type="dxa"/>
            </w:tcMar>
            <w:vAlign w:val="center"/>
          </w:tcPr>
          <w:p w14:paraId="33B25114" w14:textId="77777777" w:rsidR="00302D64" w:rsidRDefault="00302D64"/>
          <w:p w14:paraId="5ADD2F07" w14:textId="77777777" w:rsidR="00302D64" w:rsidRDefault="00000000">
            <w:pPr>
              <w:spacing w:line="245" w:lineRule="auto"/>
            </w:pPr>
            <w:r>
              <w:rPr>
                <w:b/>
                <w:color w:val="000000"/>
                <w:sz w:val="17"/>
              </w:rPr>
              <w:t xml:space="preserve">UČNA SREDSTVA IN PRIPOMOČKI: </w:t>
            </w:r>
            <w:r>
              <w:rPr>
                <w:color w:val="000000"/>
                <w:sz w:val="17"/>
              </w:rPr>
              <w:t>Štiri črne mravljice, hitro kaleča semena, vata ali prst, prozorni lončki, voda in kapalke, nalepke, slikovni dnevnik, merilni trak iz kock</w:t>
            </w:r>
          </w:p>
        </w:tc>
      </w:tr>
      <w:tr w:rsidR="00302D64" w14:paraId="358F29F6" w14:textId="77777777">
        <w:trPr>
          <w:cantSplit/>
          <w:jc w:val="center"/>
        </w:trPr>
        <w:tc>
          <w:tcPr>
            <w:tcW w:w="14060" w:type="dxa"/>
            <w:gridSpan w:val="6"/>
            <w:tcMar>
              <w:top w:w="70" w:type="dxa"/>
              <w:left w:w="90" w:type="dxa"/>
              <w:bottom w:w="70" w:type="dxa"/>
              <w:right w:w="90" w:type="dxa"/>
            </w:tcMar>
            <w:vAlign w:val="center"/>
          </w:tcPr>
          <w:p w14:paraId="32C020C0" w14:textId="77777777" w:rsidR="00302D64" w:rsidRDefault="00302D64"/>
          <w:p w14:paraId="0FB533C1"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2EFE0DAD" w14:textId="77777777">
        <w:trPr>
          <w:cantSplit/>
          <w:jc w:val="center"/>
        </w:trPr>
        <w:tc>
          <w:tcPr>
            <w:tcW w:w="14060" w:type="dxa"/>
            <w:gridSpan w:val="6"/>
            <w:tcMar>
              <w:top w:w="70" w:type="dxa"/>
              <w:left w:w="90" w:type="dxa"/>
              <w:bottom w:w="70" w:type="dxa"/>
              <w:right w:w="90" w:type="dxa"/>
            </w:tcMar>
            <w:vAlign w:val="center"/>
          </w:tcPr>
          <w:p w14:paraId="50499AB5" w14:textId="77777777" w:rsidR="00302D64" w:rsidRDefault="00302D64"/>
          <w:p w14:paraId="32C0F183" w14:textId="77777777" w:rsidR="00302D64" w:rsidRDefault="00000000">
            <w:pPr>
              <w:spacing w:line="245" w:lineRule="auto"/>
            </w:pPr>
            <w:r>
              <w:rPr>
                <w:b/>
                <w:color w:val="000000"/>
                <w:sz w:val="16"/>
              </w:rPr>
              <w:t xml:space="preserve">OCENJEVANJE / DAN DEJAVNOSTI: </w:t>
            </w:r>
            <w:r>
              <w:rPr>
                <w:color w:val="000000"/>
                <w:sz w:val="16"/>
              </w:rPr>
              <w:t>ŠPORTNI DAN • 1. 4. 2027 • Zlati sonček</w:t>
            </w:r>
          </w:p>
        </w:tc>
      </w:tr>
      <w:tr w:rsidR="00302D64" w14:paraId="394143F1" w14:textId="77777777">
        <w:trPr>
          <w:cantSplit/>
          <w:jc w:val="center"/>
        </w:trPr>
        <w:tc>
          <w:tcPr>
            <w:tcW w:w="14060" w:type="dxa"/>
            <w:gridSpan w:val="6"/>
            <w:tcMar>
              <w:top w:w="70" w:type="dxa"/>
              <w:left w:w="90" w:type="dxa"/>
              <w:bottom w:w="70" w:type="dxa"/>
              <w:right w:w="90" w:type="dxa"/>
            </w:tcMar>
            <w:vAlign w:val="center"/>
          </w:tcPr>
          <w:p w14:paraId="635F6C94" w14:textId="77777777" w:rsidR="00302D64" w:rsidRDefault="00302D64"/>
          <w:p w14:paraId="5ED55596" w14:textId="77777777" w:rsidR="00302D64" w:rsidRDefault="00000000">
            <w:pPr>
              <w:spacing w:line="245" w:lineRule="auto"/>
            </w:pPr>
            <w:r>
              <w:rPr>
                <w:b/>
                <w:color w:val="000000"/>
                <w:sz w:val="16"/>
              </w:rPr>
              <w:t xml:space="preserve">VARNOST: </w:t>
            </w:r>
            <w:r>
              <w:rPr>
                <w:color w:val="000000"/>
                <w:sz w:val="16"/>
              </w:rPr>
              <w:t>Po delu s prstjo si učenci umijejo roke; preverijo se morebitne alergije na semena ali rastline.</w:t>
            </w:r>
          </w:p>
        </w:tc>
      </w:tr>
    </w:tbl>
    <w:p w14:paraId="17D85656"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4AA190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174D64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4DC5CC" w14:textId="77777777" w:rsidR="00302D64" w:rsidRDefault="00000000">
            <w:pPr>
              <w:jc w:val="center"/>
            </w:pPr>
            <w:r>
              <w:rPr>
                <w:b/>
                <w:color w:val="000000"/>
                <w:sz w:val="20"/>
              </w:rPr>
              <w:t>UČNE DEJAVNOSTI, METODE IN FORMATIVNO SPREMLJANJE</w:t>
            </w:r>
          </w:p>
        </w:tc>
      </w:tr>
      <w:tr w:rsidR="00302D64" w14:paraId="47A37B59" w14:textId="77777777">
        <w:trPr>
          <w:tblHeader/>
          <w:jc w:val="center"/>
        </w:trPr>
        <w:tc>
          <w:tcPr>
            <w:tcW w:w="4422" w:type="dxa"/>
            <w:vMerge/>
            <w:tcMar>
              <w:top w:w="70" w:type="dxa"/>
              <w:left w:w="90" w:type="dxa"/>
              <w:bottom w:w="70" w:type="dxa"/>
              <w:right w:w="90" w:type="dxa"/>
            </w:tcMar>
            <w:vAlign w:val="center"/>
          </w:tcPr>
          <w:p w14:paraId="3C8FB774" w14:textId="77777777" w:rsidR="00302D64" w:rsidRDefault="00302D64"/>
        </w:tc>
        <w:tc>
          <w:tcPr>
            <w:tcW w:w="7087" w:type="dxa"/>
            <w:shd w:val="clear" w:color="auto" w:fill="FFFFFF"/>
            <w:tcMar>
              <w:top w:w="70" w:type="dxa"/>
              <w:left w:w="90" w:type="dxa"/>
              <w:bottom w:w="70" w:type="dxa"/>
              <w:right w:w="90" w:type="dxa"/>
            </w:tcMar>
            <w:vAlign w:val="center"/>
          </w:tcPr>
          <w:p w14:paraId="707DABBD"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0326042" w14:textId="77777777" w:rsidR="00302D64" w:rsidRDefault="00000000">
            <w:pPr>
              <w:jc w:val="center"/>
            </w:pPr>
            <w:r>
              <w:rPr>
                <w:b/>
                <w:color w:val="000000"/>
              </w:rPr>
              <w:t>UČENEC</w:t>
            </w:r>
          </w:p>
        </w:tc>
      </w:tr>
      <w:tr w:rsidR="00302D64" w14:paraId="6EE1324D" w14:textId="77777777">
        <w:trPr>
          <w:jc w:val="center"/>
        </w:trPr>
        <w:tc>
          <w:tcPr>
            <w:tcW w:w="4422" w:type="dxa"/>
            <w:tcMar>
              <w:top w:w="70" w:type="dxa"/>
              <w:left w:w="90" w:type="dxa"/>
              <w:bottom w:w="70" w:type="dxa"/>
              <w:right w:w="90" w:type="dxa"/>
            </w:tcMar>
          </w:tcPr>
          <w:p w14:paraId="65BFE816" w14:textId="77777777" w:rsidR="00302D64" w:rsidRDefault="00302D64"/>
          <w:p w14:paraId="0E377D45" w14:textId="77777777" w:rsidR="00302D64" w:rsidRDefault="00000000">
            <w:pPr>
              <w:spacing w:after="60" w:line="245" w:lineRule="auto"/>
            </w:pPr>
            <w:r>
              <w:rPr>
                <w:b/>
                <w:color w:val="000000"/>
              </w:rPr>
              <w:t>UČNI CILJI</w:t>
            </w:r>
          </w:p>
          <w:p w14:paraId="01CD7B6A" w14:textId="77777777" w:rsidR="00302D64" w:rsidRDefault="00000000">
            <w:pPr>
              <w:spacing w:after="20" w:line="245" w:lineRule="auto"/>
            </w:pPr>
            <w:r>
              <w:rPr>
                <w:b/>
                <w:color w:val="000000"/>
                <w:sz w:val="17"/>
              </w:rPr>
              <w:t>SPLOŠNI</w:t>
            </w:r>
          </w:p>
          <w:p w14:paraId="43043F97" w14:textId="77777777" w:rsidR="00302D64" w:rsidRDefault="00000000">
            <w:pPr>
              <w:pStyle w:val="Oznaenseznam"/>
              <w:spacing w:after="16"/>
            </w:pPr>
            <w:r>
              <w:rPr>
                <w:color w:val="000000"/>
                <w:sz w:val="16"/>
              </w:rPr>
              <w:t>razvija radovednost ter sistematično opazuje, primerja, razvršča in sporoča ugotovitve</w:t>
            </w:r>
          </w:p>
          <w:p w14:paraId="15085289" w14:textId="77777777" w:rsidR="00302D64" w:rsidRDefault="00000000">
            <w:pPr>
              <w:pStyle w:val="Oznaenseznam"/>
              <w:spacing w:after="16"/>
            </w:pPr>
            <w:r>
              <w:rPr>
                <w:color w:val="000000"/>
                <w:sz w:val="16"/>
              </w:rPr>
              <w:t>sodeluje, posluša druge in svoja opažanja izraža na razvojno primeren način</w:t>
            </w:r>
          </w:p>
          <w:p w14:paraId="7B53119B" w14:textId="77777777" w:rsidR="00302D64" w:rsidRDefault="00000000">
            <w:pPr>
              <w:pStyle w:val="Oznaenseznam"/>
              <w:spacing w:after="16"/>
            </w:pPr>
            <w:r>
              <w:rPr>
                <w:color w:val="000000"/>
                <w:sz w:val="16"/>
              </w:rPr>
              <w:t>ravna varno, odgovorno in skrbno do sebe, drugih ter okolja</w:t>
            </w:r>
          </w:p>
          <w:p w14:paraId="3CD75E38" w14:textId="77777777" w:rsidR="00302D64" w:rsidRDefault="00000000">
            <w:pPr>
              <w:pStyle w:val="Oznaenseznam"/>
              <w:spacing w:after="16"/>
            </w:pPr>
            <w:r>
              <w:rPr>
                <w:color w:val="000000"/>
                <w:sz w:val="16"/>
              </w:rPr>
              <w:t>ob kriterijih spremlja svoje učenje in sprejema opisno povratno informacijo</w:t>
            </w:r>
          </w:p>
          <w:p w14:paraId="2D466E60" w14:textId="77777777" w:rsidR="00302D64" w:rsidRDefault="00000000">
            <w:pPr>
              <w:spacing w:before="40" w:after="20" w:line="245" w:lineRule="auto"/>
            </w:pPr>
            <w:r>
              <w:rPr>
                <w:b/>
                <w:color w:val="000000"/>
                <w:sz w:val="17"/>
              </w:rPr>
              <w:t>OPERATIVNI</w:t>
            </w:r>
          </w:p>
          <w:p w14:paraId="02051F29" w14:textId="77777777" w:rsidR="00302D64" w:rsidRDefault="00000000">
            <w:pPr>
              <w:pStyle w:val="Oznaenseznam"/>
              <w:spacing w:after="16"/>
            </w:pPr>
            <w:r>
              <w:rPr>
                <w:color w:val="000000"/>
                <w:sz w:val="16"/>
              </w:rPr>
              <w:t>opazuje kalitev ali rast</w:t>
            </w:r>
          </w:p>
          <w:p w14:paraId="198929E9" w14:textId="77777777" w:rsidR="00302D64" w:rsidRDefault="00000000">
            <w:pPr>
              <w:pStyle w:val="Oznaenseznam"/>
              <w:spacing w:after="16"/>
            </w:pPr>
            <w:r>
              <w:rPr>
                <w:color w:val="000000"/>
                <w:sz w:val="16"/>
              </w:rPr>
              <w:t>pojasni osnovne potrebe rastline</w:t>
            </w:r>
          </w:p>
          <w:p w14:paraId="3E198419" w14:textId="77777777" w:rsidR="00302D64" w:rsidRDefault="00000000">
            <w:pPr>
              <w:pStyle w:val="Oznaenseznam"/>
              <w:spacing w:after="16"/>
            </w:pPr>
            <w:r>
              <w:rPr>
                <w:color w:val="000000"/>
                <w:sz w:val="16"/>
              </w:rPr>
              <w:t>skrbi za živo bitje</w:t>
            </w:r>
          </w:p>
          <w:p w14:paraId="73ED8341" w14:textId="77777777" w:rsidR="00302D64" w:rsidRDefault="00000000">
            <w:pPr>
              <w:spacing w:before="40" w:after="20" w:line="245" w:lineRule="auto"/>
            </w:pPr>
            <w:r>
              <w:rPr>
                <w:b/>
                <w:color w:val="000000"/>
                <w:sz w:val="17"/>
              </w:rPr>
              <w:t>PRIČAKOVANI DOSEŽKI / STANDARDI</w:t>
            </w:r>
          </w:p>
          <w:p w14:paraId="79D13C16" w14:textId="77777777" w:rsidR="00302D64" w:rsidRDefault="00000000">
            <w:pPr>
              <w:pStyle w:val="Oznaenseznam"/>
              <w:spacing w:after="16"/>
            </w:pPr>
            <w:r>
              <w:rPr>
                <w:color w:val="000000"/>
                <w:sz w:val="16"/>
              </w:rPr>
              <w:t>ob konkretni ali slikovni opori opazuje kalitev ali rast</w:t>
            </w:r>
          </w:p>
          <w:p w14:paraId="6AFB1259" w14:textId="77777777" w:rsidR="00302D64" w:rsidRDefault="00000000">
            <w:pPr>
              <w:pStyle w:val="Oznaenseznam"/>
              <w:spacing w:after="16"/>
            </w:pPr>
            <w:r>
              <w:rPr>
                <w:color w:val="000000"/>
                <w:sz w:val="16"/>
              </w:rPr>
              <w:t>ob konkretni ali slikovni opori pojasni osnovne potrebe rastline</w:t>
            </w:r>
          </w:p>
          <w:p w14:paraId="3CFBD200" w14:textId="77777777" w:rsidR="00302D64" w:rsidRDefault="00000000">
            <w:pPr>
              <w:pStyle w:val="Oznaenseznam"/>
              <w:spacing w:after="16"/>
            </w:pPr>
            <w:r>
              <w:rPr>
                <w:color w:val="000000"/>
                <w:sz w:val="16"/>
              </w:rPr>
              <w:t>ob konkretni ali slikovni opori skrbi za živo bitje</w:t>
            </w:r>
          </w:p>
        </w:tc>
        <w:tc>
          <w:tcPr>
            <w:tcW w:w="7087" w:type="dxa"/>
            <w:tcMar>
              <w:top w:w="70" w:type="dxa"/>
              <w:left w:w="90" w:type="dxa"/>
              <w:bottom w:w="70" w:type="dxa"/>
              <w:right w:w="90" w:type="dxa"/>
            </w:tcMar>
          </w:tcPr>
          <w:p w14:paraId="23B4129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9E048D5" w14:textId="77777777">
              <w:trPr>
                <w:jc w:val="center"/>
              </w:trPr>
              <w:tc>
                <w:tcPr>
                  <w:tcW w:w="7087" w:type="dxa"/>
                  <w:shd w:val="clear" w:color="auto" w:fill="C6E7F3"/>
                  <w:tcMar>
                    <w:top w:w="45" w:type="dxa"/>
                    <w:left w:w="70" w:type="dxa"/>
                    <w:bottom w:w="45" w:type="dxa"/>
                    <w:right w:w="70" w:type="dxa"/>
                  </w:tcMar>
                </w:tcPr>
                <w:p w14:paraId="4E3A9E86" w14:textId="77777777" w:rsidR="00302D64" w:rsidRDefault="00000000">
                  <w:pPr>
                    <w:keepNext/>
                  </w:pPr>
                  <w:r>
                    <w:rPr>
                      <w:b/>
                      <w:color w:val="000000"/>
                    </w:rPr>
                    <w:t>UVODNI DEL – motivacija, aktivacija predznanja in namen učenja (15–20 min)</w:t>
                  </w:r>
                </w:p>
              </w:tc>
            </w:tr>
          </w:tbl>
          <w:p w14:paraId="6C56D829" w14:textId="77777777" w:rsidR="00302D64" w:rsidRDefault="00302D64">
            <w:pPr>
              <w:spacing w:line="20" w:lineRule="exact"/>
            </w:pPr>
          </w:p>
          <w:p w14:paraId="5AAF935B" w14:textId="77777777" w:rsidR="00302D64" w:rsidRDefault="00000000">
            <w:pPr>
              <w:spacing w:before="40" w:after="60" w:line="245" w:lineRule="auto"/>
            </w:pPr>
            <w:r>
              <w:rPr>
                <w:color w:val="000000"/>
                <w:sz w:val="17"/>
              </w:rPr>
              <w:t>Štiri črne mravljice najdejo semena in se sprašujejo, katero bo vzklilo. Učenci pripravijo napoved, vendar najprej določijo, kaj rastlina potrebuje.</w:t>
            </w:r>
          </w:p>
          <w:tbl>
            <w:tblPr>
              <w:tblStyle w:val="Tabelamrea"/>
              <w:tblW w:w="0" w:type="auto"/>
              <w:jc w:val="center"/>
              <w:tblLayout w:type="fixed"/>
              <w:tblLook w:val="04A0" w:firstRow="1" w:lastRow="0" w:firstColumn="1" w:lastColumn="0" w:noHBand="0" w:noVBand="1"/>
            </w:tblPr>
            <w:tblGrid>
              <w:gridCol w:w="7087"/>
            </w:tblGrid>
            <w:tr w:rsidR="00302D64" w14:paraId="639A7496" w14:textId="77777777">
              <w:trPr>
                <w:jc w:val="center"/>
              </w:trPr>
              <w:tc>
                <w:tcPr>
                  <w:tcW w:w="7087" w:type="dxa"/>
                  <w:shd w:val="clear" w:color="auto" w:fill="EDC9EA"/>
                  <w:tcMar>
                    <w:top w:w="45" w:type="dxa"/>
                    <w:left w:w="70" w:type="dxa"/>
                    <w:bottom w:w="45" w:type="dxa"/>
                    <w:right w:w="70" w:type="dxa"/>
                  </w:tcMar>
                </w:tcPr>
                <w:p w14:paraId="1CB4EAA5" w14:textId="77777777" w:rsidR="00302D64" w:rsidRDefault="00000000">
                  <w:pPr>
                    <w:keepNext/>
                  </w:pPr>
                  <w:r>
                    <w:rPr>
                      <w:b/>
                      <w:color w:val="000000"/>
                    </w:rPr>
                    <w:t>NAMENI UČENJA</w:t>
                  </w:r>
                </w:p>
              </w:tc>
            </w:tr>
          </w:tbl>
          <w:p w14:paraId="3777849F" w14:textId="77777777" w:rsidR="00302D64" w:rsidRDefault="00302D64">
            <w:pPr>
              <w:spacing w:line="20" w:lineRule="exact"/>
            </w:pPr>
          </w:p>
          <w:p w14:paraId="7F279156" w14:textId="77777777" w:rsidR="00302D64" w:rsidRDefault="00000000">
            <w:pPr>
              <w:spacing w:before="20" w:after="20" w:line="245" w:lineRule="auto"/>
            </w:pPr>
            <w:r>
              <w:rPr>
                <w:color w:val="000000"/>
                <w:sz w:val="16"/>
              </w:rPr>
              <w:t>Učimo se zato, da bomo lažje razumeli in odgovorno uporabili znanje v vsakdanjih situacijah.</w:t>
            </w:r>
          </w:p>
          <w:p w14:paraId="2BFF9EAF" w14:textId="77777777" w:rsidR="00302D64" w:rsidRDefault="00000000">
            <w:pPr>
              <w:pStyle w:val="Oznaenseznam"/>
              <w:spacing w:after="16"/>
            </w:pPr>
            <w:r>
              <w:rPr>
                <w:color w:val="000000"/>
                <w:sz w:val="16"/>
              </w:rPr>
              <w:t>opazujem kalitev ali rast</w:t>
            </w:r>
          </w:p>
          <w:p w14:paraId="08775E98" w14:textId="77777777" w:rsidR="00302D64" w:rsidRDefault="00000000">
            <w:pPr>
              <w:pStyle w:val="Oznaenseznam"/>
              <w:spacing w:after="16"/>
            </w:pPr>
            <w:r>
              <w:rPr>
                <w:color w:val="000000"/>
                <w:sz w:val="16"/>
              </w:rPr>
              <w:t>pojasnim osnovne potrebe rastline</w:t>
            </w:r>
          </w:p>
          <w:p w14:paraId="6674977A" w14:textId="77777777" w:rsidR="00302D64" w:rsidRDefault="00000000">
            <w:pPr>
              <w:pStyle w:val="Oznaenseznam"/>
              <w:spacing w:after="16"/>
            </w:pPr>
            <w:r>
              <w:rPr>
                <w:color w:val="000000"/>
                <w:sz w:val="16"/>
              </w:rPr>
              <w:t>skrbim za živo bitje</w:t>
            </w:r>
          </w:p>
          <w:tbl>
            <w:tblPr>
              <w:tblStyle w:val="Tabelamrea"/>
              <w:tblW w:w="0" w:type="auto"/>
              <w:jc w:val="center"/>
              <w:tblLayout w:type="fixed"/>
              <w:tblLook w:val="04A0" w:firstRow="1" w:lastRow="0" w:firstColumn="1" w:lastColumn="0" w:noHBand="0" w:noVBand="1"/>
            </w:tblPr>
            <w:tblGrid>
              <w:gridCol w:w="7087"/>
            </w:tblGrid>
            <w:tr w:rsidR="00302D64" w14:paraId="45034215" w14:textId="77777777">
              <w:trPr>
                <w:jc w:val="center"/>
              </w:trPr>
              <w:tc>
                <w:tcPr>
                  <w:tcW w:w="7087" w:type="dxa"/>
                  <w:shd w:val="clear" w:color="auto" w:fill="EDC9EA"/>
                  <w:tcMar>
                    <w:top w:w="45" w:type="dxa"/>
                    <w:left w:w="70" w:type="dxa"/>
                    <w:bottom w:w="45" w:type="dxa"/>
                    <w:right w:w="70" w:type="dxa"/>
                  </w:tcMar>
                </w:tcPr>
                <w:p w14:paraId="21E40E3F" w14:textId="77777777" w:rsidR="00302D64" w:rsidRDefault="00000000">
                  <w:pPr>
                    <w:keepNext/>
                  </w:pPr>
                  <w:r>
                    <w:rPr>
                      <w:b/>
                      <w:color w:val="000000"/>
                    </w:rPr>
                    <w:t>PREVERJANJE PREDZNANJA</w:t>
                  </w:r>
                </w:p>
              </w:tc>
            </w:tr>
          </w:tbl>
          <w:p w14:paraId="290AE623" w14:textId="77777777" w:rsidR="00302D64" w:rsidRDefault="00302D64">
            <w:pPr>
              <w:spacing w:line="20" w:lineRule="exact"/>
            </w:pPr>
          </w:p>
          <w:p w14:paraId="222BA3A2" w14:textId="77777777" w:rsidR="00302D64" w:rsidRDefault="00000000">
            <w:pPr>
              <w:pStyle w:val="Oznaenseznam"/>
              <w:spacing w:after="16"/>
            </w:pPr>
            <w:r>
              <w:rPr>
                <w:color w:val="000000"/>
                <w:sz w:val="16"/>
              </w:rPr>
              <w:t>Kaj potrebuje seme, da začne kaliti?</w:t>
            </w:r>
          </w:p>
          <w:p w14:paraId="7F314C4C" w14:textId="77777777" w:rsidR="00302D64" w:rsidRDefault="00000000">
            <w:pPr>
              <w:pStyle w:val="Oznaenseznam"/>
              <w:spacing w:after="16"/>
            </w:pPr>
            <w:r>
              <w:rPr>
                <w:color w:val="000000"/>
                <w:sz w:val="16"/>
              </w:rPr>
              <w:t>Kako bom poskrbel/-a, da bo naš preizkus pošten in rastlina varno oskrbljena?</w:t>
            </w:r>
          </w:p>
          <w:p w14:paraId="214906A2"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7C3F5AFA" w14:textId="77777777">
              <w:trPr>
                <w:jc w:val="center"/>
              </w:trPr>
              <w:tc>
                <w:tcPr>
                  <w:tcW w:w="7087" w:type="dxa"/>
                  <w:shd w:val="clear" w:color="auto" w:fill="EDC9EA"/>
                  <w:tcMar>
                    <w:top w:w="45" w:type="dxa"/>
                    <w:left w:w="70" w:type="dxa"/>
                    <w:bottom w:w="45" w:type="dxa"/>
                    <w:right w:w="70" w:type="dxa"/>
                  </w:tcMar>
                </w:tcPr>
                <w:p w14:paraId="0990349F" w14:textId="77777777" w:rsidR="00302D64" w:rsidRDefault="00000000">
                  <w:pPr>
                    <w:keepNext/>
                  </w:pPr>
                  <w:r>
                    <w:rPr>
                      <w:b/>
                      <w:color w:val="000000"/>
                    </w:rPr>
                    <w:t>KRITERIJI USPEŠNOSTI</w:t>
                  </w:r>
                </w:p>
              </w:tc>
            </w:tr>
          </w:tbl>
          <w:p w14:paraId="259210E6" w14:textId="77777777" w:rsidR="00302D64" w:rsidRDefault="00302D64"/>
          <w:p w14:paraId="6F9F0691" w14:textId="77777777" w:rsidR="00302D64" w:rsidRDefault="00000000">
            <w:pPr>
              <w:spacing w:before="20" w:after="20" w:line="245" w:lineRule="auto"/>
            </w:pPr>
            <w:r>
              <w:rPr>
                <w:b/>
                <w:color w:val="000000"/>
                <w:sz w:val="16"/>
              </w:rPr>
              <w:t>Uspešen/-na bom, ko:</w:t>
            </w:r>
          </w:p>
          <w:p w14:paraId="42CBDFA9" w14:textId="77777777" w:rsidR="00302D64" w:rsidRDefault="00000000">
            <w:pPr>
              <w:pStyle w:val="Oznaenseznam"/>
              <w:spacing w:after="16"/>
            </w:pPr>
            <w:r>
              <w:rPr>
                <w:color w:val="000000"/>
                <w:sz w:val="16"/>
              </w:rPr>
              <w:t>opazujem kalitev ali rast</w:t>
            </w:r>
          </w:p>
          <w:p w14:paraId="22504152" w14:textId="77777777" w:rsidR="00302D64" w:rsidRDefault="00000000">
            <w:pPr>
              <w:pStyle w:val="Oznaenseznam"/>
              <w:spacing w:after="16"/>
            </w:pPr>
            <w:r>
              <w:rPr>
                <w:color w:val="000000"/>
                <w:sz w:val="16"/>
              </w:rPr>
              <w:t>pojasnim osnovne potrebe rastline</w:t>
            </w:r>
          </w:p>
          <w:p w14:paraId="7BE6A1FB" w14:textId="77777777" w:rsidR="00302D64" w:rsidRDefault="00000000">
            <w:pPr>
              <w:pStyle w:val="Oznaenseznam"/>
              <w:spacing w:after="16"/>
            </w:pPr>
            <w:r>
              <w:rPr>
                <w:color w:val="000000"/>
                <w:sz w:val="16"/>
              </w:rPr>
              <w:t>skrbim za živo bitje</w:t>
            </w:r>
          </w:p>
          <w:p w14:paraId="59E1070E"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8D87B14" w14:textId="77777777" w:rsidR="00302D64" w:rsidRDefault="00302D64"/>
          <w:p w14:paraId="13F683B0" w14:textId="77777777" w:rsidR="00302D64" w:rsidRDefault="00000000">
            <w:pPr>
              <w:spacing w:after="80" w:line="245" w:lineRule="auto"/>
            </w:pPr>
            <w:r>
              <w:rPr>
                <w:color w:val="000000"/>
                <w:sz w:val="16"/>
              </w:rPr>
              <w:t>Posluša ali opazuje književno oziroma predmetno izhodišče ter se vključi z gibom, sliko ali besedo.</w:t>
            </w:r>
          </w:p>
          <w:p w14:paraId="7326AD1C" w14:textId="77777777" w:rsidR="00302D64" w:rsidRDefault="00000000">
            <w:pPr>
              <w:spacing w:after="80" w:line="245" w:lineRule="auto"/>
            </w:pPr>
            <w:r>
              <w:rPr>
                <w:color w:val="000000"/>
                <w:sz w:val="16"/>
              </w:rPr>
              <w:t>Pove, pokaže ali nariše, kaj že ve. Posluša zamisli drugih.</w:t>
            </w:r>
          </w:p>
          <w:p w14:paraId="2DCBF186" w14:textId="77777777" w:rsidR="00302D64" w:rsidRDefault="00000000">
            <w:pPr>
              <w:spacing w:after="100" w:line="245" w:lineRule="auto"/>
            </w:pPr>
            <w:r>
              <w:rPr>
                <w:color w:val="000000"/>
                <w:sz w:val="16"/>
              </w:rPr>
              <w:t>Sodeluje pri razumevanju namenov in kriterijev uspešnosti.</w:t>
            </w:r>
          </w:p>
          <w:p w14:paraId="03FD8051" w14:textId="77777777" w:rsidR="00302D64" w:rsidRDefault="00000000">
            <w:pPr>
              <w:spacing w:after="20" w:line="245" w:lineRule="auto"/>
            </w:pPr>
            <w:r>
              <w:rPr>
                <w:b/>
                <w:color w:val="D95BC6"/>
                <w:sz w:val="17"/>
              </w:rPr>
              <w:t>DOKAZ O UČENJU</w:t>
            </w:r>
          </w:p>
          <w:p w14:paraId="2F3066B6" w14:textId="77777777" w:rsidR="00302D64" w:rsidRDefault="00000000">
            <w:pPr>
              <w:spacing w:after="30" w:line="245" w:lineRule="auto"/>
            </w:pPr>
            <w:r>
              <w:rPr>
                <w:color w:val="D95BC6"/>
                <w:sz w:val="16"/>
              </w:rPr>
              <w:t>začetna zamisel, razvrstitev, risba ali ustni odgovor</w:t>
            </w:r>
          </w:p>
        </w:tc>
      </w:tr>
    </w:tbl>
    <w:p w14:paraId="50539A2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139321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24E80E6"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8B3B526" w14:textId="77777777" w:rsidR="00302D64" w:rsidRDefault="00000000">
            <w:pPr>
              <w:jc w:val="center"/>
            </w:pPr>
            <w:r>
              <w:rPr>
                <w:b/>
                <w:color w:val="000000"/>
                <w:sz w:val="20"/>
              </w:rPr>
              <w:t>UČNE DEJAVNOSTI, METODE IN FORMATIVNO SPREMLJANJE</w:t>
            </w:r>
          </w:p>
        </w:tc>
      </w:tr>
      <w:tr w:rsidR="00302D64" w14:paraId="52A873EE" w14:textId="77777777">
        <w:trPr>
          <w:tblHeader/>
          <w:jc w:val="center"/>
        </w:trPr>
        <w:tc>
          <w:tcPr>
            <w:tcW w:w="4422" w:type="dxa"/>
            <w:vMerge/>
            <w:tcMar>
              <w:top w:w="70" w:type="dxa"/>
              <w:left w:w="90" w:type="dxa"/>
              <w:bottom w:w="70" w:type="dxa"/>
              <w:right w:w="90" w:type="dxa"/>
            </w:tcMar>
            <w:vAlign w:val="center"/>
          </w:tcPr>
          <w:p w14:paraId="3A449565" w14:textId="77777777" w:rsidR="00302D64" w:rsidRDefault="00302D64"/>
        </w:tc>
        <w:tc>
          <w:tcPr>
            <w:tcW w:w="7087" w:type="dxa"/>
            <w:shd w:val="clear" w:color="auto" w:fill="FFFFFF"/>
            <w:tcMar>
              <w:top w:w="70" w:type="dxa"/>
              <w:left w:w="90" w:type="dxa"/>
              <w:bottom w:w="70" w:type="dxa"/>
              <w:right w:w="90" w:type="dxa"/>
            </w:tcMar>
            <w:vAlign w:val="center"/>
          </w:tcPr>
          <w:p w14:paraId="74241E21"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8A4BB0C" w14:textId="77777777" w:rsidR="00302D64" w:rsidRDefault="00000000">
            <w:pPr>
              <w:jc w:val="center"/>
            </w:pPr>
            <w:r>
              <w:rPr>
                <w:b/>
                <w:color w:val="000000"/>
              </w:rPr>
              <w:t>UČENEC</w:t>
            </w:r>
          </w:p>
        </w:tc>
      </w:tr>
      <w:tr w:rsidR="00302D64" w14:paraId="2F15AEC4" w14:textId="77777777">
        <w:trPr>
          <w:jc w:val="center"/>
        </w:trPr>
        <w:tc>
          <w:tcPr>
            <w:tcW w:w="4422" w:type="dxa"/>
            <w:tcMar>
              <w:top w:w="70" w:type="dxa"/>
              <w:left w:w="90" w:type="dxa"/>
              <w:bottom w:w="70" w:type="dxa"/>
              <w:right w:w="90" w:type="dxa"/>
            </w:tcMar>
          </w:tcPr>
          <w:p w14:paraId="2374509F" w14:textId="77777777" w:rsidR="00302D64" w:rsidRDefault="00302D64"/>
          <w:p w14:paraId="4045B176" w14:textId="77777777" w:rsidR="00302D64" w:rsidRDefault="00000000">
            <w:pPr>
              <w:spacing w:after="40" w:line="245" w:lineRule="auto"/>
            </w:pPr>
            <w:r>
              <w:rPr>
                <w:b/>
                <w:color w:val="000000"/>
              </w:rPr>
              <w:t>KLJUČNI POJMI</w:t>
            </w:r>
          </w:p>
          <w:p w14:paraId="4CB5E391" w14:textId="77777777" w:rsidR="00302D64" w:rsidRDefault="00000000">
            <w:pPr>
              <w:spacing w:after="80" w:line="245" w:lineRule="auto"/>
            </w:pPr>
            <w:r>
              <w:rPr>
                <w:color w:val="000000"/>
                <w:sz w:val="16"/>
              </w:rPr>
              <w:t>seme, kalitev, korenina, steblo, list, rast, voda, svetloba, toplota, opazovanje, skrb</w:t>
            </w:r>
          </w:p>
          <w:p w14:paraId="78E81A7F" w14:textId="77777777" w:rsidR="00302D64" w:rsidRDefault="00000000">
            <w:pPr>
              <w:spacing w:after="20" w:line="245" w:lineRule="auto"/>
            </w:pPr>
            <w:r>
              <w:rPr>
                <w:b/>
                <w:color w:val="000000"/>
              </w:rPr>
              <w:t>DOKAZI O UČENJU</w:t>
            </w:r>
          </w:p>
          <w:p w14:paraId="7B4D7EC2" w14:textId="77777777" w:rsidR="00302D64" w:rsidRDefault="00000000">
            <w:pPr>
              <w:pStyle w:val="Oznaenseznam"/>
              <w:spacing w:after="16"/>
            </w:pPr>
            <w:r>
              <w:rPr>
                <w:color w:val="000000"/>
                <w:sz w:val="16"/>
              </w:rPr>
              <w:t>postavljen in označen poskus</w:t>
            </w:r>
          </w:p>
          <w:p w14:paraId="6704C5CB" w14:textId="77777777" w:rsidR="00302D64" w:rsidRDefault="00000000">
            <w:pPr>
              <w:pStyle w:val="Oznaenseznam"/>
              <w:spacing w:after="16"/>
            </w:pPr>
            <w:r>
              <w:rPr>
                <w:color w:val="000000"/>
                <w:sz w:val="16"/>
              </w:rPr>
              <w:t>zaporedje opazovalnih skic</w:t>
            </w:r>
          </w:p>
          <w:p w14:paraId="3D24FD8C" w14:textId="77777777" w:rsidR="00302D64" w:rsidRDefault="00000000">
            <w:pPr>
              <w:spacing w:before="40" w:after="20" w:line="245" w:lineRule="auto"/>
            </w:pPr>
            <w:r>
              <w:rPr>
                <w:b/>
                <w:color w:val="000000"/>
              </w:rPr>
              <w:t>MEDPREDMETNA POVEZAVA</w:t>
            </w:r>
          </w:p>
          <w:p w14:paraId="4F1FC6EA" w14:textId="77777777" w:rsidR="00302D64" w:rsidRDefault="00000000">
            <w:pPr>
              <w:spacing w:after="60" w:line="245" w:lineRule="auto"/>
            </w:pPr>
            <w:r>
              <w:rPr>
                <w:color w:val="000000"/>
                <w:sz w:val="16"/>
              </w:rPr>
              <w:t>MAT – merjenje in zaporedje; SLJ – napoved in ugotovitev; LUM – natančna skica; ODGOVORNOST – skrb za živo bitje</w:t>
            </w:r>
          </w:p>
          <w:p w14:paraId="111EDDCC" w14:textId="77777777" w:rsidR="00302D64" w:rsidRDefault="00000000">
            <w:pPr>
              <w:spacing w:after="20" w:line="245" w:lineRule="auto"/>
            </w:pPr>
            <w:r>
              <w:rPr>
                <w:b/>
                <w:color w:val="000000"/>
              </w:rPr>
              <w:t>POUČEVANJE V GIBANJU</w:t>
            </w:r>
          </w:p>
          <w:p w14:paraId="682F85F7"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0233510A" w14:textId="77777777" w:rsidR="00302D64" w:rsidRDefault="00000000">
            <w:pPr>
              <w:spacing w:after="20" w:line="245" w:lineRule="auto"/>
            </w:pPr>
            <w:r>
              <w:rPr>
                <w:b/>
                <w:color w:val="000000"/>
              </w:rPr>
              <w:t>UČENJE PO ŠTIRIH POSTAJAH</w:t>
            </w:r>
          </w:p>
          <w:p w14:paraId="05B8AD3A"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18DA2D37" w14:textId="77777777" w:rsidR="00302D64" w:rsidRDefault="00000000">
            <w:pPr>
              <w:spacing w:after="20" w:line="245" w:lineRule="auto"/>
            </w:pPr>
            <w:r>
              <w:rPr>
                <w:b/>
                <w:color w:val="000000"/>
              </w:rPr>
              <w:t>DIFERENCIACIJA IN VKLJUČEVANJE</w:t>
            </w:r>
          </w:p>
          <w:p w14:paraId="050568B9" w14:textId="77777777" w:rsidR="00302D64" w:rsidRDefault="00000000">
            <w:pPr>
              <w:spacing w:after="60" w:line="245" w:lineRule="auto"/>
            </w:pPr>
            <w:r>
              <w:rPr>
                <w:color w:val="000000"/>
                <w:sz w:val="16"/>
              </w:rPr>
              <w:t>Učenec ima fotografije korakov in prilagojeno kapalko; dnevnik dopolni z nalepko; naprednejši predlaga nadzorovano primerjavo.</w:t>
            </w:r>
          </w:p>
          <w:p w14:paraId="3B8F2BF4" w14:textId="77777777" w:rsidR="00302D64" w:rsidRDefault="00000000">
            <w:pPr>
              <w:spacing w:after="20" w:line="245" w:lineRule="auto"/>
            </w:pPr>
            <w:r>
              <w:rPr>
                <w:b/>
                <w:color w:val="000000"/>
              </w:rPr>
              <w:t>SPREMLJANJE</w:t>
            </w:r>
          </w:p>
          <w:p w14:paraId="7E960E4F"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DAFECF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87B8322" w14:textId="77777777">
              <w:trPr>
                <w:jc w:val="center"/>
              </w:trPr>
              <w:tc>
                <w:tcPr>
                  <w:tcW w:w="7087" w:type="dxa"/>
                  <w:shd w:val="clear" w:color="auto" w:fill="C6E7F3"/>
                  <w:tcMar>
                    <w:top w:w="45" w:type="dxa"/>
                    <w:left w:w="70" w:type="dxa"/>
                    <w:bottom w:w="45" w:type="dxa"/>
                    <w:right w:w="70" w:type="dxa"/>
                  </w:tcMar>
                </w:tcPr>
                <w:p w14:paraId="41230B76" w14:textId="77777777" w:rsidR="00302D64" w:rsidRDefault="00000000">
                  <w:pPr>
                    <w:keepNext/>
                  </w:pPr>
                  <w:r>
                    <w:t>GLAVNI DEL – IZKUŠENJSKO IN POSTAJNO UČENJE (2 šolski uri)</w:t>
                  </w:r>
                </w:p>
              </w:tc>
            </w:tr>
          </w:tbl>
          <w:p w14:paraId="3562A451" w14:textId="77777777" w:rsidR="00302D64" w:rsidRDefault="00302D64">
            <w:pPr>
              <w:spacing w:line="20" w:lineRule="exact"/>
            </w:pPr>
          </w:p>
          <w:p w14:paraId="24467FBC" w14:textId="77777777" w:rsidR="00302D64" w:rsidRDefault="00000000">
            <w:pPr>
              <w:keepNext/>
              <w:spacing w:before="60" w:after="20" w:line="245" w:lineRule="auto"/>
            </w:pPr>
            <w:r>
              <w:rPr>
                <w:b/>
                <w:color w:val="000000"/>
              </w:rPr>
              <w:t>1. URA – Postavimo poskus kalitve</w:t>
            </w:r>
          </w:p>
          <w:p w14:paraId="3F9F0DA3" w14:textId="77777777" w:rsidR="00302D64" w:rsidRDefault="00000000">
            <w:pPr>
              <w:spacing w:after="20" w:line="245" w:lineRule="auto"/>
            </w:pPr>
            <w:r>
              <w:rPr>
                <w:b/>
                <w:color w:val="000000"/>
                <w:sz w:val="16"/>
              </w:rPr>
              <w:t xml:space="preserve">Dejavnost učiteljice: </w:t>
            </w:r>
            <w:r>
              <w:rPr>
                <w:color w:val="000000"/>
                <w:sz w:val="16"/>
              </w:rPr>
              <w:t>Predstavi dve ali tri razmere z eno spremenljivko, označevanje lončkov in odgovorno skrb.</w:t>
            </w:r>
          </w:p>
          <w:p w14:paraId="53DB04D9" w14:textId="77777777" w:rsidR="00302D64" w:rsidRDefault="00000000">
            <w:pPr>
              <w:spacing w:after="20" w:line="245" w:lineRule="auto"/>
            </w:pPr>
            <w:r>
              <w:rPr>
                <w:b/>
                <w:color w:val="000000"/>
                <w:sz w:val="16"/>
              </w:rPr>
              <w:t xml:space="preserve">Dejavnost učencev: </w:t>
            </w:r>
            <w:r>
              <w:rPr>
                <w:color w:val="000000"/>
                <w:sz w:val="16"/>
              </w:rPr>
              <w:t>Napovejo, pripravijo semena, označijo pogoje in se dogovorijo za zalivanje ter opazovanje.</w:t>
            </w:r>
          </w:p>
          <w:p w14:paraId="1455E27C" w14:textId="77777777" w:rsidR="00302D64" w:rsidRDefault="00000000">
            <w:pPr>
              <w:spacing w:after="40" w:line="245" w:lineRule="auto"/>
            </w:pPr>
            <w:r>
              <w:rPr>
                <w:i/>
                <w:color w:val="D95BC6"/>
                <w:sz w:val="16"/>
              </w:rPr>
              <w:t>Predvideni dokaz: postavljen in označen poskus.</w:t>
            </w:r>
          </w:p>
          <w:p w14:paraId="3DDE66DE" w14:textId="77777777" w:rsidR="00302D64" w:rsidRDefault="00000000">
            <w:pPr>
              <w:keepNext/>
              <w:spacing w:before="60" w:after="20" w:line="245" w:lineRule="auto"/>
            </w:pPr>
            <w:r>
              <w:rPr>
                <w:b/>
                <w:color w:val="000000"/>
              </w:rPr>
              <w:t>2. URA – Opazujem rast in skrbim</w:t>
            </w:r>
          </w:p>
          <w:p w14:paraId="181D38DA" w14:textId="77777777" w:rsidR="00302D64" w:rsidRDefault="00000000">
            <w:pPr>
              <w:spacing w:after="20" w:line="245" w:lineRule="auto"/>
            </w:pPr>
            <w:r>
              <w:rPr>
                <w:b/>
                <w:color w:val="000000"/>
                <w:sz w:val="16"/>
              </w:rPr>
              <w:t xml:space="preserve">Dejavnost učiteljice: </w:t>
            </w:r>
            <w:r>
              <w:rPr>
                <w:color w:val="000000"/>
                <w:sz w:val="16"/>
              </w:rPr>
              <w:t>V več kratkih opazovanjih modelira merjenje z nestandardno enoto, skico in datumom.</w:t>
            </w:r>
          </w:p>
          <w:p w14:paraId="341AD3BF" w14:textId="77777777" w:rsidR="00302D64" w:rsidRDefault="00000000">
            <w:pPr>
              <w:spacing w:after="20" w:line="245" w:lineRule="auto"/>
            </w:pPr>
            <w:r>
              <w:rPr>
                <w:b/>
                <w:color w:val="000000"/>
                <w:sz w:val="16"/>
              </w:rPr>
              <w:t xml:space="preserve">Dejavnost učencev: </w:t>
            </w:r>
            <w:r>
              <w:rPr>
                <w:color w:val="000000"/>
                <w:sz w:val="16"/>
              </w:rPr>
              <w:t>Primerjajo spremembe, dopolnijo dnevnik, pojasnijo potrebo rastline in prilagodijo skrb brez uničevanja poskusa.</w:t>
            </w:r>
          </w:p>
          <w:p w14:paraId="043A03FB" w14:textId="77777777" w:rsidR="00302D64" w:rsidRDefault="00000000">
            <w:pPr>
              <w:spacing w:after="40" w:line="245" w:lineRule="auto"/>
            </w:pPr>
            <w:r>
              <w:rPr>
                <w:i/>
                <w:color w:val="D95BC6"/>
                <w:sz w:val="16"/>
              </w:rPr>
              <w:t>Predvideni dokaz: zaporedje opazovalnih skic.</w:t>
            </w:r>
          </w:p>
          <w:tbl>
            <w:tblPr>
              <w:tblStyle w:val="Tabelamrea"/>
              <w:tblW w:w="0" w:type="auto"/>
              <w:jc w:val="center"/>
              <w:tblLayout w:type="fixed"/>
              <w:tblLook w:val="04A0" w:firstRow="1" w:lastRow="0" w:firstColumn="1" w:lastColumn="0" w:noHBand="0" w:noVBand="1"/>
            </w:tblPr>
            <w:tblGrid>
              <w:gridCol w:w="7087"/>
            </w:tblGrid>
            <w:tr w:rsidR="00302D64" w14:paraId="58D6BBA2" w14:textId="77777777">
              <w:trPr>
                <w:jc w:val="center"/>
              </w:trPr>
              <w:tc>
                <w:tcPr>
                  <w:tcW w:w="7087" w:type="dxa"/>
                  <w:shd w:val="clear" w:color="auto" w:fill="EDC9EA"/>
                  <w:tcMar>
                    <w:top w:w="45" w:type="dxa"/>
                    <w:left w:w="70" w:type="dxa"/>
                    <w:bottom w:w="45" w:type="dxa"/>
                    <w:right w:w="70" w:type="dxa"/>
                  </w:tcMar>
                </w:tcPr>
                <w:p w14:paraId="40B77380" w14:textId="77777777" w:rsidR="00302D64" w:rsidRDefault="00000000">
                  <w:pPr>
                    <w:keepNext/>
                  </w:pPr>
                  <w:r>
                    <w:rPr>
                      <w:b/>
                      <w:color w:val="000000"/>
                    </w:rPr>
                    <w:t>UČENJE PO ŠTIRIH POSTAJAH (6–8 min na postajo)</w:t>
                  </w:r>
                </w:p>
              </w:tc>
            </w:tr>
          </w:tbl>
          <w:p w14:paraId="40E9104A"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4822C9F0" w14:textId="77777777" w:rsidR="00302D64" w:rsidRDefault="00000000">
            <w:pPr>
              <w:spacing w:after="20" w:line="245" w:lineRule="auto"/>
            </w:pPr>
            <w:r>
              <w:rPr>
                <w:b/>
                <w:color w:val="000000"/>
                <w:sz w:val="16"/>
              </w:rPr>
              <w:t xml:space="preserve">RAZISKOVALNA POSTAJA – Postavimo poskus kalitve: </w:t>
            </w:r>
            <w:r>
              <w:rPr>
                <w:color w:val="000000"/>
                <w:sz w:val="16"/>
              </w:rPr>
              <w:t>Napovejo, pripravijo semena, označijo pogoje in se dogovorijo za zalivanje ter opazovanje.</w:t>
            </w:r>
          </w:p>
          <w:p w14:paraId="79A9DAF8" w14:textId="77777777" w:rsidR="00302D64" w:rsidRDefault="00000000">
            <w:pPr>
              <w:spacing w:after="20" w:line="245" w:lineRule="auto"/>
            </w:pPr>
            <w:r>
              <w:rPr>
                <w:b/>
                <w:color w:val="000000"/>
                <w:sz w:val="16"/>
              </w:rPr>
              <w:t xml:space="preserve">PRAKTIČNA POSTAJA – Opazujem rast in skrbim: </w:t>
            </w:r>
            <w:r>
              <w:rPr>
                <w:color w:val="000000"/>
                <w:sz w:val="16"/>
              </w:rPr>
              <w:t>Primerjajo spremembe, dopolnijo dnevnik, pojasnijo potrebo rastline in prilagodijo skrb brez uničevanja poskusa.</w:t>
            </w:r>
          </w:p>
          <w:p w14:paraId="044253AF"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7F911026" w14:textId="77777777" w:rsidR="00302D64" w:rsidRDefault="00000000">
            <w:pPr>
              <w:spacing w:after="20" w:line="245" w:lineRule="auto"/>
            </w:pPr>
            <w:r>
              <w:rPr>
                <w:b/>
                <w:color w:val="000000"/>
                <w:sz w:val="16"/>
              </w:rPr>
              <w:t xml:space="preserve">POSTAJA DOKAZA IN REFLEKSIJE: </w:t>
            </w:r>
            <w:r>
              <w:rPr>
                <w:color w:val="000000"/>
                <w:sz w:val="16"/>
              </w:rPr>
              <w:t>Izberejo en dokaz (postavljen in označen poskus, zaporedje opazovalnih skic),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6AF061EA" w14:textId="77777777">
              <w:trPr>
                <w:jc w:val="center"/>
              </w:trPr>
              <w:tc>
                <w:tcPr>
                  <w:tcW w:w="7087" w:type="dxa"/>
                  <w:shd w:val="clear" w:color="auto" w:fill="EDC9EA"/>
                  <w:tcMar>
                    <w:top w:w="45" w:type="dxa"/>
                    <w:left w:w="70" w:type="dxa"/>
                    <w:bottom w:w="45" w:type="dxa"/>
                    <w:right w:w="70" w:type="dxa"/>
                  </w:tcMar>
                </w:tcPr>
                <w:p w14:paraId="7B258F1E" w14:textId="77777777" w:rsidR="00302D64" w:rsidRDefault="00000000">
                  <w:pPr>
                    <w:keepNext/>
                  </w:pPr>
                  <w:r>
                    <w:rPr>
                      <w:b/>
                      <w:color w:val="000000"/>
                    </w:rPr>
                    <w:t>POVRATNA INFORMACIJA UČITELJICE MED DELOM</w:t>
                  </w:r>
                </w:p>
              </w:tc>
            </w:tr>
          </w:tbl>
          <w:p w14:paraId="22E93D21" w14:textId="77777777" w:rsidR="00302D64" w:rsidRDefault="00302D64"/>
          <w:p w14:paraId="68DADCD9"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F576413" w14:textId="77777777" w:rsidR="00302D64" w:rsidRDefault="00302D64"/>
          <w:p w14:paraId="46A6EE51" w14:textId="77777777" w:rsidR="00302D64" w:rsidRDefault="00000000">
            <w:pPr>
              <w:spacing w:after="20" w:line="245" w:lineRule="auto"/>
            </w:pPr>
            <w:r>
              <w:rPr>
                <w:b/>
                <w:color w:val="000000"/>
                <w:sz w:val="17"/>
              </w:rPr>
              <w:t>1. URA</w:t>
            </w:r>
          </w:p>
          <w:p w14:paraId="0D1162DC" w14:textId="77777777" w:rsidR="00302D64" w:rsidRDefault="00000000">
            <w:pPr>
              <w:spacing w:after="40" w:line="245" w:lineRule="auto"/>
            </w:pPr>
            <w:r>
              <w:rPr>
                <w:color w:val="000000"/>
                <w:sz w:val="16"/>
              </w:rPr>
              <w:t>Napovejo, pripravijo semena, označijo pogoje in se dogovorijo za zalivanje ter opazovanje.</w:t>
            </w:r>
          </w:p>
          <w:p w14:paraId="6F0A45B2" w14:textId="77777777" w:rsidR="00302D64" w:rsidRDefault="00000000">
            <w:pPr>
              <w:spacing w:line="245" w:lineRule="auto"/>
            </w:pPr>
            <w:r>
              <w:rPr>
                <w:b/>
                <w:color w:val="D95BC6"/>
                <w:sz w:val="16"/>
              </w:rPr>
              <w:t>DOKAZ</w:t>
            </w:r>
          </w:p>
          <w:p w14:paraId="7820AB35" w14:textId="77777777" w:rsidR="00302D64" w:rsidRDefault="00000000">
            <w:pPr>
              <w:spacing w:after="60" w:line="245" w:lineRule="auto"/>
            </w:pPr>
            <w:r>
              <w:rPr>
                <w:color w:val="D95BC6"/>
                <w:sz w:val="16"/>
              </w:rPr>
              <w:t>postavljen in označen poskus</w:t>
            </w:r>
          </w:p>
          <w:p w14:paraId="1854FFAD" w14:textId="77777777" w:rsidR="00302D64" w:rsidRDefault="00000000">
            <w:pPr>
              <w:spacing w:after="20" w:line="245" w:lineRule="auto"/>
            </w:pPr>
            <w:r>
              <w:rPr>
                <w:b/>
                <w:color w:val="000000"/>
                <w:sz w:val="17"/>
              </w:rPr>
              <w:t>2. URA</w:t>
            </w:r>
          </w:p>
          <w:p w14:paraId="0FE14739" w14:textId="77777777" w:rsidR="00302D64" w:rsidRDefault="00000000">
            <w:pPr>
              <w:spacing w:after="40" w:line="245" w:lineRule="auto"/>
            </w:pPr>
            <w:r>
              <w:rPr>
                <w:color w:val="000000"/>
                <w:sz w:val="16"/>
              </w:rPr>
              <w:t>Primerjajo spremembe, dopolnijo dnevnik, pojasnijo potrebo rastline in prilagodijo skrb brez uničevanja poskusa.</w:t>
            </w:r>
          </w:p>
          <w:p w14:paraId="50761219" w14:textId="77777777" w:rsidR="00302D64" w:rsidRDefault="00000000">
            <w:pPr>
              <w:spacing w:line="245" w:lineRule="auto"/>
            </w:pPr>
            <w:r>
              <w:rPr>
                <w:b/>
                <w:color w:val="D95BC6"/>
                <w:sz w:val="16"/>
              </w:rPr>
              <w:t>DOKAZ</w:t>
            </w:r>
          </w:p>
          <w:p w14:paraId="5CA1325B" w14:textId="77777777" w:rsidR="00302D64" w:rsidRDefault="00000000">
            <w:pPr>
              <w:spacing w:after="60" w:line="245" w:lineRule="auto"/>
            </w:pPr>
            <w:r>
              <w:rPr>
                <w:color w:val="D95BC6"/>
                <w:sz w:val="16"/>
              </w:rPr>
              <w:t>zaporedje opazovalnih skic</w:t>
            </w:r>
          </w:p>
        </w:tc>
      </w:tr>
    </w:tbl>
    <w:p w14:paraId="6DDE69A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EE62FF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887D3F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DDC1388" w14:textId="77777777" w:rsidR="00302D64" w:rsidRDefault="00000000">
            <w:pPr>
              <w:jc w:val="center"/>
            </w:pPr>
            <w:r>
              <w:rPr>
                <w:b/>
                <w:color w:val="000000"/>
                <w:sz w:val="20"/>
              </w:rPr>
              <w:t>UČNE DEJAVNOSTI, METODE IN FORMATIVNO SPREMLJANJE</w:t>
            </w:r>
          </w:p>
        </w:tc>
      </w:tr>
      <w:tr w:rsidR="00302D64" w14:paraId="3E5791A8" w14:textId="77777777">
        <w:trPr>
          <w:tblHeader/>
          <w:jc w:val="center"/>
        </w:trPr>
        <w:tc>
          <w:tcPr>
            <w:tcW w:w="4422" w:type="dxa"/>
            <w:vMerge/>
            <w:tcMar>
              <w:top w:w="70" w:type="dxa"/>
              <w:left w:w="90" w:type="dxa"/>
              <w:bottom w:w="70" w:type="dxa"/>
              <w:right w:w="90" w:type="dxa"/>
            </w:tcMar>
            <w:vAlign w:val="center"/>
          </w:tcPr>
          <w:p w14:paraId="3FCAA4E4" w14:textId="77777777" w:rsidR="00302D64" w:rsidRDefault="00302D64"/>
        </w:tc>
        <w:tc>
          <w:tcPr>
            <w:tcW w:w="7087" w:type="dxa"/>
            <w:shd w:val="clear" w:color="auto" w:fill="FFFFFF"/>
            <w:tcMar>
              <w:top w:w="70" w:type="dxa"/>
              <w:left w:w="90" w:type="dxa"/>
              <w:bottom w:w="70" w:type="dxa"/>
              <w:right w:w="90" w:type="dxa"/>
            </w:tcMar>
            <w:vAlign w:val="center"/>
          </w:tcPr>
          <w:p w14:paraId="5C24A55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4E773F1" w14:textId="77777777" w:rsidR="00302D64" w:rsidRDefault="00000000">
            <w:pPr>
              <w:jc w:val="center"/>
            </w:pPr>
            <w:r>
              <w:rPr>
                <w:b/>
                <w:color w:val="000000"/>
              </w:rPr>
              <w:t>UČENEC</w:t>
            </w:r>
          </w:p>
        </w:tc>
      </w:tr>
      <w:tr w:rsidR="00302D64" w14:paraId="45FBB472" w14:textId="77777777">
        <w:trPr>
          <w:jc w:val="center"/>
        </w:trPr>
        <w:tc>
          <w:tcPr>
            <w:tcW w:w="4422" w:type="dxa"/>
            <w:tcMar>
              <w:top w:w="70" w:type="dxa"/>
              <w:left w:w="90" w:type="dxa"/>
              <w:bottom w:w="70" w:type="dxa"/>
              <w:right w:w="90" w:type="dxa"/>
            </w:tcMar>
          </w:tcPr>
          <w:p w14:paraId="407BC135" w14:textId="77777777" w:rsidR="00302D64" w:rsidRDefault="00302D64"/>
          <w:p w14:paraId="66AFECA9" w14:textId="77777777" w:rsidR="00302D64" w:rsidRDefault="00000000">
            <w:pPr>
              <w:spacing w:after="40" w:line="245" w:lineRule="auto"/>
            </w:pPr>
            <w:r>
              <w:rPr>
                <w:b/>
                <w:color w:val="000000"/>
              </w:rPr>
              <w:t>FORMATIVNO SPREMLJANJE</w:t>
            </w:r>
          </w:p>
          <w:p w14:paraId="06170A81" w14:textId="77777777" w:rsidR="00302D64" w:rsidRDefault="00000000">
            <w:pPr>
              <w:pStyle w:val="Oznaenseznam"/>
              <w:spacing w:after="16"/>
            </w:pPr>
            <w:r>
              <w:rPr>
                <w:color w:val="000000"/>
                <w:sz w:val="16"/>
              </w:rPr>
              <w:t>predznanje: začetni odgovor, razvrstitev ali prikaz</w:t>
            </w:r>
          </w:p>
          <w:p w14:paraId="3CFABB0C" w14:textId="77777777" w:rsidR="00302D64" w:rsidRDefault="00000000">
            <w:pPr>
              <w:pStyle w:val="Oznaenseznam"/>
              <w:spacing w:after="16"/>
            </w:pPr>
            <w:r>
              <w:rPr>
                <w:color w:val="000000"/>
                <w:sz w:val="16"/>
              </w:rPr>
              <w:t>dokazi med učenjem: izvedba, skica, model, opazovalni zapis ali razlaga</w:t>
            </w:r>
          </w:p>
          <w:p w14:paraId="79E6A06F" w14:textId="77777777" w:rsidR="00302D64" w:rsidRDefault="00000000">
            <w:pPr>
              <w:pStyle w:val="Oznaenseznam"/>
              <w:spacing w:after="16"/>
            </w:pPr>
            <w:r>
              <w:rPr>
                <w:color w:val="000000"/>
                <w:sz w:val="16"/>
              </w:rPr>
              <w:t>povratna informacija: konkretna, vezana na kriterij in usmerjena v naslednji korak</w:t>
            </w:r>
          </w:p>
          <w:p w14:paraId="1FA5C3CD" w14:textId="77777777" w:rsidR="00302D64" w:rsidRDefault="00000000">
            <w:pPr>
              <w:pStyle w:val="Oznaenseznam"/>
              <w:spacing w:after="16"/>
            </w:pPr>
            <w:r>
              <w:rPr>
                <w:color w:val="000000"/>
                <w:sz w:val="16"/>
              </w:rPr>
              <w:t>samovrednotenje: semafor, prsti, izbrani simbol ali kratka poved</w:t>
            </w:r>
          </w:p>
          <w:p w14:paraId="35556484" w14:textId="77777777" w:rsidR="00302D64" w:rsidRDefault="00000000">
            <w:pPr>
              <w:spacing w:before="40" w:after="20" w:line="245" w:lineRule="auto"/>
            </w:pPr>
            <w:r>
              <w:rPr>
                <w:b/>
                <w:color w:val="000000"/>
              </w:rPr>
              <w:t>VARNOST IN ODGOVORNOST</w:t>
            </w:r>
          </w:p>
          <w:p w14:paraId="27FDFC03" w14:textId="77777777" w:rsidR="00302D64" w:rsidRDefault="00000000">
            <w:pPr>
              <w:spacing w:after="60" w:line="245" w:lineRule="auto"/>
            </w:pPr>
            <w:r>
              <w:rPr>
                <w:color w:val="000000"/>
                <w:sz w:val="16"/>
              </w:rPr>
              <w:t>Po delu s prstjo si učenci umijejo roke; preverijo se morebitne alergije na semena ali rastline.</w:t>
            </w:r>
          </w:p>
          <w:p w14:paraId="55B9D3AF" w14:textId="77777777" w:rsidR="00302D64" w:rsidRDefault="00000000">
            <w:pPr>
              <w:spacing w:after="20" w:line="245" w:lineRule="auto"/>
            </w:pPr>
            <w:r>
              <w:rPr>
                <w:b/>
                <w:color w:val="000000"/>
              </w:rPr>
              <w:t>EVIDENCA PO IZVEDBI</w:t>
            </w:r>
          </w:p>
          <w:p w14:paraId="54FABD2F"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3238A16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81B472B" w14:textId="77777777">
              <w:trPr>
                <w:jc w:val="center"/>
              </w:trPr>
              <w:tc>
                <w:tcPr>
                  <w:tcW w:w="7087" w:type="dxa"/>
                  <w:shd w:val="clear" w:color="auto" w:fill="EDC9EA"/>
                  <w:tcMar>
                    <w:top w:w="45" w:type="dxa"/>
                    <w:left w:w="70" w:type="dxa"/>
                    <w:bottom w:w="45" w:type="dxa"/>
                    <w:right w:w="70" w:type="dxa"/>
                  </w:tcMar>
                </w:tcPr>
                <w:p w14:paraId="41947A0E" w14:textId="77777777" w:rsidR="00302D64" w:rsidRDefault="00000000">
                  <w:pPr>
                    <w:keepNext/>
                  </w:pPr>
                  <w:r>
                    <w:rPr>
                      <w:b/>
                      <w:color w:val="000000"/>
                    </w:rPr>
                    <w:t>VPRAŠANJA V PODPORO UČENJU</w:t>
                  </w:r>
                </w:p>
              </w:tc>
            </w:tr>
          </w:tbl>
          <w:p w14:paraId="498645E4" w14:textId="77777777" w:rsidR="00302D64" w:rsidRDefault="00302D64">
            <w:pPr>
              <w:spacing w:line="20" w:lineRule="exact"/>
            </w:pPr>
          </w:p>
          <w:p w14:paraId="3F340CAD" w14:textId="77777777" w:rsidR="00302D64" w:rsidRDefault="00000000">
            <w:pPr>
              <w:pStyle w:val="Oznaenseznam"/>
              <w:spacing w:after="16"/>
            </w:pPr>
            <w:r>
              <w:rPr>
                <w:color w:val="000000"/>
                <w:sz w:val="16"/>
              </w:rPr>
              <w:t>Kaj si opazil/-a in kateri dokaz to pokaže?</w:t>
            </w:r>
          </w:p>
          <w:p w14:paraId="4AD72250" w14:textId="77777777" w:rsidR="00302D64" w:rsidRDefault="00000000">
            <w:pPr>
              <w:pStyle w:val="Oznaenseznam"/>
              <w:spacing w:after="16"/>
            </w:pPr>
            <w:r>
              <w:rPr>
                <w:color w:val="000000"/>
                <w:sz w:val="16"/>
              </w:rPr>
              <w:t>Kako si prišel/-la do svoje odločitve?</w:t>
            </w:r>
          </w:p>
          <w:p w14:paraId="3A4C2C42" w14:textId="77777777" w:rsidR="00302D64" w:rsidRDefault="00000000">
            <w:pPr>
              <w:pStyle w:val="Oznaenseznam"/>
              <w:spacing w:after="16"/>
            </w:pPr>
            <w:r>
              <w:rPr>
                <w:color w:val="000000"/>
                <w:sz w:val="16"/>
              </w:rPr>
              <w:t>Kaj si pri ponovnem poskusu ohranil/-a enako in kaj spremenil/-a?</w:t>
            </w:r>
          </w:p>
          <w:p w14:paraId="174AA79C" w14:textId="77777777" w:rsidR="00302D64" w:rsidRDefault="00000000">
            <w:pPr>
              <w:pStyle w:val="Oznaenseznam"/>
              <w:spacing w:after="16"/>
            </w:pPr>
            <w:r>
              <w:rPr>
                <w:color w:val="000000"/>
                <w:sz w:val="16"/>
              </w:rPr>
              <w:t>Kateri kriterij že dosegaš? Kaj bo tvoj naslednji korak?</w:t>
            </w:r>
          </w:p>
          <w:p w14:paraId="260CD807"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7DA10368" w14:textId="77777777">
              <w:trPr>
                <w:jc w:val="center"/>
              </w:trPr>
              <w:tc>
                <w:tcPr>
                  <w:tcW w:w="7087" w:type="dxa"/>
                  <w:shd w:val="clear" w:color="auto" w:fill="C6E7F3"/>
                  <w:tcMar>
                    <w:top w:w="45" w:type="dxa"/>
                    <w:left w:w="70" w:type="dxa"/>
                    <w:bottom w:w="45" w:type="dxa"/>
                    <w:right w:w="70" w:type="dxa"/>
                  </w:tcMar>
                </w:tcPr>
                <w:p w14:paraId="55C83B8A" w14:textId="77777777" w:rsidR="00302D64" w:rsidRDefault="00000000">
                  <w:pPr>
                    <w:keepNext/>
                  </w:pPr>
                  <w:r>
                    <w:rPr>
                      <w:b/>
                      <w:color w:val="000000"/>
                    </w:rPr>
                    <w:t>ZAKLJUČNI DEL – UTRJEVANJE IN REFLEKSIJA (10–15 min)</w:t>
                  </w:r>
                </w:p>
              </w:tc>
            </w:tr>
          </w:tbl>
          <w:p w14:paraId="250CAAAA" w14:textId="77777777" w:rsidR="00302D64" w:rsidRDefault="00302D64">
            <w:pPr>
              <w:spacing w:line="20" w:lineRule="exact"/>
            </w:pPr>
          </w:p>
          <w:p w14:paraId="71FBF53A"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7407C662" w14:textId="77777777">
              <w:trPr>
                <w:jc w:val="center"/>
              </w:trPr>
              <w:tc>
                <w:tcPr>
                  <w:tcW w:w="7087" w:type="dxa"/>
                  <w:shd w:val="clear" w:color="auto" w:fill="EDC9EA"/>
                  <w:tcMar>
                    <w:top w:w="45" w:type="dxa"/>
                    <w:left w:w="70" w:type="dxa"/>
                    <w:bottom w:w="45" w:type="dxa"/>
                    <w:right w:w="70" w:type="dxa"/>
                  </w:tcMar>
                </w:tcPr>
                <w:p w14:paraId="69FB981F" w14:textId="77777777" w:rsidR="00302D64" w:rsidRDefault="00000000">
                  <w:pPr>
                    <w:keepNext/>
                  </w:pPr>
                  <w:r>
                    <w:rPr>
                      <w:b/>
                      <w:color w:val="000000"/>
                    </w:rPr>
                    <w:t>SAMOVREDNOTENJE</w:t>
                  </w:r>
                </w:p>
              </w:tc>
            </w:tr>
          </w:tbl>
          <w:p w14:paraId="695297BC" w14:textId="77777777" w:rsidR="00302D64" w:rsidRDefault="00302D64">
            <w:pPr>
              <w:spacing w:line="20" w:lineRule="exact"/>
            </w:pPr>
          </w:p>
          <w:p w14:paraId="2093E423"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7A44B3FA" w14:textId="77777777">
              <w:trPr>
                <w:jc w:val="center"/>
              </w:trPr>
              <w:tc>
                <w:tcPr>
                  <w:tcW w:w="7087" w:type="dxa"/>
                  <w:shd w:val="clear" w:color="auto" w:fill="EDC9EA"/>
                  <w:tcMar>
                    <w:top w:w="45" w:type="dxa"/>
                    <w:left w:w="70" w:type="dxa"/>
                    <w:bottom w:w="45" w:type="dxa"/>
                    <w:right w:w="70" w:type="dxa"/>
                  </w:tcMar>
                </w:tcPr>
                <w:p w14:paraId="64A3C836" w14:textId="77777777" w:rsidR="00302D64" w:rsidRDefault="00000000">
                  <w:pPr>
                    <w:keepNext/>
                  </w:pPr>
                  <w:r>
                    <w:rPr>
                      <w:b/>
                      <w:color w:val="000000"/>
                    </w:rPr>
                    <w:t>VRSTNIŠKO VREDNOTENJE</w:t>
                  </w:r>
                </w:p>
              </w:tc>
            </w:tr>
          </w:tbl>
          <w:p w14:paraId="38B98165" w14:textId="77777777" w:rsidR="00302D64" w:rsidRDefault="00302D64">
            <w:pPr>
              <w:spacing w:line="20" w:lineRule="exact"/>
            </w:pPr>
          </w:p>
          <w:p w14:paraId="3FA5D808"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179D7AD8" w14:textId="77777777">
              <w:trPr>
                <w:jc w:val="center"/>
              </w:trPr>
              <w:tc>
                <w:tcPr>
                  <w:tcW w:w="7087" w:type="dxa"/>
                  <w:shd w:val="clear" w:color="auto" w:fill="EDC9EA"/>
                  <w:tcMar>
                    <w:top w:w="45" w:type="dxa"/>
                    <w:left w:w="70" w:type="dxa"/>
                    <w:bottom w:w="45" w:type="dxa"/>
                    <w:right w:w="70" w:type="dxa"/>
                  </w:tcMar>
                </w:tcPr>
                <w:p w14:paraId="585D8AAA" w14:textId="77777777" w:rsidR="00302D64" w:rsidRDefault="00000000">
                  <w:pPr>
                    <w:keepNext/>
                  </w:pPr>
                  <w:r>
                    <w:rPr>
                      <w:b/>
                      <w:color w:val="000000"/>
                    </w:rPr>
                    <w:t>SKUPNI POVZETEK</w:t>
                  </w:r>
                </w:p>
              </w:tc>
            </w:tr>
          </w:tbl>
          <w:p w14:paraId="0F7E7734" w14:textId="77777777" w:rsidR="00302D64" w:rsidRDefault="00302D64"/>
          <w:p w14:paraId="01AFCB5A" w14:textId="77777777" w:rsidR="00302D64" w:rsidRDefault="00000000">
            <w:pPr>
              <w:spacing w:before="20" w:after="40" w:line="245" w:lineRule="auto"/>
            </w:pPr>
            <w:r>
              <w:rPr>
                <w:b/>
                <w:color w:val="000000"/>
                <w:sz w:val="17"/>
              </w:rPr>
              <w:t>Rastlina za rast potrebuje ustrezne razmere. Spremembe opazujem skozi čas in zanjo odgovorno skrbim.</w:t>
            </w:r>
          </w:p>
        </w:tc>
        <w:tc>
          <w:tcPr>
            <w:tcW w:w="2551" w:type="dxa"/>
            <w:tcMar>
              <w:top w:w="70" w:type="dxa"/>
              <w:left w:w="90" w:type="dxa"/>
              <w:bottom w:w="70" w:type="dxa"/>
              <w:right w:w="90" w:type="dxa"/>
            </w:tcMar>
          </w:tcPr>
          <w:p w14:paraId="5018FDC8" w14:textId="77777777" w:rsidR="00302D64" w:rsidRDefault="00302D64"/>
          <w:p w14:paraId="69CCC370" w14:textId="77777777" w:rsidR="00302D64" w:rsidRDefault="00000000">
            <w:pPr>
              <w:spacing w:after="100" w:line="245" w:lineRule="auto"/>
            </w:pPr>
            <w:r>
              <w:rPr>
                <w:color w:val="000000"/>
                <w:sz w:val="16"/>
              </w:rPr>
              <w:t>Odgovarja na podporna vprašanja in se sklicuje na svoj dokaz.</w:t>
            </w:r>
          </w:p>
          <w:p w14:paraId="6F72921A" w14:textId="77777777" w:rsidR="00302D64" w:rsidRDefault="00000000">
            <w:pPr>
              <w:spacing w:after="100" w:line="245" w:lineRule="auto"/>
            </w:pPr>
            <w:r>
              <w:rPr>
                <w:color w:val="000000"/>
                <w:sz w:val="16"/>
              </w:rPr>
              <w:t>Primerja začetno zamisel z ugotovitvijo ter pove ali pokaže, kaj se je naučil/-a.</w:t>
            </w:r>
          </w:p>
          <w:p w14:paraId="195BD74C" w14:textId="77777777" w:rsidR="00302D64" w:rsidRDefault="00000000">
            <w:pPr>
              <w:spacing w:after="100" w:line="245" w:lineRule="auto"/>
            </w:pPr>
            <w:r>
              <w:rPr>
                <w:color w:val="000000"/>
                <w:sz w:val="16"/>
              </w:rPr>
              <w:t>Izbere raven doseganja in določi naslednji korak.</w:t>
            </w:r>
          </w:p>
          <w:p w14:paraId="735F4F28" w14:textId="77777777" w:rsidR="00302D64" w:rsidRDefault="00000000">
            <w:pPr>
              <w:spacing w:after="100" w:line="245" w:lineRule="auto"/>
            </w:pPr>
            <w:r>
              <w:rPr>
                <w:color w:val="000000"/>
                <w:sz w:val="16"/>
              </w:rPr>
              <w:t>Sošolcu poda prijazen, konkreten odziv.</w:t>
            </w:r>
          </w:p>
          <w:p w14:paraId="2A6C957D" w14:textId="77777777" w:rsidR="00302D64" w:rsidRDefault="00000000">
            <w:pPr>
              <w:spacing w:after="20" w:line="245" w:lineRule="auto"/>
            </w:pPr>
            <w:r>
              <w:rPr>
                <w:b/>
                <w:color w:val="D95BC6"/>
                <w:sz w:val="17"/>
              </w:rPr>
              <w:t>DOKAZ O UČENJU</w:t>
            </w:r>
          </w:p>
          <w:p w14:paraId="22AF9BE0" w14:textId="77777777" w:rsidR="00302D64" w:rsidRDefault="00000000">
            <w:pPr>
              <w:spacing w:after="30" w:line="245" w:lineRule="auto"/>
            </w:pPr>
            <w:r>
              <w:rPr>
                <w:color w:val="D95BC6"/>
                <w:sz w:val="16"/>
              </w:rPr>
              <w:t>izvedba ali izdelek, razlaga, samovrednotenje in odziv na povratno informacijo</w:t>
            </w:r>
          </w:p>
        </w:tc>
      </w:tr>
    </w:tbl>
    <w:p w14:paraId="64464B9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6EF3B70F" w14:textId="77777777">
        <w:trPr>
          <w:cantSplit/>
          <w:jc w:val="center"/>
        </w:trPr>
        <w:tc>
          <w:tcPr>
            <w:tcW w:w="14060" w:type="dxa"/>
            <w:gridSpan w:val="6"/>
            <w:tcMar>
              <w:top w:w="70" w:type="dxa"/>
              <w:left w:w="90" w:type="dxa"/>
              <w:bottom w:w="70" w:type="dxa"/>
              <w:right w:w="90" w:type="dxa"/>
            </w:tcMar>
            <w:vAlign w:val="center"/>
          </w:tcPr>
          <w:p w14:paraId="77CF8379" w14:textId="77777777" w:rsidR="00302D64" w:rsidRDefault="00000000">
            <w:pPr>
              <w:jc w:val="center"/>
            </w:pPr>
            <w:r>
              <w:rPr>
                <w:b/>
                <w:color w:val="000000"/>
                <w:sz w:val="24"/>
              </w:rPr>
              <w:lastRenderedPageBreak/>
              <w:t>UČNA PRIPRAVA 29/39</w:t>
            </w:r>
          </w:p>
        </w:tc>
      </w:tr>
      <w:tr w:rsidR="00302D64" w14:paraId="5D561E0E" w14:textId="77777777">
        <w:trPr>
          <w:jc w:val="center"/>
        </w:trPr>
        <w:tc>
          <w:tcPr>
            <w:tcW w:w="2665" w:type="dxa"/>
            <w:tcMar>
              <w:top w:w="70" w:type="dxa"/>
              <w:left w:w="90" w:type="dxa"/>
              <w:bottom w:w="70" w:type="dxa"/>
              <w:right w:w="90" w:type="dxa"/>
            </w:tcMar>
            <w:vAlign w:val="center"/>
          </w:tcPr>
          <w:p w14:paraId="16C2AF44"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5CA7E12"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0453657D"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E6923EF" w14:textId="77777777" w:rsidR="00302D64" w:rsidRDefault="00000000">
            <w:r>
              <w:rPr>
                <w:b/>
                <w:color w:val="000000"/>
                <w:sz w:val="16"/>
              </w:rPr>
              <w:t xml:space="preserve">NAČRTOVANI TERMIN: </w:t>
            </w:r>
            <w:r>
              <w:rPr>
                <w:color w:val="000000"/>
                <w:sz w:val="16"/>
              </w:rPr>
              <w:t>29. teden • 5.–9. 4. 2027</w:t>
            </w:r>
          </w:p>
        </w:tc>
        <w:tc>
          <w:tcPr>
            <w:tcW w:w="2268" w:type="dxa"/>
            <w:tcMar>
              <w:top w:w="70" w:type="dxa"/>
              <w:left w:w="90" w:type="dxa"/>
              <w:bottom w:w="70" w:type="dxa"/>
              <w:right w:w="90" w:type="dxa"/>
            </w:tcMar>
            <w:vAlign w:val="center"/>
          </w:tcPr>
          <w:p w14:paraId="7294522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F208333" w14:textId="77777777" w:rsidR="00302D64" w:rsidRDefault="00000000">
            <w:r>
              <w:rPr>
                <w:b/>
                <w:color w:val="000000"/>
                <w:sz w:val="16"/>
              </w:rPr>
              <w:t xml:space="preserve">ŠTEVILO UR: </w:t>
            </w:r>
            <w:r>
              <w:rPr>
                <w:color w:val="000000"/>
                <w:sz w:val="16"/>
              </w:rPr>
              <w:t>3</w:t>
            </w:r>
          </w:p>
        </w:tc>
      </w:tr>
      <w:tr w:rsidR="00302D64" w14:paraId="6B3BB4FE" w14:textId="77777777">
        <w:trPr>
          <w:jc w:val="center"/>
        </w:trPr>
        <w:tc>
          <w:tcPr>
            <w:tcW w:w="14061" w:type="dxa"/>
            <w:gridSpan w:val="6"/>
            <w:tcMar>
              <w:top w:w="70" w:type="dxa"/>
              <w:left w:w="90" w:type="dxa"/>
              <w:bottom w:w="70" w:type="dxa"/>
              <w:right w:w="90" w:type="dxa"/>
            </w:tcMar>
            <w:vAlign w:val="center"/>
          </w:tcPr>
          <w:p w14:paraId="4BCBF9D1" w14:textId="77777777" w:rsidR="00302D64" w:rsidRDefault="00000000">
            <w:r>
              <w:t>TIP UČNE URE: obravnava, izkušenjsko raziskovanje, učenje po postajah, utrjevanje in formativno spremljanje</w:t>
            </w:r>
          </w:p>
        </w:tc>
      </w:tr>
      <w:tr w:rsidR="00302D64" w14:paraId="2FF91640" w14:textId="77777777">
        <w:trPr>
          <w:cantSplit/>
          <w:jc w:val="center"/>
        </w:trPr>
        <w:tc>
          <w:tcPr>
            <w:tcW w:w="14060" w:type="dxa"/>
            <w:gridSpan w:val="6"/>
            <w:tcMar>
              <w:top w:w="70" w:type="dxa"/>
              <w:left w:w="90" w:type="dxa"/>
              <w:bottom w:w="70" w:type="dxa"/>
              <w:right w:w="90" w:type="dxa"/>
            </w:tcMar>
            <w:vAlign w:val="center"/>
          </w:tcPr>
          <w:p w14:paraId="6C9B6DF4" w14:textId="77777777" w:rsidR="00302D64" w:rsidRDefault="00302D64"/>
          <w:p w14:paraId="21D6293F" w14:textId="77777777" w:rsidR="00302D64" w:rsidRDefault="00000000">
            <w:pPr>
              <w:spacing w:line="245" w:lineRule="auto"/>
            </w:pPr>
            <w:r>
              <w:rPr>
                <w:b/>
                <w:color w:val="000000"/>
                <w:sz w:val="17"/>
              </w:rPr>
              <w:t xml:space="preserve">UČNI SKLOP: </w:t>
            </w:r>
            <w:r>
              <w:rPr>
                <w:color w:val="000000"/>
                <w:sz w:val="17"/>
              </w:rPr>
              <w:t>POMLAD, POJAVI IN ŽIVA BITJA</w:t>
            </w:r>
          </w:p>
        </w:tc>
      </w:tr>
      <w:tr w:rsidR="00302D64" w14:paraId="2047F54C" w14:textId="77777777">
        <w:trPr>
          <w:cantSplit/>
          <w:jc w:val="center"/>
        </w:trPr>
        <w:tc>
          <w:tcPr>
            <w:tcW w:w="14060" w:type="dxa"/>
            <w:gridSpan w:val="6"/>
            <w:tcMar>
              <w:top w:w="70" w:type="dxa"/>
              <w:left w:w="90" w:type="dxa"/>
              <w:bottom w:w="70" w:type="dxa"/>
              <w:right w:w="90" w:type="dxa"/>
            </w:tcMar>
            <w:vAlign w:val="center"/>
          </w:tcPr>
          <w:p w14:paraId="01D77038" w14:textId="77777777" w:rsidR="00302D64" w:rsidRDefault="00302D64"/>
          <w:p w14:paraId="40F8B516" w14:textId="77777777" w:rsidR="00302D64" w:rsidRDefault="00000000">
            <w:pPr>
              <w:spacing w:line="245" w:lineRule="auto"/>
            </w:pPr>
            <w:r>
              <w:rPr>
                <w:b/>
                <w:color w:val="000000"/>
                <w:sz w:val="17"/>
              </w:rPr>
              <w:t xml:space="preserve">UČNA TEMA: </w:t>
            </w:r>
            <w:r>
              <w:rPr>
                <w:color w:val="000000"/>
                <w:sz w:val="17"/>
              </w:rPr>
              <w:t>ŽIVA BITJA IN OKOLJE</w:t>
            </w:r>
          </w:p>
        </w:tc>
      </w:tr>
      <w:tr w:rsidR="00302D64" w14:paraId="1C739955" w14:textId="77777777">
        <w:trPr>
          <w:cantSplit/>
          <w:jc w:val="center"/>
        </w:trPr>
        <w:tc>
          <w:tcPr>
            <w:tcW w:w="14060" w:type="dxa"/>
            <w:gridSpan w:val="6"/>
            <w:tcMar>
              <w:top w:w="70" w:type="dxa"/>
              <w:left w:w="90" w:type="dxa"/>
              <w:bottom w:w="70" w:type="dxa"/>
              <w:right w:w="90" w:type="dxa"/>
            </w:tcMar>
            <w:vAlign w:val="center"/>
          </w:tcPr>
          <w:p w14:paraId="039A2919" w14:textId="77777777" w:rsidR="00302D64" w:rsidRDefault="00302D64"/>
          <w:p w14:paraId="4C27584E" w14:textId="77777777" w:rsidR="00302D64" w:rsidRDefault="00000000">
            <w:pPr>
              <w:spacing w:line="245" w:lineRule="auto"/>
            </w:pPr>
            <w:r>
              <w:rPr>
                <w:b/>
                <w:color w:val="000000"/>
                <w:sz w:val="17"/>
              </w:rPr>
              <w:t xml:space="preserve">KNJIŽEVNO IZHODIŠČE IN MOTIV: </w:t>
            </w:r>
            <w:r>
              <w:rPr>
                <w:color w:val="000000"/>
                <w:sz w:val="17"/>
              </w:rPr>
              <w:t>»Živalske novice« – Primož Suhodolčan • živali, življenjska okolja in igrivo informacijsko besedilo</w:t>
            </w:r>
          </w:p>
        </w:tc>
      </w:tr>
      <w:tr w:rsidR="00302D64" w14:paraId="0455BD23" w14:textId="77777777">
        <w:trPr>
          <w:cantSplit/>
          <w:jc w:val="center"/>
        </w:trPr>
        <w:tc>
          <w:tcPr>
            <w:tcW w:w="14060" w:type="dxa"/>
            <w:gridSpan w:val="6"/>
            <w:tcMar>
              <w:top w:w="70" w:type="dxa"/>
              <w:left w:w="90" w:type="dxa"/>
              <w:bottom w:w="70" w:type="dxa"/>
              <w:right w:w="90" w:type="dxa"/>
            </w:tcMar>
            <w:vAlign w:val="center"/>
          </w:tcPr>
          <w:p w14:paraId="19CE020F" w14:textId="77777777" w:rsidR="00302D64" w:rsidRDefault="00302D64"/>
          <w:p w14:paraId="0F31CB6D" w14:textId="77777777" w:rsidR="00302D64" w:rsidRDefault="00000000">
            <w:pPr>
              <w:spacing w:line="245" w:lineRule="auto"/>
            </w:pPr>
            <w:r>
              <w:rPr>
                <w:b/>
                <w:color w:val="000000"/>
                <w:sz w:val="17"/>
              </w:rPr>
              <w:t xml:space="preserve">UČNE ENOTE: </w:t>
            </w:r>
            <w:r>
              <w:rPr>
                <w:color w:val="000000"/>
                <w:sz w:val="17"/>
              </w:rPr>
              <w:t>1. ura – Terenski ali razredni popis • 2. ura – Razvrstim in povežem • 3. ura – Ocenjevalna predstavitev dokazov</w:t>
            </w:r>
          </w:p>
        </w:tc>
      </w:tr>
      <w:tr w:rsidR="00302D64" w14:paraId="5A4C3E5E" w14:textId="77777777">
        <w:trPr>
          <w:cantSplit/>
          <w:jc w:val="center"/>
        </w:trPr>
        <w:tc>
          <w:tcPr>
            <w:tcW w:w="14060" w:type="dxa"/>
            <w:gridSpan w:val="6"/>
            <w:tcMar>
              <w:top w:w="70" w:type="dxa"/>
              <w:left w:w="90" w:type="dxa"/>
              <w:bottom w:w="70" w:type="dxa"/>
              <w:right w:w="90" w:type="dxa"/>
            </w:tcMar>
            <w:vAlign w:val="center"/>
          </w:tcPr>
          <w:p w14:paraId="6845A574" w14:textId="77777777" w:rsidR="00302D64" w:rsidRDefault="00302D64"/>
          <w:p w14:paraId="52E946C1"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2ECC6B8D" w14:textId="77777777">
        <w:trPr>
          <w:cantSplit/>
          <w:jc w:val="center"/>
        </w:trPr>
        <w:tc>
          <w:tcPr>
            <w:tcW w:w="14060" w:type="dxa"/>
            <w:gridSpan w:val="6"/>
            <w:tcMar>
              <w:top w:w="70" w:type="dxa"/>
              <w:left w:w="90" w:type="dxa"/>
              <w:bottom w:w="70" w:type="dxa"/>
              <w:right w:w="90" w:type="dxa"/>
            </w:tcMar>
            <w:vAlign w:val="center"/>
          </w:tcPr>
          <w:p w14:paraId="3A017756" w14:textId="77777777" w:rsidR="00302D64" w:rsidRDefault="00302D64"/>
          <w:p w14:paraId="654BFA41"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2982B09F" w14:textId="77777777">
        <w:trPr>
          <w:cantSplit/>
          <w:jc w:val="center"/>
        </w:trPr>
        <w:tc>
          <w:tcPr>
            <w:tcW w:w="14060" w:type="dxa"/>
            <w:gridSpan w:val="6"/>
            <w:tcMar>
              <w:top w:w="70" w:type="dxa"/>
              <w:left w:w="90" w:type="dxa"/>
              <w:bottom w:w="70" w:type="dxa"/>
              <w:right w:w="90" w:type="dxa"/>
            </w:tcMar>
            <w:vAlign w:val="center"/>
          </w:tcPr>
          <w:p w14:paraId="7346D530" w14:textId="77777777" w:rsidR="00302D64" w:rsidRDefault="00302D64"/>
          <w:p w14:paraId="7F6D91E3"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749352FD" w14:textId="77777777">
        <w:trPr>
          <w:cantSplit/>
          <w:jc w:val="center"/>
        </w:trPr>
        <w:tc>
          <w:tcPr>
            <w:tcW w:w="14060" w:type="dxa"/>
            <w:gridSpan w:val="6"/>
            <w:tcMar>
              <w:top w:w="70" w:type="dxa"/>
              <w:left w:w="90" w:type="dxa"/>
              <w:bottom w:w="70" w:type="dxa"/>
              <w:right w:w="90" w:type="dxa"/>
            </w:tcMar>
            <w:vAlign w:val="center"/>
          </w:tcPr>
          <w:p w14:paraId="15BE80AE" w14:textId="77777777" w:rsidR="00302D64" w:rsidRDefault="00302D64"/>
          <w:p w14:paraId="485B6089" w14:textId="77777777" w:rsidR="00302D64" w:rsidRDefault="00000000">
            <w:pPr>
              <w:spacing w:line="245" w:lineRule="auto"/>
            </w:pPr>
            <w:r>
              <w:rPr>
                <w:b/>
                <w:color w:val="000000"/>
                <w:sz w:val="17"/>
              </w:rPr>
              <w:t xml:space="preserve">MEDPREDMETNE POVEZAVE: </w:t>
            </w:r>
            <w:r>
              <w:rPr>
                <w:color w:val="000000"/>
                <w:sz w:val="17"/>
              </w:rPr>
              <w:t>SLJ – kratko informacijsko poročilo; MAT – razvrščanje; LUM – opazovalna skica; ŠPO – terenska pot</w:t>
            </w:r>
          </w:p>
        </w:tc>
      </w:tr>
      <w:tr w:rsidR="00302D64" w14:paraId="0911D26F" w14:textId="77777777">
        <w:trPr>
          <w:cantSplit/>
          <w:jc w:val="center"/>
        </w:trPr>
        <w:tc>
          <w:tcPr>
            <w:tcW w:w="14060" w:type="dxa"/>
            <w:gridSpan w:val="6"/>
            <w:tcMar>
              <w:top w:w="70" w:type="dxa"/>
              <w:left w:w="90" w:type="dxa"/>
              <w:bottom w:w="70" w:type="dxa"/>
              <w:right w:w="90" w:type="dxa"/>
            </w:tcMar>
            <w:vAlign w:val="center"/>
          </w:tcPr>
          <w:p w14:paraId="52E3B157" w14:textId="77777777" w:rsidR="00302D64" w:rsidRDefault="00302D64"/>
          <w:p w14:paraId="04173325" w14:textId="77777777" w:rsidR="00302D64" w:rsidRDefault="00000000">
            <w:pPr>
              <w:spacing w:line="245" w:lineRule="auto"/>
            </w:pPr>
            <w:r>
              <w:rPr>
                <w:b/>
                <w:color w:val="000000"/>
                <w:sz w:val="17"/>
              </w:rPr>
              <w:t xml:space="preserve">UČNA SREDSTVA IN PRIPOMOČKI: </w:t>
            </w:r>
            <w:r>
              <w:rPr>
                <w:color w:val="000000"/>
                <w:sz w:val="17"/>
              </w:rPr>
              <w:t>Živalske novice, opazovalni okvirji, podloge, povečevalna stekla, fotografije organizmov in okolij, povezovalne kartice, rubrika za predstavitev</w:t>
            </w:r>
          </w:p>
        </w:tc>
      </w:tr>
      <w:tr w:rsidR="00302D64" w14:paraId="319F030E" w14:textId="77777777">
        <w:trPr>
          <w:cantSplit/>
          <w:jc w:val="center"/>
        </w:trPr>
        <w:tc>
          <w:tcPr>
            <w:tcW w:w="14060" w:type="dxa"/>
            <w:gridSpan w:val="6"/>
            <w:tcMar>
              <w:top w:w="70" w:type="dxa"/>
              <w:left w:w="90" w:type="dxa"/>
              <w:bottom w:w="70" w:type="dxa"/>
              <w:right w:w="90" w:type="dxa"/>
            </w:tcMar>
            <w:vAlign w:val="center"/>
          </w:tcPr>
          <w:p w14:paraId="0BC2A473" w14:textId="77777777" w:rsidR="00302D64" w:rsidRDefault="00302D64"/>
          <w:p w14:paraId="452B8520"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0FEA5FD" w14:textId="77777777">
        <w:trPr>
          <w:cantSplit/>
          <w:jc w:val="center"/>
        </w:trPr>
        <w:tc>
          <w:tcPr>
            <w:tcW w:w="14060" w:type="dxa"/>
            <w:gridSpan w:val="6"/>
            <w:tcMar>
              <w:top w:w="70" w:type="dxa"/>
              <w:left w:w="90" w:type="dxa"/>
              <w:bottom w:w="70" w:type="dxa"/>
              <w:right w:w="90" w:type="dxa"/>
            </w:tcMar>
            <w:vAlign w:val="center"/>
          </w:tcPr>
          <w:p w14:paraId="3C44EF2D" w14:textId="77777777" w:rsidR="00302D64" w:rsidRDefault="00302D64"/>
          <w:p w14:paraId="3B9868F0" w14:textId="77777777" w:rsidR="00302D64" w:rsidRDefault="00000000">
            <w:pPr>
              <w:spacing w:line="245" w:lineRule="auto"/>
            </w:pPr>
            <w:r>
              <w:rPr>
                <w:b/>
                <w:color w:val="000000"/>
                <w:sz w:val="16"/>
              </w:rPr>
              <w:t xml:space="preserve">OCENJEVANJE / DAN DEJAVNOSTI: </w:t>
            </w:r>
            <w:r>
              <w:rPr>
                <w:color w:val="000000"/>
                <w:sz w:val="16"/>
              </w:rPr>
              <w:t>OCENJEVANJE 4: terensko ali razredno raziskovanje z razvrstitvijo in predstavitvijo dokazov</w:t>
            </w:r>
          </w:p>
        </w:tc>
      </w:tr>
      <w:tr w:rsidR="00302D64" w14:paraId="520AE3D1" w14:textId="77777777">
        <w:trPr>
          <w:cantSplit/>
          <w:jc w:val="center"/>
        </w:trPr>
        <w:tc>
          <w:tcPr>
            <w:tcW w:w="14060" w:type="dxa"/>
            <w:gridSpan w:val="6"/>
            <w:tcMar>
              <w:top w:w="70" w:type="dxa"/>
              <w:left w:w="90" w:type="dxa"/>
              <w:bottom w:w="70" w:type="dxa"/>
              <w:right w:w="90" w:type="dxa"/>
            </w:tcMar>
            <w:vAlign w:val="center"/>
          </w:tcPr>
          <w:p w14:paraId="2432BCD8" w14:textId="77777777" w:rsidR="00302D64" w:rsidRDefault="00302D64"/>
          <w:p w14:paraId="49836D74" w14:textId="77777777" w:rsidR="00302D64" w:rsidRDefault="00000000">
            <w:pPr>
              <w:spacing w:line="245" w:lineRule="auto"/>
            </w:pPr>
            <w:r>
              <w:rPr>
                <w:b/>
                <w:color w:val="000000"/>
                <w:sz w:val="16"/>
              </w:rPr>
              <w:t xml:space="preserve">VARNOST: </w:t>
            </w:r>
            <w:r>
              <w:rPr>
                <w:color w:val="000000"/>
                <w:sz w:val="16"/>
              </w:rPr>
              <w:t>Opazovanje je neinvazivno; živali in rastlin se ne lovi ali trga, neznanih organizmov se ne dotika.</w:t>
            </w:r>
          </w:p>
        </w:tc>
      </w:tr>
    </w:tbl>
    <w:p w14:paraId="06D2994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C23BFA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84DFB4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AE84A7" w14:textId="77777777" w:rsidR="00302D64" w:rsidRDefault="00000000">
            <w:pPr>
              <w:jc w:val="center"/>
            </w:pPr>
            <w:r>
              <w:rPr>
                <w:b/>
                <w:color w:val="000000"/>
                <w:sz w:val="20"/>
              </w:rPr>
              <w:t>UČNE DEJAVNOSTI, METODE IN FORMATIVNO SPREMLJANJE</w:t>
            </w:r>
          </w:p>
        </w:tc>
      </w:tr>
      <w:tr w:rsidR="00302D64" w14:paraId="72AB3A3F" w14:textId="77777777">
        <w:trPr>
          <w:tblHeader/>
          <w:jc w:val="center"/>
        </w:trPr>
        <w:tc>
          <w:tcPr>
            <w:tcW w:w="4422" w:type="dxa"/>
            <w:vMerge/>
            <w:tcMar>
              <w:top w:w="70" w:type="dxa"/>
              <w:left w:w="90" w:type="dxa"/>
              <w:bottom w:w="70" w:type="dxa"/>
              <w:right w:w="90" w:type="dxa"/>
            </w:tcMar>
            <w:vAlign w:val="center"/>
          </w:tcPr>
          <w:p w14:paraId="427D34DA" w14:textId="77777777" w:rsidR="00302D64" w:rsidRDefault="00302D64"/>
        </w:tc>
        <w:tc>
          <w:tcPr>
            <w:tcW w:w="7087" w:type="dxa"/>
            <w:shd w:val="clear" w:color="auto" w:fill="FFFFFF"/>
            <w:tcMar>
              <w:top w:w="70" w:type="dxa"/>
              <w:left w:w="90" w:type="dxa"/>
              <w:bottom w:w="70" w:type="dxa"/>
              <w:right w:w="90" w:type="dxa"/>
            </w:tcMar>
            <w:vAlign w:val="center"/>
          </w:tcPr>
          <w:p w14:paraId="5861635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B2CD9C6" w14:textId="77777777" w:rsidR="00302D64" w:rsidRDefault="00000000">
            <w:pPr>
              <w:jc w:val="center"/>
            </w:pPr>
            <w:r>
              <w:rPr>
                <w:b/>
                <w:color w:val="000000"/>
              </w:rPr>
              <w:t>UČENEC</w:t>
            </w:r>
          </w:p>
        </w:tc>
      </w:tr>
      <w:tr w:rsidR="00302D64" w14:paraId="2495EC44" w14:textId="77777777">
        <w:trPr>
          <w:jc w:val="center"/>
        </w:trPr>
        <w:tc>
          <w:tcPr>
            <w:tcW w:w="4422" w:type="dxa"/>
            <w:tcMar>
              <w:top w:w="70" w:type="dxa"/>
              <w:left w:w="90" w:type="dxa"/>
              <w:bottom w:w="70" w:type="dxa"/>
              <w:right w:w="90" w:type="dxa"/>
            </w:tcMar>
          </w:tcPr>
          <w:p w14:paraId="2DE6815E" w14:textId="77777777" w:rsidR="00302D64" w:rsidRDefault="00302D64"/>
          <w:p w14:paraId="7EFDBE00" w14:textId="77777777" w:rsidR="00302D64" w:rsidRDefault="00000000">
            <w:pPr>
              <w:spacing w:after="60" w:line="245" w:lineRule="auto"/>
            </w:pPr>
            <w:r>
              <w:rPr>
                <w:b/>
                <w:color w:val="000000"/>
              </w:rPr>
              <w:t>UČNI CILJI</w:t>
            </w:r>
          </w:p>
          <w:p w14:paraId="676EF172" w14:textId="77777777" w:rsidR="00302D64" w:rsidRDefault="00000000">
            <w:pPr>
              <w:spacing w:after="20" w:line="245" w:lineRule="auto"/>
            </w:pPr>
            <w:r>
              <w:rPr>
                <w:b/>
                <w:color w:val="000000"/>
                <w:sz w:val="17"/>
              </w:rPr>
              <w:t>SPLOŠNI</w:t>
            </w:r>
          </w:p>
          <w:p w14:paraId="26318E8A" w14:textId="77777777" w:rsidR="00302D64" w:rsidRDefault="00000000">
            <w:pPr>
              <w:pStyle w:val="Oznaenseznam"/>
              <w:spacing w:after="16"/>
            </w:pPr>
            <w:r>
              <w:rPr>
                <w:color w:val="000000"/>
                <w:sz w:val="16"/>
              </w:rPr>
              <w:t>razvija radovednost ter sistematično opazuje, primerja, razvršča in sporoča ugotovitve</w:t>
            </w:r>
          </w:p>
          <w:p w14:paraId="5635FBBB" w14:textId="77777777" w:rsidR="00302D64" w:rsidRDefault="00000000">
            <w:pPr>
              <w:pStyle w:val="Oznaenseznam"/>
              <w:spacing w:after="16"/>
            </w:pPr>
            <w:r>
              <w:rPr>
                <w:color w:val="000000"/>
                <w:sz w:val="16"/>
              </w:rPr>
              <w:t>sodeluje, posluša druge in svoja opažanja izraža na razvojno primeren način</w:t>
            </w:r>
          </w:p>
          <w:p w14:paraId="7007063A" w14:textId="77777777" w:rsidR="00302D64" w:rsidRDefault="00000000">
            <w:pPr>
              <w:pStyle w:val="Oznaenseznam"/>
              <w:spacing w:after="16"/>
            </w:pPr>
            <w:r>
              <w:rPr>
                <w:color w:val="000000"/>
                <w:sz w:val="16"/>
              </w:rPr>
              <w:t>ravna varno, odgovorno in skrbno do sebe, drugih ter okolja</w:t>
            </w:r>
          </w:p>
          <w:p w14:paraId="5886E258" w14:textId="77777777" w:rsidR="00302D64" w:rsidRDefault="00000000">
            <w:pPr>
              <w:pStyle w:val="Oznaenseznam"/>
              <w:spacing w:after="16"/>
            </w:pPr>
            <w:r>
              <w:rPr>
                <w:color w:val="000000"/>
                <w:sz w:val="16"/>
              </w:rPr>
              <w:t>ob kriterijih spremlja svoje učenje in sprejema opisno povratno informacijo</w:t>
            </w:r>
          </w:p>
          <w:p w14:paraId="49A62CCD" w14:textId="77777777" w:rsidR="00302D64" w:rsidRDefault="00000000">
            <w:pPr>
              <w:spacing w:before="40" w:after="20" w:line="245" w:lineRule="auto"/>
            </w:pPr>
            <w:r>
              <w:rPr>
                <w:b/>
                <w:color w:val="000000"/>
                <w:sz w:val="17"/>
              </w:rPr>
              <w:t>OPERATIVNI</w:t>
            </w:r>
          </w:p>
          <w:p w14:paraId="07117E5B" w14:textId="77777777" w:rsidR="00302D64" w:rsidRDefault="00000000">
            <w:pPr>
              <w:pStyle w:val="Oznaenseznam"/>
              <w:spacing w:after="16"/>
            </w:pPr>
            <w:r>
              <w:rPr>
                <w:color w:val="000000"/>
                <w:sz w:val="16"/>
              </w:rPr>
              <w:t>poveže organizem z življenjskim okoljem</w:t>
            </w:r>
          </w:p>
          <w:p w14:paraId="45292048" w14:textId="77777777" w:rsidR="00302D64" w:rsidRDefault="00000000">
            <w:pPr>
              <w:pStyle w:val="Oznaenseznam"/>
              <w:spacing w:after="16"/>
            </w:pPr>
            <w:r>
              <w:rPr>
                <w:color w:val="000000"/>
                <w:sz w:val="16"/>
              </w:rPr>
              <w:t>prepozna vpliv človeka</w:t>
            </w:r>
          </w:p>
          <w:p w14:paraId="55C83EF9" w14:textId="77777777" w:rsidR="00302D64" w:rsidRDefault="00000000">
            <w:pPr>
              <w:pStyle w:val="Oznaenseznam"/>
              <w:spacing w:after="16"/>
            </w:pPr>
            <w:r>
              <w:rPr>
                <w:color w:val="000000"/>
                <w:sz w:val="16"/>
              </w:rPr>
              <w:t>predlaga skrbno ravnanje</w:t>
            </w:r>
          </w:p>
          <w:p w14:paraId="7E24C7F8" w14:textId="77777777" w:rsidR="00302D64" w:rsidRDefault="00000000">
            <w:pPr>
              <w:spacing w:before="40" w:after="20" w:line="245" w:lineRule="auto"/>
            </w:pPr>
            <w:r>
              <w:rPr>
                <w:b/>
                <w:color w:val="000000"/>
                <w:sz w:val="17"/>
              </w:rPr>
              <w:t>PRIČAKOVANI DOSEŽKI / STANDARDI</w:t>
            </w:r>
          </w:p>
          <w:p w14:paraId="64187C6A" w14:textId="77777777" w:rsidR="00302D64" w:rsidRDefault="00000000">
            <w:pPr>
              <w:pStyle w:val="Oznaenseznam"/>
              <w:spacing w:after="16"/>
            </w:pPr>
            <w:r>
              <w:rPr>
                <w:color w:val="000000"/>
                <w:sz w:val="16"/>
              </w:rPr>
              <w:t>ob konkretni ali slikovni opori poveže organizem z življenjskim okoljem</w:t>
            </w:r>
          </w:p>
          <w:p w14:paraId="1A69CA26" w14:textId="77777777" w:rsidR="00302D64" w:rsidRDefault="00000000">
            <w:pPr>
              <w:pStyle w:val="Oznaenseznam"/>
              <w:spacing w:after="16"/>
            </w:pPr>
            <w:r>
              <w:rPr>
                <w:color w:val="000000"/>
                <w:sz w:val="16"/>
              </w:rPr>
              <w:t>ob konkretni ali slikovni opori prepozna vpliv človeka</w:t>
            </w:r>
          </w:p>
          <w:p w14:paraId="677CCCE6" w14:textId="77777777" w:rsidR="00302D64" w:rsidRDefault="00000000">
            <w:pPr>
              <w:pStyle w:val="Oznaenseznam"/>
              <w:spacing w:after="16"/>
            </w:pPr>
            <w:r>
              <w:rPr>
                <w:color w:val="000000"/>
                <w:sz w:val="16"/>
              </w:rPr>
              <w:t>ob konkretni ali slikovni opori predlaga skrbno ravnanje</w:t>
            </w:r>
          </w:p>
        </w:tc>
        <w:tc>
          <w:tcPr>
            <w:tcW w:w="7087" w:type="dxa"/>
            <w:tcMar>
              <w:top w:w="70" w:type="dxa"/>
              <w:left w:w="90" w:type="dxa"/>
              <w:bottom w:w="70" w:type="dxa"/>
              <w:right w:w="90" w:type="dxa"/>
            </w:tcMar>
          </w:tcPr>
          <w:p w14:paraId="39CD7D21"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6F00DF36" w14:textId="77777777">
              <w:trPr>
                <w:jc w:val="center"/>
              </w:trPr>
              <w:tc>
                <w:tcPr>
                  <w:tcW w:w="7087" w:type="dxa"/>
                  <w:shd w:val="clear" w:color="auto" w:fill="C6E7F3"/>
                  <w:tcMar>
                    <w:top w:w="45" w:type="dxa"/>
                    <w:left w:w="70" w:type="dxa"/>
                    <w:bottom w:w="45" w:type="dxa"/>
                    <w:right w:w="70" w:type="dxa"/>
                  </w:tcMar>
                </w:tcPr>
                <w:p w14:paraId="1B463235" w14:textId="77777777" w:rsidR="00302D64" w:rsidRDefault="00000000">
                  <w:pPr>
                    <w:keepNext/>
                  </w:pPr>
                  <w:r>
                    <w:rPr>
                      <w:b/>
                      <w:color w:val="000000"/>
                    </w:rPr>
                    <w:t>UVODNI DEL – motivacija, aktivacija predznanja in namen učenja (15–20 min)</w:t>
                  </w:r>
                </w:p>
              </w:tc>
            </w:tr>
          </w:tbl>
          <w:p w14:paraId="0F801128" w14:textId="77777777" w:rsidR="00302D64" w:rsidRDefault="00302D64">
            <w:pPr>
              <w:spacing w:line="20" w:lineRule="exact"/>
            </w:pPr>
          </w:p>
          <w:p w14:paraId="3F1EECCB" w14:textId="77777777" w:rsidR="00302D64" w:rsidRDefault="00000000">
            <w:pPr>
              <w:spacing w:before="40" w:after="60" w:line="245" w:lineRule="auto"/>
            </w:pPr>
            <w:r>
              <w:rPr>
                <w:color w:val="000000"/>
                <w:sz w:val="17"/>
              </w:rPr>
              <w:t>Živalske novice potrebujejo raziskovalce. Vsaka skupina dobi organizem ali življenjsko okolje in mora zbrati resnične dokaze, ne le ugibanj.</w:t>
            </w:r>
          </w:p>
          <w:tbl>
            <w:tblPr>
              <w:tblStyle w:val="Tabelamrea"/>
              <w:tblW w:w="0" w:type="auto"/>
              <w:jc w:val="center"/>
              <w:tblLayout w:type="fixed"/>
              <w:tblLook w:val="04A0" w:firstRow="1" w:lastRow="0" w:firstColumn="1" w:lastColumn="0" w:noHBand="0" w:noVBand="1"/>
            </w:tblPr>
            <w:tblGrid>
              <w:gridCol w:w="7087"/>
            </w:tblGrid>
            <w:tr w:rsidR="00302D64" w14:paraId="5ED03B53" w14:textId="77777777">
              <w:trPr>
                <w:jc w:val="center"/>
              </w:trPr>
              <w:tc>
                <w:tcPr>
                  <w:tcW w:w="7087" w:type="dxa"/>
                  <w:shd w:val="clear" w:color="auto" w:fill="EDC9EA"/>
                  <w:tcMar>
                    <w:top w:w="45" w:type="dxa"/>
                    <w:left w:w="70" w:type="dxa"/>
                    <w:bottom w:w="45" w:type="dxa"/>
                    <w:right w:w="70" w:type="dxa"/>
                  </w:tcMar>
                </w:tcPr>
                <w:p w14:paraId="206F099B" w14:textId="77777777" w:rsidR="00302D64" w:rsidRDefault="00000000">
                  <w:pPr>
                    <w:keepNext/>
                  </w:pPr>
                  <w:r>
                    <w:rPr>
                      <w:b/>
                      <w:color w:val="000000"/>
                    </w:rPr>
                    <w:t>NAMENI UČENJA</w:t>
                  </w:r>
                </w:p>
              </w:tc>
            </w:tr>
          </w:tbl>
          <w:p w14:paraId="7580CBF2" w14:textId="77777777" w:rsidR="00302D64" w:rsidRDefault="00302D64">
            <w:pPr>
              <w:spacing w:line="20" w:lineRule="exact"/>
            </w:pPr>
          </w:p>
          <w:p w14:paraId="691CF939" w14:textId="77777777" w:rsidR="00302D64" w:rsidRDefault="00000000">
            <w:pPr>
              <w:spacing w:before="20" w:after="20" w:line="245" w:lineRule="auto"/>
            </w:pPr>
            <w:r>
              <w:rPr>
                <w:color w:val="000000"/>
                <w:sz w:val="16"/>
              </w:rPr>
              <w:t>Učimo se zato, da bomo lažje razumeli in odgovorno uporabili znanje v vsakdanjih situacijah.</w:t>
            </w:r>
          </w:p>
          <w:p w14:paraId="1791F8B8" w14:textId="77777777" w:rsidR="00302D64" w:rsidRDefault="00000000">
            <w:pPr>
              <w:pStyle w:val="Oznaenseznam"/>
              <w:spacing w:after="16"/>
            </w:pPr>
            <w:r>
              <w:rPr>
                <w:color w:val="000000"/>
                <w:sz w:val="16"/>
              </w:rPr>
              <w:t>povežem organizem z življenjskim okoljem</w:t>
            </w:r>
          </w:p>
          <w:p w14:paraId="55FF6BBB" w14:textId="77777777" w:rsidR="00302D64" w:rsidRDefault="00000000">
            <w:pPr>
              <w:pStyle w:val="Oznaenseznam"/>
              <w:spacing w:after="16"/>
            </w:pPr>
            <w:r>
              <w:rPr>
                <w:color w:val="000000"/>
                <w:sz w:val="16"/>
              </w:rPr>
              <w:t>prepoznam vpliv človeka</w:t>
            </w:r>
          </w:p>
          <w:p w14:paraId="42D4CA50" w14:textId="77777777" w:rsidR="00302D64" w:rsidRDefault="00000000">
            <w:pPr>
              <w:pStyle w:val="Oznaenseznam"/>
              <w:spacing w:after="16"/>
            </w:pPr>
            <w:r>
              <w:rPr>
                <w:color w:val="000000"/>
                <w:sz w:val="16"/>
              </w:rPr>
              <w:t>predlagam skrbno ravnanje</w:t>
            </w:r>
          </w:p>
          <w:tbl>
            <w:tblPr>
              <w:tblStyle w:val="Tabelamrea"/>
              <w:tblW w:w="0" w:type="auto"/>
              <w:jc w:val="center"/>
              <w:tblLayout w:type="fixed"/>
              <w:tblLook w:val="04A0" w:firstRow="1" w:lastRow="0" w:firstColumn="1" w:lastColumn="0" w:noHBand="0" w:noVBand="1"/>
            </w:tblPr>
            <w:tblGrid>
              <w:gridCol w:w="7087"/>
            </w:tblGrid>
            <w:tr w:rsidR="00302D64" w14:paraId="69CC377F" w14:textId="77777777">
              <w:trPr>
                <w:jc w:val="center"/>
              </w:trPr>
              <w:tc>
                <w:tcPr>
                  <w:tcW w:w="7087" w:type="dxa"/>
                  <w:shd w:val="clear" w:color="auto" w:fill="EDC9EA"/>
                  <w:tcMar>
                    <w:top w:w="45" w:type="dxa"/>
                    <w:left w:w="70" w:type="dxa"/>
                    <w:bottom w:w="45" w:type="dxa"/>
                    <w:right w:w="70" w:type="dxa"/>
                  </w:tcMar>
                </w:tcPr>
                <w:p w14:paraId="78622FAF" w14:textId="77777777" w:rsidR="00302D64" w:rsidRDefault="00000000">
                  <w:pPr>
                    <w:keepNext/>
                  </w:pPr>
                  <w:r>
                    <w:rPr>
                      <w:b/>
                      <w:color w:val="000000"/>
                    </w:rPr>
                    <w:t>PREVERJANJE PREDZNANJA</w:t>
                  </w:r>
                </w:p>
              </w:tc>
            </w:tr>
          </w:tbl>
          <w:p w14:paraId="5A79E4C4" w14:textId="77777777" w:rsidR="00302D64" w:rsidRDefault="00302D64">
            <w:pPr>
              <w:spacing w:line="20" w:lineRule="exact"/>
            </w:pPr>
          </w:p>
          <w:p w14:paraId="114A270C" w14:textId="77777777" w:rsidR="00302D64" w:rsidRDefault="00000000">
            <w:pPr>
              <w:pStyle w:val="Oznaenseznam"/>
              <w:spacing w:after="16"/>
            </w:pPr>
            <w:r>
              <w:rPr>
                <w:color w:val="000000"/>
                <w:sz w:val="16"/>
              </w:rPr>
              <w:t>Kako živo bitje povežem z okoljem in njegovimi potrebami?</w:t>
            </w:r>
          </w:p>
          <w:p w14:paraId="64C8A3CA" w14:textId="77777777" w:rsidR="00302D64" w:rsidRDefault="00000000">
            <w:pPr>
              <w:pStyle w:val="Oznaenseznam"/>
              <w:spacing w:after="16"/>
            </w:pPr>
            <w:r>
              <w:rPr>
                <w:color w:val="000000"/>
                <w:sz w:val="16"/>
              </w:rPr>
              <w:t>Kako človek okolju pomaga ali škoduje?</w:t>
            </w:r>
          </w:p>
          <w:p w14:paraId="00407193"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33EC4EB9" w14:textId="77777777">
              <w:trPr>
                <w:jc w:val="center"/>
              </w:trPr>
              <w:tc>
                <w:tcPr>
                  <w:tcW w:w="7087" w:type="dxa"/>
                  <w:shd w:val="clear" w:color="auto" w:fill="EDC9EA"/>
                  <w:tcMar>
                    <w:top w:w="45" w:type="dxa"/>
                    <w:left w:w="70" w:type="dxa"/>
                    <w:bottom w:w="45" w:type="dxa"/>
                    <w:right w:w="70" w:type="dxa"/>
                  </w:tcMar>
                </w:tcPr>
                <w:p w14:paraId="4351CB2D" w14:textId="77777777" w:rsidR="00302D64" w:rsidRDefault="00000000">
                  <w:pPr>
                    <w:keepNext/>
                  </w:pPr>
                  <w:r>
                    <w:rPr>
                      <w:b/>
                      <w:color w:val="000000"/>
                    </w:rPr>
                    <w:t>KRITERIJI USPEŠNOSTI</w:t>
                  </w:r>
                </w:p>
              </w:tc>
            </w:tr>
          </w:tbl>
          <w:p w14:paraId="0B94DB1D" w14:textId="77777777" w:rsidR="00302D64" w:rsidRDefault="00302D64"/>
          <w:p w14:paraId="68A69B15" w14:textId="77777777" w:rsidR="00302D64" w:rsidRDefault="00000000">
            <w:pPr>
              <w:spacing w:before="20" w:after="20" w:line="245" w:lineRule="auto"/>
            </w:pPr>
            <w:r>
              <w:rPr>
                <w:b/>
                <w:color w:val="000000"/>
                <w:sz w:val="16"/>
              </w:rPr>
              <w:t>Uspešen/-na bom, ko:</w:t>
            </w:r>
          </w:p>
          <w:p w14:paraId="5A9873A2" w14:textId="77777777" w:rsidR="00302D64" w:rsidRDefault="00000000">
            <w:pPr>
              <w:pStyle w:val="Oznaenseznam"/>
              <w:spacing w:after="16"/>
            </w:pPr>
            <w:r>
              <w:rPr>
                <w:color w:val="000000"/>
                <w:sz w:val="16"/>
              </w:rPr>
              <w:t>povežem organizem z življenjskim okoljem</w:t>
            </w:r>
          </w:p>
          <w:p w14:paraId="2598E31F" w14:textId="77777777" w:rsidR="00302D64" w:rsidRDefault="00000000">
            <w:pPr>
              <w:pStyle w:val="Oznaenseznam"/>
              <w:spacing w:after="16"/>
            </w:pPr>
            <w:r>
              <w:rPr>
                <w:color w:val="000000"/>
                <w:sz w:val="16"/>
              </w:rPr>
              <w:t>prepoznam vpliv človeka</w:t>
            </w:r>
          </w:p>
          <w:p w14:paraId="754DEADC" w14:textId="77777777" w:rsidR="00302D64" w:rsidRDefault="00000000">
            <w:pPr>
              <w:pStyle w:val="Oznaenseznam"/>
              <w:spacing w:after="16"/>
            </w:pPr>
            <w:r>
              <w:rPr>
                <w:color w:val="000000"/>
                <w:sz w:val="16"/>
              </w:rPr>
              <w:t>predlagam skrbno ravnanje</w:t>
            </w:r>
          </w:p>
          <w:p w14:paraId="4937E884"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00DFEDB1" w14:textId="77777777" w:rsidR="00302D64" w:rsidRDefault="00302D64"/>
          <w:p w14:paraId="29AE5BB2" w14:textId="77777777" w:rsidR="00302D64" w:rsidRDefault="00000000">
            <w:pPr>
              <w:spacing w:after="80" w:line="245" w:lineRule="auto"/>
            </w:pPr>
            <w:r>
              <w:rPr>
                <w:color w:val="000000"/>
                <w:sz w:val="16"/>
              </w:rPr>
              <w:t>Posluša ali opazuje književno oziroma predmetno izhodišče ter se vključi z gibom, sliko ali besedo.</w:t>
            </w:r>
          </w:p>
          <w:p w14:paraId="21007E94" w14:textId="77777777" w:rsidR="00302D64" w:rsidRDefault="00000000">
            <w:pPr>
              <w:spacing w:after="80" w:line="245" w:lineRule="auto"/>
            </w:pPr>
            <w:r>
              <w:rPr>
                <w:color w:val="000000"/>
                <w:sz w:val="16"/>
              </w:rPr>
              <w:t>Pove, pokaže ali nariše, kaj že ve. Posluša zamisli drugih.</w:t>
            </w:r>
          </w:p>
          <w:p w14:paraId="2B04BA9D" w14:textId="77777777" w:rsidR="00302D64" w:rsidRDefault="00000000">
            <w:pPr>
              <w:spacing w:after="100" w:line="245" w:lineRule="auto"/>
            </w:pPr>
            <w:r>
              <w:rPr>
                <w:color w:val="000000"/>
                <w:sz w:val="16"/>
              </w:rPr>
              <w:t>Sodeluje pri razumevanju namenov in kriterijev uspešnosti.</w:t>
            </w:r>
          </w:p>
          <w:p w14:paraId="6F77D5C3" w14:textId="77777777" w:rsidR="00302D64" w:rsidRDefault="00000000">
            <w:pPr>
              <w:spacing w:after="20" w:line="245" w:lineRule="auto"/>
            </w:pPr>
            <w:r>
              <w:rPr>
                <w:b/>
                <w:color w:val="D95BC6"/>
                <w:sz w:val="17"/>
              </w:rPr>
              <w:t>DOKAZ O UČENJU</w:t>
            </w:r>
          </w:p>
          <w:p w14:paraId="63508F4A" w14:textId="77777777" w:rsidR="00302D64" w:rsidRDefault="00000000">
            <w:pPr>
              <w:spacing w:after="30" w:line="245" w:lineRule="auto"/>
            </w:pPr>
            <w:r>
              <w:rPr>
                <w:color w:val="D95BC6"/>
                <w:sz w:val="16"/>
              </w:rPr>
              <w:t>začetna zamisel, razvrstitev, risba ali ustni odgovor</w:t>
            </w:r>
          </w:p>
        </w:tc>
      </w:tr>
    </w:tbl>
    <w:p w14:paraId="2695B32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C928FC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80615A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C79ED53" w14:textId="77777777" w:rsidR="00302D64" w:rsidRDefault="00000000">
            <w:pPr>
              <w:jc w:val="center"/>
            </w:pPr>
            <w:r>
              <w:rPr>
                <w:b/>
                <w:color w:val="000000"/>
                <w:sz w:val="20"/>
              </w:rPr>
              <w:t>UČNE DEJAVNOSTI, METODE IN FORMATIVNO SPREMLJANJE</w:t>
            </w:r>
          </w:p>
        </w:tc>
      </w:tr>
      <w:tr w:rsidR="00302D64" w14:paraId="45B522D1" w14:textId="77777777">
        <w:trPr>
          <w:tblHeader/>
          <w:jc w:val="center"/>
        </w:trPr>
        <w:tc>
          <w:tcPr>
            <w:tcW w:w="4422" w:type="dxa"/>
            <w:vMerge/>
            <w:tcMar>
              <w:top w:w="70" w:type="dxa"/>
              <w:left w:w="90" w:type="dxa"/>
              <w:bottom w:w="70" w:type="dxa"/>
              <w:right w:w="90" w:type="dxa"/>
            </w:tcMar>
            <w:vAlign w:val="center"/>
          </w:tcPr>
          <w:p w14:paraId="4DA36EAF" w14:textId="77777777" w:rsidR="00302D64" w:rsidRDefault="00302D64"/>
        </w:tc>
        <w:tc>
          <w:tcPr>
            <w:tcW w:w="7087" w:type="dxa"/>
            <w:shd w:val="clear" w:color="auto" w:fill="FFFFFF"/>
            <w:tcMar>
              <w:top w:w="70" w:type="dxa"/>
              <w:left w:w="90" w:type="dxa"/>
              <w:bottom w:w="70" w:type="dxa"/>
              <w:right w:w="90" w:type="dxa"/>
            </w:tcMar>
            <w:vAlign w:val="center"/>
          </w:tcPr>
          <w:p w14:paraId="11DA06D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4463D93" w14:textId="77777777" w:rsidR="00302D64" w:rsidRDefault="00000000">
            <w:pPr>
              <w:jc w:val="center"/>
            </w:pPr>
            <w:r>
              <w:rPr>
                <w:b/>
                <w:color w:val="000000"/>
              </w:rPr>
              <w:t>UČENEC</w:t>
            </w:r>
          </w:p>
        </w:tc>
      </w:tr>
      <w:tr w:rsidR="00302D64" w14:paraId="3DDFB6B9" w14:textId="77777777">
        <w:trPr>
          <w:jc w:val="center"/>
        </w:trPr>
        <w:tc>
          <w:tcPr>
            <w:tcW w:w="4422" w:type="dxa"/>
            <w:tcMar>
              <w:top w:w="70" w:type="dxa"/>
              <w:left w:w="90" w:type="dxa"/>
              <w:bottom w:w="70" w:type="dxa"/>
              <w:right w:w="90" w:type="dxa"/>
            </w:tcMar>
          </w:tcPr>
          <w:p w14:paraId="510593DA" w14:textId="77777777" w:rsidR="00302D64" w:rsidRDefault="00302D64"/>
          <w:p w14:paraId="5E05E98F" w14:textId="77777777" w:rsidR="00302D64" w:rsidRDefault="00000000">
            <w:pPr>
              <w:spacing w:after="40" w:line="245" w:lineRule="auto"/>
            </w:pPr>
            <w:r>
              <w:rPr>
                <w:b/>
                <w:color w:val="000000"/>
              </w:rPr>
              <w:t>KLJUČNI POJMI</w:t>
            </w:r>
          </w:p>
          <w:p w14:paraId="23DE0B36" w14:textId="77777777" w:rsidR="00302D64" w:rsidRDefault="00000000">
            <w:pPr>
              <w:spacing w:after="80" w:line="245" w:lineRule="auto"/>
            </w:pPr>
            <w:r>
              <w:rPr>
                <w:color w:val="000000"/>
                <w:sz w:val="16"/>
              </w:rPr>
              <w:t>organizem, življenjsko okolje, potreba, prilagoditev, vpliv človeka, dokaz, razvrščanje, varovanje</w:t>
            </w:r>
          </w:p>
          <w:p w14:paraId="1860DE8D" w14:textId="77777777" w:rsidR="00302D64" w:rsidRDefault="00000000">
            <w:pPr>
              <w:spacing w:after="20" w:line="245" w:lineRule="auto"/>
            </w:pPr>
            <w:r>
              <w:rPr>
                <w:b/>
                <w:color w:val="000000"/>
              </w:rPr>
              <w:t>DOKAZI O UČENJU</w:t>
            </w:r>
          </w:p>
          <w:p w14:paraId="57468915" w14:textId="77777777" w:rsidR="00302D64" w:rsidRDefault="00000000">
            <w:pPr>
              <w:pStyle w:val="Oznaenseznam"/>
              <w:spacing w:after="16"/>
            </w:pPr>
            <w:r>
              <w:rPr>
                <w:color w:val="000000"/>
                <w:sz w:val="16"/>
              </w:rPr>
              <w:t>terenski dokaz z oznako okolja</w:t>
            </w:r>
          </w:p>
          <w:p w14:paraId="4805DDDE" w14:textId="77777777" w:rsidR="00302D64" w:rsidRDefault="00000000">
            <w:pPr>
              <w:pStyle w:val="Oznaenseznam"/>
              <w:spacing w:after="16"/>
            </w:pPr>
            <w:r>
              <w:rPr>
                <w:color w:val="000000"/>
                <w:sz w:val="16"/>
              </w:rPr>
              <w:t>razvrstitev in vzročna povezava</w:t>
            </w:r>
          </w:p>
          <w:p w14:paraId="241D756D" w14:textId="77777777" w:rsidR="00302D64" w:rsidRDefault="00000000">
            <w:pPr>
              <w:pStyle w:val="Oznaenseznam"/>
              <w:spacing w:after="16"/>
            </w:pPr>
            <w:r>
              <w:rPr>
                <w:color w:val="000000"/>
                <w:sz w:val="16"/>
              </w:rPr>
              <w:t>predstavitev dokazov in učiteljev zapis</w:t>
            </w:r>
          </w:p>
          <w:p w14:paraId="192EA008" w14:textId="77777777" w:rsidR="00302D64" w:rsidRDefault="00000000">
            <w:pPr>
              <w:spacing w:before="40" w:after="20" w:line="245" w:lineRule="auto"/>
            </w:pPr>
            <w:r>
              <w:rPr>
                <w:b/>
                <w:color w:val="000000"/>
              </w:rPr>
              <w:t>MEDPREDMETNA POVEZAVA</w:t>
            </w:r>
          </w:p>
          <w:p w14:paraId="2CBE06AF" w14:textId="77777777" w:rsidR="00302D64" w:rsidRDefault="00000000">
            <w:pPr>
              <w:spacing w:after="60" w:line="245" w:lineRule="auto"/>
            </w:pPr>
            <w:r>
              <w:rPr>
                <w:color w:val="000000"/>
                <w:sz w:val="16"/>
              </w:rPr>
              <w:t>SLJ – kratko informacijsko poročilo; MAT – razvrščanje; LUM – opazovalna skica; ŠPO – terenska pot</w:t>
            </w:r>
          </w:p>
          <w:p w14:paraId="11132EC2" w14:textId="77777777" w:rsidR="00302D64" w:rsidRDefault="00000000">
            <w:pPr>
              <w:spacing w:after="20" w:line="245" w:lineRule="auto"/>
            </w:pPr>
            <w:r>
              <w:rPr>
                <w:b/>
                <w:color w:val="000000"/>
              </w:rPr>
              <w:t>POUČEVANJE V GIBANJU</w:t>
            </w:r>
          </w:p>
          <w:p w14:paraId="27F59162"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2D72C54" w14:textId="77777777" w:rsidR="00302D64" w:rsidRDefault="00000000">
            <w:pPr>
              <w:spacing w:after="20" w:line="245" w:lineRule="auto"/>
            </w:pPr>
            <w:r>
              <w:rPr>
                <w:b/>
                <w:color w:val="000000"/>
              </w:rPr>
              <w:t>UČENJE PO ŠTIRIH POSTAJAH</w:t>
            </w:r>
          </w:p>
          <w:p w14:paraId="63CC502E"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302CE15C" w14:textId="77777777" w:rsidR="00302D64" w:rsidRDefault="00000000">
            <w:pPr>
              <w:spacing w:after="20" w:line="245" w:lineRule="auto"/>
            </w:pPr>
            <w:r>
              <w:rPr>
                <w:b/>
                <w:color w:val="000000"/>
              </w:rPr>
              <w:t>DIFERENCIACIJA IN VKLJUČEVANJE</w:t>
            </w:r>
          </w:p>
          <w:p w14:paraId="44CE486F" w14:textId="77777777" w:rsidR="00302D64" w:rsidRDefault="00000000">
            <w:pPr>
              <w:spacing w:after="60" w:line="245" w:lineRule="auto"/>
            </w:pPr>
            <w:r>
              <w:rPr>
                <w:color w:val="000000"/>
                <w:sz w:val="16"/>
              </w:rPr>
              <w:t>Dokaz je lahko fotografija, izbrana slika ali skica; predstavitev poteka individualno ali v paru; kriteriji ostanejo enaki.</w:t>
            </w:r>
          </w:p>
          <w:p w14:paraId="38BDA523" w14:textId="77777777" w:rsidR="00302D64" w:rsidRDefault="00000000">
            <w:pPr>
              <w:spacing w:after="20" w:line="245" w:lineRule="auto"/>
            </w:pPr>
            <w:r>
              <w:rPr>
                <w:b/>
                <w:color w:val="000000"/>
              </w:rPr>
              <w:t>SPREMLJANJE</w:t>
            </w:r>
          </w:p>
          <w:p w14:paraId="5E750F3F"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BD6D46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09F2AC9" w14:textId="77777777">
              <w:trPr>
                <w:jc w:val="center"/>
              </w:trPr>
              <w:tc>
                <w:tcPr>
                  <w:tcW w:w="7087" w:type="dxa"/>
                  <w:shd w:val="clear" w:color="auto" w:fill="C6E7F3"/>
                  <w:tcMar>
                    <w:top w:w="45" w:type="dxa"/>
                    <w:left w:w="70" w:type="dxa"/>
                    <w:bottom w:w="45" w:type="dxa"/>
                    <w:right w:w="70" w:type="dxa"/>
                  </w:tcMar>
                </w:tcPr>
                <w:p w14:paraId="0BA0530F" w14:textId="77777777" w:rsidR="00302D64" w:rsidRDefault="00000000">
                  <w:pPr>
                    <w:keepNext/>
                  </w:pPr>
                  <w:r>
                    <w:t>GLAVNI DEL – IZKUŠENJSKO IN POSTAJNO UČENJE (3 šolske ure)</w:t>
                  </w:r>
                </w:p>
              </w:tc>
            </w:tr>
          </w:tbl>
          <w:p w14:paraId="15392DAD" w14:textId="77777777" w:rsidR="00302D64" w:rsidRDefault="00302D64">
            <w:pPr>
              <w:spacing w:line="20" w:lineRule="exact"/>
            </w:pPr>
          </w:p>
          <w:p w14:paraId="4D99F25B" w14:textId="77777777" w:rsidR="00302D64" w:rsidRDefault="00000000">
            <w:pPr>
              <w:keepNext/>
              <w:spacing w:before="60" w:after="20" w:line="245" w:lineRule="auto"/>
            </w:pPr>
            <w:r>
              <w:rPr>
                <w:b/>
                <w:color w:val="000000"/>
              </w:rPr>
              <w:t>1. URA – Terenski ali razredni popis</w:t>
            </w:r>
          </w:p>
          <w:p w14:paraId="25F362DA" w14:textId="77777777" w:rsidR="00302D64" w:rsidRDefault="00000000">
            <w:pPr>
              <w:spacing w:after="20" w:line="245" w:lineRule="auto"/>
            </w:pPr>
            <w:r>
              <w:rPr>
                <w:b/>
                <w:color w:val="000000"/>
                <w:sz w:val="16"/>
              </w:rPr>
              <w:t xml:space="preserve">Dejavnost učiteljice: </w:t>
            </w:r>
            <w:r>
              <w:rPr>
                <w:color w:val="000000"/>
                <w:sz w:val="16"/>
              </w:rPr>
              <w:t>Določi varna opazovalna mesta oziroma zbirko fotografij in razdeli raziskovalne vloge.</w:t>
            </w:r>
          </w:p>
          <w:p w14:paraId="05241E37" w14:textId="77777777" w:rsidR="00302D64" w:rsidRDefault="00000000">
            <w:pPr>
              <w:spacing w:after="20" w:line="245" w:lineRule="auto"/>
            </w:pPr>
            <w:r>
              <w:rPr>
                <w:b/>
                <w:color w:val="000000"/>
                <w:sz w:val="16"/>
              </w:rPr>
              <w:t xml:space="preserve">Dejavnost učencev: </w:t>
            </w:r>
            <w:r>
              <w:rPr>
                <w:color w:val="000000"/>
                <w:sz w:val="16"/>
              </w:rPr>
              <w:t>Opazujejo, narišejo ali fotografirajo organizem/sled ter zabeležijo okolje in eno opazljivo značilnost.</w:t>
            </w:r>
          </w:p>
          <w:p w14:paraId="55A7CF5D" w14:textId="77777777" w:rsidR="00302D64" w:rsidRDefault="00000000">
            <w:pPr>
              <w:spacing w:after="40" w:line="245" w:lineRule="auto"/>
            </w:pPr>
            <w:r>
              <w:rPr>
                <w:i/>
                <w:color w:val="D95BC6"/>
                <w:sz w:val="16"/>
              </w:rPr>
              <w:t>Predvideni dokaz: terenski dokaz z oznako okolja.</w:t>
            </w:r>
          </w:p>
          <w:p w14:paraId="21CB0325" w14:textId="77777777" w:rsidR="00302D64" w:rsidRDefault="00000000">
            <w:pPr>
              <w:keepNext/>
              <w:spacing w:before="60" w:after="20" w:line="245" w:lineRule="auto"/>
            </w:pPr>
            <w:r>
              <w:rPr>
                <w:b/>
                <w:color w:val="000000"/>
              </w:rPr>
              <w:t>2. URA – Razvrstim in povežem</w:t>
            </w:r>
          </w:p>
          <w:p w14:paraId="04446C8D" w14:textId="77777777" w:rsidR="00302D64" w:rsidRDefault="00000000">
            <w:pPr>
              <w:spacing w:after="20" w:line="245" w:lineRule="auto"/>
            </w:pPr>
            <w:r>
              <w:rPr>
                <w:b/>
                <w:color w:val="000000"/>
                <w:sz w:val="16"/>
              </w:rPr>
              <w:t xml:space="preserve">Dejavnost učiteljice: </w:t>
            </w:r>
            <w:r>
              <w:rPr>
                <w:color w:val="000000"/>
                <w:sz w:val="16"/>
              </w:rPr>
              <w:t>Ponudi podlago organizem–okolje–potreba–vpliv človeka ter preverja utemeljevanje.</w:t>
            </w:r>
          </w:p>
          <w:p w14:paraId="500502FC" w14:textId="77777777" w:rsidR="00302D64" w:rsidRDefault="00000000">
            <w:pPr>
              <w:spacing w:after="20" w:line="245" w:lineRule="auto"/>
            </w:pPr>
            <w:r>
              <w:rPr>
                <w:b/>
                <w:color w:val="000000"/>
                <w:sz w:val="16"/>
              </w:rPr>
              <w:t xml:space="preserve">Dejavnost učencev: </w:t>
            </w:r>
            <w:r>
              <w:rPr>
                <w:color w:val="000000"/>
                <w:sz w:val="16"/>
              </w:rPr>
              <w:t>Dokaze razvrstijo, povežejo v smiselno verigo in izberejo primer pomoči ali škode.</w:t>
            </w:r>
          </w:p>
          <w:p w14:paraId="6B506C5D" w14:textId="77777777" w:rsidR="00302D64" w:rsidRDefault="00000000">
            <w:pPr>
              <w:spacing w:after="40" w:line="245" w:lineRule="auto"/>
            </w:pPr>
            <w:r>
              <w:rPr>
                <w:i/>
                <w:color w:val="D95BC6"/>
                <w:sz w:val="16"/>
              </w:rPr>
              <w:t>Predvideni dokaz: razvrstitev in vzročna povezava.</w:t>
            </w:r>
          </w:p>
          <w:p w14:paraId="075A1E6E" w14:textId="77777777" w:rsidR="00302D64" w:rsidRDefault="00000000">
            <w:pPr>
              <w:keepNext/>
              <w:spacing w:before="60" w:after="20" w:line="245" w:lineRule="auto"/>
            </w:pPr>
            <w:r>
              <w:rPr>
                <w:b/>
                <w:color w:val="000000"/>
              </w:rPr>
              <w:t>3. URA – Ocenjevalna predstavitev dokazov</w:t>
            </w:r>
          </w:p>
          <w:p w14:paraId="274E1224" w14:textId="77777777" w:rsidR="00302D64" w:rsidRDefault="00000000">
            <w:pPr>
              <w:spacing w:after="20" w:line="245" w:lineRule="auto"/>
            </w:pPr>
            <w:r>
              <w:rPr>
                <w:b/>
                <w:color w:val="000000"/>
                <w:sz w:val="16"/>
              </w:rPr>
              <w:t xml:space="preserve">Dejavnost učiteljice: </w:t>
            </w:r>
            <w:r>
              <w:rPr>
                <w:color w:val="000000"/>
                <w:sz w:val="16"/>
              </w:rPr>
              <w:t>Po vnaprej znanih kriterijih vodi kratke predstavitve in z opisnim zapisom beleži razumevanje.</w:t>
            </w:r>
          </w:p>
          <w:p w14:paraId="791AC10C" w14:textId="77777777" w:rsidR="00302D64" w:rsidRDefault="00000000">
            <w:pPr>
              <w:spacing w:after="20" w:line="245" w:lineRule="auto"/>
            </w:pPr>
            <w:r>
              <w:rPr>
                <w:b/>
                <w:color w:val="000000"/>
                <w:sz w:val="16"/>
              </w:rPr>
              <w:t xml:space="preserve">Dejavnost učencev: </w:t>
            </w:r>
            <w:r>
              <w:rPr>
                <w:color w:val="000000"/>
                <w:sz w:val="16"/>
              </w:rPr>
              <w:t>Predstavijo organizem, okolje, vpliv človeka in predlog skrbnega ravnanja; odgovorijo na eno vprašanje.</w:t>
            </w:r>
          </w:p>
          <w:p w14:paraId="126CDEA0" w14:textId="77777777" w:rsidR="00302D64" w:rsidRDefault="00000000">
            <w:pPr>
              <w:spacing w:after="40" w:line="245" w:lineRule="auto"/>
            </w:pPr>
            <w:r>
              <w:rPr>
                <w:i/>
                <w:color w:val="D95BC6"/>
                <w:sz w:val="16"/>
              </w:rPr>
              <w:t>Predvideni dokaz: predstavitev dokazov in učiteljev zapis.</w:t>
            </w:r>
          </w:p>
          <w:tbl>
            <w:tblPr>
              <w:tblStyle w:val="Tabelamrea"/>
              <w:tblW w:w="0" w:type="auto"/>
              <w:jc w:val="center"/>
              <w:tblLayout w:type="fixed"/>
              <w:tblLook w:val="04A0" w:firstRow="1" w:lastRow="0" w:firstColumn="1" w:lastColumn="0" w:noHBand="0" w:noVBand="1"/>
            </w:tblPr>
            <w:tblGrid>
              <w:gridCol w:w="7087"/>
            </w:tblGrid>
            <w:tr w:rsidR="00302D64" w14:paraId="6411BAC5" w14:textId="77777777">
              <w:trPr>
                <w:jc w:val="center"/>
              </w:trPr>
              <w:tc>
                <w:tcPr>
                  <w:tcW w:w="7087" w:type="dxa"/>
                  <w:shd w:val="clear" w:color="auto" w:fill="EDC9EA"/>
                  <w:tcMar>
                    <w:top w:w="45" w:type="dxa"/>
                    <w:left w:w="70" w:type="dxa"/>
                    <w:bottom w:w="45" w:type="dxa"/>
                    <w:right w:w="70" w:type="dxa"/>
                  </w:tcMar>
                </w:tcPr>
                <w:p w14:paraId="75A55DF0" w14:textId="77777777" w:rsidR="00302D64" w:rsidRDefault="00000000">
                  <w:pPr>
                    <w:keepNext/>
                  </w:pPr>
                  <w:r>
                    <w:rPr>
                      <w:b/>
                      <w:color w:val="000000"/>
                    </w:rPr>
                    <w:t>UČENJE PO ŠTIRIH POSTAJAH (6–8 min na postajo)</w:t>
                  </w:r>
                </w:p>
              </w:tc>
            </w:tr>
          </w:tbl>
          <w:p w14:paraId="1736F7B4"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32C96997" w14:textId="77777777" w:rsidR="00302D64" w:rsidRDefault="00000000">
            <w:pPr>
              <w:spacing w:after="20" w:line="245" w:lineRule="auto"/>
            </w:pPr>
            <w:r>
              <w:rPr>
                <w:b/>
                <w:color w:val="000000"/>
                <w:sz w:val="16"/>
              </w:rPr>
              <w:t xml:space="preserve">RAZISKOVALNA POSTAJA – Terenski ali razredni popis: </w:t>
            </w:r>
            <w:r>
              <w:rPr>
                <w:color w:val="000000"/>
                <w:sz w:val="16"/>
              </w:rPr>
              <w:t>Opazujejo, narišejo ali fotografirajo organizem/sled ter zabeležijo okolje in eno opazljivo značilnost.</w:t>
            </w:r>
          </w:p>
          <w:p w14:paraId="73E49E58" w14:textId="77777777" w:rsidR="00302D64" w:rsidRDefault="00000000">
            <w:pPr>
              <w:spacing w:after="20" w:line="245" w:lineRule="auto"/>
            </w:pPr>
            <w:r>
              <w:rPr>
                <w:b/>
                <w:color w:val="000000"/>
                <w:sz w:val="16"/>
              </w:rPr>
              <w:t xml:space="preserve">PRAKTIČNA POSTAJA – Razvrstim in povežem: </w:t>
            </w:r>
            <w:r>
              <w:rPr>
                <w:color w:val="000000"/>
                <w:sz w:val="16"/>
              </w:rPr>
              <w:t>Dokaze razvrstijo, povežejo v smiselno verigo in izberejo primer pomoči ali škode.</w:t>
            </w:r>
          </w:p>
          <w:p w14:paraId="249B83AA" w14:textId="77777777" w:rsidR="00302D64" w:rsidRDefault="00000000">
            <w:pPr>
              <w:spacing w:after="20" w:line="245" w:lineRule="auto"/>
            </w:pPr>
            <w:r>
              <w:rPr>
                <w:b/>
                <w:color w:val="000000"/>
                <w:sz w:val="16"/>
              </w:rPr>
              <w:t xml:space="preserve">GIBALNO-SODELOVALNA POSTAJA – Ocenjevalna predstavitev dokazov: </w:t>
            </w:r>
            <w:r>
              <w:rPr>
                <w:color w:val="000000"/>
                <w:sz w:val="16"/>
              </w:rPr>
              <w:t>Predstavijo organizem, okolje, vpliv človeka in predlog skrbnega ravnanja; odgovorijo na eno vprašanje.</w:t>
            </w:r>
          </w:p>
          <w:p w14:paraId="7D16E799" w14:textId="77777777" w:rsidR="00302D64" w:rsidRDefault="00000000">
            <w:pPr>
              <w:spacing w:after="20" w:line="245" w:lineRule="auto"/>
            </w:pPr>
            <w:r>
              <w:rPr>
                <w:b/>
                <w:color w:val="000000"/>
                <w:sz w:val="16"/>
              </w:rPr>
              <w:t xml:space="preserve">POSTAJA DOKAZA IN REFLEKSIJE: </w:t>
            </w:r>
            <w:r>
              <w:rPr>
                <w:color w:val="000000"/>
                <w:sz w:val="16"/>
              </w:rPr>
              <w:t>Izberejo en dokaz (terenski dokaz z oznako okolja, razvrstitev in vzročna povezava),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22C2887" w14:textId="77777777">
              <w:trPr>
                <w:jc w:val="center"/>
              </w:trPr>
              <w:tc>
                <w:tcPr>
                  <w:tcW w:w="7087" w:type="dxa"/>
                  <w:shd w:val="clear" w:color="auto" w:fill="EDC9EA"/>
                  <w:tcMar>
                    <w:top w:w="45" w:type="dxa"/>
                    <w:left w:w="70" w:type="dxa"/>
                    <w:bottom w:w="45" w:type="dxa"/>
                    <w:right w:w="70" w:type="dxa"/>
                  </w:tcMar>
                </w:tcPr>
                <w:p w14:paraId="72BFC66D" w14:textId="77777777" w:rsidR="00302D64" w:rsidRDefault="00000000">
                  <w:pPr>
                    <w:keepNext/>
                  </w:pPr>
                  <w:r>
                    <w:rPr>
                      <w:b/>
                      <w:color w:val="000000"/>
                    </w:rPr>
                    <w:t>POVRATNA INFORMACIJA UČITELJICE MED DELOM</w:t>
                  </w:r>
                </w:p>
              </w:tc>
            </w:tr>
          </w:tbl>
          <w:p w14:paraId="331B904C" w14:textId="77777777" w:rsidR="00302D64" w:rsidRDefault="00302D64"/>
          <w:p w14:paraId="437B7180"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71BE16AF" w14:textId="77777777" w:rsidR="00302D64" w:rsidRDefault="00302D64"/>
          <w:p w14:paraId="247939F4" w14:textId="77777777" w:rsidR="00302D64" w:rsidRDefault="00000000">
            <w:pPr>
              <w:spacing w:after="20" w:line="245" w:lineRule="auto"/>
            </w:pPr>
            <w:r>
              <w:rPr>
                <w:b/>
                <w:color w:val="000000"/>
                <w:sz w:val="17"/>
              </w:rPr>
              <w:t>1. URA</w:t>
            </w:r>
          </w:p>
          <w:p w14:paraId="59B0FB37" w14:textId="77777777" w:rsidR="00302D64" w:rsidRDefault="00000000">
            <w:pPr>
              <w:spacing w:after="40" w:line="245" w:lineRule="auto"/>
            </w:pPr>
            <w:r>
              <w:rPr>
                <w:color w:val="000000"/>
                <w:sz w:val="16"/>
              </w:rPr>
              <w:t>Opazujejo, narišejo ali fotografirajo organizem/sled ter zabeležijo okolje in eno opazljivo značilnost.</w:t>
            </w:r>
          </w:p>
          <w:p w14:paraId="75A241F2" w14:textId="77777777" w:rsidR="00302D64" w:rsidRDefault="00000000">
            <w:pPr>
              <w:spacing w:line="245" w:lineRule="auto"/>
            </w:pPr>
            <w:r>
              <w:rPr>
                <w:b/>
                <w:color w:val="D95BC6"/>
                <w:sz w:val="16"/>
              </w:rPr>
              <w:t>DOKAZ</w:t>
            </w:r>
          </w:p>
          <w:p w14:paraId="6CC8E05D" w14:textId="77777777" w:rsidR="00302D64" w:rsidRDefault="00000000">
            <w:pPr>
              <w:spacing w:after="60" w:line="245" w:lineRule="auto"/>
            </w:pPr>
            <w:r>
              <w:rPr>
                <w:color w:val="D95BC6"/>
                <w:sz w:val="16"/>
              </w:rPr>
              <w:t>terenski dokaz z oznako okolja</w:t>
            </w:r>
          </w:p>
          <w:p w14:paraId="71544EF0" w14:textId="77777777" w:rsidR="00302D64" w:rsidRDefault="00000000">
            <w:pPr>
              <w:spacing w:after="20" w:line="245" w:lineRule="auto"/>
            </w:pPr>
            <w:r>
              <w:rPr>
                <w:b/>
                <w:color w:val="000000"/>
                <w:sz w:val="17"/>
              </w:rPr>
              <w:t>2. URA</w:t>
            </w:r>
          </w:p>
          <w:p w14:paraId="4A653078" w14:textId="77777777" w:rsidR="00302D64" w:rsidRDefault="00000000">
            <w:pPr>
              <w:spacing w:after="40" w:line="245" w:lineRule="auto"/>
            </w:pPr>
            <w:r>
              <w:rPr>
                <w:color w:val="000000"/>
                <w:sz w:val="16"/>
              </w:rPr>
              <w:t>Dokaze razvrstijo, povežejo v smiselno verigo in izberejo primer pomoči ali škode.</w:t>
            </w:r>
          </w:p>
          <w:p w14:paraId="270138FF" w14:textId="77777777" w:rsidR="00302D64" w:rsidRDefault="00000000">
            <w:pPr>
              <w:spacing w:line="245" w:lineRule="auto"/>
            </w:pPr>
            <w:r>
              <w:rPr>
                <w:b/>
                <w:color w:val="D95BC6"/>
                <w:sz w:val="16"/>
              </w:rPr>
              <w:t>DOKAZ</w:t>
            </w:r>
          </w:p>
          <w:p w14:paraId="74F45A76" w14:textId="77777777" w:rsidR="00302D64" w:rsidRDefault="00000000">
            <w:pPr>
              <w:spacing w:after="60" w:line="245" w:lineRule="auto"/>
            </w:pPr>
            <w:r>
              <w:rPr>
                <w:color w:val="D95BC6"/>
                <w:sz w:val="16"/>
              </w:rPr>
              <w:t>razvrstitev in vzročna povezava</w:t>
            </w:r>
          </w:p>
          <w:p w14:paraId="5D3F5A2D" w14:textId="77777777" w:rsidR="00302D64" w:rsidRDefault="00000000">
            <w:pPr>
              <w:spacing w:after="20" w:line="245" w:lineRule="auto"/>
            </w:pPr>
            <w:r>
              <w:rPr>
                <w:b/>
                <w:color w:val="000000"/>
                <w:sz w:val="17"/>
              </w:rPr>
              <w:t>3. URA</w:t>
            </w:r>
          </w:p>
          <w:p w14:paraId="62734D2F" w14:textId="77777777" w:rsidR="00302D64" w:rsidRDefault="00000000">
            <w:pPr>
              <w:spacing w:after="40" w:line="245" w:lineRule="auto"/>
            </w:pPr>
            <w:r>
              <w:rPr>
                <w:color w:val="000000"/>
                <w:sz w:val="16"/>
              </w:rPr>
              <w:t>Predstavijo organizem, okolje, vpliv človeka in predlog skrbnega ravnanja; odgovorijo na eno vprašanje.</w:t>
            </w:r>
          </w:p>
          <w:p w14:paraId="7C64DFEF" w14:textId="77777777" w:rsidR="00302D64" w:rsidRDefault="00000000">
            <w:pPr>
              <w:spacing w:line="245" w:lineRule="auto"/>
            </w:pPr>
            <w:r>
              <w:rPr>
                <w:b/>
                <w:color w:val="D95BC6"/>
                <w:sz w:val="16"/>
              </w:rPr>
              <w:t>DOKAZ</w:t>
            </w:r>
          </w:p>
          <w:p w14:paraId="44EFC830" w14:textId="77777777" w:rsidR="00302D64" w:rsidRDefault="00000000">
            <w:pPr>
              <w:spacing w:after="60" w:line="245" w:lineRule="auto"/>
            </w:pPr>
            <w:r>
              <w:rPr>
                <w:color w:val="D95BC6"/>
                <w:sz w:val="16"/>
              </w:rPr>
              <w:t>predstavitev dokazov in učiteljev zapis</w:t>
            </w:r>
          </w:p>
        </w:tc>
      </w:tr>
    </w:tbl>
    <w:p w14:paraId="4A71B68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A5DEFA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73C19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D69D50" w14:textId="77777777" w:rsidR="00302D64" w:rsidRDefault="00000000">
            <w:pPr>
              <w:jc w:val="center"/>
            </w:pPr>
            <w:r>
              <w:rPr>
                <w:b/>
                <w:color w:val="000000"/>
                <w:sz w:val="20"/>
              </w:rPr>
              <w:t>UČNE DEJAVNOSTI, METODE IN FORMATIVNO SPREMLJANJE</w:t>
            </w:r>
          </w:p>
        </w:tc>
      </w:tr>
      <w:tr w:rsidR="00302D64" w14:paraId="67AB06FA" w14:textId="77777777">
        <w:trPr>
          <w:tblHeader/>
          <w:jc w:val="center"/>
        </w:trPr>
        <w:tc>
          <w:tcPr>
            <w:tcW w:w="4422" w:type="dxa"/>
            <w:vMerge/>
            <w:tcMar>
              <w:top w:w="70" w:type="dxa"/>
              <w:left w:w="90" w:type="dxa"/>
              <w:bottom w:w="70" w:type="dxa"/>
              <w:right w:w="90" w:type="dxa"/>
            </w:tcMar>
            <w:vAlign w:val="center"/>
          </w:tcPr>
          <w:p w14:paraId="50BF1781" w14:textId="77777777" w:rsidR="00302D64" w:rsidRDefault="00302D64"/>
        </w:tc>
        <w:tc>
          <w:tcPr>
            <w:tcW w:w="7087" w:type="dxa"/>
            <w:shd w:val="clear" w:color="auto" w:fill="FFFFFF"/>
            <w:tcMar>
              <w:top w:w="70" w:type="dxa"/>
              <w:left w:w="90" w:type="dxa"/>
              <w:bottom w:w="70" w:type="dxa"/>
              <w:right w:w="90" w:type="dxa"/>
            </w:tcMar>
            <w:vAlign w:val="center"/>
          </w:tcPr>
          <w:p w14:paraId="4DF5A12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344795" w14:textId="77777777" w:rsidR="00302D64" w:rsidRDefault="00000000">
            <w:pPr>
              <w:jc w:val="center"/>
            </w:pPr>
            <w:r>
              <w:rPr>
                <w:b/>
                <w:color w:val="000000"/>
              </w:rPr>
              <w:t>UČENEC</w:t>
            </w:r>
          </w:p>
        </w:tc>
      </w:tr>
      <w:tr w:rsidR="00302D64" w14:paraId="5F8F2114" w14:textId="77777777">
        <w:trPr>
          <w:jc w:val="center"/>
        </w:trPr>
        <w:tc>
          <w:tcPr>
            <w:tcW w:w="4422" w:type="dxa"/>
            <w:tcMar>
              <w:top w:w="70" w:type="dxa"/>
              <w:left w:w="90" w:type="dxa"/>
              <w:bottom w:w="70" w:type="dxa"/>
              <w:right w:w="90" w:type="dxa"/>
            </w:tcMar>
          </w:tcPr>
          <w:p w14:paraId="27379B95" w14:textId="77777777" w:rsidR="00302D64" w:rsidRDefault="00302D64"/>
          <w:p w14:paraId="1B587926" w14:textId="77777777" w:rsidR="00302D64" w:rsidRDefault="00000000">
            <w:pPr>
              <w:spacing w:after="40" w:line="245" w:lineRule="auto"/>
            </w:pPr>
            <w:r>
              <w:rPr>
                <w:b/>
                <w:color w:val="000000"/>
              </w:rPr>
              <w:t>FORMATIVNO SPREMLJANJE</w:t>
            </w:r>
          </w:p>
          <w:p w14:paraId="2C2C6E5D" w14:textId="77777777" w:rsidR="00302D64" w:rsidRDefault="00000000">
            <w:pPr>
              <w:pStyle w:val="Oznaenseznam"/>
              <w:spacing w:after="16"/>
            </w:pPr>
            <w:r>
              <w:rPr>
                <w:color w:val="000000"/>
                <w:sz w:val="16"/>
              </w:rPr>
              <w:t>predznanje: začetni odgovor, razvrstitev ali prikaz</w:t>
            </w:r>
          </w:p>
          <w:p w14:paraId="3F92AB2B" w14:textId="77777777" w:rsidR="00302D64" w:rsidRDefault="00000000">
            <w:pPr>
              <w:pStyle w:val="Oznaenseznam"/>
              <w:spacing w:after="16"/>
            </w:pPr>
            <w:r>
              <w:rPr>
                <w:color w:val="000000"/>
                <w:sz w:val="16"/>
              </w:rPr>
              <w:t>dokazi med učenjem: izvedba, skica, model, opazovalni zapis ali razlaga</w:t>
            </w:r>
          </w:p>
          <w:p w14:paraId="78BD721A" w14:textId="77777777" w:rsidR="00302D64" w:rsidRDefault="00000000">
            <w:pPr>
              <w:pStyle w:val="Oznaenseznam"/>
              <w:spacing w:after="16"/>
            </w:pPr>
            <w:r>
              <w:rPr>
                <w:color w:val="000000"/>
                <w:sz w:val="16"/>
              </w:rPr>
              <w:t>povratna informacija: konkretna, vezana na kriterij in usmerjena v naslednji korak</w:t>
            </w:r>
          </w:p>
          <w:p w14:paraId="16CF355A" w14:textId="77777777" w:rsidR="00302D64" w:rsidRDefault="00000000">
            <w:pPr>
              <w:pStyle w:val="Oznaenseznam"/>
              <w:spacing w:after="16"/>
            </w:pPr>
            <w:r>
              <w:rPr>
                <w:color w:val="000000"/>
                <w:sz w:val="16"/>
              </w:rPr>
              <w:t>samovrednotenje: semafor, prsti, izbrani simbol ali kratka poved</w:t>
            </w:r>
          </w:p>
          <w:p w14:paraId="263E725F" w14:textId="77777777" w:rsidR="00302D64" w:rsidRDefault="00000000">
            <w:pPr>
              <w:spacing w:before="40" w:after="20" w:line="245" w:lineRule="auto"/>
            </w:pPr>
            <w:r>
              <w:rPr>
                <w:b/>
                <w:color w:val="000000"/>
              </w:rPr>
              <w:t>VARNOST IN ODGOVORNOST</w:t>
            </w:r>
          </w:p>
          <w:p w14:paraId="44B67496" w14:textId="77777777" w:rsidR="00302D64" w:rsidRDefault="00000000">
            <w:pPr>
              <w:spacing w:after="60" w:line="245" w:lineRule="auto"/>
            </w:pPr>
            <w:r>
              <w:rPr>
                <w:color w:val="000000"/>
                <w:sz w:val="16"/>
              </w:rPr>
              <w:t>Opazovanje je neinvazivno; živali in rastlin se ne lovi ali trga, neznanih organizmov se ne dotika.</w:t>
            </w:r>
          </w:p>
          <w:p w14:paraId="26A382AC" w14:textId="77777777" w:rsidR="00302D64" w:rsidRDefault="00000000">
            <w:pPr>
              <w:spacing w:after="20" w:line="245" w:lineRule="auto"/>
            </w:pPr>
            <w:r>
              <w:rPr>
                <w:b/>
                <w:color w:val="000000"/>
              </w:rPr>
              <w:t>EVIDENCA PO IZVEDBI</w:t>
            </w:r>
          </w:p>
          <w:p w14:paraId="69D8D4B4"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3E64DD8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107D804" w14:textId="77777777">
              <w:trPr>
                <w:jc w:val="center"/>
              </w:trPr>
              <w:tc>
                <w:tcPr>
                  <w:tcW w:w="7087" w:type="dxa"/>
                  <w:shd w:val="clear" w:color="auto" w:fill="EDC9EA"/>
                  <w:tcMar>
                    <w:top w:w="45" w:type="dxa"/>
                    <w:left w:w="70" w:type="dxa"/>
                    <w:bottom w:w="45" w:type="dxa"/>
                    <w:right w:w="70" w:type="dxa"/>
                  </w:tcMar>
                </w:tcPr>
                <w:p w14:paraId="3E93393E" w14:textId="77777777" w:rsidR="00302D64" w:rsidRDefault="00000000">
                  <w:pPr>
                    <w:keepNext/>
                  </w:pPr>
                  <w:r>
                    <w:rPr>
                      <w:b/>
                      <w:color w:val="000000"/>
                    </w:rPr>
                    <w:t>VPRAŠANJA V PODPORO UČENJU</w:t>
                  </w:r>
                </w:p>
              </w:tc>
            </w:tr>
          </w:tbl>
          <w:p w14:paraId="14F6D8CA" w14:textId="77777777" w:rsidR="00302D64" w:rsidRDefault="00302D64">
            <w:pPr>
              <w:spacing w:line="20" w:lineRule="exact"/>
            </w:pPr>
          </w:p>
          <w:p w14:paraId="5CE76DDC" w14:textId="77777777" w:rsidR="00302D64" w:rsidRDefault="00000000">
            <w:pPr>
              <w:pStyle w:val="Oznaenseznam"/>
              <w:spacing w:after="16"/>
            </w:pPr>
            <w:r>
              <w:rPr>
                <w:color w:val="000000"/>
                <w:sz w:val="16"/>
              </w:rPr>
              <w:t>Kaj si opazil/-a in kateri dokaz to pokaže?</w:t>
            </w:r>
          </w:p>
          <w:p w14:paraId="356E7EC5" w14:textId="77777777" w:rsidR="00302D64" w:rsidRDefault="00000000">
            <w:pPr>
              <w:pStyle w:val="Oznaenseznam"/>
              <w:spacing w:after="16"/>
            </w:pPr>
            <w:r>
              <w:rPr>
                <w:color w:val="000000"/>
                <w:sz w:val="16"/>
              </w:rPr>
              <w:t>Kako si prišel/-la do svoje odločitve?</w:t>
            </w:r>
          </w:p>
          <w:p w14:paraId="6B0209FB" w14:textId="77777777" w:rsidR="00302D64" w:rsidRDefault="00000000">
            <w:pPr>
              <w:pStyle w:val="Oznaenseznam"/>
              <w:spacing w:after="16"/>
            </w:pPr>
            <w:r>
              <w:rPr>
                <w:color w:val="000000"/>
                <w:sz w:val="16"/>
              </w:rPr>
              <w:t>Kaj si pri ponovnem poskusu ohranil/-a enako in kaj spremenil/-a?</w:t>
            </w:r>
          </w:p>
          <w:p w14:paraId="4845C7C9" w14:textId="77777777" w:rsidR="00302D64" w:rsidRDefault="00000000">
            <w:pPr>
              <w:pStyle w:val="Oznaenseznam"/>
              <w:spacing w:after="16"/>
            </w:pPr>
            <w:r>
              <w:rPr>
                <w:color w:val="000000"/>
                <w:sz w:val="16"/>
              </w:rPr>
              <w:t>Kateri kriterij že dosegaš? Kaj bo tvoj naslednji korak?</w:t>
            </w:r>
          </w:p>
          <w:p w14:paraId="380E4F8C"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012DC78E" w14:textId="77777777">
              <w:trPr>
                <w:jc w:val="center"/>
              </w:trPr>
              <w:tc>
                <w:tcPr>
                  <w:tcW w:w="7087" w:type="dxa"/>
                  <w:shd w:val="clear" w:color="auto" w:fill="C6E7F3"/>
                  <w:tcMar>
                    <w:top w:w="45" w:type="dxa"/>
                    <w:left w:w="70" w:type="dxa"/>
                    <w:bottom w:w="45" w:type="dxa"/>
                    <w:right w:w="70" w:type="dxa"/>
                  </w:tcMar>
                </w:tcPr>
                <w:p w14:paraId="180E8C6C" w14:textId="77777777" w:rsidR="00302D64" w:rsidRDefault="00000000">
                  <w:pPr>
                    <w:keepNext/>
                  </w:pPr>
                  <w:r>
                    <w:rPr>
                      <w:b/>
                      <w:color w:val="000000"/>
                    </w:rPr>
                    <w:t>ZAKLJUČNI DEL – UTRJEVANJE IN REFLEKSIJA (10–15 min)</w:t>
                  </w:r>
                </w:p>
              </w:tc>
            </w:tr>
          </w:tbl>
          <w:p w14:paraId="544D4E87" w14:textId="77777777" w:rsidR="00302D64" w:rsidRDefault="00302D64">
            <w:pPr>
              <w:spacing w:line="20" w:lineRule="exact"/>
            </w:pPr>
          </w:p>
          <w:p w14:paraId="34CA76DF"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50034D0A" w14:textId="77777777">
              <w:trPr>
                <w:jc w:val="center"/>
              </w:trPr>
              <w:tc>
                <w:tcPr>
                  <w:tcW w:w="7087" w:type="dxa"/>
                  <w:shd w:val="clear" w:color="auto" w:fill="EDC9EA"/>
                  <w:tcMar>
                    <w:top w:w="45" w:type="dxa"/>
                    <w:left w:w="70" w:type="dxa"/>
                    <w:bottom w:w="45" w:type="dxa"/>
                    <w:right w:w="70" w:type="dxa"/>
                  </w:tcMar>
                </w:tcPr>
                <w:p w14:paraId="563F288B" w14:textId="77777777" w:rsidR="00302D64" w:rsidRDefault="00000000">
                  <w:pPr>
                    <w:keepNext/>
                  </w:pPr>
                  <w:r>
                    <w:rPr>
                      <w:b/>
                      <w:color w:val="000000"/>
                    </w:rPr>
                    <w:t>SAMOVREDNOTENJE</w:t>
                  </w:r>
                </w:p>
              </w:tc>
            </w:tr>
          </w:tbl>
          <w:p w14:paraId="29AF4BBB" w14:textId="77777777" w:rsidR="00302D64" w:rsidRDefault="00302D64">
            <w:pPr>
              <w:spacing w:line="20" w:lineRule="exact"/>
            </w:pPr>
          </w:p>
          <w:p w14:paraId="44F90945"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1BEF2DB8" w14:textId="77777777">
              <w:trPr>
                <w:jc w:val="center"/>
              </w:trPr>
              <w:tc>
                <w:tcPr>
                  <w:tcW w:w="7087" w:type="dxa"/>
                  <w:shd w:val="clear" w:color="auto" w:fill="EDC9EA"/>
                  <w:tcMar>
                    <w:top w:w="45" w:type="dxa"/>
                    <w:left w:w="70" w:type="dxa"/>
                    <w:bottom w:w="45" w:type="dxa"/>
                    <w:right w:w="70" w:type="dxa"/>
                  </w:tcMar>
                </w:tcPr>
                <w:p w14:paraId="20E568B8" w14:textId="77777777" w:rsidR="00302D64" w:rsidRDefault="00000000">
                  <w:pPr>
                    <w:keepNext/>
                  </w:pPr>
                  <w:r>
                    <w:rPr>
                      <w:b/>
                      <w:color w:val="000000"/>
                    </w:rPr>
                    <w:t>VRSTNIŠKO VREDNOTENJE</w:t>
                  </w:r>
                </w:p>
              </w:tc>
            </w:tr>
          </w:tbl>
          <w:p w14:paraId="41B99B46" w14:textId="77777777" w:rsidR="00302D64" w:rsidRDefault="00302D64">
            <w:pPr>
              <w:spacing w:line="20" w:lineRule="exact"/>
            </w:pPr>
          </w:p>
          <w:p w14:paraId="0886A573"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19C27D41" w14:textId="77777777">
              <w:trPr>
                <w:jc w:val="center"/>
              </w:trPr>
              <w:tc>
                <w:tcPr>
                  <w:tcW w:w="7087" w:type="dxa"/>
                  <w:shd w:val="clear" w:color="auto" w:fill="EDC9EA"/>
                  <w:tcMar>
                    <w:top w:w="45" w:type="dxa"/>
                    <w:left w:w="70" w:type="dxa"/>
                    <w:bottom w:w="45" w:type="dxa"/>
                    <w:right w:w="70" w:type="dxa"/>
                  </w:tcMar>
                </w:tcPr>
                <w:p w14:paraId="3085D829" w14:textId="77777777" w:rsidR="00302D64" w:rsidRDefault="00000000">
                  <w:pPr>
                    <w:keepNext/>
                  </w:pPr>
                  <w:r>
                    <w:rPr>
                      <w:b/>
                      <w:color w:val="000000"/>
                    </w:rPr>
                    <w:t>SKUPNI POVZETEK</w:t>
                  </w:r>
                </w:p>
              </w:tc>
            </w:tr>
          </w:tbl>
          <w:p w14:paraId="554BF0B7" w14:textId="77777777" w:rsidR="00302D64" w:rsidRDefault="00302D64">
            <w:pPr>
              <w:spacing w:line="20" w:lineRule="exact"/>
            </w:pPr>
          </w:p>
          <w:p w14:paraId="5D5E8EF8" w14:textId="77777777" w:rsidR="00302D64" w:rsidRDefault="00000000">
            <w:pPr>
              <w:spacing w:before="20" w:after="40" w:line="245" w:lineRule="auto"/>
            </w:pPr>
            <w:r>
              <w:rPr>
                <w:b/>
                <w:color w:val="000000"/>
                <w:sz w:val="17"/>
              </w:rPr>
              <w:t>Živo bitje povežem z njegovim okoljem in potrebami, prepoznam vpliv človeka ter predlagam skrbno ravnanje.</w:t>
            </w:r>
          </w:p>
          <w:tbl>
            <w:tblPr>
              <w:tblStyle w:val="Tabelamrea"/>
              <w:tblW w:w="0" w:type="auto"/>
              <w:jc w:val="center"/>
              <w:tblLayout w:type="fixed"/>
              <w:tblLook w:val="04A0" w:firstRow="1" w:lastRow="0" w:firstColumn="1" w:lastColumn="0" w:noHBand="0" w:noVBand="1"/>
            </w:tblPr>
            <w:tblGrid>
              <w:gridCol w:w="7087"/>
            </w:tblGrid>
            <w:tr w:rsidR="00302D64" w14:paraId="7C061348" w14:textId="77777777">
              <w:trPr>
                <w:jc w:val="center"/>
              </w:trPr>
              <w:tc>
                <w:tcPr>
                  <w:tcW w:w="7087" w:type="dxa"/>
                  <w:shd w:val="clear" w:color="auto" w:fill="EDC9EA"/>
                  <w:tcMar>
                    <w:top w:w="45" w:type="dxa"/>
                    <w:left w:w="70" w:type="dxa"/>
                    <w:bottom w:w="45" w:type="dxa"/>
                    <w:right w:w="70" w:type="dxa"/>
                  </w:tcMar>
                </w:tcPr>
                <w:p w14:paraId="0F9FAEEA" w14:textId="77777777" w:rsidR="00302D64" w:rsidRDefault="00000000">
                  <w:pPr>
                    <w:keepNext/>
                  </w:pPr>
                  <w:r>
                    <w:rPr>
                      <w:b/>
                      <w:color w:val="000000"/>
                    </w:rPr>
                    <w:t>OPISNO OCENJEVANJE</w:t>
                  </w:r>
                </w:p>
              </w:tc>
            </w:tr>
          </w:tbl>
          <w:p w14:paraId="101EADEA" w14:textId="77777777" w:rsidR="00302D64" w:rsidRDefault="00302D64"/>
          <w:p w14:paraId="0402AE1F" w14:textId="77777777" w:rsidR="00302D64" w:rsidRDefault="00000000">
            <w:pPr>
              <w:spacing w:before="20" w:after="30" w:line="245" w:lineRule="auto"/>
            </w:pPr>
            <w:r>
              <w:rPr>
                <w:color w:val="000000"/>
                <w:sz w:val="16"/>
              </w:rPr>
              <w:t>OCENJEVANJE 4: terensko ali razredno raziskovanje z razvrstitvijo in predstavitvijo dokazov</w:t>
            </w:r>
          </w:p>
        </w:tc>
        <w:tc>
          <w:tcPr>
            <w:tcW w:w="2551" w:type="dxa"/>
            <w:tcMar>
              <w:top w:w="70" w:type="dxa"/>
              <w:left w:w="90" w:type="dxa"/>
              <w:bottom w:w="70" w:type="dxa"/>
              <w:right w:w="90" w:type="dxa"/>
            </w:tcMar>
          </w:tcPr>
          <w:p w14:paraId="75DE9301" w14:textId="77777777" w:rsidR="00302D64" w:rsidRDefault="00302D64"/>
          <w:p w14:paraId="76BA92F5" w14:textId="77777777" w:rsidR="00302D64" w:rsidRDefault="00000000">
            <w:pPr>
              <w:spacing w:after="100" w:line="245" w:lineRule="auto"/>
            </w:pPr>
            <w:r>
              <w:rPr>
                <w:color w:val="000000"/>
                <w:sz w:val="16"/>
              </w:rPr>
              <w:t>Odgovarja na podporna vprašanja in se sklicuje na svoj dokaz.</w:t>
            </w:r>
          </w:p>
          <w:p w14:paraId="6EA4BC1C" w14:textId="77777777" w:rsidR="00302D64" w:rsidRDefault="00000000">
            <w:pPr>
              <w:spacing w:after="100" w:line="245" w:lineRule="auto"/>
            </w:pPr>
            <w:r>
              <w:rPr>
                <w:color w:val="000000"/>
                <w:sz w:val="16"/>
              </w:rPr>
              <w:t>Primerja začetno zamisel z ugotovitvijo ter pove ali pokaže, kaj se je naučil/-a.</w:t>
            </w:r>
          </w:p>
          <w:p w14:paraId="40D168CC" w14:textId="77777777" w:rsidR="00302D64" w:rsidRDefault="00000000">
            <w:pPr>
              <w:spacing w:after="100" w:line="245" w:lineRule="auto"/>
            </w:pPr>
            <w:r>
              <w:rPr>
                <w:color w:val="000000"/>
                <w:sz w:val="16"/>
              </w:rPr>
              <w:t>Izbere raven doseganja in določi naslednji korak.</w:t>
            </w:r>
          </w:p>
          <w:p w14:paraId="3CAE1FDE" w14:textId="77777777" w:rsidR="00302D64" w:rsidRDefault="00000000">
            <w:pPr>
              <w:spacing w:after="100" w:line="245" w:lineRule="auto"/>
            </w:pPr>
            <w:r>
              <w:rPr>
                <w:color w:val="000000"/>
                <w:sz w:val="16"/>
              </w:rPr>
              <w:t>Sošolcu poda prijazen, konkreten odziv.</w:t>
            </w:r>
          </w:p>
          <w:p w14:paraId="7F09659B" w14:textId="77777777" w:rsidR="00302D64" w:rsidRDefault="00000000">
            <w:pPr>
              <w:spacing w:after="20" w:line="245" w:lineRule="auto"/>
            </w:pPr>
            <w:r>
              <w:rPr>
                <w:b/>
                <w:color w:val="D95BC6"/>
                <w:sz w:val="17"/>
              </w:rPr>
              <w:t>DOKAZ O UČENJU</w:t>
            </w:r>
          </w:p>
          <w:p w14:paraId="268BE2F9" w14:textId="77777777" w:rsidR="00302D64" w:rsidRDefault="00000000">
            <w:pPr>
              <w:spacing w:after="30" w:line="245" w:lineRule="auto"/>
            </w:pPr>
            <w:r>
              <w:rPr>
                <w:color w:val="D95BC6"/>
                <w:sz w:val="16"/>
              </w:rPr>
              <w:t>izvedba ali izdelek, razlaga, samovrednotenje in odziv na povratno informacijo</w:t>
            </w:r>
          </w:p>
        </w:tc>
      </w:tr>
    </w:tbl>
    <w:p w14:paraId="10F4E61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6DDDB1C8" w14:textId="77777777">
        <w:trPr>
          <w:cantSplit/>
          <w:jc w:val="center"/>
        </w:trPr>
        <w:tc>
          <w:tcPr>
            <w:tcW w:w="14060" w:type="dxa"/>
            <w:gridSpan w:val="6"/>
            <w:tcMar>
              <w:top w:w="70" w:type="dxa"/>
              <w:left w:w="90" w:type="dxa"/>
              <w:bottom w:w="70" w:type="dxa"/>
              <w:right w:w="90" w:type="dxa"/>
            </w:tcMar>
            <w:vAlign w:val="center"/>
          </w:tcPr>
          <w:p w14:paraId="1E2ADFF0" w14:textId="77777777" w:rsidR="00302D64" w:rsidRDefault="00000000">
            <w:pPr>
              <w:jc w:val="center"/>
            </w:pPr>
            <w:r>
              <w:rPr>
                <w:b/>
                <w:color w:val="000000"/>
                <w:sz w:val="24"/>
              </w:rPr>
              <w:lastRenderedPageBreak/>
              <w:t>UČNA PRIPRAVA 30/39</w:t>
            </w:r>
          </w:p>
        </w:tc>
      </w:tr>
      <w:tr w:rsidR="00302D64" w14:paraId="441C2366" w14:textId="77777777">
        <w:trPr>
          <w:jc w:val="center"/>
        </w:trPr>
        <w:tc>
          <w:tcPr>
            <w:tcW w:w="2665" w:type="dxa"/>
            <w:tcMar>
              <w:top w:w="70" w:type="dxa"/>
              <w:left w:w="90" w:type="dxa"/>
              <w:bottom w:w="70" w:type="dxa"/>
              <w:right w:w="90" w:type="dxa"/>
            </w:tcMar>
            <w:vAlign w:val="center"/>
          </w:tcPr>
          <w:p w14:paraId="6CFA3D50"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70F2969"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BB48B04"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8460B8B" w14:textId="77777777" w:rsidR="00302D64" w:rsidRDefault="00000000">
            <w:r>
              <w:rPr>
                <w:b/>
                <w:color w:val="000000"/>
                <w:sz w:val="16"/>
              </w:rPr>
              <w:t xml:space="preserve">NAČRTOVANI TERMIN: </w:t>
            </w:r>
            <w:r>
              <w:rPr>
                <w:color w:val="000000"/>
                <w:sz w:val="16"/>
              </w:rPr>
              <w:t>30. teden • 12.–16. 4. 2027</w:t>
            </w:r>
          </w:p>
        </w:tc>
        <w:tc>
          <w:tcPr>
            <w:tcW w:w="2268" w:type="dxa"/>
            <w:tcMar>
              <w:top w:w="70" w:type="dxa"/>
              <w:left w:w="90" w:type="dxa"/>
              <w:bottom w:w="70" w:type="dxa"/>
              <w:right w:w="90" w:type="dxa"/>
            </w:tcMar>
            <w:vAlign w:val="center"/>
          </w:tcPr>
          <w:p w14:paraId="1235AD57"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0478DEA" w14:textId="77777777" w:rsidR="00302D64" w:rsidRDefault="00000000">
            <w:r>
              <w:rPr>
                <w:b/>
                <w:color w:val="000000"/>
                <w:sz w:val="16"/>
              </w:rPr>
              <w:t xml:space="preserve">ŠTEVILO UR: </w:t>
            </w:r>
            <w:r>
              <w:rPr>
                <w:color w:val="000000"/>
                <w:sz w:val="16"/>
              </w:rPr>
              <w:t>3</w:t>
            </w:r>
          </w:p>
        </w:tc>
      </w:tr>
      <w:tr w:rsidR="00302D64" w14:paraId="7CA46BE8" w14:textId="77777777">
        <w:trPr>
          <w:jc w:val="center"/>
        </w:trPr>
        <w:tc>
          <w:tcPr>
            <w:tcW w:w="14061" w:type="dxa"/>
            <w:gridSpan w:val="6"/>
            <w:tcMar>
              <w:top w:w="70" w:type="dxa"/>
              <w:left w:w="90" w:type="dxa"/>
              <w:bottom w:w="70" w:type="dxa"/>
              <w:right w:w="90" w:type="dxa"/>
            </w:tcMar>
            <w:vAlign w:val="center"/>
          </w:tcPr>
          <w:p w14:paraId="0686CE49" w14:textId="77777777" w:rsidR="00302D64" w:rsidRDefault="00000000">
            <w:r>
              <w:t>TIP UČNE URE: obravnava, izkušenjsko raziskovanje, učenje po postajah, utrjevanje in formativno spremljanje</w:t>
            </w:r>
          </w:p>
        </w:tc>
      </w:tr>
      <w:tr w:rsidR="00302D64" w14:paraId="59DAAF33" w14:textId="77777777">
        <w:trPr>
          <w:cantSplit/>
          <w:jc w:val="center"/>
        </w:trPr>
        <w:tc>
          <w:tcPr>
            <w:tcW w:w="14060" w:type="dxa"/>
            <w:gridSpan w:val="6"/>
            <w:tcMar>
              <w:top w:w="70" w:type="dxa"/>
              <w:left w:w="90" w:type="dxa"/>
              <w:bottom w:w="70" w:type="dxa"/>
              <w:right w:w="90" w:type="dxa"/>
            </w:tcMar>
            <w:vAlign w:val="center"/>
          </w:tcPr>
          <w:p w14:paraId="4ACC959F" w14:textId="77777777" w:rsidR="00302D64" w:rsidRDefault="00302D64"/>
          <w:p w14:paraId="2594D5CC" w14:textId="77777777" w:rsidR="00302D64" w:rsidRDefault="00000000">
            <w:pPr>
              <w:spacing w:line="245" w:lineRule="auto"/>
            </w:pPr>
            <w:r>
              <w:rPr>
                <w:b/>
                <w:color w:val="000000"/>
                <w:sz w:val="17"/>
              </w:rPr>
              <w:t xml:space="preserve">UČNI SKLOP: </w:t>
            </w:r>
            <w:r>
              <w:rPr>
                <w:color w:val="000000"/>
                <w:sz w:val="17"/>
              </w:rPr>
              <w:t>GIBANJE, SVETLOBA IN ZVOK</w:t>
            </w:r>
          </w:p>
        </w:tc>
      </w:tr>
      <w:tr w:rsidR="00302D64" w14:paraId="3A81B3D9" w14:textId="77777777">
        <w:trPr>
          <w:cantSplit/>
          <w:jc w:val="center"/>
        </w:trPr>
        <w:tc>
          <w:tcPr>
            <w:tcW w:w="14060" w:type="dxa"/>
            <w:gridSpan w:val="6"/>
            <w:tcMar>
              <w:top w:w="70" w:type="dxa"/>
              <w:left w:w="90" w:type="dxa"/>
              <w:bottom w:w="70" w:type="dxa"/>
              <w:right w:w="90" w:type="dxa"/>
            </w:tcMar>
            <w:vAlign w:val="center"/>
          </w:tcPr>
          <w:p w14:paraId="35802B4B" w14:textId="77777777" w:rsidR="00302D64" w:rsidRDefault="00302D64"/>
          <w:p w14:paraId="1109A814" w14:textId="77777777" w:rsidR="00302D64" w:rsidRDefault="00000000">
            <w:pPr>
              <w:spacing w:line="245" w:lineRule="auto"/>
            </w:pPr>
            <w:r>
              <w:rPr>
                <w:b/>
                <w:color w:val="000000"/>
                <w:sz w:val="17"/>
              </w:rPr>
              <w:t xml:space="preserve">UČNA TEMA: </w:t>
            </w:r>
            <w:r>
              <w:rPr>
                <w:color w:val="000000"/>
                <w:sz w:val="17"/>
              </w:rPr>
              <w:t>GIBANJE</w:t>
            </w:r>
          </w:p>
        </w:tc>
      </w:tr>
      <w:tr w:rsidR="00302D64" w14:paraId="77C77EA7" w14:textId="77777777">
        <w:trPr>
          <w:cantSplit/>
          <w:jc w:val="center"/>
        </w:trPr>
        <w:tc>
          <w:tcPr>
            <w:tcW w:w="14060" w:type="dxa"/>
            <w:gridSpan w:val="6"/>
            <w:tcMar>
              <w:top w:w="70" w:type="dxa"/>
              <w:left w:w="90" w:type="dxa"/>
              <w:bottom w:w="70" w:type="dxa"/>
              <w:right w:w="90" w:type="dxa"/>
            </w:tcMar>
            <w:vAlign w:val="center"/>
          </w:tcPr>
          <w:p w14:paraId="1CDD6899" w14:textId="77777777" w:rsidR="00302D64" w:rsidRDefault="00302D64"/>
          <w:p w14:paraId="7502641C" w14:textId="77777777" w:rsidR="00302D64" w:rsidRDefault="00000000">
            <w:pPr>
              <w:spacing w:line="245" w:lineRule="auto"/>
            </w:pPr>
            <w:r>
              <w:rPr>
                <w:b/>
                <w:color w:val="000000"/>
                <w:sz w:val="17"/>
              </w:rPr>
              <w:t xml:space="preserve">KNJIŽEVNO IZHODIŠČE IN MOTIV: </w:t>
            </w:r>
            <w:r>
              <w:rPr>
                <w:color w:val="000000"/>
                <w:sz w:val="17"/>
              </w:rPr>
              <w:t>»Bobek in barčica« – Anja Štefan • gibanje, voda, potisk, vlek in sodelovanje</w:t>
            </w:r>
          </w:p>
        </w:tc>
      </w:tr>
      <w:tr w:rsidR="00302D64" w14:paraId="7B7C7675" w14:textId="77777777">
        <w:trPr>
          <w:cantSplit/>
          <w:jc w:val="center"/>
        </w:trPr>
        <w:tc>
          <w:tcPr>
            <w:tcW w:w="14060" w:type="dxa"/>
            <w:gridSpan w:val="6"/>
            <w:tcMar>
              <w:top w:w="70" w:type="dxa"/>
              <w:left w:w="90" w:type="dxa"/>
              <w:bottom w:w="70" w:type="dxa"/>
              <w:right w:w="90" w:type="dxa"/>
            </w:tcMar>
            <w:vAlign w:val="center"/>
          </w:tcPr>
          <w:p w14:paraId="3B52CFDE" w14:textId="77777777" w:rsidR="00302D64" w:rsidRDefault="00302D64"/>
          <w:p w14:paraId="72FD5395" w14:textId="77777777" w:rsidR="00302D64" w:rsidRDefault="00000000">
            <w:pPr>
              <w:spacing w:line="245" w:lineRule="auto"/>
            </w:pPr>
            <w:r>
              <w:rPr>
                <w:b/>
                <w:color w:val="000000"/>
                <w:sz w:val="17"/>
              </w:rPr>
              <w:t xml:space="preserve">UČNE ENOTE: </w:t>
            </w:r>
            <w:r>
              <w:rPr>
                <w:color w:val="000000"/>
                <w:sz w:val="17"/>
              </w:rPr>
              <w:t>1. ura – Potisk ali vlek • 2. ura – Pošten preizkus barčice ali vozička • 3. ura – Gibalna sled</w:t>
            </w:r>
          </w:p>
        </w:tc>
      </w:tr>
      <w:tr w:rsidR="00302D64" w14:paraId="293462CF" w14:textId="77777777">
        <w:trPr>
          <w:cantSplit/>
          <w:jc w:val="center"/>
        </w:trPr>
        <w:tc>
          <w:tcPr>
            <w:tcW w:w="14060" w:type="dxa"/>
            <w:gridSpan w:val="6"/>
            <w:tcMar>
              <w:top w:w="70" w:type="dxa"/>
              <w:left w:w="90" w:type="dxa"/>
              <w:bottom w:w="70" w:type="dxa"/>
              <w:right w:w="90" w:type="dxa"/>
            </w:tcMar>
            <w:vAlign w:val="center"/>
          </w:tcPr>
          <w:p w14:paraId="70D9661B" w14:textId="77777777" w:rsidR="00302D64" w:rsidRDefault="00302D64"/>
          <w:p w14:paraId="5F2F0089"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08CE06E5" w14:textId="77777777">
        <w:trPr>
          <w:cantSplit/>
          <w:jc w:val="center"/>
        </w:trPr>
        <w:tc>
          <w:tcPr>
            <w:tcW w:w="14060" w:type="dxa"/>
            <w:gridSpan w:val="6"/>
            <w:tcMar>
              <w:top w:w="70" w:type="dxa"/>
              <w:left w:w="90" w:type="dxa"/>
              <w:bottom w:w="70" w:type="dxa"/>
              <w:right w:w="90" w:type="dxa"/>
            </w:tcMar>
            <w:vAlign w:val="center"/>
          </w:tcPr>
          <w:p w14:paraId="59BF6D46" w14:textId="77777777" w:rsidR="00302D64" w:rsidRDefault="00302D64"/>
          <w:p w14:paraId="1FCFFA9C"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789752F3" w14:textId="77777777">
        <w:trPr>
          <w:cantSplit/>
          <w:jc w:val="center"/>
        </w:trPr>
        <w:tc>
          <w:tcPr>
            <w:tcW w:w="14060" w:type="dxa"/>
            <w:gridSpan w:val="6"/>
            <w:tcMar>
              <w:top w:w="70" w:type="dxa"/>
              <w:left w:w="90" w:type="dxa"/>
              <w:bottom w:w="70" w:type="dxa"/>
              <w:right w:w="90" w:type="dxa"/>
            </w:tcMar>
            <w:vAlign w:val="center"/>
          </w:tcPr>
          <w:p w14:paraId="62EB38F6" w14:textId="77777777" w:rsidR="00302D64" w:rsidRDefault="00302D64"/>
          <w:p w14:paraId="74F510ED"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3560AF37" w14:textId="77777777">
        <w:trPr>
          <w:cantSplit/>
          <w:jc w:val="center"/>
        </w:trPr>
        <w:tc>
          <w:tcPr>
            <w:tcW w:w="14060" w:type="dxa"/>
            <w:gridSpan w:val="6"/>
            <w:tcMar>
              <w:top w:w="70" w:type="dxa"/>
              <w:left w:w="90" w:type="dxa"/>
              <w:bottom w:w="70" w:type="dxa"/>
              <w:right w:w="90" w:type="dxa"/>
            </w:tcMar>
            <w:vAlign w:val="center"/>
          </w:tcPr>
          <w:p w14:paraId="6056220C" w14:textId="77777777" w:rsidR="00302D64" w:rsidRDefault="00302D64"/>
          <w:p w14:paraId="6365043E" w14:textId="77777777" w:rsidR="00302D64" w:rsidRDefault="00000000">
            <w:pPr>
              <w:spacing w:line="245" w:lineRule="auto"/>
            </w:pPr>
            <w:r>
              <w:rPr>
                <w:b/>
                <w:color w:val="000000"/>
                <w:sz w:val="17"/>
              </w:rPr>
              <w:t xml:space="preserve">MEDPREDMETNE POVEZAVE: </w:t>
            </w:r>
            <w:r>
              <w:rPr>
                <w:color w:val="000000"/>
                <w:sz w:val="17"/>
              </w:rPr>
              <w:t>MAT – merjenje razdalje in primerjanje; ŠPO – vrste gibanja; SLJ – opis ugotovitve; LUM – sled gibanja</w:t>
            </w:r>
          </w:p>
        </w:tc>
      </w:tr>
      <w:tr w:rsidR="00302D64" w14:paraId="36AB6B43" w14:textId="77777777">
        <w:trPr>
          <w:cantSplit/>
          <w:jc w:val="center"/>
        </w:trPr>
        <w:tc>
          <w:tcPr>
            <w:tcW w:w="14060" w:type="dxa"/>
            <w:gridSpan w:val="6"/>
            <w:tcMar>
              <w:top w:w="70" w:type="dxa"/>
              <w:left w:w="90" w:type="dxa"/>
              <w:bottom w:w="70" w:type="dxa"/>
              <w:right w:w="90" w:type="dxa"/>
            </w:tcMar>
            <w:vAlign w:val="center"/>
          </w:tcPr>
          <w:p w14:paraId="592EB203" w14:textId="77777777" w:rsidR="00302D64" w:rsidRDefault="00302D64"/>
          <w:p w14:paraId="6F6FFF8B" w14:textId="77777777" w:rsidR="00302D64" w:rsidRDefault="00000000">
            <w:pPr>
              <w:spacing w:line="245" w:lineRule="auto"/>
            </w:pPr>
            <w:r>
              <w:rPr>
                <w:b/>
                <w:color w:val="000000"/>
                <w:sz w:val="17"/>
              </w:rPr>
              <w:t xml:space="preserve">UČNA SREDSTVA IN PRIPOMOČKI: </w:t>
            </w:r>
            <w:r>
              <w:rPr>
                <w:color w:val="000000"/>
                <w:sz w:val="17"/>
              </w:rPr>
              <w:t>Bobek in barčica, posoda z vodo, papirnate barčice, slamice za individualno uporabo ali pahljače, vozički, vrvice, žoge, klančina, merilni trak</w:t>
            </w:r>
          </w:p>
        </w:tc>
      </w:tr>
      <w:tr w:rsidR="00302D64" w14:paraId="345DD254" w14:textId="77777777">
        <w:trPr>
          <w:cantSplit/>
          <w:jc w:val="center"/>
        </w:trPr>
        <w:tc>
          <w:tcPr>
            <w:tcW w:w="14060" w:type="dxa"/>
            <w:gridSpan w:val="6"/>
            <w:tcMar>
              <w:top w:w="70" w:type="dxa"/>
              <w:left w:w="90" w:type="dxa"/>
              <w:bottom w:w="70" w:type="dxa"/>
              <w:right w:w="90" w:type="dxa"/>
            </w:tcMar>
            <w:vAlign w:val="center"/>
          </w:tcPr>
          <w:p w14:paraId="693EB53D" w14:textId="77777777" w:rsidR="00302D64" w:rsidRDefault="00302D64"/>
          <w:p w14:paraId="25BBE570"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20C3D1FF" w14:textId="77777777">
        <w:trPr>
          <w:cantSplit/>
          <w:jc w:val="center"/>
        </w:trPr>
        <w:tc>
          <w:tcPr>
            <w:tcW w:w="14060" w:type="dxa"/>
            <w:gridSpan w:val="6"/>
            <w:tcMar>
              <w:top w:w="70" w:type="dxa"/>
              <w:left w:w="90" w:type="dxa"/>
              <w:bottom w:w="70" w:type="dxa"/>
              <w:right w:w="90" w:type="dxa"/>
            </w:tcMar>
            <w:vAlign w:val="center"/>
          </w:tcPr>
          <w:p w14:paraId="0E5AB5CA" w14:textId="77777777" w:rsidR="00302D64" w:rsidRDefault="00302D64"/>
          <w:p w14:paraId="48FCAE9E"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4CB15DF5" w14:textId="77777777">
        <w:trPr>
          <w:cantSplit/>
          <w:jc w:val="center"/>
        </w:trPr>
        <w:tc>
          <w:tcPr>
            <w:tcW w:w="14060" w:type="dxa"/>
            <w:gridSpan w:val="6"/>
            <w:tcMar>
              <w:top w:w="70" w:type="dxa"/>
              <w:left w:w="90" w:type="dxa"/>
              <w:bottom w:w="70" w:type="dxa"/>
              <w:right w:w="90" w:type="dxa"/>
            </w:tcMar>
            <w:vAlign w:val="center"/>
          </w:tcPr>
          <w:p w14:paraId="135BDB03" w14:textId="77777777" w:rsidR="00302D64" w:rsidRDefault="00302D64"/>
          <w:p w14:paraId="45EDBE7B" w14:textId="77777777" w:rsidR="00302D64" w:rsidRDefault="00000000">
            <w:pPr>
              <w:spacing w:line="245" w:lineRule="auto"/>
            </w:pPr>
            <w:r>
              <w:rPr>
                <w:b/>
                <w:color w:val="000000"/>
                <w:sz w:val="16"/>
              </w:rPr>
              <w:t xml:space="preserve">VARNOST: </w:t>
            </w:r>
            <w:r>
              <w:rPr>
                <w:color w:val="000000"/>
                <w:sz w:val="16"/>
              </w:rPr>
              <w:t>Voda je na pladnju in se sproti briše; slamice so individualne in niso usmerjene proti drugim.</w:t>
            </w:r>
          </w:p>
        </w:tc>
      </w:tr>
    </w:tbl>
    <w:p w14:paraId="4B6E61B6"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CDAA21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A7578F"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2D6FDFE" w14:textId="77777777" w:rsidR="00302D64" w:rsidRDefault="00000000">
            <w:pPr>
              <w:jc w:val="center"/>
            </w:pPr>
            <w:r>
              <w:rPr>
                <w:b/>
                <w:color w:val="000000"/>
                <w:sz w:val="20"/>
              </w:rPr>
              <w:t>UČNE DEJAVNOSTI, METODE IN FORMATIVNO SPREMLJANJE</w:t>
            </w:r>
          </w:p>
        </w:tc>
      </w:tr>
      <w:tr w:rsidR="00302D64" w14:paraId="15CC3C4D" w14:textId="77777777">
        <w:trPr>
          <w:tblHeader/>
          <w:jc w:val="center"/>
        </w:trPr>
        <w:tc>
          <w:tcPr>
            <w:tcW w:w="4422" w:type="dxa"/>
            <w:vMerge/>
            <w:tcMar>
              <w:top w:w="70" w:type="dxa"/>
              <w:left w:w="90" w:type="dxa"/>
              <w:bottom w:w="70" w:type="dxa"/>
              <w:right w:w="90" w:type="dxa"/>
            </w:tcMar>
            <w:vAlign w:val="center"/>
          </w:tcPr>
          <w:p w14:paraId="3A89E5CA" w14:textId="77777777" w:rsidR="00302D64" w:rsidRDefault="00302D64"/>
        </w:tc>
        <w:tc>
          <w:tcPr>
            <w:tcW w:w="7087" w:type="dxa"/>
            <w:shd w:val="clear" w:color="auto" w:fill="FFFFFF"/>
            <w:tcMar>
              <w:top w:w="70" w:type="dxa"/>
              <w:left w:w="90" w:type="dxa"/>
              <w:bottom w:w="70" w:type="dxa"/>
              <w:right w:w="90" w:type="dxa"/>
            </w:tcMar>
            <w:vAlign w:val="center"/>
          </w:tcPr>
          <w:p w14:paraId="57414A2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C63AD7" w14:textId="77777777" w:rsidR="00302D64" w:rsidRDefault="00000000">
            <w:pPr>
              <w:jc w:val="center"/>
            </w:pPr>
            <w:r>
              <w:rPr>
                <w:b/>
                <w:color w:val="000000"/>
              </w:rPr>
              <w:t>UČENEC</w:t>
            </w:r>
          </w:p>
        </w:tc>
      </w:tr>
      <w:tr w:rsidR="00302D64" w14:paraId="68ECF21C" w14:textId="77777777">
        <w:trPr>
          <w:jc w:val="center"/>
        </w:trPr>
        <w:tc>
          <w:tcPr>
            <w:tcW w:w="4422" w:type="dxa"/>
            <w:tcMar>
              <w:top w:w="70" w:type="dxa"/>
              <w:left w:w="90" w:type="dxa"/>
              <w:bottom w:w="70" w:type="dxa"/>
              <w:right w:w="90" w:type="dxa"/>
            </w:tcMar>
          </w:tcPr>
          <w:p w14:paraId="5732028E" w14:textId="77777777" w:rsidR="00302D64" w:rsidRDefault="00302D64"/>
          <w:p w14:paraId="3498DE59" w14:textId="77777777" w:rsidR="00302D64" w:rsidRDefault="00000000">
            <w:pPr>
              <w:spacing w:after="60" w:line="245" w:lineRule="auto"/>
            </w:pPr>
            <w:r>
              <w:rPr>
                <w:b/>
                <w:color w:val="000000"/>
              </w:rPr>
              <w:t>UČNI CILJI</w:t>
            </w:r>
          </w:p>
          <w:p w14:paraId="6796D139" w14:textId="77777777" w:rsidR="00302D64" w:rsidRDefault="00000000">
            <w:pPr>
              <w:spacing w:after="20" w:line="245" w:lineRule="auto"/>
            </w:pPr>
            <w:r>
              <w:rPr>
                <w:b/>
                <w:color w:val="000000"/>
                <w:sz w:val="17"/>
              </w:rPr>
              <w:t>SPLOŠNI</w:t>
            </w:r>
          </w:p>
          <w:p w14:paraId="1FE57032" w14:textId="77777777" w:rsidR="00302D64" w:rsidRDefault="00000000">
            <w:pPr>
              <w:pStyle w:val="Oznaenseznam"/>
              <w:spacing w:after="16"/>
            </w:pPr>
            <w:r>
              <w:rPr>
                <w:color w:val="000000"/>
                <w:sz w:val="16"/>
              </w:rPr>
              <w:t>razvija radovednost ter sistematično opazuje, primerja, razvršča in sporoča ugotovitve</w:t>
            </w:r>
          </w:p>
          <w:p w14:paraId="400DE4A3" w14:textId="77777777" w:rsidR="00302D64" w:rsidRDefault="00000000">
            <w:pPr>
              <w:pStyle w:val="Oznaenseznam"/>
              <w:spacing w:after="16"/>
            </w:pPr>
            <w:r>
              <w:rPr>
                <w:color w:val="000000"/>
                <w:sz w:val="16"/>
              </w:rPr>
              <w:t>sodeluje, posluša druge in svoja opažanja izraža na razvojno primeren način</w:t>
            </w:r>
          </w:p>
          <w:p w14:paraId="70091D13" w14:textId="77777777" w:rsidR="00302D64" w:rsidRDefault="00000000">
            <w:pPr>
              <w:pStyle w:val="Oznaenseznam"/>
              <w:spacing w:after="16"/>
            </w:pPr>
            <w:r>
              <w:rPr>
                <w:color w:val="000000"/>
                <w:sz w:val="16"/>
              </w:rPr>
              <w:t>ravna varno, odgovorno in skrbno do sebe, drugih ter okolja</w:t>
            </w:r>
          </w:p>
          <w:p w14:paraId="28AD5645" w14:textId="77777777" w:rsidR="00302D64" w:rsidRDefault="00000000">
            <w:pPr>
              <w:pStyle w:val="Oznaenseznam"/>
              <w:spacing w:after="16"/>
            </w:pPr>
            <w:r>
              <w:rPr>
                <w:color w:val="000000"/>
                <w:sz w:val="16"/>
              </w:rPr>
              <w:t>ob kriterijih spremlja svoje učenje in sprejema opisno povratno informacijo</w:t>
            </w:r>
          </w:p>
          <w:p w14:paraId="1CD34BFE" w14:textId="77777777" w:rsidR="00302D64" w:rsidRDefault="00000000">
            <w:pPr>
              <w:spacing w:before="40" w:after="20" w:line="245" w:lineRule="auto"/>
            </w:pPr>
            <w:r>
              <w:rPr>
                <w:b/>
                <w:color w:val="000000"/>
                <w:sz w:val="17"/>
              </w:rPr>
              <w:t>OPERATIVNI</w:t>
            </w:r>
          </w:p>
          <w:p w14:paraId="71170837" w14:textId="77777777" w:rsidR="00302D64" w:rsidRDefault="00000000">
            <w:pPr>
              <w:pStyle w:val="Oznaenseznam"/>
              <w:spacing w:after="16"/>
            </w:pPr>
            <w:r>
              <w:rPr>
                <w:color w:val="000000"/>
                <w:sz w:val="16"/>
              </w:rPr>
              <w:t>opazuje, kako se predmeti in bitja gibljejo</w:t>
            </w:r>
          </w:p>
          <w:p w14:paraId="1BA327FC" w14:textId="77777777" w:rsidR="00302D64" w:rsidRDefault="00000000">
            <w:pPr>
              <w:pStyle w:val="Oznaenseznam"/>
              <w:spacing w:after="16"/>
            </w:pPr>
            <w:r>
              <w:rPr>
                <w:color w:val="000000"/>
                <w:sz w:val="16"/>
              </w:rPr>
              <w:t>razlikuje potisk in vlek</w:t>
            </w:r>
          </w:p>
          <w:p w14:paraId="5D41A7B7" w14:textId="77777777" w:rsidR="00302D64" w:rsidRDefault="00000000">
            <w:pPr>
              <w:pStyle w:val="Oznaenseznam"/>
              <w:spacing w:after="16"/>
            </w:pPr>
            <w:r>
              <w:rPr>
                <w:color w:val="000000"/>
                <w:sz w:val="16"/>
              </w:rPr>
              <w:t>izvede pošten preizkus</w:t>
            </w:r>
          </w:p>
          <w:p w14:paraId="3ACC0806" w14:textId="77777777" w:rsidR="00302D64" w:rsidRDefault="00000000">
            <w:pPr>
              <w:spacing w:before="40" w:after="20" w:line="245" w:lineRule="auto"/>
            </w:pPr>
            <w:r>
              <w:rPr>
                <w:b/>
                <w:color w:val="000000"/>
                <w:sz w:val="17"/>
              </w:rPr>
              <w:t>PRIČAKOVANI DOSEŽKI / STANDARDI</w:t>
            </w:r>
          </w:p>
          <w:p w14:paraId="405CA147" w14:textId="77777777" w:rsidR="00302D64" w:rsidRDefault="00000000">
            <w:pPr>
              <w:pStyle w:val="Oznaenseznam"/>
              <w:spacing w:after="16"/>
            </w:pPr>
            <w:r>
              <w:rPr>
                <w:color w:val="000000"/>
                <w:sz w:val="16"/>
              </w:rPr>
              <w:t>ob konkretni ali slikovni opori opazuje, kako se predmeti in bitja gibljejo</w:t>
            </w:r>
          </w:p>
          <w:p w14:paraId="3CA3E521" w14:textId="77777777" w:rsidR="00302D64" w:rsidRDefault="00000000">
            <w:pPr>
              <w:pStyle w:val="Oznaenseznam"/>
              <w:spacing w:after="16"/>
            </w:pPr>
            <w:r>
              <w:rPr>
                <w:color w:val="000000"/>
                <w:sz w:val="16"/>
              </w:rPr>
              <w:t>ob konkretni ali slikovni opori razlikuje potisk in vlek</w:t>
            </w:r>
          </w:p>
          <w:p w14:paraId="7699EFA3" w14:textId="77777777" w:rsidR="00302D64" w:rsidRDefault="00000000">
            <w:pPr>
              <w:pStyle w:val="Oznaenseznam"/>
              <w:spacing w:after="16"/>
            </w:pPr>
            <w:r>
              <w:rPr>
                <w:color w:val="000000"/>
                <w:sz w:val="16"/>
              </w:rPr>
              <w:t>ob konkretni ali slikovni opori izvede pošten preizkus</w:t>
            </w:r>
          </w:p>
        </w:tc>
        <w:tc>
          <w:tcPr>
            <w:tcW w:w="7087" w:type="dxa"/>
            <w:tcMar>
              <w:top w:w="70" w:type="dxa"/>
              <w:left w:w="90" w:type="dxa"/>
              <w:bottom w:w="70" w:type="dxa"/>
              <w:right w:w="90" w:type="dxa"/>
            </w:tcMar>
          </w:tcPr>
          <w:p w14:paraId="0A8B3974"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2FF67CD" w14:textId="77777777">
              <w:trPr>
                <w:jc w:val="center"/>
              </w:trPr>
              <w:tc>
                <w:tcPr>
                  <w:tcW w:w="7087" w:type="dxa"/>
                  <w:shd w:val="clear" w:color="auto" w:fill="C6E7F3"/>
                  <w:tcMar>
                    <w:top w:w="45" w:type="dxa"/>
                    <w:left w:w="70" w:type="dxa"/>
                    <w:bottom w:w="45" w:type="dxa"/>
                    <w:right w:w="70" w:type="dxa"/>
                  </w:tcMar>
                </w:tcPr>
                <w:p w14:paraId="1A27C6B9" w14:textId="77777777" w:rsidR="00302D64" w:rsidRDefault="00000000">
                  <w:pPr>
                    <w:keepNext/>
                  </w:pPr>
                  <w:r>
                    <w:rPr>
                      <w:b/>
                      <w:color w:val="000000"/>
                    </w:rPr>
                    <w:t>UVODNI DEL – motivacija, aktivacija predznanja in namen učenja (15–20 min)</w:t>
                  </w:r>
                </w:p>
              </w:tc>
            </w:tr>
          </w:tbl>
          <w:p w14:paraId="1B3DC69E" w14:textId="77777777" w:rsidR="00302D64" w:rsidRDefault="00302D64">
            <w:pPr>
              <w:spacing w:line="20" w:lineRule="exact"/>
            </w:pPr>
          </w:p>
          <w:p w14:paraId="2BF95625" w14:textId="77777777" w:rsidR="00302D64" w:rsidRDefault="00000000">
            <w:pPr>
              <w:spacing w:before="40" w:after="60" w:line="245" w:lineRule="auto"/>
            </w:pPr>
            <w:r>
              <w:rPr>
                <w:color w:val="000000"/>
                <w:sz w:val="17"/>
              </w:rPr>
              <w:t>Bobkova barčica se ne premakne sama. Učenci brez dotikanja najprej predlagajo, kaj bi jo lahko spravilo v gibanje, nato razlikujejo potisk in vlek.</w:t>
            </w:r>
          </w:p>
          <w:tbl>
            <w:tblPr>
              <w:tblStyle w:val="Tabelamrea"/>
              <w:tblW w:w="0" w:type="auto"/>
              <w:jc w:val="center"/>
              <w:tblLayout w:type="fixed"/>
              <w:tblLook w:val="04A0" w:firstRow="1" w:lastRow="0" w:firstColumn="1" w:lastColumn="0" w:noHBand="0" w:noVBand="1"/>
            </w:tblPr>
            <w:tblGrid>
              <w:gridCol w:w="7087"/>
            </w:tblGrid>
            <w:tr w:rsidR="00302D64" w14:paraId="710F7270" w14:textId="77777777">
              <w:trPr>
                <w:jc w:val="center"/>
              </w:trPr>
              <w:tc>
                <w:tcPr>
                  <w:tcW w:w="7087" w:type="dxa"/>
                  <w:shd w:val="clear" w:color="auto" w:fill="EDC9EA"/>
                  <w:tcMar>
                    <w:top w:w="45" w:type="dxa"/>
                    <w:left w:w="70" w:type="dxa"/>
                    <w:bottom w:w="45" w:type="dxa"/>
                    <w:right w:w="70" w:type="dxa"/>
                  </w:tcMar>
                </w:tcPr>
                <w:p w14:paraId="176AA382" w14:textId="77777777" w:rsidR="00302D64" w:rsidRDefault="00000000">
                  <w:pPr>
                    <w:keepNext/>
                  </w:pPr>
                  <w:r>
                    <w:rPr>
                      <w:b/>
                      <w:color w:val="000000"/>
                    </w:rPr>
                    <w:t>NAMENI UČENJA</w:t>
                  </w:r>
                </w:p>
              </w:tc>
            </w:tr>
          </w:tbl>
          <w:p w14:paraId="78A62613" w14:textId="77777777" w:rsidR="00302D64" w:rsidRDefault="00302D64">
            <w:pPr>
              <w:spacing w:line="20" w:lineRule="exact"/>
            </w:pPr>
          </w:p>
          <w:p w14:paraId="190F9C9E" w14:textId="77777777" w:rsidR="00302D64" w:rsidRDefault="00000000">
            <w:pPr>
              <w:spacing w:before="20" w:after="20" w:line="245" w:lineRule="auto"/>
            </w:pPr>
            <w:r>
              <w:rPr>
                <w:color w:val="000000"/>
                <w:sz w:val="16"/>
              </w:rPr>
              <w:t>Učimo se zato, da bomo lažje razumeli in odgovorno uporabili znanje v vsakdanjih situacijah.</w:t>
            </w:r>
          </w:p>
          <w:p w14:paraId="06F81AAA" w14:textId="77777777" w:rsidR="00302D64" w:rsidRDefault="00000000">
            <w:pPr>
              <w:pStyle w:val="Oznaenseznam"/>
              <w:spacing w:after="16"/>
            </w:pPr>
            <w:r>
              <w:rPr>
                <w:color w:val="000000"/>
                <w:sz w:val="16"/>
              </w:rPr>
              <w:t>opazujem, kako se predmeti in bitja gibljejo</w:t>
            </w:r>
          </w:p>
          <w:p w14:paraId="7723A73F" w14:textId="77777777" w:rsidR="00302D64" w:rsidRDefault="00000000">
            <w:pPr>
              <w:pStyle w:val="Oznaenseznam"/>
              <w:spacing w:after="16"/>
            </w:pPr>
            <w:r>
              <w:rPr>
                <w:color w:val="000000"/>
                <w:sz w:val="16"/>
              </w:rPr>
              <w:t>razlikujem potisk in vlek</w:t>
            </w:r>
          </w:p>
          <w:p w14:paraId="2DD424A2" w14:textId="77777777" w:rsidR="00302D64" w:rsidRDefault="00000000">
            <w:pPr>
              <w:pStyle w:val="Oznaenseznam"/>
              <w:spacing w:after="16"/>
            </w:pPr>
            <w:r>
              <w:rPr>
                <w:color w:val="000000"/>
                <w:sz w:val="16"/>
              </w:rPr>
              <w:t>izvedem pošten preizkus</w:t>
            </w:r>
          </w:p>
          <w:tbl>
            <w:tblPr>
              <w:tblStyle w:val="Tabelamrea"/>
              <w:tblW w:w="0" w:type="auto"/>
              <w:jc w:val="center"/>
              <w:tblLayout w:type="fixed"/>
              <w:tblLook w:val="04A0" w:firstRow="1" w:lastRow="0" w:firstColumn="1" w:lastColumn="0" w:noHBand="0" w:noVBand="1"/>
            </w:tblPr>
            <w:tblGrid>
              <w:gridCol w:w="7087"/>
            </w:tblGrid>
            <w:tr w:rsidR="00302D64" w14:paraId="6DA29D56" w14:textId="77777777">
              <w:trPr>
                <w:jc w:val="center"/>
              </w:trPr>
              <w:tc>
                <w:tcPr>
                  <w:tcW w:w="7087" w:type="dxa"/>
                  <w:shd w:val="clear" w:color="auto" w:fill="EDC9EA"/>
                  <w:tcMar>
                    <w:top w:w="45" w:type="dxa"/>
                    <w:left w:w="70" w:type="dxa"/>
                    <w:bottom w:w="45" w:type="dxa"/>
                    <w:right w:w="70" w:type="dxa"/>
                  </w:tcMar>
                </w:tcPr>
                <w:p w14:paraId="3E8E215C" w14:textId="77777777" w:rsidR="00302D64" w:rsidRDefault="00000000">
                  <w:pPr>
                    <w:keepNext/>
                  </w:pPr>
                  <w:r>
                    <w:rPr>
                      <w:b/>
                      <w:color w:val="000000"/>
                    </w:rPr>
                    <w:t>PREVERJANJE PREDZNANJA</w:t>
                  </w:r>
                </w:p>
              </w:tc>
            </w:tr>
          </w:tbl>
          <w:p w14:paraId="127AE10F" w14:textId="77777777" w:rsidR="00302D64" w:rsidRDefault="00302D64">
            <w:pPr>
              <w:spacing w:line="20" w:lineRule="exact"/>
            </w:pPr>
          </w:p>
          <w:p w14:paraId="0F18B6D2" w14:textId="77777777" w:rsidR="00302D64" w:rsidRDefault="00000000">
            <w:pPr>
              <w:pStyle w:val="Oznaenseznam"/>
              <w:spacing w:after="16"/>
            </w:pPr>
            <w:r>
              <w:rPr>
                <w:color w:val="000000"/>
                <w:sz w:val="16"/>
              </w:rPr>
              <w:t>Kaj lahko spremeni gibanje predmeta?</w:t>
            </w:r>
          </w:p>
          <w:p w14:paraId="422A5CDF" w14:textId="77777777" w:rsidR="00302D64" w:rsidRDefault="00000000">
            <w:pPr>
              <w:pStyle w:val="Oznaenseznam"/>
              <w:spacing w:after="16"/>
            </w:pPr>
            <w:r>
              <w:rPr>
                <w:color w:val="000000"/>
                <w:sz w:val="16"/>
              </w:rPr>
              <w:t>Kako izvedem pošten preizkus, pri katerem spreminjam samo eno stvar?</w:t>
            </w:r>
          </w:p>
          <w:p w14:paraId="6E39B4E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7031B022" w14:textId="77777777">
              <w:trPr>
                <w:jc w:val="center"/>
              </w:trPr>
              <w:tc>
                <w:tcPr>
                  <w:tcW w:w="7087" w:type="dxa"/>
                  <w:shd w:val="clear" w:color="auto" w:fill="EDC9EA"/>
                  <w:tcMar>
                    <w:top w:w="45" w:type="dxa"/>
                    <w:left w:w="70" w:type="dxa"/>
                    <w:bottom w:w="45" w:type="dxa"/>
                    <w:right w:w="70" w:type="dxa"/>
                  </w:tcMar>
                </w:tcPr>
                <w:p w14:paraId="36DDA5E2" w14:textId="77777777" w:rsidR="00302D64" w:rsidRDefault="00000000">
                  <w:pPr>
                    <w:keepNext/>
                  </w:pPr>
                  <w:r>
                    <w:rPr>
                      <w:b/>
                      <w:color w:val="000000"/>
                    </w:rPr>
                    <w:t>KRITERIJI USPEŠNOSTI</w:t>
                  </w:r>
                </w:p>
              </w:tc>
            </w:tr>
          </w:tbl>
          <w:p w14:paraId="3D3EEACF" w14:textId="77777777" w:rsidR="00302D64" w:rsidRDefault="00302D64"/>
          <w:p w14:paraId="31C2D4C0" w14:textId="77777777" w:rsidR="00302D64" w:rsidRDefault="00000000">
            <w:pPr>
              <w:spacing w:before="20" w:after="20" w:line="245" w:lineRule="auto"/>
            </w:pPr>
            <w:r>
              <w:rPr>
                <w:b/>
                <w:color w:val="000000"/>
                <w:sz w:val="16"/>
              </w:rPr>
              <w:t>Uspešen/-na bom, ko:</w:t>
            </w:r>
          </w:p>
          <w:p w14:paraId="1A68A384" w14:textId="77777777" w:rsidR="00302D64" w:rsidRDefault="00000000">
            <w:pPr>
              <w:pStyle w:val="Oznaenseznam"/>
              <w:spacing w:after="16"/>
            </w:pPr>
            <w:r>
              <w:rPr>
                <w:color w:val="000000"/>
                <w:sz w:val="16"/>
              </w:rPr>
              <w:t>opazujem, kako se predmeti in bitja gibljejo</w:t>
            </w:r>
          </w:p>
          <w:p w14:paraId="3B55C9A8" w14:textId="77777777" w:rsidR="00302D64" w:rsidRDefault="00000000">
            <w:pPr>
              <w:pStyle w:val="Oznaenseznam"/>
              <w:spacing w:after="16"/>
            </w:pPr>
            <w:r>
              <w:rPr>
                <w:color w:val="000000"/>
                <w:sz w:val="16"/>
              </w:rPr>
              <w:t>razlikujem potisk in vlek</w:t>
            </w:r>
          </w:p>
          <w:p w14:paraId="65260F8A" w14:textId="77777777" w:rsidR="00302D64" w:rsidRDefault="00000000">
            <w:pPr>
              <w:pStyle w:val="Oznaenseznam"/>
              <w:spacing w:after="16"/>
            </w:pPr>
            <w:r>
              <w:rPr>
                <w:color w:val="000000"/>
                <w:sz w:val="16"/>
              </w:rPr>
              <w:t>izvedem pošten preizkus</w:t>
            </w:r>
          </w:p>
          <w:p w14:paraId="002F155A"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952C69C" w14:textId="77777777" w:rsidR="00302D64" w:rsidRDefault="00302D64"/>
          <w:p w14:paraId="679A08E4" w14:textId="77777777" w:rsidR="00302D64" w:rsidRDefault="00000000">
            <w:pPr>
              <w:spacing w:after="80" w:line="245" w:lineRule="auto"/>
            </w:pPr>
            <w:r>
              <w:rPr>
                <w:color w:val="000000"/>
                <w:sz w:val="16"/>
              </w:rPr>
              <w:t>Posluša ali opazuje književno oziroma predmetno izhodišče ter se vključi z gibom, sliko ali besedo.</w:t>
            </w:r>
          </w:p>
          <w:p w14:paraId="1B54003A" w14:textId="77777777" w:rsidR="00302D64" w:rsidRDefault="00000000">
            <w:pPr>
              <w:spacing w:after="80" w:line="245" w:lineRule="auto"/>
            </w:pPr>
            <w:r>
              <w:rPr>
                <w:color w:val="000000"/>
                <w:sz w:val="16"/>
              </w:rPr>
              <w:t>Pove, pokaže ali nariše, kaj že ve. Posluša zamisli drugih.</w:t>
            </w:r>
          </w:p>
          <w:p w14:paraId="00996C0B" w14:textId="77777777" w:rsidR="00302D64" w:rsidRDefault="00000000">
            <w:pPr>
              <w:spacing w:after="100" w:line="245" w:lineRule="auto"/>
            </w:pPr>
            <w:r>
              <w:rPr>
                <w:color w:val="000000"/>
                <w:sz w:val="16"/>
              </w:rPr>
              <w:t>Sodeluje pri razumevanju namenov in kriterijev uspešnosti.</w:t>
            </w:r>
          </w:p>
          <w:p w14:paraId="18D2939A" w14:textId="77777777" w:rsidR="00302D64" w:rsidRDefault="00000000">
            <w:pPr>
              <w:spacing w:after="20" w:line="245" w:lineRule="auto"/>
            </w:pPr>
            <w:r>
              <w:rPr>
                <w:b/>
                <w:color w:val="D95BC6"/>
                <w:sz w:val="17"/>
              </w:rPr>
              <w:t>DOKAZ O UČENJU</w:t>
            </w:r>
          </w:p>
          <w:p w14:paraId="617537DD" w14:textId="77777777" w:rsidR="00302D64" w:rsidRDefault="00000000">
            <w:pPr>
              <w:spacing w:after="30" w:line="245" w:lineRule="auto"/>
            </w:pPr>
            <w:r>
              <w:rPr>
                <w:color w:val="D95BC6"/>
                <w:sz w:val="16"/>
              </w:rPr>
              <w:t>začetna zamisel, razvrstitev, risba ali ustni odgovor</w:t>
            </w:r>
          </w:p>
        </w:tc>
      </w:tr>
    </w:tbl>
    <w:p w14:paraId="6511160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877283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B860B8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0758B8B" w14:textId="77777777" w:rsidR="00302D64" w:rsidRDefault="00000000">
            <w:pPr>
              <w:jc w:val="center"/>
            </w:pPr>
            <w:r>
              <w:rPr>
                <w:b/>
                <w:color w:val="000000"/>
                <w:sz w:val="20"/>
              </w:rPr>
              <w:t>UČNE DEJAVNOSTI, METODE IN FORMATIVNO SPREMLJANJE</w:t>
            </w:r>
          </w:p>
        </w:tc>
      </w:tr>
      <w:tr w:rsidR="00302D64" w14:paraId="6C718A99" w14:textId="77777777">
        <w:trPr>
          <w:tblHeader/>
          <w:jc w:val="center"/>
        </w:trPr>
        <w:tc>
          <w:tcPr>
            <w:tcW w:w="4422" w:type="dxa"/>
            <w:vMerge/>
            <w:tcMar>
              <w:top w:w="70" w:type="dxa"/>
              <w:left w:w="90" w:type="dxa"/>
              <w:bottom w:w="70" w:type="dxa"/>
              <w:right w:w="90" w:type="dxa"/>
            </w:tcMar>
            <w:vAlign w:val="center"/>
          </w:tcPr>
          <w:p w14:paraId="0E4F96B6" w14:textId="77777777" w:rsidR="00302D64" w:rsidRDefault="00302D64"/>
        </w:tc>
        <w:tc>
          <w:tcPr>
            <w:tcW w:w="7087" w:type="dxa"/>
            <w:shd w:val="clear" w:color="auto" w:fill="FFFFFF"/>
            <w:tcMar>
              <w:top w:w="70" w:type="dxa"/>
              <w:left w:w="90" w:type="dxa"/>
              <w:bottom w:w="70" w:type="dxa"/>
              <w:right w:w="90" w:type="dxa"/>
            </w:tcMar>
            <w:vAlign w:val="center"/>
          </w:tcPr>
          <w:p w14:paraId="1E5582F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8EC03B" w14:textId="77777777" w:rsidR="00302D64" w:rsidRDefault="00000000">
            <w:pPr>
              <w:jc w:val="center"/>
            </w:pPr>
            <w:r>
              <w:rPr>
                <w:b/>
                <w:color w:val="000000"/>
              </w:rPr>
              <w:t>UČENEC</w:t>
            </w:r>
          </w:p>
        </w:tc>
      </w:tr>
      <w:tr w:rsidR="00302D64" w14:paraId="428D5164" w14:textId="77777777">
        <w:trPr>
          <w:jc w:val="center"/>
        </w:trPr>
        <w:tc>
          <w:tcPr>
            <w:tcW w:w="4422" w:type="dxa"/>
            <w:tcMar>
              <w:top w:w="70" w:type="dxa"/>
              <w:left w:w="90" w:type="dxa"/>
              <w:bottom w:w="70" w:type="dxa"/>
              <w:right w:w="90" w:type="dxa"/>
            </w:tcMar>
          </w:tcPr>
          <w:p w14:paraId="5ADEF063" w14:textId="77777777" w:rsidR="00302D64" w:rsidRDefault="00302D64"/>
          <w:p w14:paraId="35B8F9E1" w14:textId="77777777" w:rsidR="00302D64" w:rsidRDefault="00000000">
            <w:pPr>
              <w:spacing w:after="40" w:line="245" w:lineRule="auto"/>
            </w:pPr>
            <w:r>
              <w:rPr>
                <w:b/>
                <w:color w:val="000000"/>
              </w:rPr>
              <w:t>KLJUČNI POJMI</w:t>
            </w:r>
          </w:p>
          <w:p w14:paraId="14570681" w14:textId="77777777" w:rsidR="00302D64" w:rsidRDefault="00000000">
            <w:pPr>
              <w:spacing w:after="80" w:line="245" w:lineRule="auto"/>
            </w:pPr>
            <w:r>
              <w:rPr>
                <w:color w:val="000000"/>
                <w:sz w:val="16"/>
              </w:rPr>
              <w:t>gibanje, mirovanje, potisk, vlek, smer, hitrost, sled, sila, napoved, pošten preizkus</w:t>
            </w:r>
          </w:p>
          <w:p w14:paraId="69A14D91" w14:textId="77777777" w:rsidR="00302D64" w:rsidRDefault="00000000">
            <w:pPr>
              <w:spacing w:after="20" w:line="245" w:lineRule="auto"/>
            </w:pPr>
            <w:r>
              <w:rPr>
                <w:b/>
                <w:color w:val="000000"/>
              </w:rPr>
              <w:t>DOKAZI O UČENJU</w:t>
            </w:r>
          </w:p>
          <w:p w14:paraId="6C29912F" w14:textId="77777777" w:rsidR="00302D64" w:rsidRDefault="00000000">
            <w:pPr>
              <w:pStyle w:val="Oznaenseznam"/>
              <w:spacing w:after="16"/>
            </w:pPr>
            <w:r>
              <w:rPr>
                <w:color w:val="000000"/>
                <w:sz w:val="16"/>
              </w:rPr>
              <w:t>praktična razvrstitev gibanj</w:t>
            </w:r>
          </w:p>
          <w:p w14:paraId="11B3AC4B" w14:textId="77777777" w:rsidR="00302D64" w:rsidRDefault="00000000">
            <w:pPr>
              <w:pStyle w:val="Oznaenseznam"/>
              <w:spacing w:after="16"/>
            </w:pPr>
            <w:r>
              <w:rPr>
                <w:color w:val="000000"/>
                <w:sz w:val="16"/>
              </w:rPr>
              <w:t>slikovni zapis poštenega preizkusa</w:t>
            </w:r>
          </w:p>
          <w:p w14:paraId="34E5623C" w14:textId="77777777" w:rsidR="00302D64" w:rsidRDefault="00000000">
            <w:pPr>
              <w:pStyle w:val="Oznaenseznam"/>
              <w:spacing w:after="16"/>
            </w:pPr>
            <w:r>
              <w:rPr>
                <w:color w:val="000000"/>
                <w:sz w:val="16"/>
              </w:rPr>
              <w:t>gibalni prikaz in narisana sled</w:t>
            </w:r>
          </w:p>
          <w:p w14:paraId="5EF658FC" w14:textId="77777777" w:rsidR="00302D64" w:rsidRDefault="00000000">
            <w:pPr>
              <w:spacing w:before="40" w:after="20" w:line="245" w:lineRule="auto"/>
            </w:pPr>
            <w:r>
              <w:rPr>
                <w:b/>
                <w:color w:val="000000"/>
              </w:rPr>
              <w:t>MEDPREDMETNA POVEZAVA</w:t>
            </w:r>
          </w:p>
          <w:p w14:paraId="2BC09670" w14:textId="77777777" w:rsidR="00302D64" w:rsidRDefault="00000000">
            <w:pPr>
              <w:spacing w:after="60" w:line="245" w:lineRule="auto"/>
            </w:pPr>
            <w:r>
              <w:rPr>
                <w:color w:val="000000"/>
                <w:sz w:val="16"/>
              </w:rPr>
              <w:t>MAT – merjenje razdalje in primerjanje; ŠPO – vrste gibanja; SLJ – opis ugotovitve; LUM – sled gibanja</w:t>
            </w:r>
          </w:p>
          <w:p w14:paraId="165806D4" w14:textId="77777777" w:rsidR="00302D64" w:rsidRDefault="00000000">
            <w:pPr>
              <w:spacing w:after="20" w:line="245" w:lineRule="auto"/>
            </w:pPr>
            <w:r>
              <w:rPr>
                <w:b/>
                <w:color w:val="000000"/>
              </w:rPr>
              <w:t>POUČEVANJE V GIBANJU</w:t>
            </w:r>
          </w:p>
          <w:p w14:paraId="4A0AB913"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86AE160" w14:textId="77777777" w:rsidR="00302D64" w:rsidRDefault="00000000">
            <w:pPr>
              <w:spacing w:after="20" w:line="245" w:lineRule="auto"/>
            </w:pPr>
            <w:r>
              <w:rPr>
                <w:b/>
                <w:color w:val="000000"/>
              </w:rPr>
              <w:t>UČENJE PO ŠTIRIH POSTAJAH</w:t>
            </w:r>
          </w:p>
          <w:p w14:paraId="5754E0B0"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6E3C9E58" w14:textId="77777777" w:rsidR="00302D64" w:rsidRDefault="00000000">
            <w:pPr>
              <w:spacing w:after="20" w:line="245" w:lineRule="auto"/>
            </w:pPr>
            <w:r>
              <w:rPr>
                <w:b/>
                <w:color w:val="000000"/>
              </w:rPr>
              <w:t>DIFERENCIACIJA IN VKLJUČEVANJE</w:t>
            </w:r>
          </w:p>
          <w:p w14:paraId="26939114" w14:textId="77777777" w:rsidR="00302D64" w:rsidRDefault="00000000">
            <w:pPr>
              <w:spacing w:after="60" w:line="245" w:lineRule="auto"/>
            </w:pPr>
            <w:r>
              <w:rPr>
                <w:color w:val="000000"/>
                <w:sz w:val="16"/>
              </w:rPr>
              <w:t>Uporabijo se večji predmeti in krajše poti; učenec lahko izbere simbol; naprednejši sam določi, kaj mora ostati enako.</w:t>
            </w:r>
          </w:p>
          <w:p w14:paraId="06317087" w14:textId="77777777" w:rsidR="00302D64" w:rsidRDefault="00000000">
            <w:pPr>
              <w:spacing w:after="20" w:line="245" w:lineRule="auto"/>
            </w:pPr>
            <w:r>
              <w:rPr>
                <w:b/>
                <w:color w:val="000000"/>
              </w:rPr>
              <w:t>SPREMLJANJE</w:t>
            </w:r>
          </w:p>
          <w:p w14:paraId="31B6B0BA"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48A6A690"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FA55D77" w14:textId="77777777">
              <w:trPr>
                <w:jc w:val="center"/>
              </w:trPr>
              <w:tc>
                <w:tcPr>
                  <w:tcW w:w="7087" w:type="dxa"/>
                  <w:shd w:val="clear" w:color="auto" w:fill="C6E7F3"/>
                  <w:tcMar>
                    <w:top w:w="45" w:type="dxa"/>
                    <w:left w:w="70" w:type="dxa"/>
                    <w:bottom w:w="45" w:type="dxa"/>
                    <w:right w:w="70" w:type="dxa"/>
                  </w:tcMar>
                </w:tcPr>
                <w:p w14:paraId="3C50B7BB" w14:textId="77777777" w:rsidR="00302D64" w:rsidRDefault="00000000">
                  <w:pPr>
                    <w:keepNext/>
                  </w:pPr>
                  <w:r>
                    <w:t>GLAVNI DEL – IZKUŠENJSKO IN POSTAJNO UČENJE (3 šolske ure)</w:t>
                  </w:r>
                </w:p>
              </w:tc>
            </w:tr>
          </w:tbl>
          <w:p w14:paraId="05FFAAF3" w14:textId="77777777" w:rsidR="00302D64" w:rsidRDefault="00302D64">
            <w:pPr>
              <w:spacing w:line="20" w:lineRule="exact"/>
            </w:pPr>
          </w:p>
          <w:p w14:paraId="3C4DE48D" w14:textId="77777777" w:rsidR="00302D64" w:rsidRDefault="00000000">
            <w:pPr>
              <w:keepNext/>
              <w:spacing w:before="60" w:after="20" w:line="245" w:lineRule="auto"/>
            </w:pPr>
            <w:r>
              <w:rPr>
                <w:b/>
                <w:color w:val="000000"/>
              </w:rPr>
              <w:t>1. URA – Potisk ali vlek</w:t>
            </w:r>
          </w:p>
          <w:p w14:paraId="1345B883" w14:textId="77777777" w:rsidR="00302D64" w:rsidRDefault="00000000">
            <w:pPr>
              <w:spacing w:after="20" w:line="245" w:lineRule="auto"/>
            </w:pPr>
            <w:r>
              <w:rPr>
                <w:b/>
                <w:color w:val="000000"/>
                <w:sz w:val="16"/>
              </w:rPr>
              <w:t xml:space="preserve">Dejavnost učiteljice: </w:t>
            </w:r>
            <w:r>
              <w:rPr>
                <w:color w:val="000000"/>
                <w:sz w:val="16"/>
              </w:rPr>
              <w:t>Pripravi postaje z vozičkom, vrvico, žogo, vratci in barčico ter modelira smer sile.</w:t>
            </w:r>
          </w:p>
          <w:p w14:paraId="74C43169" w14:textId="77777777" w:rsidR="00302D64" w:rsidRDefault="00000000">
            <w:pPr>
              <w:spacing w:after="20" w:line="245" w:lineRule="auto"/>
            </w:pPr>
            <w:r>
              <w:rPr>
                <w:b/>
                <w:color w:val="000000"/>
                <w:sz w:val="16"/>
              </w:rPr>
              <w:t xml:space="preserve">Dejavnost učencev: </w:t>
            </w:r>
            <w:r>
              <w:rPr>
                <w:color w:val="000000"/>
                <w:sz w:val="16"/>
              </w:rPr>
              <w:t>Predmete premikajo, dejanje poimenujejo in s puščico pokažejo smer potiska ali vleka.</w:t>
            </w:r>
          </w:p>
          <w:p w14:paraId="25A86F59" w14:textId="77777777" w:rsidR="00302D64" w:rsidRDefault="00000000">
            <w:pPr>
              <w:spacing w:after="40" w:line="245" w:lineRule="auto"/>
            </w:pPr>
            <w:r>
              <w:rPr>
                <w:i/>
                <w:color w:val="D95BC6"/>
                <w:sz w:val="16"/>
              </w:rPr>
              <w:t>Predvideni dokaz: praktična razvrstitev gibanj.</w:t>
            </w:r>
          </w:p>
          <w:p w14:paraId="49C479E1" w14:textId="77777777" w:rsidR="00302D64" w:rsidRDefault="00000000">
            <w:pPr>
              <w:keepNext/>
              <w:spacing w:before="60" w:after="20" w:line="245" w:lineRule="auto"/>
            </w:pPr>
            <w:r>
              <w:rPr>
                <w:b/>
                <w:color w:val="000000"/>
              </w:rPr>
              <w:t>2. URA – Pošten preizkus barčice ali vozička</w:t>
            </w:r>
          </w:p>
          <w:p w14:paraId="118490B2" w14:textId="77777777" w:rsidR="00302D64" w:rsidRDefault="00000000">
            <w:pPr>
              <w:spacing w:after="20" w:line="245" w:lineRule="auto"/>
            </w:pPr>
            <w:r>
              <w:rPr>
                <w:b/>
                <w:color w:val="000000"/>
                <w:sz w:val="16"/>
              </w:rPr>
              <w:t xml:space="preserve">Dejavnost učiteljice: </w:t>
            </w:r>
            <w:r>
              <w:rPr>
                <w:color w:val="000000"/>
                <w:sz w:val="16"/>
              </w:rPr>
              <w:t>Skupinam pomaga določiti eno spremenljivko, na primer moč pihanja ali višino klančine, in enak način merjenja poti.</w:t>
            </w:r>
          </w:p>
          <w:p w14:paraId="25AFBBFB" w14:textId="77777777" w:rsidR="00302D64" w:rsidRDefault="00000000">
            <w:pPr>
              <w:spacing w:after="20" w:line="245" w:lineRule="auto"/>
            </w:pPr>
            <w:r>
              <w:rPr>
                <w:b/>
                <w:color w:val="000000"/>
                <w:sz w:val="16"/>
              </w:rPr>
              <w:t xml:space="preserve">Dejavnost učencev: </w:t>
            </w:r>
            <w:r>
              <w:rPr>
                <w:color w:val="000000"/>
                <w:sz w:val="16"/>
              </w:rPr>
              <w:t>Napovejo, dvakrat izvedejo preizkus, primerjajo razdaljo in povedo ugotovitev.</w:t>
            </w:r>
          </w:p>
          <w:p w14:paraId="61CB5251" w14:textId="77777777" w:rsidR="00302D64" w:rsidRDefault="00000000">
            <w:pPr>
              <w:spacing w:after="40" w:line="245" w:lineRule="auto"/>
            </w:pPr>
            <w:r>
              <w:rPr>
                <w:i/>
                <w:color w:val="D95BC6"/>
                <w:sz w:val="16"/>
              </w:rPr>
              <w:t>Predvideni dokaz: slikovni zapis poštenega preizkusa.</w:t>
            </w:r>
          </w:p>
          <w:p w14:paraId="5021C7DD" w14:textId="77777777" w:rsidR="00302D64" w:rsidRDefault="00000000">
            <w:pPr>
              <w:keepNext/>
              <w:spacing w:before="60" w:after="20" w:line="245" w:lineRule="auto"/>
            </w:pPr>
            <w:r>
              <w:rPr>
                <w:b/>
                <w:color w:val="000000"/>
              </w:rPr>
              <w:t>3. URA – Gibalna sled</w:t>
            </w:r>
          </w:p>
          <w:p w14:paraId="3AFD4C57" w14:textId="77777777" w:rsidR="00302D64" w:rsidRDefault="00000000">
            <w:pPr>
              <w:spacing w:after="20" w:line="245" w:lineRule="auto"/>
            </w:pPr>
            <w:r>
              <w:rPr>
                <w:b/>
                <w:color w:val="000000"/>
                <w:sz w:val="16"/>
              </w:rPr>
              <w:t xml:space="preserve">Dejavnost učiteljice: </w:t>
            </w:r>
            <w:r>
              <w:rPr>
                <w:color w:val="000000"/>
                <w:sz w:val="16"/>
              </w:rPr>
              <w:t>Uredi gibalni poligon in vodi opazovanje ravno, krožno, hitro, počasi ter spreminjanje smeri.</w:t>
            </w:r>
          </w:p>
          <w:p w14:paraId="22668464" w14:textId="77777777" w:rsidR="00302D64" w:rsidRDefault="00000000">
            <w:pPr>
              <w:spacing w:after="20" w:line="245" w:lineRule="auto"/>
            </w:pPr>
            <w:r>
              <w:rPr>
                <w:b/>
                <w:color w:val="000000"/>
                <w:sz w:val="16"/>
              </w:rPr>
              <w:t xml:space="preserve">Dejavnost učencev: </w:t>
            </w:r>
            <w:r>
              <w:rPr>
                <w:color w:val="000000"/>
                <w:sz w:val="16"/>
              </w:rPr>
              <w:t>Z lastnim telesom ponazorijo gibanje, nato narišejo sled izbranega predmeta.</w:t>
            </w:r>
          </w:p>
          <w:p w14:paraId="51F1C18D" w14:textId="77777777" w:rsidR="00302D64" w:rsidRDefault="00000000">
            <w:pPr>
              <w:spacing w:after="40" w:line="245" w:lineRule="auto"/>
            </w:pPr>
            <w:r>
              <w:rPr>
                <w:i/>
                <w:color w:val="D95BC6"/>
                <w:sz w:val="16"/>
              </w:rPr>
              <w:t>Predvideni dokaz: gibalni prikaz in narisana sled.</w:t>
            </w:r>
          </w:p>
          <w:tbl>
            <w:tblPr>
              <w:tblStyle w:val="Tabelamrea"/>
              <w:tblW w:w="0" w:type="auto"/>
              <w:jc w:val="center"/>
              <w:tblLayout w:type="fixed"/>
              <w:tblLook w:val="04A0" w:firstRow="1" w:lastRow="0" w:firstColumn="1" w:lastColumn="0" w:noHBand="0" w:noVBand="1"/>
            </w:tblPr>
            <w:tblGrid>
              <w:gridCol w:w="7087"/>
            </w:tblGrid>
            <w:tr w:rsidR="00302D64" w14:paraId="52617635" w14:textId="77777777">
              <w:trPr>
                <w:jc w:val="center"/>
              </w:trPr>
              <w:tc>
                <w:tcPr>
                  <w:tcW w:w="7087" w:type="dxa"/>
                  <w:shd w:val="clear" w:color="auto" w:fill="EDC9EA"/>
                  <w:tcMar>
                    <w:top w:w="45" w:type="dxa"/>
                    <w:left w:w="70" w:type="dxa"/>
                    <w:bottom w:w="45" w:type="dxa"/>
                    <w:right w:w="70" w:type="dxa"/>
                  </w:tcMar>
                </w:tcPr>
                <w:p w14:paraId="429B142A" w14:textId="77777777" w:rsidR="00302D64" w:rsidRDefault="00000000">
                  <w:pPr>
                    <w:keepNext/>
                  </w:pPr>
                  <w:r>
                    <w:rPr>
                      <w:b/>
                      <w:color w:val="000000"/>
                    </w:rPr>
                    <w:t>UČENJE PO ŠTIRIH POSTAJAH (6–8 min na postajo)</w:t>
                  </w:r>
                </w:p>
              </w:tc>
            </w:tr>
          </w:tbl>
          <w:p w14:paraId="0000BF20"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37B0E95F" w14:textId="77777777" w:rsidR="00302D64" w:rsidRDefault="00000000">
            <w:pPr>
              <w:spacing w:after="20" w:line="245" w:lineRule="auto"/>
            </w:pPr>
            <w:r>
              <w:rPr>
                <w:b/>
                <w:color w:val="000000"/>
                <w:sz w:val="16"/>
              </w:rPr>
              <w:t xml:space="preserve">RAZISKOVALNA POSTAJA – Potisk ali vlek: </w:t>
            </w:r>
            <w:r>
              <w:rPr>
                <w:color w:val="000000"/>
                <w:sz w:val="16"/>
              </w:rPr>
              <w:t>Predmete premikajo, dejanje poimenujejo in s puščico pokažejo smer potiska ali vleka.</w:t>
            </w:r>
          </w:p>
          <w:p w14:paraId="18F5A494" w14:textId="77777777" w:rsidR="00302D64" w:rsidRDefault="00000000">
            <w:pPr>
              <w:spacing w:after="20" w:line="245" w:lineRule="auto"/>
            </w:pPr>
            <w:r>
              <w:rPr>
                <w:b/>
                <w:color w:val="000000"/>
                <w:sz w:val="16"/>
              </w:rPr>
              <w:t xml:space="preserve">PRAKTIČNA POSTAJA – Pošten preizkus barčice ali vozička: </w:t>
            </w:r>
            <w:r>
              <w:rPr>
                <w:color w:val="000000"/>
                <w:sz w:val="16"/>
              </w:rPr>
              <w:t>Napovejo, dvakrat izvedejo preizkus, primerjajo razdaljo in povedo ugotovitev.</w:t>
            </w:r>
          </w:p>
          <w:p w14:paraId="22B77279" w14:textId="77777777" w:rsidR="00302D64" w:rsidRDefault="00000000">
            <w:pPr>
              <w:spacing w:after="20" w:line="245" w:lineRule="auto"/>
            </w:pPr>
            <w:r>
              <w:rPr>
                <w:b/>
                <w:color w:val="000000"/>
                <w:sz w:val="16"/>
              </w:rPr>
              <w:t xml:space="preserve">GIBALNO-SODELOVALNA POSTAJA – Gibalna sled: </w:t>
            </w:r>
            <w:r>
              <w:rPr>
                <w:color w:val="000000"/>
                <w:sz w:val="16"/>
              </w:rPr>
              <w:t>Z lastnim telesom ponazorijo gibanje, nato narišejo sled izbranega predmeta.</w:t>
            </w:r>
          </w:p>
          <w:p w14:paraId="72AF41FA" w14:textId="77777777" w:rsidR="00302D64" w:rsidRDefault="00000000">
            <w:pPr>
              <w:spacing w:after="20" w:line="245" w:lineRule="auto"/>
            </w:pPr>
            <w:r>
              <w:rPr>
                <w:b/>
                <w:color w:val="000000"/>
                <w:sz w:val="16"/>
              </w:rPr>
              <w:t xml:space="preserve">POSTAJA DOKAZA IN REFLEKSIJE: </w:t>
            </w:r>
            <w:r>
              <w:rPr>
                <w:color w:val="000000"/>
                <w:sz w:val="16"/>
              </w:rPr>
              <w:t>Izberejo en dokaz (praktična razvrstitev gibanj, slikovni zapis poštenega preizkusa),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676D5E4E" w14:textId="77777777">
              <w:trPr>
                <w:jc w:val="center"/>
              </w:trPr>
              <w:tc>
                <w:tcPr>
                  <w:tcW w:w="7087" w:type="dxa"/>
                  <w:shd w:val="clear" w:color="auto" w:fill="EDC9EA"/>
                  <w:tcMar>
                    <w:top w:w="45" w:type="dxa"/>
                    <w:left w:w="70" w:type="dxa"/>
                    <w:bottom w:w="45" w:type="dxa"/>
                    <w:right w:w="70" w:type="dxa"/>
                  </w:tcMar>
                </w:tcPr>
                <w:p w14:paraId="48831299" w14:textId="77777777" w:rsidR="00302D64" w:rsidRDefault="00000000">
                  <w:pPr>
                    <w:keepNext/>
                  </w:pPr>
                  <w:r>
                    <w:rPr>
                      <w:b/>
                      <w:color w:val="000000"/>
                    </w:rPr>
                    <w:t>POVRATNA INFORMACIJA UČITELJICE MED DELOM</w:t>
                  </w:r>
                </w:p>
              </w:tc>
            </w:tr>
          </w:tbl>
          <w:p w14:paraId="69C7D7A9" w14:textId="77777777" w:rsidR="00302D64" w:rsidRDefault="00302D64"/>
          <w:p w14:paraId="32A95BDE"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6361596" w14:textId="77777777" w:rsidR="00302D64" w:rsidRDefault="00302D64"/>
          <w:p w14:paraId="03E6EF57" w14:textId="77777777" w:rsidR="00302D64" w:rsidRDefault="00000000">
            <w:pPr>
              <w:spacing w:after="20" w:line="245" w:lineRule="auto"/>
            </w:pPr>
            <w:r>
              <w:rPr>
                <w:b/>
                <w:color w:val="000000"/>
                <w:sz w:val="17"/>
              </w:rPr>
              <w:t>1. URA</w:t>
            </w:r>
          </w:p>
          <w:p w14:paraId="4D7899E5" w14:textId="77777777" w:rsidR="00302D64" w:rsidRDefault="00000000">
            <w:pPr>
              <w:spacing w:after="40" w:line="245" w:lineRule="auto"/>
            </w:pPr>
            <w:r>
              <w:rPr>
                <w:color w:val="000000"/>
                <w:sz w:val="16"/>
              </w:rPr>
              <w:t>Predmete premikajo, dejanje poimenujejo in s puščico pokažejo smer potiska ali vleka.</w:t>
            </w:r>
          </w:p>
          <w:p w14:paraId="26B4D65C" w14:textId="77777777" w:rsidR="00302D64" w:rsidRDefault="00000000">
            <w:pPr>
              <w:spacing w:line="245" w:lineRule="auto"/>
            </w:pPr>
            <w:r>
              <w:rPr>
                <w:b/>
                <w:color w:val="D95BC6"/>
                <w:sz w:val="16"/>
              </w:rPr>
              <w:t>DOKAZ</w:t>
            </w:r>
          </w:p>
          <w:p w14:paraId="02905E0B" w14:textId="77777777" w:rsidR="00302D64" w:rsidRDefault="00000000">
            <w:pPr>
              <w:spacing w:after="60" w:line="245" w:lineRule="auto"/>
            </w:pPr>
            <w:r>
              <w:rPr>
                <w:color w:val="D95BC6"/>
                <w:sz w:val="16"/>
              </w:rPr>
              <w:t>praktična razvrstitev gibanj</w:t>
            </w:r>
          </w:p>
          <w:p w14:paraId="77747E92" w14:textId="77777777" w:rsidR="00302D64" w:rsidRDefault="00000000">
            <w:pPr>
              <w:spacing w:after="20" w:line="245" w:lineRule="auto"/>
            </w:pPr>
            <w:r>
              <w:rPr>
                <w:b/>
                <w:color w:val="000000"/>
                <w:sz w:val="17"/>
              </w:rPr>
              <w:t>2. URA</w:t>
            </w:r>
          </w:p>
          <w:p w14:paraId="4B28982F" w14:textId="77777777" w:rsidR="00302D64" w:rsidRDefault="00000000">
            <w:pPr>
              <w:spacing w:after="40" w:line="245" w:lineRule="auto"/>
            </w:pPr>
            <w:r>
              <w:rPr>
                <w:color w:val="000000"/>
                <w:sz w:val="16"/>
              </w:rPr>
              <w:t>Napovejo, dvakrat izvedejo preizkus, primerjajo razdaljo in povedo ugotovitev.</w:t>
            </w:r>
          </w:p>
          <w:p w14:paraId="6F631844" w14:textId="77777777" w:rsidR="00302D64" w:rsidRDefault="00000000">
            <w:pPr>
              <w:spacing w:line="245" w:lineRule="auto"/>
            </w:pPr>
            <w:r>
              <w:rPr>
                <w:b/>
                <w:color w:val="D95BC6"/>
                <w:sz w:val="16"/>
              </w:rPr>
              <w:t>DOKAZ</w:t>
            </w:r>
          </w:p>
          <w:p w14:paraId="47A6D6B3" w14:textId="77777777" w:rsidR="00302D64" w:rsidRDefault="00000000">
            <w:pPr>
              <w:spacing w:after="60" w:line="245" w:lineRule="auto"/>
            </w:pPr>
            <w:r>
              <w:rPr>
                <w:color w:val="D95BC6"/>
                <w:sz w:val="16"/>
              </w:rPr>
              <w:t>slikovni zapis poštenega preizkusa</w:t>
            </w:r>
          </w:p>
          <w:p w14:paraId="66875D61" w14:textId="77777777" w:rsidR="00302D64" w:rsidRDefault="00000000">
            <w:pPr>
              <w:spacing w:after="20" w:line="245" w:lineRule="auto"/>
            </w:pPr>
            <w:r>
              <w:rPr>
                <w:b/>
                <w:color w:val="000000"/>
                <w:sz w:val="17"/>
              </w:rPr>
              <w:t>3. URA</w:t>
            </w:r>
          </w:p>
          <w:p w14:paraId="72162F99" w14:textId="77777777" w:rsidR="00302D64" w:rsidRDefault="00000000">
            <w:pPr>
              <w:spacing w:after="40" w:line="245" w:lineRule="auto"/>
            </w:pPr>
            <w:r>
              <w:rPr>
                <w:color w:val="000000"/>
                <w:sz w:val="16"/>
              </w:rPr>
              <w:t>Z lastnim telesom ponazorijo gibanje, nato narišejo sled izbranega predmeta.</w:t>
            </w:r>
          </w:p>
          <w:p w14:paraId="582CE6DC" w14:textId="77777777" w:rsidR="00302D64" w:rsidRDefault="00000000">
            <w:pPr>
              <w:spacing w:line="245" w:lineRule="auto"/>
            </w:pPr>
            <w:r>
              <w:rPr>
                <w:b/>
                <w:color w:val="D95BC6"/>
                <w:sz w:val="16"/>
              </w:rPr>
              <w:t>DOKAZ</w:t>
            </w:r>
          </w:p>
          <w:p w14:paraId="4DA15D83" w14:textId="77777777" w:rsidR="00302D64" w:rsidRDefault="00000000">
            <w:pPr>
              <w:spacing w:after="60" w:line="245" w:lineRule="auto"/>
            </w:pPr>
            <w:r>
              <w:rPr>
                <w:color w:val="D95BC6"/>
                <w:sz w:val="16"/>
              </w:rPr>
              <w:t>gibalni prikaz in narisana sled</w:t>
            </w:r>
          </w:p>
        </w:tc>
      </w:tr>
    </w:tbl>
    <w:p w14:paraId="42784B4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BA2F95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BEC0C5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9A1B4D4" w14:textId="77777777" w:rsidR="00302D64" w:rsidRDefault="00000000">
            <w:pPr>
              <w:jc w:val="center"/>
            </w:pPr>
            <w:r>
              <w:rPr>
                <w:b/>
                <w:color w:val="000000"/>
                <w:sz w:val="20"/>
              </w:rPr>
              <w:t>UČNE DEJAVNOSTI, METODE IN FORMATIVNO SPREMLJANJE</w:t>
            </w:r>
          </w:p>
        </w:tc>
      </w:tr>
      <w:tr w:rsidR="00302D64" w14:paraId="0DA4E8A2" w14:textId="77777777">
        <w:trPr>
          <w:tblHeader/>
          <w:jc w:val="center"/>
        </w:trPr>
        <w:tc>
          <w:tcPr>
            <w:tcW w:w="4422" w:type="dxa"/>
            <w:vMerge/>
            <w:tcMar>
              <w:top w:w="70" w:type="dxa"/>
              <w:left w:w="90" w:type="dxa"/>
              <w:bottom w:w="70" w:type="dxa"/>
              <w:right w:w="90" w:type="dxa"/>
            </w:tcMar>
            <w:vAlign w:val="center"/>
          </w:tcPr>
          <w:p w14:paraId="16444DA8" w14:textId="77777777" w:rsidR="00302D64" w:rsidRDefault="00302D64"/>
        </w:tc>
        <w:tc>
          <w:tcPr>
            <w:tcW w:w="7087" w:type="dxa"/>
            <w:shd w:val="clear" w:color="auto" w:fill="FFFFFF"/>
            <w:tcMar>
              <w:top w:w="70" w:type="dxa"/>
              <w:left w:w="90" w:type="dxa"/>
              <w:bottom w:w="70" w:type="dxa"/>
              <w:right w:w="90" w:type="dxa"/>
            </w:tcMar>
            <w:vAlign w:val="center"/>
          </w:tcPr>
          <w:p w14:paraId="5563F1B5"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63C9820" w14:textId="77777777" w:rsidR="00302D64" w:rsidRDefault="00000000">
            <w:pPr>
              <w:jc w:val="center"/>
            </w:pPr>
            <w:r>
              <w:rPr>
                <w:b/>
                <w:color w:val="000000"/>
              </w:rPr>
              <w:t>UČENEC</w:t>
            </w:r>
          </w:p>
        </w:tc>
      </w:tr>
      <w:tr w:rsidR="00302D64" w14:paraId="25C4BD14" w14:textId="77777777">
        <w:trPr>
          <w:jc w:val="center"/>
        </w:trPr>
        <w:tc>
          <w:tcPr>
            <w:tcW w:w="4422" w:type="dxa"/>
            <w:tcMar>
              <w:top w:w="70" w:type="dxa"/>
              <w:left w:w="90" w:type="dxa"/>
              <w:bottom w:w="70" w:type="dxa"/>
              <w:right w:w="90" w:type="dxa"/>
            </w:tcMar>
          </w:tcPr>
          <w:p w14:paraId="0A7D3CA3" w14:textId="77777777" w:rsidR="00302D64" w:rsidRDefault="00302D64"/>
          <w:p w14:paraId="018BEC05" w14:textId="77777777" w:rsidR="00302D64" w:rsidRDefault="00000000">
            <w:pPr>
              <w:spacing w:after="40" w:line="245" w:lineRule="auto"/>
            </w:pPr>
            <w:r>
              <w:rPr>
                <w:b/>
                <w:color w:val="000000"/>
              </w:rPr>
              <w:t>FORMATIVNO SPREMLJANJE</w:t>
            </w:r>
          </w:p>
          <w:p w14:paraId="6FEA3522" w14:textId="77777777" w:rsidR="00302D64" w:rsidRDefault="00000000">
            <w:pPr>
              <w:pStyle w:val="Oznaenseznam"/>
              <w:spacing w:after="16"/>
            </w:pPr>
            <w:r>
              <w:rPr>
                <w:color w:val="000000"/>
                <w:sz w:val="16"/>
              </w:rPr>
              <w:t>predznanje: začetni odgovor, razvrstitev ali prikaz</w:t>
            </w:r>
          </w:p>
          <w:p w14:paraId="070557D6" w14:textId="77777777" w:rsidR="00302D64" w:rsidRDefault="00000000">
            <w:pPr>
              <w:pStyle w:val="Oznaenseznam"/>
              <w:spacing w:after="16"/>
            </w:pPr>
            <w:r>
              <w:rPr>
                <w:color w:val="000000"/>
                <w:sz w:val="16"/>
              </w:rPr>
              <w:t>dokazi med učenjem: izvedba, skica, model, opazovalni zapis ali razlaga</w:t>
            </w:r>
          </w:p>
          <w:p w14:paraId="73075CC5" w14:textId="77777777" w:rsidR="00302D64" w:rsidRDefault="00000000">
            <w:pPr>
              <w:pStyle w:val="Oznaenseznam"/>
              <w:spacing w:after="16"/>
            </w:pPr>
            <w:r>
              <w:rPr>
                <w:color w:val="000000"/>
                <w:sz w:val="16"/>
              </w:rPr>
              <w:t>povratna informacija: konkretna, vezana na kriterij in usmerjena v naslednji korak</w:t>
            </w:r>
          </w:p>
          <w:p w14:paraId="7C7EDBF6" w14:textId="77777777" w:rsidR="00302D64" w:rsidRDefault="00000000">
            <w:pPr>
              <w:pStyle w:val="Oznaenseznam"/>
              <w:spacing w:after="16"/>
            </w:pPr>
            <w:r>
              <w:rPr>
                <w:color w:val="000000"/>
                <w:sz w:val="16"/>
              </w:rPr>
              <w:t>samovrednotenje: semafor, prsti, izbrani simbol ali kratka poved</w:t>
            </w:r>
          </w:p>
          <w:p w14:paraId="29C969E0" w14:textId="77777777" w:rsidR="00302D64" w:rsidRDefault="00000000">
            <w:pPr>
              <w:spacing w:before="40" w:after="20" w:line="245" w:lineRule="auto"/>
            </w:pPr>
            <w:r>
              <w:rPr>
                <w:b/>
                <w:color w:val="000000"/>
              </w:rPr>
              <w:t>VARNOST IN ODGOVORNOST</w:t>
            </w:r>
          </w:p>
          <w:p w14:paraId="2EEF7371" w14:textId="77777777" w:rsidR="00302D64" w:rsidRDefault="00000000">
            <w:pPr>
              <w:spacing w:after="60" w:line="245" w:lineRule="auto"/>
            </w:pPr>
            <w:r>
              <w:rPr>
                <w:color w:val="000000"/>
                <w:sz w:val="16"/>
              </w:rPr>
              <w:t>Voda je na pladnju in se sproti briše; slamice so individualne in niso usmerjene proti drugim.</w:t>
            </w:r>
          </w:p>
          <w:p w14:paraId="332C9151" w14:textId="77777777" w:rsidR="00302D64" w:rsidRDefault="00000000">
            <w:pPr>
              <w:spacing w:after="20" w:line="245" w:lineRule="auto"/>
            </w:pPr>
            <w:r>
              <w:rPr>
                <w:b/>
                <w:color w:val="000000"/>
              </w:rPr>
              <w:t>EVIDENCA PO IZVEDBI</w:t>
            </w:r>
          </w:p>
          <w:p w14:paraId="4FCF8D0B"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6862B6C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20A7FDA" w14:textId="77777777">
              <w:trPr>
                <w:jc w:val="center"/>
              </w:trPr>
              <w:tc>
                <w:tcPr>
                  <w:tcW w:w="7087" w:type="dxa"/>
                  <w:shd w:val="clear" w:color="auto" w:fill="EDC9EA"/>
                  <w:tcMar>
                    <w:top w:w="45" w:type="dxa"/>
                    <w:left w:w="70" w:type="dxa"/>
                    <w:bottom w:w="45" w:type="dxa"/>
                    <w:right w:w="70" w:type="dxa"/>
                  </w:tcMar>
                </w:tcPr>
                <w:p w14:paraId="2E0C1EE8" w14:textId="77777777" w:rsidR="00302D64" w:rsidRDefault="00000000">
                  <w:pPr>
                    <w:keepNext/>
                  </w:pPr>
                  <w:r>
                    <w:rPr>
                      <w:b/>
                      <w:color w:val="000000"/>
                    </w:rPr>
                    <w:t>VPRAŠANJA V PODPORO UČENJU</w:t>
                  </w:r>
                </w:p>
              </w:tc>
            </w:tr>
          </w:tbl>
          <w:p w14:paraId="07D7924F" w14:textId="77777777" w:rsidR="00302D64" w:rsidRDefault="00302D64">
            <w:pPr>
              <w:spacing w:line="20" w:lineRule="exact"/>
            </w:pPr>
          </w:p>
          <w:p w14:paraId="74149871" w14:textId="77777777" w:rsidR="00302D64" w:rsidRDefault="00000000">
            <w:pPr>
              <w:pStyle w:val="Oznaenseznam"/>
              <w:spacing w:after="16"/>
            </w:pPr>
            <w:r>
              <w:rPr>
                <w:color w:val="000000"/>
                <w:sz w:val="16"/>
              </w:rPr>
              <w:t>Kaj si opazil/-a in kateri dokaz to pokaže?</w:t>
            </w:r>
          </w:p>
          <w:p w14:paraId="55292CA6" w14:textId="77777777" w:rsidR="00302D64" w:rsidRDefault="00000000">
            <w:pPr>
              <w:pStyle w:val="Oznaenseznam"/>
              <w:spacing w:after="16"/>
            </w:pPr>
            <w:r>
              <w:rPr>
                <w:color w:val="000000"/>
                <w:sz w:val="16"/>
              </w:rPr>
              <w:t>Kako si prišel/-la do svoje odločitve?</w:t>
            </w:r>
          </w:p>
          <w:p w14:paraId="27A2B10D" w14:textId="77777777" w:rsidR="00302D64" w:rsidRDefault="00000000">
            <w:pPr>
              <w:pStyle w:val="Oznaenseznam"/>
              <w:spacing w:after="16"/>
            </w:pPr>
            <w:r>
              <w:rPr>
                <w:color w:val="000000"/>
                <w:sz w:val="16"/>
              </w:rPr>
              <w:t>Kaj si pri ponovnem poskusu ohranil/-a enako in kaj spremenil/-a?</w:t>
            </w:r>
          </w:p>
          <w:p w14:paraId="276F03E9" w14:textId="77777777" w:rsidR="00302D64" w:rsidRDefault="00000000">
            <w:pPr>
              <w:pStyle w:val="Oznaenseznam"/>
              <w:spacing w:after="16"/>
            </w:pPr>
            <w:r>
              <w:rPr>
                <w:color w:val="000000"/>
                <w:sz w:val="16"/>
              </w:rPr>
              <w:t>Kateri kriterij že dosegaš? Kaj bo tvoj naslednji korak?</w:t>
            </w:r>
          </w:p>
          <w:p w14:paraId="68F5C05B"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7FDAB0CF" w14:textId="77777777">
              <w:trPr>
                <w:jc w:val="center"/>
              </w:trPr>
              <w:tc>
                <w:tcPr>
                  <w:tcW w:w="7087" w:type="dxa"/>
                  <w:shd w:val="clear" w:color="auto" w:fill="C6E7F3"/>
                  <w:tcMar>
                    <w:top w:w="45" w:type="dxa"/>
                    <w:left w:w="70" w:type="dxa"/>
                    <w:bottom w:w="45" w:type="dxa"/>
                    <w:right w:w="70" w:type="dxa"/>
                  </w:tcMar>
                </w:tcPr>
                <w:p w14:paraId="36E16489" w14:textId="77777777" w:rsidR="00302D64" w:rsidRDefault="00000000">
                  <w:pPr>
                    <w:keepNext/>
                  </w:pPr>
                  <w:r>
                    <w:rPr>
                      <w:b/>
                      <w:color w:val="000000"/>
                    </w:rPr>
                    <w:t>ZAKLJUČNI DEL – UTRJEVANJE IN REFLEKSIJA (10–15 min)</w:t>
                  </w:r>
                </w:p>
              </w:tc>
            </w:tr>
          </w:tbl>
          <w:p w14:paraId="03BDFBA0" w14:textId="77777777" w:rsidR="00302D64" w:rsidRDefault="00302D64">
            <w:pPr>
              <w:spacing w:line="20" w:lineRule="exact"/>
            </w:pPr>
          </w:p>
          <w:p w14:paraId="2A6AD782"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56CB5339" w14:textId="77777777">
              <w:trPr>
                <w:jc w:val="center"/>
              </w:trPr>
              <w:tc>
                <w:tcPr>
                  <w:tcW w:w="7087" w:type="dxa"/>
                  <w:shd w:val="clear" w:color="auto" w:fill="EDC9EA"/>
                  <w:tcMar>
                    <w:top w:w="45" w:type="dxa"/>
                    <w:left w:w="70" w:type="dxa"/>
                    <w:bottom w:w="45" w:type="dxa"/>
                    <w:right w:w="70" w:type="dxa"/>
                  </w:tcMar>
                </w:tcPr>
                <w:p w14:paraId="5FDA5A69" w14:textId="77777777" w:rsidR="00302D64" w:rsidRDefault="00000000">
                  <w:pPr>
                    <w:keepNext/>
                  </w:pPr>
                  <w:r>
                    <w:rPr>
                      <w:b/>
                      <w:color w:val="000000"/>
                    </w:rPr>
                    <w:t>SAMOVREDNOTENJE</w:t>
                  </w:r>
                </w:p>
              </w:tc>
            </w:tr>
          </w:tbl>
          <w:p w14:paraId="51448CD2" w14:textId="77777777" w:rsidR="00302D64" w:rsidRDefault="00302D64">
            <w:pPr>
              <w:spacing w:line="20" w:lineRule="exact"/>
            </w:pPr>
          </w:p>
          <w:p w14:paraId="4DDB2955"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45FEA8C8" w14:textId="77777777">
              <w:trPr>
                <w:jc w:val="center"/>
              </w:trPr>
              <w:tc>
                <w:tcPr>
                  <w:tcW w:w="7087" w:type="dxa"/>
                  <w:shd w:val="clear" w:color="auto" w:fill="EDC9EA"/>
                  <w:tcMar>
                    <w:top w:w="45" w:type="dxa"/>
                    <w:left w:w="70" w:type="dxa"/>
                    <w:bottom w:w="45" w:type="dxa"/>
                    <w:right w:w="70" w:type="dxa"/>
                  </w:tcMar>
                </w:tcPr>
                <w:p w14:paraId="6BCD81EF" w14:textId="77777777" w:rsidR="00302D64" w:rsidRDefault="00000000">
                  <w:pPr>
                    <w:keepNext/>
                  </w:pPr>
                  <w:r>
                    <w:rPr>
                      <w:b/>
                      <w:color w:val="000000"/>
                    </w:rPr>
                    <w:t>VRSTNIŠKO VREDNOTENJE</w:t>
                  </w:r>
                </w:p>
              </w:tc>
            </w:tr>
          </w:tbl>
          <w:p w14:paraId="559DDD57" w14:textId="77777777" w:rsidR="00302D64" w:rsidRDefault="00302D64">
            <w:pPr>
              <w:spacing w:line="20" w:lineRule="exact"/>
            </w:pPr>
          </w:p>
          <w:p w14:paraId="244146E5"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5CF69FC9" w14:textId="77777777">
              <w:trPr>
                <w:jc w:val="center"/>
              </w:trPr>
              <w:tc>
                <w:tcPr>
                  <w:tcW w:w="7087" w:type="dxa"/>
                  <w:shd w:val="clear" w:color="auto" w:fill="EDC9EA"/>
                  <w:tcMar>
                    <w:top w:w="45" w:type="dxa"/>
                    <w:left w:w="70" w:type="dxa"/>
                    <w:bottom w:w="45" w:type="dxa"/>
                    <w:right w:w="70" w:type="dxa"/>
                  </w:tcMar>
                </w:tcPr>
                <w:p w14:paraId="7749956E" w14:textId="77777777" w:rsidR="00302D64" w:rsidRDefault="00000000">
                  <w:pPr>
                    <w:keepNext/>
                  </w:pPr>
                  <w:r>
                    <w:rPr>
                      <w:b/>
                      <w:color w:val="000000"/>
                    </w:rPr>
                    <w:t>SKUPNI POVZETEK</w:t>
                  </w:r>
                </w:p>
              </w:tc>
            </w:tr>
          </w:tbl>
          <w:p w14:paraId="7C5CC18D" w14:textId="77777777" w:rsidR="00302D64" w:rsidRDefault="00302D64"/>
          <w:p w14:paraId="0D7A2EC5" w14:textId="77777777" w:rsidR="00302D64" w:rsidRDefault="00000000">
            <w:pPr>
              <w:spacing w:before="20" w:after="40" w:line="245" w:lineRule="auto"/>
            </w:pPr>
            <w:r>
              <w:rPr>
                <w:b/>
                <w:color w:val="000000"/>
                <w:sz w:val="17"/>
              </w:rPr>
              <w:t>Potisk ali vlek lahko spremeni gibanje. Pri poštenem preizkusu spreminjam eno stvar in rezultate primerjam na enak način.</w:t>
            </w:r>
          </w:p>
        </w:tc>
        <w:tc>
          <w:tcPr>
            <w:tcW w:w="2551" w:type="dxa"/>
            <w:tcMar>
              <w:top w:w="70" w:type="dxa"/>
              <w:left w:w="90" w:type="dxa"/>
              <w:bottom w:w="70" w:type="dxa"/>
              <w:right w:w="90" w:type="dxa"/>
            </w:tcMar>
          </w:tcPr>
          <w:p w14:paraId="2360E873" w14:textId="77777777" w:rsidR="00302D64" w:rsidRDefault="00302D64"/>
          <w:p w14:paraId="57C2560C" w14:textId="77777777" w:rsidR="00302D64" w:rsidRDefault="00000000">
            <w:pPr>
              <w:spacing w:after="100" w:line="245" w:lineRule="auto"/>
            </w:pPr>
            <w:r>
              <w:rPr>
                <w:color w:val="000000"/>
                <w:sz w:val="16"/>
              </w:rPr>
              <w:t>Odgovarja na podporna vprašanja in se sklicuje na svoj dokaz.</w:t>
            </w:r>
          </w:p>
          <w:p w14:paraId="556BF522" w14:textId="77777777" w:rsidR="00302D64" w:rsidRDefault="00000000">
            <w:pPr>
              <w:spacing w:after="100" w:line="245" w:lineRule="auto"/>
            </w:pPr>
            <w:r>
              <w:rPr>
                <w:color w:val="000000"/>
                <w:sz w:val="16"/>
              </w:rPr>
              <w:t>Primerja začetno zamisel z ugotovitvijo ter pove ali pokaže, kaj se je naučil/-a.</w:t>
            </w:r>
          </w:p>
          <w:p w14:paraId="29A7ECF9" w14:textId="77777777" w:rsidR="00302D64" w:rsidRDefault="00000000">
            <w:pPr>
              <w:spacing w:after="100" w:line="245" w:lineRule="auto"/>
            </w:pPr>
            <w:r>
              <w:rPr>
                <w:color w:val="000000"/>
                <w:sz w:val="16"/>
              </w:rPr>
              <w:t>Izbere raven doseganja in določi naslednji korak.</w:t>
            </w:r>
          </w:p>
          <w:p w14:paraId="2A3ADB35" w14:textId="77777777" w:rsidR="00302D64" w:rsidRDefault="00000000">
            <w:pPr>
              <w:spacing w:after="100" w:line="245" w:lineRule="auto"/>
            </w:pPr>
            <w:r>
              <w:rPr>
                <w:color w:val="000000"/>
                <w:sz w:val="16"/>
              </w:rPr>
              <w:t>Sošolcu poda prijazen, konkreten odziv.</w:t>
            </w:r>
          </w:p>
          <w:p w14:paraId="2EF8566C" w14:textId="77777777" w:rsidR="00302D64" w:rsidRDefault="00000000">
            <w:pPr>
              <w:spacing w:after="20" w:line="245" w:lineRule="auto"/>
            </w:pPr>
            <w:r>
              <w:rPr>
                <w:b/>
                <w:color w:val="D95BC6"/>
                <w:sz w:val="17"/>
              </w:rPr>
              <w:t>DOKAZ O UČENJU</w:t>
            </w:r>
          </w:p>
          <w:p w14:paraId="081842BB" w14:textId="77777777" w:rsidR="00302D64" w:rsidRDefault="00000000">
            <w:pPr>
              <w:spacing w:after="30" w:line="245" w:lineRule="auto"/>
            </w:pPr>
            <w:r>
              <w:rPr>
                <w:color w:val="D95BC6"/>
                <w:sz w:val="16"/>
              </w:rPr>
              <w:t>izvedba ali izdelek, razlaga, samovrednotenje in odziv na povratno informacijo</w:t>
            </w:r>
          </w:p>
        </w:tc>
      </w:tr>
    </w:tbl>
    <w:p w14:paraId="0796642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42E2ECF" w14:textId="77777777">
        <w:trPr>
          <w:cantSplit/>
          <w:jc w:val="center"/>
        </w:trPr>
        <w:tc>
          <w:tcPr>
            <w:tcW w:w="14060" w:type="dxa"/>
            <w:gridSpan w:val="6"/>
            <w:tcMar>
              <w:top w:w="70" w:type="dxa"/>
              <w:left w:w="90" w:type="dxa"/>
              <w:bottom w:w="70" w:type="dxa"/>
              <w:right w:w="90" w:type="dxa"/>
            </w:tcMar>
            <w:vAlign w:val="center"/>
          </w:tcPr>
          <w:p w14:paraId="2F8C4B36" w14:textId="77777777" w:rsidR="00302D64" w:rsidRDefault="00000000">
            <w:pPr>
              <w:jc w:val="center"/>
            </w:pPr>
            <w:r>
              <w:rPr>
                <w:b/>
                <w:color w:val="000000"/>
                <w:sz w:val="24"/>
              </w:rPr>
              <w:lastRenderedPageBreak/>
              <w:t>UČNA PRIPRAVA 31/39</w:t>
            </w:r>
          </w:p>
        </w:tc>
      </w:tr>
      <w:tr w:rsidR="00302D64" w14:paraId="6D791D02" w14:textId="77777777">
        <w:trPr>
          <w:jc w:val="center"/>
        </w:trPr>
        <w:tc>
          <w:tcPr>
            <w:tcW w:w="2665" w:type="dxa"/>
            <w:tcMar>
              <w:top w:w="70" w:type="dxa"/>
              <w:left w:w="90" w:type="dxa"/>
              <w:bottom w:w="70" w:type="dxa"/>
              <w:right w:w="90" w:type="dxa"/>
            </w:tcMar>
            <w:vAlign w:val="center"/>
          </w:tcPr>
          <w:p w14:paraId="6AC68D05"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E1CE024"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4CFB181"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ED94EF7" w14:textId="77777777" w:rsidR="00302D64" w:rsidRDefault="00000000">
            <w:r>
              <w:rPr>
                <w:b/>
                <w:color w:val="000000"/>
                <w:sz w:val="16"/>
              </w:rPr>
              <w:t xml:space="preserve">NAČRTOVANI TERMIN: </w:t>
            </w:r>
            <w:r>
              <w:rPr>
                <w:color w:val="000000"/>
                <w:sz w:val="16"/>
              </w:rPr>
              <w:t>31. teden • 19.–23. 4. 2027</w:t>
            </w:r>
          </w:p>
        </w:tc>
        <w:tc>
          <w:tcPr>
            <w:tcW w:w="2268" w:type="dxa"/>
            <w:tcMar>
              <w:top w:w="70" w:type="dxa"/>
              <w:left w:w="90" w:type="dxa"/>
              <w:bottom w:w="70" w:type="dxa"/>
              <w:right w:w="90" w:type="dxa"/>
            </w:tcMar>
            <w:vAlign w:val="center"/>
          </w:tcPr>
          <w:p w14:paraId="71B7674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401A08E" w14:textId="77777777" w:rsidR="00302D64" w:rsidRDefault="00000000">
            <w:r>
              <w:rPr>
                <w:b/>
                <w:color w:val="000000"/>
                <w:sz w:val="16"/>
              </w:rPr>
              <w:t xml:space="preserve">ŠTEVILO UR: </w:t>
            </w:r>
            <w:r>
              <w:rPr>
                <w:color w:val="000000"/>
                <w:sz w:val="16"/>
              </w:rPr>
              <w:t>2</w:t>
            </w:r>
          </w:p>
        </w:tc>
      </w:tr>
      <w:tr w:rsidR="00302D64" w14:paraId="66FC5D97" w14:textId="77777777">
        <w:trPr>
          <w:jc w:val="center"/>
        </w:trPr>
        <w:tc>
          <w:tcPr>
            <w:tcW w:w="14061" w:type="dxa"/>
            <w:gridSpan w:val="6"/>
            <w:tcMar>
              <w:top w:w="70" w:type="dxa"/>
              <w:left w:w="90" w:type="dxa"/>
              <w:bottom w:w="70" w:type="dxa"/>
              <w:right w:w="90" w:type="dxa"/>
            </w:tcMar>
            <w:vAlign w:val="center"/>
          </w:tcPr>
          <w:p w14:paraId="5A5AC31F" w14:textId="77777777" w:rsidR="00302D64" w:rsidRDefault="00000000">
            <w:r>
              <w:t>TIP UČNE URE: obravnava, izkušenjsko raziskovanje, učenje po postajah, utrjevanje in formativno spremljanje</w:t>
            </w:r>
          </w:p>
        </w:tc>
      </w:tr>
      <w:tr w:rsidR="00302D64" w14:paraId="759C8E75" w14:textId="77777777">
        <w:trPr>
          <w:cantSplit/>
          <w:jc w:val="center"/>
        </w:trPr>
        <w:tc>
          <w:tcPr>
            <w:tcW w:w="14060" w:type="dxa"/>
            <w:gridSpan w:val="6"/>
            <w:tcMar>
              <w:top w:w="70" w:type="dxa"/>
              <w:left w:w="90" w:type="dxa"/>
              <w:bottom w:w="70" w:type="dxa"/>
              <w:right w:w="90" w:type="dxa"/>
            </w:tcMar>
            <w:vAlign w:val="center"/>
          </w:tcPr>
          <w:p w14:paraId="7A9F682E" w14:textId="77777777" w:rsidR="00302D64" w:rsidRDefault="00302D64"/>
          <w:p w14:paraId="506CB65B" w14:textId="77777777" w:rsidR="00302D64" w:rsidRDefault="00000000">
            <w:pPr>
              <w:spacing w:line="245" w:lineRule="auto"/>
            </w:pPr>
            <w:r>
              <w:rPr>
                <w:b/>
                <w:color w:val="000000"/>
                <w:sz w:val="17"/>
              </w:rPr>
              <w:t xml:space="preserve">UČNI SKLOP: </w:t>
            </w:r>
            <w:r>
              <w:rPr>
                <w:color w:val="000000"/>
                <w:sz w:val="17"/>
              </w:rPr>
              <w:t>GIBANJE, SVETLOBA IN ZVOK</w:t>
            </w:r>
          </w:p>
        </w:tc>
      </w:tr>
      <w:tr w:rsidR="00302D64" w14:paraId="4B55F06F" w14:textId="77777777">
        <w:trPr>
          <w:cantSplit/>
          <w:jc w:val="center"/>
        </w:trPr>
        <w:tc>
          <w:tcPr>
            <w:tcW w:w="14060" w:type="dxa"/>
            <w:gridSpan w:val="6"/>
            <w:tcMar>
              <w:top w:w="70" w:type="dxa"/>
              <w:left w:w="90" w:type="dxa"/>
              <w:bottom w:w="70" w:type="dxa"/>
              <w:right w:w="90" w:type="dxa"/>
            </w:tcMar>
            <w:vAlign w:val="center"/>
          </w:tcPr>
          <w:p w14:paraId="121210B3" w14:textId="77777777" w:rsidR="00302D64" w:rsidRDefault="00302D64"/>
          <w:p w14:paraId="5A174F9C" w14:textId="77777777" w:rsidR="00302D64" w:rsidRDefault="00000000">
            <w:pPr>
              <w:spacing w:line="245" w:lineRule="auto"/>
            </w:pPr>
            <w:r>
              <w:rPr>
                <w:b/>
                <w:color w:val="000000"/>
                <w:sz w:val="17"/>
              </w:rPr>
              <w:t xml:space="preserve">UČNA TEMA: </w:t>
            </w:r>
            <w:r>
              <w:rPr>
                <w:color w:val="000000"/>
                <w:sz w:val="17"/>
              </w:rPr>
              <w:t>SVETLOBA IN ZVOK</w:t>
            </w:r>
          </w:p>
        </w:tc>
      </w:tr>
      <w:tr w:rsidR="00302D64" w14:paraId="58026F11" w14:textId="77777777">
        <w:trPr>
          <w:cantSplit/>
          <w:jc w:val="center"/>
        </w:trPr>
        <w:tc>
          <w:tcPr>
            <w:tcW w:w="14060" w:type="dxa"/>
            <w:gridSpan w:val="6"/>
            <w:tcMar>
              <w:top w:w="70" w:type="dxa"/>
              <w:left w:w="90" w:type="dxa"/>
              <w:bottom w:w="70" w:type="dxa"/>
              <w:right w:w="90" w:type="dxa"/>
            </w:tcMar>
            <w:vAlign w:val="center"/>
          </w:tcPr>
          <w:p w14:paraId="3AF5A738" w14:textId="77777777" w:rsidR="00302D64" w:rsidRDefault="00302D64"/>
          <w:p w14:paraId="7D1CE176" w14:textId="77777777" w:rsidR="00302D64" w:rsidRDefault="00000000">
            <w:pPr>
              <w:spacing w:line="245" w:lineRule="auto"/>
            </w:pPr>
            <w:r>
              <w:rPr>
                <w:b/>
                <w:color w:val="000000"/>
                <w:sz w:val="17"/>
              </w:rPr>
              <w:t xml:space="preserve">KNJIŽEVNO IZHODIŠČE IN MOTIV: </w:t>
            </w:r>
            <w:r>
              <w:rPr>
                <w:color w:val="000000"/>
                <w:sz w:val="17"/>
              </w:rPr>
              <w:t>»Kaj je na koncu sveta« – Niko Grafenauer • svetloba, senca, zvok, vprašanja in domišljija</w:t>
            </w:r>
          </w:p>
        </w:tc>
      </w:tr>
      <w:tr w:rsidR="00302D64" w14:paraId="4FB05A1A" w14:textId="77777777">
        <w:trPr>
          <w:cantSplit/>
          <w:jc w:val="center"/>
        </w:trPr>
        <w:tc>
          <w:tcPr>
            <w:tcW w:w="14060" w:type="dxa"/>
            <w:gridSpan w:val="6"/>
            <w:tcMar>
              <w:top w:w="70" w:type="dxa"/>
              <w:left w:w="90" w:type="dxa"/>
              <w:bottom w:w="70" w:type="dxa"/>
              <w:right w:w="90" w:type="dxa"/>
            </w:tcMar>
            <w:vAlign w:val="center"/>
          </w:tcPr>
          <w:p w14:paraId="706BBB1C" w14:textId="77777777" w:rsidR="00302D64" w:rsidRDefault="00302D64"/>
          <w:p w14:paraId="6FF61C80" w14:textId="77777777" w:rsidR="00302D64" w:rsidRDefault="00000000">
            <w:pPr>
              <w:spacing w:line="245" w:lineRule="auto"/>
            </w:pPr>
            <w:r>
              <w:rPr>
                <w:b/>
                <w:color w:val="000000"/>
                <w:sz w:val="17"/>
              </w:rPr>
              <w:t xml:space="preserve">UČNE ENOTE: </w:t>
            </w:r>
            <w:r>
              <w:rPr>
                <w:color w:val="000000"/>
                <w:sz w:val="17"/>
              </w:rPr>
              <w:t>1. ura – Svetloba, odboj in senca • 2. ura – Zvočna sled in zaščita</w:t>
            </w:r>
          </w:p>
        </w:tc>
      </w:tr>
      <w:tr w:rsidR="00302D64" w14:paraId="31BB8963" w14:textId="77777777">
        <w:trPr>
          <w:cantSplit/>
          <w:jc w:val="center"/>
        </w:trPr>
        <w:tc>
          <w:tcPr>
            <w:tcW w:w="14060" w:type="dxa"/>
            <w:gridSpan w:val="6"/>
            <w:tcMar>
              <w:top w:w="70" w:type="dxa"/>
              <w:left w:w="90" w:type="dxa"/>
              <w:bottom w:w="70" w:type="dxa"/>
              <w:right w:w="90" w:type="dxa"/>
            </w:tcMar>
            <w:vAlign w:val="center"/>
          </w:tcPr>
          <w:p w14:paraId="3B7D7E2C" w14:textId="77777777" w:rsidR="00302D64" w:rsidRDefault="00302D64"/>
          <w:p w14:paraId="585E38F2"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3D02657F" w14:textId="77777777">
        <w:trPr>
          <w:cantSplit/>
          <w:jc w:val="center"/>
        </w:trPr>
        <w:tc>
          <w:tcPr>
            <w:tcW w:w="14060" w:type="dxa"/>
            <w:gridSpan w:val="6"/>
            <w:tcMar>
              <w:top w:w="70" w:type="dxa"/>
              <w:left w:w="90" w:type="dxa"/>
              <w:bottom w:w="70" w:type="dxa"/>
              <w:right w:w="90" w:type="dxa"/>
            </w:tcMar>
            <w:vAlign w:val="center"/>
          </w:tcPr>
          <w:p w14:paraId="02925CE8" w14:textId="77777777" w:rsidR="00302D64" w:rsidRDefault="00302D64"/>
          <w:p w14:paraId="4402DDC3"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5C0FD00" w14:textId="77777777">
        <w:trPr>
          <w:cantSplit/>
          <w:jc w:val="center"/>
        </w:trPr>
        <w:tc>
          <w:tcPr>
            <w:tcW w:w="14060" w:type="dxa"/>
            <w:gridSpan w:val="6"/>
            <w:tcMar>
              <w:top w:w="70" w:type="dxa"/>
              <w:left w:w="90" w:type="dxa"/>
              <w:bottom w:w="70" w:type="dxa"/>
              <w:right w:w="90" w:type="dxa"/>
            </w:tcMar>
            <w:vAlign w:val="center"/>
          </w:tcPr>
          <w:p w14:paraId="1FFC99F2" w14:textId="77777777" w:rsidR="00302D64" w:rsidRDefault="00302D64"/>
          <w:p w14:paraId="38AAA677"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2331ECC0" w14:textId="77777777">
        <w:trPr>
          <w:cantSplit/>
          <w:jc w:val="center"/>
        </w:trPr>
        <w:tc>
          <w:tcPr>
            <w:tcW w:w="14060" w:type="dxa"/>
            <w:gridSpan w:val="6"/>
            <w:tcMar>
              <w:top w:w="70" w:type="dxa"/>
              <w:left w:w="90" w:type="dxa"/>
              <w:bottom w:w="70" w:type="dxa"/>
              <w:right w:w="90" w:type="dxa"/>
            </w:tcMar>
            <w:vAlign w:val="center"/>
          </w:tcPr>
          <w:p w14:paraId="57B68D57" w14:textId="77777777" w:rsidR="00302D64" w:rsidRDefault="00302D64"/>
          <w:p w14:paraId="1159201F" w14:textId="77777777" w:rsidR="00302D64" w:rsidRDefault="00000000">
            <w:pPr>
              <w:spacing w:line="245" w:lineRule="auto"/>
            </w:pPr>
            <w:r>
              <w:rPr>
                <w:b/>
                <w:color w:val="000000"/>
                <w:sz w:val="17"/>
              </w:rPr>
              <w:t xml:space="preserve">MEDPREDMETNE POVEZAVE: </w:t>
            </w:r>
            <w:r>
              <w:rPr>
                <w:color w:val="000000"/>
                <w:sz w:val="17"/>
              </w:rPr>
              <w:t>LUM – senca in svetlobna lisa; GUM – zvočna sled; MAT – položaj in smer; SLJ – raziskovalno vprašanje</w:t>
            </w:r>
          </w:p>
        </w:tc>
      </w:tr>
      <w:tr w:rsidR="00302D64" w14:paraId="608F9ED9" w14:textId="77777777">
        <w:trPr>
          <w:cantSplit/>
          <w:jc w:val="center"/>
        </w:trPr>
        <w:tc>
          <w:tcPr>
            <w:tcW w:w="14060" w:type="dxa"/>
            <w:gridSpan w:val="6"/>
            <w:tcMar>
              <w:top w:w="70" w:type="dxa"/>
              <w:left w:w="90" w:type="dxa"/>
              <w:bottom w:w="70" w:type="dxa"/>
              <w:right w:w="90" w:type="dxa"/>
            </w:tcMar>
            <w:vAlign w:val="center"/>
          </w:tcPr>
          <w:p w14:paraId="4D545106" w14:textId="77777777" w:rsidR="00302D64" w:rsidRDefault="00302D64"/>
          <w:p w14:paraId="36B533C3" w14:textId="77777777" w:rsidR="00302D64" w:rsidRDefault="00000000">
            <w:pPr>
              <w:spacing w:line="245" w:lineRule="auto"/>
            </w:pPr>
            <w:r>
              <w:rPr>
                <w:b/>
                <w:color w:val="000000"/>
                <w:sz w:val="17"/>
              </w:rPr>
              <w:t xml:space="preserve">UČNA SREDSTVA IN PRIPOMOČKI: </w:t>
            </w:r>
            <w:r>
              <w:rPr>
                <w:color w:val="000000"/>
                <w:sz w:val="17"/>
              </w:rPr>
              <w:t>Kaj je na koncu sveta, svetilke, zaslon, različni materiali, ogledalca, odsevni trak, zvočni predmeti, kartice hrupa in zaščite</w:t>
            </w:r>
          </w:p>
        </w:tc>
      </w:tr>
      <w:tr w:rsidR="00302D64" w14:paraId="1F06C9FE" w14:textId="77777777">
        <w:trPr>
          <w:cantSplit/>
          <w:jc w:val="center"/>
        </w:trPr>
        <w:tc>
          <w:tcPr>
            <w:tcW w:w="14060" w:type="dxa"/>
            <w:gridSpan w:val="6"/>
            <w:tcMar>
              <w:top w:w="70" w:type="dxa"/>
              <w:left w:w="90" w:type="dxa"/>
              <w:bottom w:w="70" w:type="dxa"/>
              <w:right w:w="90" w:type="dxa"/>
            </w:tcMar>
            <w:vAlign w:val="center"/>
          </w:tcPr>
          <w:p w14:paraId="00CDD0F7" w14:textId="77777777" w:rsidR="00302D64" w:rsidRDefault="00302D64"/>
          <w:p w14:paraId="72D636F2"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375651F3" w14:textId="77777777">
        <w:trPr>
          <w:cantSplit/>
          <w:jc w:val="center"/>
        </w:trPr>
        <w:tc>
          <w:tcPr>
            <w:tcW w:w="14060" w:type="dxa"/>
            <w:gridSpan w:val="6"/>
            <w:tcMar>
              <w:top w:w="70" w:type="dxa"/>
              <w:left w:w="90" w:type="dxa"/>
              <w:bottom w:w="70" w:type="dxa"/>
              <w:right w:w="90" w:type="dxa"/>
            </w:tcMar>
            <w:vAlign w:val="center"/>
          </w:tcPr>
          <w:p w14:paraId="627FDFD3" w14:textId="77777777" w:rsidR="00302D64" w:rsidRDefault="00302D64"/>
          <w:p w14:paraId="5EBA9797" w14:textId="77777777" w:rsidR="00302D64" w:rsidRDefault="00000000">
            <w:pPr>
              <w:spacing w:line="245" w:lineRule="auto"/>
            </w:pPr>
            <w:r>
              <w:rPr>
                <w:b/>
                <w:color w:val="000000"/>
                <w:sz w:val="16"/>
              </w:rPr>
              <w:t xml:space="preserve">OCENJEVANJE / DAN DEJAVNOSTI: </w:t>
            </w:r>
            <w:r>
              <w:rPr>
                <w:color w:val="000000"/>
                <w:sz w:val="16"/>
              </w:rPr>
              <w:t>TEHNIŠKI DAN • KULTURNI DAN</w:t>
            </w:r>
          </w:p>
        </w:tc>
      </w:tr>
      <w:tr w:rsidR="00302D64" w14:paraId="329E4DF1" w14:textId="77777777">
        <w:trPr>
          <w:cantSplit/>
          <w:jc w:val="center"/>
        </w:trPr>
        <w:tc>
          <w:tcPr>
            <w:tcW w:w="14060" w:type="dxa"/>
            <w:gridSpan w:val="6"/>
            <w:tcMar>
              <w:top w:w="70" w:type="dxa"/>
              <w:left w:w="90" w:type="dxa"/>
              <w:bottom w:w="70" w:type="dxa"/>
              <w:right w:w="90" w:type="dxa"/>
            </w:tcMar>
            <w:vAlign w:val="center"/>
          </w:tcPr>
          <w:p w14:paraId="0592A5CE" w14:textId="77777777" w:rsidR="00302D64" w:rsidRDefault="00302D64"/>
          <w:p w14:paraId="65EF9119" w14:textId="77777777" w:rsidR="00302D64" w:rsidRDefault="00000000">
            <w:pPr>
              <w:spacing w:line="245" w:lineRule="auto"/>
            </w:pPr>
            <w:r>
              <w:rPr>
                <w:b/>
                <w:color w:val="000000"/>
                <w:sz w:val="16"/>
              </w:rPr>
              <w:t xml:space="preserve">VARNOST: </w:t>
            </w:r>
            <w:r>
              <w:rPr>
                <w:color w:val="000000"/>
                <w:sz w:val="16"/>
              </w:rPr>
              <w:t>Ne sveti se v oči in ne uporablja nevarnih svetlobnih virov; zvoki so kratki in zmerni.</w:t>
            </w:r>
          </w:p>
        </w:tc>
      </w:tr>
    </w:tbl>
    <w:p w14:paraId="7E20D29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A675CD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C3AF17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4E7EE9" w14:textId="77777777" w:rsidR="00302D64" w:rsidRDefault="00000000">
            <w:pPr>
              <w:jc w:val="center"/>
            </w:pPr>
            <w:r>
              <w:rPr>
                <w:b/>
                <w:color w:val="000000"/>
                <w:sz w:val="20"/>
              </w:rPr>
              <w:t>UČNE DEJAVNOSTI, METODE IN FORMATIVNO SPREMLJANJE</w:t>
            </w:r>
          </w:p>
        </w:tc>
      </w:tr>
      <w:tr w:rsidR="00302D64" w14:paraId="6073EA36" w14:textId="77777777">
        <w:trPr>
          <w:tblHeader/>
          <w:jc w:val="center"/>
        </w:trPr>
        <w:tc>
          <w:tcPr>
            <w:tcW w:w="4422" w:type="dxa"/>
            <w:vMerge/>
            <w:tcMar>
              <w:top w:w="70" w:type="dxa"/>
              <w:left w:w="90" w:type="dxa"/>
              <w:bottom w:w="70" w:type="dxa"/>
              <w:right w:w="90" w:type="dxa"/>
            </w:tcMar>
            <w:vAlign w:val="center"/>
          </w:tcPr>
          <w:p w14:paraId="2A61F77B" w14:textId="77777777" w:rsidR="00302D64" w:rsidRDefault="00302D64"/>
        </w:tc>
        <w:tc>
          <w:tcPr>
            <w:tcW w:w="7087" w:type="dxa"/>
            <w:shd w:val="clear" w:color="auto" w:fill="FFFFFF"/>
            <w:tcMar>
              <w:top w:w="70" w:type="dxa"/>
              <w:left w:w="90" w:type="dxa"/>
              <w:bottom w:w="70" w:type="dxa"/>
              <w:right w:w="90" w:type="dxa"/>
            </w:tcMar>
            <w:vAlign w:val="center"/>
          </w:tcPr>
          <w:p w14:paraId="0B5FECD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A0D0489" w14:textId="77777777" w:rsidR="00302D64" w:rsidRDefault="00000000">
            <w:pPr>
              <w:jc w:val="center"/>
            </w:pPr>
            <w:r>
              <w:rPr>
                <w:b/>
                <w:color w:val="000000"/>
              </w:rPr>
              <w:t>UČENEC</w:t>
            </w:r>
          </w:p>
        </w:tc>
      </w:tr>
      <w:tr w:rsidR="00302D64" w14:paraId="4E6967CD" w14:textId="77777777">
        <w:trPr>
          <w:jc w:val="center"/>
        </w:trPr>
        <w:tc>
          <w:tcPr>
            <w:tcW w:w="4422" w:type="dxa"/>
            <w:tcMar>
              <w:top w:w="70" w:type="dxa"/>
              <w:left w:w="90" w:type="dxa"/>
              <w:bottom w:w="70" w:type="dxa"/>
              <w:right w:w="90" w:type="dxa"/>
            </w:tcMar>
          </w:tcPr>
          <w:p w14:paraId="59ED0FED" w14:textId="77777777" w:rsidR="00302D64" w:rsidRDefault="00302D64"/>
          <w:p w14:paraId="7688F007" w14:textId="77777777" w:rsidR="00302D64" w:rsidRDefault="00000000">
            <w:pPr>
              <w:spacing w:after="60" w:line="245" w:lineRule="auto"/>
            </w:pPr>
            <w:r>
              <w:rPr>
                <w:b/>
                <w:color w:val="000000"/>
              </w:rPr>
              <w:t>UČNI CILJI</w:t>
            </w:r>
          </w:p>
          <w:p w14:paraId="7E6D4330" w14:textId="77777777" w:rsidR="00302D64" w:rsidRDefault="00000000">
            <w:pPr>
              <w:spacing w:after="20" w:line="245" w:lineRule="auto"/>
            </w:pPr>
            <w:r>
              <w:rPr>
                <w:b/>
                <w:color w:val="000000"/>
                <w:sz w:val="17"/>
              </w:rPr>
              <w:t>SPLOŠNI</w:t>
            </w:r>
          </w:p>
          <w:p w14:paraId="40B77203" w14:textId="77777777" w:rsidR="00302D64" w:rsidRDefault="00000000">
            <w:pPr>
              <w:pStyle w:val="Oznaenseznam"/>
              <w:spacing w:after="16"/>
            </w:pPr>
            <w:r>
              <w:rPr>
                <w:color w:val="000000"/>
                <w:sz w:val="16"/>
              </w:rPr>
              <w:t>razvija radovednost ter sistematično opazuje, primerja, razvršča in sporoča ugotovitve</w:t>
            </w:r>
          </w:p>
          <w:p w14:paraId="589DB461" w14:textId="77777777" w:rsidR="00302D64" w:rsidRDefault="00000000">
            <w:pPr>
              <w:pStyle w:val="Oznaenseznam"/>
              <w:spacing w:after="16"/>
            </w:pPr>
            <w:r>
              <w:rPr>
                <w:color w:val="000000"/>
                <w:sz w:val="16"/>
              </w:rPr>
              <w:t>sodeluje, posluša druge in svoja opažanja izraža na razvojno primeren način</w:t>
            </w:r>
          </w:p>
          <w:p w14:paraId="351DDE88" w14:textId="77777777" w:rsidR="00302D64" w:rsidRDefault="00000000">
            <w:pPr>
              <w:pStyle w:val="Oznaenseznam"/>
              <w:spacing w:after="16"/>
            </w:pPr>
            <w:r>
              <w:rPr>
                <w:color w:val="000000"/>
                <w:sz w:val="16"/>
              </w:rPr>
              <w:t>ravna varno, odgovorno in skrbno do sebe, drugih ter okolja</w:t>
            </w:r>
          </w:p>
          <w:p w14:paraId="55EED375" w14:textId="77777777" w:rsidR="00302D64" w:rsidRDefault="00000000">
            <w:pPr>
              <w:pStyle w:val="Oznaenseznam"/>
              <w:spacing w:after="16"/>
            </w:pPr>
            <w:r>
              <w:rPr>
                <w:color w:val="000000"/>
                <w:sz w:val="16"/>
              </w:rPr>
              <w:t>ob kriterijih spremlja svoje učenje in sprejema opisno povratno informacijo</w:t>
            </w:r>
          </w:p>
          <w:p w14:paraId="4633175B" w14:textId="77777777" w:rsidR="00302D64" w:rsidRDefault="00000000">
            <w:pPr>
              <w:spacing w:before="40" w:after="20" w:line="245" w:lineRule="auto"/>
            </w:pPr>
            <w:r>
              <w:rPr>
                <w:b/>
                <w:color w:val="000000"/>
                <w:sz w:val="17"/>
              </w:rPr>
              <w:t>OPERATIVNI</w:t>
            </w:r>
          </w:p>
          <w:p w14:paraId="3113CE75" w14:textId="77777777" w:rsidR="00302D64" w:rsidRDefault="00000000">
            <w:pPr>
              <w:pStyle w:val="Oznaenseznam"/>
              <w:spacing w:after="16"/>
            </w:pPr>
            <w:r>
              <w:rPr>
                <w:color w:val="000000"/>
                <w:sz w:val="16"/>
              </w:rPr>
              <w:t>raziskuje sence in odboj</w:t>
            </w:r>
          </w:p>
          <w:p w14:paraId="5FE43485" w14:textId="77777777" w:rsidR="00302D64" w:rsidRDefault="00000000">
            <w:pPr>
              <w:pStyle w:val="Oznaenseznam"/>
              <w:spacing w:after="16"/>
            </w:pPr>
            <w:r>
              <w:rPr>
                <w:color w:val="000000"/>
                <w:sz w:val="16"/>
              </w:rPr>
              <w:t>primerja zvočne vire</w:t>
            </w:r>
          </w:p>
          <w:p w14:paraId="50BFC03C" w14:textId="77777777" w:rsidR="00302D64" w:rsidRDefault="00000000">
            <w:pPr>
              <w:pStyle w:val="Oznaenseznam"/>
              <w:spacing w:after="16"/>
            </w:pPr>
            <w:r>
              <w:rPr>
                <w:color w:val="000000"/>
                <w:sz w:val="16"/>
              </w:rPr>
              <w:t>pojasni varovanje oči in sluha</w:t>
            </w:r>
          </w:p>
          <w:p w14:paraId="673EA98B" w14:textId="77777777" w:rsidR="00302D64" w:rsidRDefault="00000000">
            <w:pPr>
              <w:spacing w:before="40" w:after="20" w:line="245" w:lineRule="auto"/>
            </w:pPr>
            <w:r>
              <w:rPr>
                <w:b/>
                <w:color w:val="000000"/>
                <w:sz w:val="17"/>
              </w:rPr>
              <w:t>PRIČAKOVANI DOSEŽKI / STANDARDI</w:t>
            </w:r>
          </w:p>
          <w:p w14:paraId="69FB1AFA" w14:textId="77777777" w:rsidR="00302D64" w:rsidRDefault="00000000">
            <w:pPr>
              <w:pStyle w:val="Oznaenseznam"/>
              <w:spacing w:after="16"/>
            </w:pPr>
            <w:r>
              <w:rPr>
                <w:color w:val="000000"/>
                <w:sz w:val="16"/>
              </w:rPr>
              <w:t>ob konkretni ali slikovni opori raziskuje sence in odboj</w:t>
            </w:r>
          </w:p>
          <w:p w14:paraId="6146CEB9" w14:textId="77777777" w:rsidR="00302D64" w:rsidRDefault="00000000">
            <w:pPr>
              <w:pStyle w:val="Oznaenseznam"/>
              <w:spacing w:after="16"/>
            </w:pPr>
            <w:r>
              <w:rPr>
                <w:color w:val="000000"/>
                <w:sz w:val="16"/>
              </w:rPr>
              <w:t>ob konkretni ali slikovni opori primerja zvočne vire</w:t>
            </w:r>
          </w:p>
          <w:p w14:paraId="74756A3E" w14:textId="77777777" w:rsidR="00302D64" w:rsidRDefault="00000000">
            <w:pPr>
              <w:pStyle w:val="Oznaenseznam"/>
              <w:spacing w:after="16"/>
            </w:pPr>
            <w:r>
              <w:rPr>
                <w:color w:val="000000"/>
                <w:sz w:val="16"/>
              </w:rPr>
              <w:t>ob konkretni ali slikovni opori pojasni varovanje oči in sluha</w:t>
            </w:r>
          </w:p>
        </w:tc>
        <w:tc>
          <w:tcPr>
            <w:tcW w:w="7087" w:type="dxa"/>
            <w:tcMar>
              <w:top w:w="70" w:type="dxa"/>
              <w:left w:w="90" w:type="dxa"/>
              <w:bottom w:w="70" w:type="dxa"/>
              <w:right w:w="90" w:type="dxa"/>
            </w:tcMar>
          </w:tcPr>
          <w:p w14:paraId="5779C0F6"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0386BD2" w14:textId="77777777">
              <w:trPr>
                <w:jc w:val="center"/>
              </w:trPr>
              <w:tc>
                <w:tcPr>
                  <w:tcW w:w="7087" w:type="dxa"/>
                  <w:shd w:val="clear" w:color="auto" w:fill="C6E7F3"/>
                  <w:tcMar>
                    <w:top w:w="45" w:type="dxa"/>
                    <w:left w:w="70" w:type="dxa"/>
                    <w:bottom w:w="45" w:type="dxa"/>
                    <w:right w:w="70" w:type="dxa"/>
                  </w:tcMar>
                </w:tcPr>
                <w:p w14:paraId="74EC81B1" w14:textId="77777777" w:rsidR="00302D64" w:rsidRDefault="00000000">
                  <w:pPr>
                    <w:keepNext/>
                  </w:pPr>
                  <w:r>
                    <w:rPr>
                      <w:b/>
                      <w:color w:val="000000"/>
                    </w:rPr>
                    <w:t>UVODNI DEL – motivacija, aktivacija predznanja in namen učenja (15–20 min)</w:t>
                  </w:r>
                </w:p>
              </w:tc>
            </w:tr>
          </w:tbl>
          <w:p w14:paraId="7F8D2F54" w14:textId="77777777" w:rsidR="00302D64" w:rsidRDefault="00302D64">
            <w:pPr>
              <w:spacing w:line="20" w:lineRule="exact"/>
            </w:pPr>
          </w:p>
          <w:p w14:paraId="665D93C3" w14:textId="77777777" w:rsidR="00302D64" w:rsidRDefault="00000000">
            <w:pPr>
              <w:spacing w:before="40" w:after="60" w:line="245" w:lineRule="auto"/>
            </w:pPr>
            <w:r>
              <w:rPr>
                <w:color w:val="000000"/>
                <w:sz w:val="17"/>
              </w:rPr>
              <w:t>Vprašanje »Kaj je na koncu sveta?« postane raziskovalni izziv: kaj je na koncu svetlobnega žarka in kako vemo, od kod prihaja zvok.</w:t>
            </w:r>
          </w:p>
          <w:tbl>
            <w:tblPr>
              <w:tblStyle w:val="Tabelamrea"/>
              <w:tblW w:w="0" w:type="auto"/>
              <w:jc w:val="center"/>
              <w:tblLayout w:type="fixed"/>
              <w:tblLook w:val="04A0" w:firstRow="1" w:lastRow="0" w:firstColumn="1" w:lastColumn="0" w:noHBand="0" w:noVBand="1"/>
            </w:tblPr>
            <w:tblGrid>
              <w:gridCol w:w="7087"/>
            </w:tblGrid>
            <w:tr w:rsidR="00302D64" w14:paraId="5D62341E" w14:textId="77777777">
              <w:trPr>
                <w:jc w:val="center"/>
              </w:trPr>
              <w:tc>
                <w:tcPr>
                  <w:tcW w:w="7087" w:type="dxa"/>
                  <w:shd w:val="clear" w:color="auto" w:fill="EDC9EA"/>
                  <w:tcMar>
                    <w:top w:w="45" w:type="dxa"/>
                    <w:left w:w="70" w:type="dxa"/>
                    <w:bottom w:w="45" w:type="dxa"/>
                    <w:right w:w="70" w:type="dxa"/>
                  </w:tcMar>
                </w:tcPr>
                <w:p w14:paraId="2EFA8F8F" w14:textId="77777777" w:rsidR="00302D64" w:rsidRDefault="00000000">
                  <w:pPr>
                    <w:keepNext/>
                  </w:pPr>
                  <w:r>
                    <w:rPr>
                      <w:b/>
                      <w:color w:val="000000"/>
                    </w:rPr>
                    <w:t>NAMENI UČENJA</w:t>
                  </w:r>
                </w:p>
              </w:tc>
            </w:tr>
          </w:tbl>
          <w:p w14:paraId="1B765491" w14:textId="77777777" w:rsidR="00302D64" w:rsidRDefault="00302D64">
            <w:pPr>
              <w:spacing w:line="20" w:lineRule="exact"/>
            </w:pPr>
          </w:p>
          <w:p w14:paraId="25970735" w14:textId="77777777" w:rsidR="00302D64" w:rsidRDefault="00000000">
            <w:pPr>
              <w:spacing w:before="20" w:after="20" w:line="245" w:lineRule="auto"/>
            </w:pPr>
            <w:r>
              <w:rPr>
                <w:color w:val="000000"/>
                <w:sz w:val="16"/>
              </w:rPr>
              <w:t>Učimo se zato, da bomo lažje razumeli in odgovorno uporabili znanje v vsakdanjih situacijah.</w:t>
            </w:r>
          </w:p>
          <w:p w14:paraId="2DFC4F80" w14:textId="77777777" w:rsidR="00302D64" w:rsidRDefault="00000000">
            <w:pPr>
              <w:pStyle w:val="Oznaenseznam"/>
              <w:spacing w:after="16"/>
            </w:pPr>
            <w:r>
              <w:rPr>
                <w:color w:val="000000"/>
                <w:sz w:val="16"/>
              </w:rPr>
              <w:t>raziskujem sence in odboj</w:t>
            </w:r>
          </w:p>
          <w:p w14:paraId="4382B3C5" w14:textId="77777777" w:rsidR="00302D64" w:rsidRDefault="00000000">
            <w:pPr>
              <w:pStyle w:val="Oznaenseznam"/>
              <w:spacing w:after="16"/>
            </w:pPr>
            <w:r>
              <w:rPr>
                <w:color w:val="000000"/>
                <w:sz w:val="16"/>
              </w:rPr>
              <w:t>primerjam zvočne vire</w:t>
            </w:r>
          </w:p>
          <w:p w14:paraId="08377758" w14:textId="77777777" w:rsidR="00302D64" w:rsidRDefault="00000000">
            <w:pPr>
              <w:pStyle w:val="Oznaenseznam"/>
              <w:spacing w:after="16"/>
            </w:pPr>
            <w:r>
              <w:rPr>
                <w:color w:val="000000"/>
                <w:sz w:val="16"/>
              </w:rPr>
              <w:t>pojasnim varovanje oči in sluha</w:t>
            </w:r>
          </w:p>
          <w:tbl>
            <w:tblPr>
              <w:tblStyle w:val="Tabelamrea"/>
              <w:tblW w:w="0" w:type="auto"/>
              <w:jc w:val="center"/>
              <w:tblLayout w:type="fixed"/>
              <w:tblLook w:val="04A0" w:firstRow="1" w:lastRow="0" w:firstColumn="1" w:lastColumn="0" w:noHBand="0" w:noVBand="1"/>
            </w:tblPr>
            <w:tblGrid>
              <w:gridCol w:w="7087"/>
            </w:tblGrid>
            <w:tr w:rsidR="00302D64" w14:paraId="79B037D1" w14:textId="77777777">
              <w:trPr>
                <w:jc w:val="center"/>
              </w:trPr>
              <w:tc>
                <w:tcPr>
                  <w:tcW w:w="7087" w:type="dxa"/>
                  <w:shd w:val="clear" w:color="auto" w:fill="EDC9EA"/>
                  <w:tcMar>
                    <w:top w:w="45" w:type="dxa"/>
                    <w:left w:w="70" w:type="dxa"/>
                    <w:bottom w:w="45" w:type="dxa"/>
                    <w:right w:w="70" w:type="dxa"/>
                  </w:tcMar>
                </w:tcPr>
                <w:p w14:paraId="52EA183A" w14:textId="77777777" w:rsidR="00302D64" w:rsidRDefault="00000000">
                  <w:pPr>
                    <w:keepNext/>
                  </w:pPr>
                  <w:r>
                    <w:rPr>
                      <w:b/>
                      <w:color w:val="000000"/>
                    </w:rPr>
                    <w:t>PREVERJANJE PREDZNANJA</w:t>
                  </w:r>
                </w:p>
              </w:tc>
            </w:tr>
          </w:tbl>
          <w:p w14:paraId="785A4974" w14:textId="77777777" w:rsidR="00302D64" w:rsidRDefault="00302D64">
            <w:pPr>
              <w:spacing w:line="20" w:lineRule="exact"/>
            </w:pPr>
          </w:p>
          <w:p w14:paraId="3AC0E326" w14:textId="77777777" w:rsidR="00302D64" w:rsidRDefault="00000000">
            <w:pPr>
              <w:pStyle w:val="Oznaenseznam"/>
              <w:spacing w:after="16"/>
            </w:pPr>
            <w:r>
              <w:rPr>
                <w:color w:val="000000"/>
                <w:sz w:val="16"/>
              </w:rPr>
              <w:t>Kako nastane senca in kako jo spremenim?</w:t>
            </w:r>
          </w:p>
          <w:p w14:paraId="14D6F3F6" w14:textId="77777777" w:rsidR="00302D64" w:rsidRDefault="00000000">
            <w:pPr>
              <w:pStyle w:val="Oznaenseznam"/>
              <w:spacing w:after="16"/>
            </w:pPr>
            <w:r>
              <w:rPr>
                <w:color w:val="000000"/>
                <w:sz w:val="16"/>
              </w:rPr>
              <w:t>Kako pred premočno svetlobo in hrupom varujem oči in sluh?</w:t>
            </w:r>
          </w:p>
          <w:p w14:paraId="1559DEF7"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C02C915" w14:textId="77777777">
              <w:trPr>
                <w:jc w:val="center"/>
              </w:trPr>
              <w:tc>
                <w:tcPr>
                  <w:tcW w:w="7087" w:type="dxa"/>
                  <w:shd w:val="clear" w:color="auto" w:fill="EDC9EA"/>
                  <w:tcMar>
                    <w:top w:w="45" w:type="dxa"/>
                    <w:left w:w="70" w:type="dxa"/>
                    <w:bottom w:w="45" w:type="dxa"/>
                    <w:right w:w="70" w:type="dxa"/>
                  </w:tcMar>
                </w:tcPr>
                <w:p w14:paraId="33CB5EDB" w14:textId="77777777" w:rsidR="00302D64" w:rsidRDefault="00000000">
                  <w:pPr>
                    <w:keepNext/>
                  </w:pPr>
                  <w:r>
                    <w:rPr>
                      <w:b/>
                      <w:color w:val="000000"/>
                    </w:rPr>
                    <w:t>KRITERIJI USPEŠNOSTI</w:t>
                  </w:r>
                </w:p>
              </w:tc>
            </w:tr>
          </w:tbl>
          <w:p w14:paraId="31E8F615" w14:textId="77777777" w:rsidR="00302D64" w:rsidRDefault="00302D64"/>
          <w:p w14:paraId="51355A18" w14:textId="77777777" w:rsidR="00302D64" w:rsidRDefault="00000000">
            <w:pPr>
              <w:spacing w:before="20" w:after="20" w:line="245" w:lineRule="auto"/>
            </w:pPr>
            <w:r>
              <w:rPr>
                <w:b/>
                <w:color w:val="000000"/>
                <w:sz w:val="16"/>
              </w:rPr>
              <w:t>Uspešen/-na bom, ko:</w:t>
            </w:r>
          </w:p>
          <w:p w14:paraId="06CE3C17" w14:textId="77777777" w:rsidR="00302D64" w:rsidRDefault="00000000">
            <w:pPr>
              <w:pStyle w:val="Oznaenseznam"/>
              <w:spacing w:after="16"/>
            </w:pPr>
            <w:r>
              <w:rPr>
                <w:color w:val="000000"/>
                <w:sz w:val="16"/>
              </w:rPr>
              <w:t>raziskujem sence in odboj</w:t>
            </w:r>
          </w:p>
          <w:p w14:paraId="30E3EB04" w14:textId="77777777" w:rsidR="00302D64" w:rsidRDefault="00000000">
            <w:pPr>
              <w:pStyle w:val="Oznaenseznam"/>
              <w:spacing w:after="16"/>
            </w:pPr>
            <w:r>
              <w:rPr>
                <w:color w:val="000000"/>
                <w:sz w:val="16"/>
              </w:rPr>
              <w:t>primerjam zvočne vire</w:t>
            </w:r>
          </w:p>
          <w:p w14:paraId="32BBB5D2" w14:textId="77777777" w:rsidR="00302D64" w:rsidRDefault="00000000">
            <w:pPr>
              <w:pStyle w:val="Oznaenseznam"/>
              <w:spacing w:after="16"/>
            </w:pPr>
            <w:r>
              <w:rPr>
                <w:color w:val="000000"/>
                <w:sz w:val="16"/>
              </w:rPr>
              <w:t>pojasnim varovanje oči in sluha</w:t>
            </w:r>
          </w:p>
          <w:p w14:paraId="663B0A0F"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01FDDA50" w14:textId="77777777" w:rsidR="00302D64" w:rsidRDefault="00302D64"/>
          <w:p w14:paraId="02ACE205" w14:textId="77777777" w:rsidR="00302D64" w:rsidRDefault="00000000">
            <w:pPr>
              <w:spacing w:after="80" w:line="245" w:lineRule="auto"/>
            </w:pPr>
            <w:r>
              <w:rPr>
                <w:color w:val="000000"/>
                <w:sz w:val="16"/>
              </w:rPr>
              <w:t>Posluša ali opazuje književno oziroma predmetno izhodišče ter se vključi z gibom, sliko ali besedo.</w:t>
            </w:r>
          </w:p>
          <w:p w14:paraId="3D677AB6" w14:textId="77777777" w:rsidR="00302D64" w:rsidRDefault="00000000">
            <w:pPr>
              <w:spacing w:after="80" w:line="245" w:lineRule="auto"/>
            </w:pPr>
            <w:r>
              <w:rPr>
                <w:color w:val="000000"/>
                <w:sz w:val="16"/>
              </w:rPr>
              <w:t>Pove, pokaže ali nariše, kaj že ve. Posluša zamisli drugih.</w:t>
            </w:r>
          </w:p>
          <w:p w14:paraId="45DB7EFD" w14:textId="77777777" w:rsidR="00302D64" w:rsidRDefault="00000000">
            <w:pPr>
              <w:spacing w:after="100" w:line="245" w:lineRule="auto"/>
            </w:pPr>
            <w:r>
              <w:rPr>
                <w:color w:val="000000"/>
                <w:sz w:val="16"/>
              </w:rPr>
              <w:t>Sodeluje pri razumevanju namenov in kriterijev uspešnosti.</w:t>
            </w:r>
          </w:p>
          <w:p w14:paraId="10A3912C" w14:textId="77777777" w:rsidR="00302D64" w:rsidRDefault="00000000">
            <w:pPr>
              <w:spacing w:after="20" w:line="245" w:lineRule="auto"/>
            </w:pPr>
            <w:r>
              <w:rPr>
                <w:b/>
                <w:color w:val="D95BC6"/>
                <w:sz w:val="17"/>
              </w:rPr>
              <w:t>DOKAZ O UČENJU</w:t>
            </w:r>
          </w:p>
          <w:p w14:paraId="6E04EF9E" w14:textId="77777777" w:rsidR="00302D64" w:rsidRDefault="00000000">
            <w:pPr>
              <w:spacing w:after="30" w:line="245" w:lineRule="auto"/>
            </w:pPr>
            <w:r>
              <w:rPr>
                <w:color w:val="D95BC6"/>
                <w:sz w:val="16"/>
              </w:rPr>
              <w:t>začetna zamisel, razvrstitev, risba ali ustni odgovor</w:t>
            </w:r>
          </w:p>
        </w:tc>
      </w:tr>
    </w:tbl>
    <w:p w14:paraId="3CBFF06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57DCB4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A774DF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DF75B7E" w14:textId="77777777" w:rsidR="00302D64" w:rsidRDefault="00000000">
            <w:pPr>
              <w:jc w:val="center"/>
            </w:pPr>
            <w:r>
              <w:rPr>
                <w:b/>
                <w:color w:val="000000"/>
                <w:sz w:val="20"/>
              </w:rPr>
              <w:t>UČNE DEJAVNOSTI, METODE IN FORMATIVNO SPREMLJANJE</w:t>
            </w:r>
          </w:p>
        </w:tc>
      </w:tr>
      <w:tr w:rsidR="00302D64" w14:paraId="1E537646" w14:textId="77777777">
        <w:trPr>
          <w:tblHeader/>
          <w:jc w:val="center"/>
        </w:trPr>
        <w:tc>
          <w:tcPr>
            <w:tcW w:w="4422" w:type="dxa"/>
            <w:vMerge/>
            <w:tcMar>
              <w:top w:w="70" w:type="dxa"/>
              <w:left w:w="90" w:type="dxa"/>
              <w:bottom w:w="70" w:type="dxa"/>
              <w:right w:w="90" w:type="dxa"/>
            </w:tcMar>
            <w:vAlign w:val="center"/>
          </w:tcPr>
          <w:p w14:paraId="55EC998B" w14:textId="77777777" w:rsidR="00302D64" w:rsidRDefault="00302D64"/>
        </w:tc>
        <w:tc>
          <w:tcPr>
            <w:tcW w:w="7087" w:type="dxa"/>
            <w:shd w:val="clear" w:color="auto" w:fill="FFFFFF"/>
            <w:tcMar>
              <w:top w:w="70" w:type="dxa"/>
              <w:left w:w="90" w:type="dxa"/>
              <w:bottom w:w="70" w:type="dxa"/>
              <w:right w:w="90" w:type="dxa"/>
            </w:tcMar>
            <w:vAlign w:val="center"/>
          </w:tcPr>
          <w:p w14:paraId="70CB442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02AA7E" w14:textId="77777777" w:rsidR="00302D64" w:rsidRDefault="00000000">
            <w:pPr>
              <w:jc w:val="center"/>
            </w:pPr>
            <w:r>
              <w:rPr>
                <w:b/>
                <w:color w:val="000000"/>
              </w:rPr>
              <w:t>UČENEC</w:t>
            </w:r>
          </w:p>
        </w:tc>
      </w:tr>
      <w:tr w:rsidR="00302D64" w14:paraId="480825FE" w14:textId="77777777">
        <w:trPr>
          <w:jc w:val="center"/>
        </w:trPr>
        <w:tc>
          <w:tcPr>
            <w:tcW w:w="4422" w:type="dxa"/>
            <w:tcMar>
              <w:top w:w="70" w:type="dxa"/>
              <w:left w:w="90" w:type="dxa"/>
              <w:bottom w:w="70" w:type="dxa"/>
              <w:right w:w="90" w:type="dxa"/>
            </w:tcMar>
          </w:tcPr>
          <w:p w14:paraId="02ED0E63" w14:textId="77777777" w:rsidR="00302D64" w:rsidRDefault="00302D64"/>
          <w:p w14:paraId="5B4D8CDB" w14:textId="77777777" w:rsidR="00302D64" w:rsidRDefault="00000000">
            <w:pPr>
              <w:spacing w:after="40" w:line="245" w:lineRule="auto"/>
            </w:pPr>
            <w:r>
              <w:rPr>
                <w:b/>
                <w:color w:val="000000"/>
              </w:rPr>
              <w:t>KLJUČNI POJMI</w:t>
            </w:r>
          </w:p>
          <w:p w14:paraId="4921A3CC" w14:textId="77777777" w:rsidR="00302D64" w:rsidRDefault="00000000">
            <w:pPr>
              <w:spacing w:after="80" w:line="245" w:lineRule="auto"/>
            </w:pPr>
            <w:r>
              <w:rPr>
                <w:color w:val="000000"/>
                <w:sz w:val="16"/>
              </w:rPr>
              <w:t>svetlobni žarek, prosojno, neprosojno, odboj, senca, zvočni vir, glasnost, oči, sluh, zaščita</w:t>
            </w:r>
          </w:p>
          <w:p w14:paraId="2A95ABB7" w14:textId="77777777" w:rsidR="00302D64" w:rsidRDefault="00000000">
            <w:pPr>
              <w:spacing w:after="20" w:line="245" w:lineRule="auto"/>
            </w:pPr>
            <w:r>
              <w:rPr>
                <w:b/>
                <w:color w:val="000000"/>
              </w:rPr>
              <w:t>DOKAZI O UČENJU</w:t>
            </w:r>
          </w:p>
          <w:p w14:paraId="4AE966D1" w14:textId="77777777" w:rsidR="00302D64" w:rsidRDefault="00000000">
            <w:pPr>
              <w:pStyle w:val="Oznaenseznam"/>
              <w:spacing w:after="16"/>
            </w:pPr>
            <w:r>
              <w:rPr>
                <w:color w:val="000000"/>
                <w:sz w:val="16"/>
              </w:rPr>
              <w:t>razvrstitev predmetov in razlaga sence</w:t>
            </w:r>
          </w:p>
          <w:p w14:paraId="771A49DF" w14:textId="77777777" w:rsidR="00302D64" w:rsidRDefault="00000000">
            <w:pPr>
              <w:pStyle w:val="Oznaenseznam"/>
              <w:spacing w:after="16"/>
            </w:pPr>
            <w:r>
              <w:rPr>
                <w:color w:val="000000"/>
                <w:sz w:val="16"/>
              </w:rPr>
              <w:t>zvočni zemljevid in varnostna odločitev</w:t>
            </w:r>
          </w:p>
          <w:p w14:paraId="4690EA12" w14:textId="77777777" w:rsidR="00302D64" w:rsidRDefault="00000000">
            <w:pPr>
              <w:spacing w:before="40" w:after="20" w:line="245" w:lineRule="auto"/>
            </w:pPr>
            <w:r>
              <w:rPr>
                <w:b/>
                <w:color w:val="000000"/>
              </w:rPr>
              <w:t>MEDPREDMETNA POVEZAVA</w:t>
            </w:r>
          </w:p>
          <w:p w14:paraId="40708A55" w14:textId="77777777" w:rsidR="00302D64" w:rsidRDefault="00000000">
            <w:pPr>
              <w:spacing w:after="60" w:line="245" w:lineRule="auto"/>
            </w:pPr>
            <w:r>
              <w:rPr>
                <w:color w:val="000000"/>
                <w:sz w:val="16"/>
              </w:rPr>
              <w:t>LUM – senca in svetlobna lisa; GUM – zvočna sled; MAT – položaj in smer; SLJ – raziskovalno vprašanje</w:t>
            </w:r>
          </w:p>
          <w:p w14:paraId="3877B7E5" w14:textId="77777777" w:rsidR="00302D64" w:rsidRDefault="00000000">
            <w:pPr>
              <w:spacing w:after="20" w:line="245" w:lineRule="auto"/>
            </w:pPr>
            <w:r>
              <w:rPr>
                <w:b/>
                <w:color w:val="000000"/>
              </w:rPr>
              <w:t>POUČEVANJE V GIBANJU</w:t>
            </w:r>
          </w:p>
          <w:p w14:paraId="63D69DF0"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3B75E08C" w14:textId="77777777" w:rsidR="00302D64" w:rsidRDefault="00000000">
            <w:pPr>
              <w:spacing w:after="20" w:line="245" w:lineRule="auto"/>
            </w:pPr>
            <w:r>
              <w:rPr>
                <w:b/>
                <w:color w:val="000000"/>
              </w:rPr>
              <w:t>UČENJE PO ŠTIRIH POSTAJAH</w:t>
            </w:r>
          </w:p>
          <w:p w14:paraId="343424F7"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4F7AE3DB" w14:textId="77777777" w:rsidR="00302D64" w:rsidRDefault="00000000">
            <w:pPr>
              <w:spacing w:after="20" w:line="245" w:lineRule="auto"/>
            </w:pPr>
            <w:r>
              <w:rPr>
                <w:b/>
                <w:color w:val="000000"/>
              </w:rPr>
              <w:t>DIFERENCIACIJA IN VKLJUČEVANJE</w:t>
            </w:r>
          </w:p>
          <w:p w14:paraId="38843761" w14:textId="77777777" w:rsidR="00302D64" w:rsidRDefault="00000000">
            <w:pPr>
              <w:spacing w:after="60" w:line="245" w:lineRule="auto"/>
            </w:pPr>
            <w:r>
              <w:rPr>
                <w:color w:val="000000"/>
                <w:sz w:val="16"/>
              </w:rPr>
              <w:t>Učenec lahko opazuje namesto proizvaja zvok; svetlobni kontrast se prilagodi; naprednejši nariše preprost potek svetlobe s puščicami.</w:t>
            </w:r>
          </w:p>
          <w:p w14:paraId="434D5084" w14:textId="77777777" w:rsidR="00302D64" w:rsidRDefault="00000000">
            <w:pPr>
              <w:spacing w:after="20" w:line="245" w:lineRule="auto"/>
            </w:pPr>
            <w:r>
              <w:rPr>
                <w:b/>
                <w:color w:val="000000"/>
              </w:rPr>
              <w:t>SPREMLJANJE</w:t>
            </w:r>
          </w:p>
          <w:p w14:paraId="0816AE59"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692B505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01FE33D" w14:textId="77777777">
              <w:trPr>
                <w:jc w:val="center"/>
              </w:trPr>
              <w:tc>
                <w:tcPr>
                  <w:tcW w:w="7087" w:type="dxa"/>
                  <w:shd w:val="clear" w:color="auto" w:fill="C6E7F3"/>
                  <w:tcMar>
                    <w:top w:w="45" w:type="dxa"/>
                    <w:left w:w="70" w:type="dxa"/>
                    <w:bottom w:w="45" w:type="dxa"/>
                    <w:right w:w="70" w:type="dxa"/>
                  </w:tcMar>
                </w:tcPr>
                <w:p w14:paraId="3DB6FD4A" w14:textId="77777777" w:rsidR="00302D64" w:rsidRDefault="00000000">
                  <w:pPr>
                    <w:keepNext/>
                  </w:pPr>
                  <w:r>
                    <w:t>GLAVNI DEL – IZKUŠENJSKO IN POSTAJNO UČENJE (2 šolski uri)</w:t>
                  </w:r>
                </w:p>
              </w:tc>
            </w:tr>
          </w:tbl>
          <w:p w14:paraId="525D6F74" w14:textId="77777777" w:rsidR="00302D64" w:rsidRDefault="00302D64">
            <w:pPr>
              <w:spacing w:line="20" w:lineRule="exact"/>
            </w:pPr>
          </w:p>
          <w:p w14:paraId="65899C3D" w14:textId="77777777" w:rsidR="00302D64" w:rsidRDefault="00000000">
            <w:pPr>
              <w:keepNext/>
              <w:spacing w:before="60" w:after="20" w:line="245" w:lineRule="auto"/>
            </w:pPr>
            <w:r>
              <w:rPr>
                <w:b/>
                <w:color w:val="000000"/>
              </w:rPr>
              <w:t>1. URA – Svetloba, odboj in senca</w:t>
            </w:r>
          </w:p>
          <w:p w14:paraId="6B3BCDF6" w14:textId="77777777" w:rsidR="00302D64" w:rsidRDefault="00000000">
            <w:pPr>
              <w:spacing w:after="20" w:line="245" w:lineRule="auto"/>
            </w:pPr>
            <w:r>
              <w:rPr>
                <w:b/>
                <w:color w:val="000000"/>
                <w:sz w:val="16"/>
              </w:rPr>
              <w:t xml:space="preserve">Dejavnost učiteljice: </w:t>
            </w:r>
            <w:r>
              <w:rPr>
                <w:color w:val="000000"/>
                <w:sz w:val="16"/>
              </w:rPr>
              <w:t>Pripravi svetilko, neprosojne/polprosojne predmete in odsevno površino ter vodi napovedi.</w:t>
            </w:r>
          </w:p>
          <w:p w14:paraId="70595598" w14:textId="77777777" w:rsidR="00302D64" w:rsidRDefault="00000000">
            <w:pPr>
              <w:spacing w:after="20" w:line="245" w:lineRule="auto"/>
            </w:pPr>
            <w:r>
              <w:rPr>
                <w:b/>
                <w:color w:val="000000"/>
                <w:sz w:val="16"/>
              </w:rPr>
              <w:t xml:space="preserve">Dejavnost učencev: </w:t>
            </w:r>
            <w:r>
              <w:rPr>
                <w:color w:val="000000"/>
                <w:sz w:val="16"/>
              </w:rPr>
              <w:t>Preverijo prehod svetlobe, oblikujejo senco in z ogledalcem varno preusmerijo svetlobno liso.</w:t>
            </w:r>
          </w:p>
          <w:p w14:paraId="2E35928B" w14:textId="77777777" w:rsidR="00302D64" w:rsidRDefault="00000000">
            <w:pPr>
              <w:spacing w:after="40" w:line="245" w:lineRule="auto"/>
            </w:pPr>
            <w:r>
              <w:rPr>
                <w:i/>
                <w:color w:val="D95BC6"/>
                <w:sz w:val="16"/>
              </w:rPr>
              <w:t>Predvideni dokaz: razvrstitev predmetov in razlaga sence.</w:t>
            </w:r>
          </w:p>
          <w:p w14:paraId="5843AEBE" w14:textId="77777777" w:rsidR="00302D64" w:rsidRDefault="00000000">
            <w:pPr>
              <w:keepNext/>
              <w:spacing w:before="60" w:after="20" w:line="245" w:lineRule="auto"/>
            </w:pPr>
            <w:r>
              <w:rPr>
                <w:b/>
                <w:color w:val="000000"/>
              </w:rPr>
              <w:t>2. URA – Zvočna sled in zaščita</w:t>
            </w:r>
          </w:p>
          <w:p w14:paraId="37939D78" w14:textId="77777777" w:rsidR="00302D64" w:rsidRDefault="00000000">
            <w:pPr>
              <w:spacing w:after="20" w:line="245" w:lineRule="auto"/>
            </w:pPr>
            <w:r>
              <w:rPr>
                <w:b/>
                <w:color w:val="000000"/>
                <w:sz w:val="16"/>
              </w:rPr>
              <w:t xml:space="preserve">Dejavnost učiteljice: </w:t>
            </w:r>
            <w:r>
              <w:rPr>
                <w:color w:val="000000"/>
                <w:sz w:val="16"/>
              </w:rPr>
              <w:t>Skrije več zvočnih virov, nato predstavi vsakdanje ravni hrupa in načine zaščite.</w:t>
            </w:r>
          </w:p>
          <w:p w14:paraId="350CD465" w14:textId="77777777" w:rsidR="00302D64" w:rsidRDefault="00000000">
            <w:pPr>
              <w:spacing w:after="20" w:line="245" w:lineRule="auto"/>
            </w:pPr>
            <w:r>
              <w:rPr>
                <w:b/>
                <w:color w:val="000000"/>
                <w:sz w:val="16"/>
              </w:rPr>
              <w:t xml:space="preserve">Dejavnost učencev: </w:t>
            </w:r>
            <w:r>
              <w:rPr>
                <w:color w:val="000000"/>
                <w:sz w:val="16"/>
              </w:rPr>
              <w:t>Z usmerjanjem glave poiščejo vir, primerjajo zvoke in za situacije izberejo varno ravnanje.</w:t>
            </w:r>
          </w:p>
          <w:p w14:paraId="483CEB53" w14:textId="77777777" w:rsidR="00302D64" w:rsidRDefault="00000000">
            <w:pPr>
              <w:spacing w:after="40" w:line="245" w:lineRule="auto"/>
            </w:pPr>
            <w:r>
              <w:rPr>
                <w:i/>
                <w:color w:val="D95BC6"/>
                <w:sz w:val="16"/>
              </w:rPr>
              <w:t>Predvideni dokaz: zvočni zemljevid in varnostna odločitev.</w:t>
            </w:r>
          </w:p>
          <w:tbl>
            <w:tblPr>
              <w:tblStyle w:val="Tabelamrea"/>
              <w:tblW w:w="0" w:type="auto"/>
              <w:jc w:val="center"/>
              <w:tblLayout w:type="fixed"/>
              <w:tblLook w:val="04A0" w:firstRow="1" w:lastRow="0" w:firstColumn="1" w:lastColumn="0" w:noHBand="0" w:noVBand="1"/>
            </w:tblPr>
            <w:tblGrid>
              <w:gridCol w:w="7087"/>
            </w:tblGrid>
            <w:tr w:rsidR="00302D64" w14:paraId="3CBF5099" w14:textId="77777777">
              <w:trPr>
                <w:jc w:val="center"/>
              </w:trPr>
              <w:tc>
                <w:tcPr>
                  <w:tcW w:w="7087" w:type="dxa"/>
                  <w:shd w:val="clear" w:color="auto" w:fill="EDC9EA"/>
                  <w:tcMar>
                    <w:top w:w="45" w:type="dxa"/>
                    <w:left w:w="70" w:type="dxa"/>
                    <w:bottom w:w="45" w:type="dxa"/>
                    <w:right w:w="70" w:type="dxa"/>
                  </w:tcMar>
                </w:tcPr>
                <w:p w14:paraId="641CB7AD" w14:textId="77777777" w:rsidR="00302D64" w:rsidRDefault="00000000">
                  <w:pPr>
                    <w:keepNext/>
                  </w:pPr>
                  <w:r>
                    <w:rPr>
                      <w:b/>
                      <w:color w:val="000000"/>
                    </w:rPr>
                    <w:t>UČENJE PO ŠTIRIH POSTAJAH (6–8 min na postajo)</w:t>
                  </w:r>
                </w:p>
              </w:tc>
            </w:tr>
          </w:tbl>
          <w:p w14:paraId="1283D4E0"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668A604D" w14:textId="77777777" w:rsidR="00302D64" w:rsidRDefault="00000000">
            <w:pPr>
              <w:spacing w:after="20" w:line="245" w:lineRule="auto"/>
            </w:pPr>
            <w:r>
              <w:rPr>
                <w:b/>
                <w:color w:val="000000"/>
                <w:sz w:val="16"/>
              </w:rPr>
              <w:t xml:space="preserve">RAZISKOVALNA POSTAJA – Svetloba, odboj in senca: </w:t>
            </w:r>
            <w:r>
              <w:rPr>
                <w:color w:val="000000"/>
                <w:sz w:val="16"/>
              </w:rPr>
              <w:t>Preverijo prehod svetlobe, oblikujejo senco in z ogledalcem varno preusmerijo svetlobno liso.</w:t>
            </w:r>
          </w:p>
          <w:p w14:paraId="659D5C63" w14:textId="77777777" w:rsidR="00302D64" w:rsidRDefault="00000000">
            <w:pPr>
              <w:spacing w:after="20" w:line="245" w:lineRule="auto"/>
            </w:pPr>
            <w:r>
              <w:rPr>
                <w:b/>
                <w:color w:val="000000"/>
                <w:sz w:val="16"/>
              </w:rPr>
              <w:t xml:space="preserve">PRAKTIČNA POSTAJA – Zvočna sled in zaščita: </w:t>
            </w:r>
            <w:r>
              <w:rPr>
                <w:color w:val="000000"/>
                <w:sz w:val="16"/>
              </w:rPr>
              <w:t>Z usmerjanjem glave poiščejo vir, primerjajo zvoke in za situacije izberejo varno ravnanje.</w:t>
            </w:r>
          </w:p>
          <w:p w14:paraId="60EE29D0"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2BC70753" w14:textId="77777777" w:rsidR="00302D64" w:rsidRDefault="00000000">
            <w:pPr>
              <w:spacing w:after="20" w:line="245" w:lineRule="auto"/>
            </w:pPr>
            <w:r>
              <w:rPr>
                <w:b/>
                <w:color w:val="000000"/>
                <w:sz w:val="16"/>
              </w:rPr>
              <w:t xml:space="preserve">POSTAJA DOKAZA IN REFLEKSIJE: </w:t>
            </w:r>
            <w:r>
              <w:rPr>
                <w:color w:val="000000"/>
                <w:sz w:val="16"/>
              </w:rPr>
              <w:t>Izberejo en dokaz (razvrstitev predmetov in razlaga sence, zvočni zemljevid in varnostna odločitev),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3C154C8B" w14:textId="77777777">
              <w:trPr>
                <w:jc w:val="center"/>
              </w:trPr>
              <w:tc>
                <w:tcPr>
                  <w:tcW w:w="7087" w:type="dxa"/>
                  <w:shd w:val="clear" w:color="auto" w:fill="EDC9EA"/>
                  <w:tcMar>
                    <w:top w:w="45" w:type="dxa"/>
                    <w:left w:w="70" w:type="dxa"/>
                    <w:bottom w:w="45" w:type="dxa"/>
                    <w:right w:w="70" w:type="dxa"/>
                  </w:tcMar>
                </w:tcPr>
                <w:p w14:paraId="0D70D12C" w14:textId="77777777" w:rsidR="00302D64" w:rsidRDefault="00000000">
                  <w:pPr>
                    <w:keepNext/>
                  </w:pPr>
                  <w:r>
                    <w:rPr>
                      <w:b/>
                      <w:color w:val="000000"/>
                    </w:rPr>
                    <w:t>POVRATNA INFORMACIJA UČITELJICE MED DELOM</w:t>
                  </w:r>
                </w:p>
              </w:tc>
            </w:tr>
          </w:tbl>
          <w:p w14:paraId="182635E2" w14:textId="77777777" w:rsidR="00302D64" w:rsidRDefault="00302D64"/>
          <w:p w14:paraId="0CEDDA39"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BD97C40" w14:textId="77777777" w:rsidR="00302D64" w:rsidRDefault="00302D64"/>
          <w:p w14:paraId="018057EE" w14:textId="77777777" w:rsidR="00302D64" w:rsidRDefault="00000000">
            <w:pPr>
              <w:spacing w:after="20" w:line="245" w:lineRule="auto"/>
            </w:pPr>
            <w:r>
              <w:rPr>
                <w:b/>
                <w:color w:val="000000"/>
                <w:sz w:val="17"/>
              </w:rPr>
              <w:t>1. URA</w:t>
            </w:r>
          </w:p>
          <w:p w14:paraId="33B9ED2D" w14:textId="77777777" w:rsidR="00302D64" w:rsidRDefault="00000000">
            <w:pPr>
              <w:spacing w:after="40" w:line="245" w:lineRule="auto"/>
            </w:pPr>
            <w:r>
              <w:rPr>
                <w:color w:val="000000"/>
                <w:sz w:val="16"/>
              </w:rPr>
              <w:t>Preverijo prehod svetlobe, oblikujejo senco in z ogledalcem varno preusmerijo svetlobno liso.</w:t>
            </w:r>
          </w:p>
          <w:p w14:paraId="7ECC9529" w14:textId="77777777" w:rsidR="00302D64" w:rsidRDefault="00000000">
            <w:pPr>
              <w:spacing w:line="245" w:lineRule="auto"/>
            </w:pPr>
            <w:r>
              <w:rPr>
                <w:b/>
                <w:color w:val="D95BC6"/>
                <w:sz w:val="16"/>
              </w:rPr>
              <w:t>DOKAZ</w:t>
            </w:r>
          </w:p>
          <w:p w14:paraId="09834BFB" w14:textId="77777777" w:rsidR="00302D64" w:rsidRDefault="00000000">
            <w:pPr>
              <w:spacing w:after="60" w:line="245" w:lineRule="auto"/>
            </w:pPr>
            <w:r>
              <w:rPr>
                <w:color w:val="D95BC6"/>
                <w:sz w:val="16"/>
              </w:rPr>
              <w:t>razvrstitev predmetov in razlaga sence</w:t>
            </w:r>
          </w:p>
          <w:p w14:paraId="0D06A4A5" w14:textId="77777777" w:rsidR="00302D64" w:rsidRDefault="00000000">
            <w:pPr>
              <w:spacing w:after="20" w:line="245" w:lineRule="auto"/>
            </w:pPr>
            <w:r>
              <w:rPr>
                <w:b/>
                <w:color w:val="000000"/>
                <w:sz w:val="17"/>
              </w:rPr>
              <w:t>2. URA</w:t>
            </w:r>
          </w:p>
          <w:p w14:paraId="52E6F3DB" w14:textId="77777777" w:rsidR="00302D64" w:rsidRDefault="00000000">
            <w:pPr>
              <w:spacing w:after="40" w:line="245" w:lineRule="auto"/>
            </w:pPr>
            <w:r>
              <w:rPr>
                <w:color w:val="000000"/>
                <w:sz w:val="16"/>
              </w:rPr>
              <w:t>Z usmerjanjem glave poiščejo vir, primerjajo zvoke in za situacije izberejo varno ravnanje.</w:t>
            </w:r>
          </w:p>
          <w:p w14:paraId="0125EEF4" w14:textId="77777777" w:rsidR="00302D64" w:rsidRDefault="00000000">
            <w:pPr>
              <w:spacing w:line="245" w:lineRule="auto"/>
            </w:pPr>
            <w:r>
              <w:rPr>
                <w:b/>
                <w:color w:val="D95BC6"/>
                <w:sz w:val="16"/>
              </w:rPr>
              <w:t>DOKAZ</w:t>
            </w:r>
          </w:p>
          <w:p w14:paraId="274CCAAD" w14:textId="77777777" w:rsidR="00302D64" w:rsidRDefault="00000000">
            <w:pPr>
              <w:spacing w:after="60" w:line="245" w:lineRule="auto"/>
            </w:pPr>
            <w:r>
              <w:rPr>
                <w:color w:val="D95BC6"/>
                <w:sz w:val="16"/>
              </w:rPr>
              <w:t>zvočni zemljevid in varnostna odločitev</w:t>
            </w:r>
          </w:p>
        </w:tc>
      </w:tr>
    </w:tbl>
    <w:p w14:paraId="7BA649C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9DCEF4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568C71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FAB4E06" w14:textId="77777777" w:rsidR="00302D64" w:rsidRDefault="00000000">
            <w:pPr>
              <w:jc w:val="center"/>
            </w:pPr>
            <w:r>
              <w:rPr>
                <w:b/>
                <w:color w:val="000000"/>
                <w:sz w:val="20"/>
              </w:rPr>
              <w:t>UČNE DEJAVNOSTI, METODE IN FORMATIVNO SPREMLJANJE</w:t>
            </w:r>
          </w:p>
        </w:tc>
      </w:tr>
      <w:tr w:rsidR="00302D64" w14:paraId="29FC5A03" w14:textId="77777777">
        <w:trPr>
          <w:tblHeader/>
          <w:jc w:val="center"/>
        </w:trPr>
        <w:tc>
          <w:tcPr>
            <w:tcW w:w="4422" w:type="dxa"/>
            <w:vMerge/>
            <w:tcMar>
              <w:top w:w="70" w:type="dxa"/>
              <w:left w:w="90" w:type="dxa"/>
              <w:bottom w:w="70" w:type="dxa"/>
              <w:right w:w="90" w:type="dxa"/>
            </w:tcMar>
            <w:vAlign w:val="center"/>
          </w:tcPr>
          <w:p w14:paraId="6BD47259" w14:textId="77777777" w:rsidR="00302D64" w:rsidRDefault="00302D64"/>
        </w:tc>
        <w:tc>
          <w:tcPr>
            <w:tcW w:w="7087" w:type="dxa"/>
            <w:shd w:val="clear" w:color="auto" w:fill="FFFFFF"/>
            <w:tcMar>
              <w:top w:w="70" w:type="dxa"/>
              <w:left w:w="90" w:type="dxa"/>
              <w:bottom w:w="70" w:type="dxa"/>
              <w:right w:w="90" w:type="dxa"/>
            </w:tcMar>
            <w:vAlign w:val="center"/>
          </w:tcPr>
          <w:p w14:paraId="5033AE5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9B398DE" w14:textId="77777777" w:rsidR="00302D64" w:rsidRDefault="00000000">
            <w:pPr>
              <w:jc w:val="center"/>
            </w:pPr>
            <w:r>
              <w:rPr>
                <w:b/>
                <w:color w:val="000000"/>
              </w:rPr>
              <w:t>UČENEC</w:t>
            </w:r>
          </w:p>
        </w:tc>
      </w:tr>
      <w:tr w:rsidR="00302D64" w14:paraId="04A9EFA7" w14:textId="77777777">
        <w:trPr>
          <w:jc w:val="center"/>
        </w:trPr>
        <w:tc>
          <w:tcPr>
            <w:tcW w:w="4422" w:type="dxa"/>
            <w:tcMar>
              <w:top w:w="70" w:type="dxa"/>
              <w:left w:w="90" w:type="dxa"/>
              <w:bottom w:w="70" w:type="dxa"/>
              <w:right w:w="90" w:type="dxa"/>
            </w:tcMar>
          </w:tcPr>
          <w:p w14:paraId="5115E501" w14:textId="77777777" w:rsidR="00302D64" w:rsidRDefault="00302D64"/>
          <w:p w14:paraId="4FFF2EE1" w14:textId="77777777" w:rsidR="00302D64" w:rsidRDefault="00000000">
            <w:pPr>
              <w:spacing w:after="40" w:line="245" w:lineRule="auto"/>
            </w:pPr>
            <w:r>
              <w:rPr>
                <w:b/>
                <w:color w:val="000000"/>
              </w:rPr>
              <w:t>FORMATIVNO SPREMLJANJE</w:t>
            </w:r>
          </w:p>
          <w:p w14:paraId="0BB64D93" w14:textId="77777777" w:rsidR="00302D64" w:rsidRDefault="00000000">
            <w:pPr>
              <w:pStyle w:val="Oznaenseznam"/>
              <w:spacing w:after="16"/>
            </w:pPr>
            <w:r>
              <w:rPr>
                <w:color w:val="000000"/>
                <w:sz w:val="16"/>
              </w:rPr>
              <w:t>predznanje: začetni odgovor, razvrstitev ali prikaz</w:t>
            </w:r>
          </w:p>
          <w:p w14:paraId="6BCAC017" w14:textId="77777777" w:rsidR="00302D64" w:rsidRDefault="00000000">
            <w:pPr>
              <w:pStyle w:val="Oznaenseznam"/>
              <w:spacing w:after="16"/>
            </w:pPr>
            <w:r>
              <w:rPr>
                <w:color w:val="000000"/>
                <w:sz w:val="16"/>
              </w:rPr>
              <w:t>dokazi med učenjem: izvedba, skica, model, opazovalni zapis ali razlaga</w:t>
            </w:r>
          </w:p>
          <w:p w14:paraId="5C381B54" w14:textId="77777777" w:rsidR="00302D64" w:rsidRDefault="00000000">
            <w:pPr>
              <w:pStyle w:val="Oznaenseznam"/>
              <w:spacing w:after="16"/>
            </w:pPr>
            <w:r>
              <w:rPr>
                <w:color w:val="000000"/>
                <w:sz w:val="16"/>
              </w:rPr>
              <w:t>povratna informacija: konkretna, vezana na kriterij in usmerjena v naslednji korak</w:t>
            </w:r>
          </w:p>
          <w:p w14:paraId="6F7D51C9" w14:textId="77777777" w:rsidR="00302D64" w:rsidRDefault="00000000">
            <w:pPr>
              <w:pStyle w:val="Oznaenseznam"/>
              <w:spacing w:after="16"/>
            </w:pPr>
            <w:r>
              <w:rPr>
                <w:color w:val="000000"/>
                <w:sz w:val="16"/>
              </w:rPr>
              <w:t>samovrednotenje: semafor, prsti, izbrani simbol ali kratka poved</w:t>
            </w:r>
          </w:p>
          <w:p w14:paraId="35B777EB" w14:textId="77777777" w:rsidR="00302D64" w:rsidRDefault="00000000">
            <w:pPr>
              <w:spacing w:before="40" w:after="20" w:line="245" w:lineRule="auto"/>
            </w:pPr>
            <w:r>
              <w:rPr>
                <w:b/>
                <w:color w:val="000000"/>
              </w:rPr>
              <w:t>VARNOST IN ODGOVORNOST</w:t>
            </w:r>
          </w:p>
          <w:p w14:paraId="5A803B6D" w14:textId="77777777" w:rsidR="00302D64" w:rsidRDefault="00000000">
            <w:pPr>
              <w:spacing w:after="60" w:line="245" w:lineRule="auto"/>
            </w:pPr>
            <w:r>
              <w:rPr>
                <w:color w:val="000000"/>
                <w:sz w:val="16"/>
              </w:rPr>
              <w:t>Ne sveti se v oči in ne uporablja nevarnih svetlobnih virov; zvoki so kratki in zmerni.</w:t>
            </w:r>
          </w:p>
          <w:p w14:paraId="0474A243" w14:textId="77777777" w:rsidR="00302D64" w:rsidRDefault="00000000">
            <w:pPr>
              <w:spacing w:after="20" w:line="245" w:lineRule="auto"/>
            </w:pPr>
            <w:r>
              <w:rPr>
                <w:b/>
                <w:color w:val="000000"/>
              </w:rPr>
              <w:t>EVIDENCA PO IZVEDBI</w:t>
            </w:r>
          </w:p>
          <w:p w14:paraId="098199C4"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BF4BB3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7539FF5" w14:textId="77777777">
              <w:trPr>
                <w:jc w:val="center"/>
              </w:trPr>
              <w:tc>
                <w:tcPr>
                  <w:tcW w:w="7087" w:type="dxa"/>
                  <w:shd w:val="clear" w:color="auto" w:fill="EDC9EA"/>
                  <w:tcMar>
                    <w:top w:w="45" w:type="dxa"/>
                    <w:left w:w="70" w:type="dxa"/>
                    <w:bottom w:w="45" w:type="dxa"/>
                    <w:right w:w="70" w:type="dxa"/>
                  </w:tcMar>
                </w:tcPr>
                <w:p w14:paraId="06BFCE22" w14:textId="77777777" w:rsidR="00302D64" w:rsidRDefault="00000000">
                  <w:pPr>
                    <w:keepNext/>
                  </w:pPr>
                  <w:r>
                    <w:rPr>
                      <w:b/>
                      <w:color w:val="000000"/>
                    </w:rPr>
                    <w:t>VPRAŠANJA V PODPORO UČENJU</w:t>
                  </w:r>
                </w:p>
              </w:tc>
            </w:tr>
          </w:tbl>
          <w:p w14:paraId="2E2C36EC" w14:textId="77777777" w:rsidR="00302D64" w:rsidRDefault="00302D64">
            <w:pPr>
              <w:spacing w:line="20" w:lineRule="exact"/>
            </w:pPr>
          </w:p>
          <w:p w14:paraId="7143C90F" w14:textId="77777777" w:rsidR="00302D64" w:rsidRDefault="00000000">
            <w:pPr>
              <w:pStyle w:val="Oznaenseznam"/>
              <w:spacing w:after="16"/>
            </w:pPr>
            <w:r>
              <w:rPr>
                <w:color w:val="000000"/>
                <w:sz w:val="16"/>
              </w:rPr>
              <w:t>Kaj si opazil/-a in kateri dokaz to pokaže?</w:t>
            </w:r>
          </w:p>
          <w:p w14:paraId="50852FAC" w14:textId="77777777" w:rsidR="00302D64" w:rsidRDefault="00000000">
            <w:pPr>
              <w:pStyle w:val="Oznaenseznam"/>
              <w:spacing w:after="16"/>
            </w:pPr>
            <w:r>
              <w:rPr>
                <w:color w:val="000000"/>
                <w:sz w:val="16"/>
              </w:rPr>
              <w:t>Kako si prišel/-la do svoje odločitve?</w:t>
            </w:r>
          </w:p>
          <w:p w14:paraId="2082B0A1" w14:textId="77777777" w:rsidR="00302D64" w:rsidRDefault="00000000">
            <w:pPr>
              <w:pStyle w:val="Oznaenseznam"/>
              <w:spacing w:after="16"/>
            </w:pPr>
            <w:r>
              <w:rPr>
                <w:color w:val="000000"/>
                <w:sz w:val="16"/>
              </w:rPr>
              <w:t>Kaj si pri ponovnem poskusu ohranil/-a enako in kaj spremenil/-a?</w:t>
            </w:r>
          </w:p>
          <w:p w14:paraId="50BECD7B" w14:textId="77777777" w:rsidR="00302D64" w:rsidRDefault="00000000">
            <w:pPr>
              <w:pStyle w:val="Oznaenseznam"/>
              <w:spacing w:after="16"/>
            </w:pPr>
            <w:r>
              <w:rPr>
                <w:color w:val="000000"/>
                <w:sz w:val="16"/>
              </w:rPr>
              <w:t>Kateri kriterij že dosegaš? Kaj bo tvoj naslednji korak?</w:t>
            </w:r>
          </w:p>
          <w:p w14:paraId="42DDBBFA"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2E70D12D" w14:textId="77777777">
              <w:trPr>
                <w:jc w:val="center"/>
              </w:trPr>
              <w:tc>
                <w:tcPr>
                  <w:tcW w:w="7087" w:type="dxa"/>
                  <w:shd w:val="clear" w:color="auto" w:fill="C6E7F3"/>
                  <w:tcMar>
                    <w:top w:w="45" w:type="dxa"/>
                    <w:left w:w="70" w:type="dxa"/>
                    <w:bottom w:w="45" w:type="dxa"/>
                    <w:right w:w="70" w:type="dxa"/>
                  </w:tcMar>
                </w:tcPr>
                <w:p w14:paraId="4F814CEC" w14:textId="77777777" w:rsidR="00302D64" w:rsidRDefault="00000000">
                  <w:pPr>
                    <w:keepNext/>
                  </w:pPr>
                  <w:r>
                    <w:rPr>
                      <w:b/>
                      <w:color w:val="000000"/>
                    </w:rPr>
                    <w:t>ZAKLJUČNI DEL – UTRJEVANJE IN REFLEKSIJA (10–15 min)</w:t>
                  </w:r>
                </w:p>
              </w:tc>
            </w:tr>
          </w:tbl>
          <w:p w14:paraId="39158437" w14:textId="77777777" w:rsidR="00302D64" w:rsidRDefault="00302D64">
            <w:pPr>
              <w:spacing w:line="20" w:lineRule="exact"/>
            </w:pPr>
          </w:p>
          <w:p w14:paraId="097DF5CB"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1F5642E7" w14:textId="77777777">
              <w:trPr>
                <w:jc w:val="center"/>
              </w:trPr>
              <w:tc>
                <w:tcPr>
                  <w:tcW w:w="7087" w:type="dxa"/>
                  <w:shd w:val="clear" w:color="auto" w:fill="EDC9EA"/>
                  <w:tcMar>
                    <w:top w:w="45" w:type="dxa"/>
                    <w:left w:w="70" w:type="dxa"/>
                    <w:bottom w:w="45" w:type="dxa"/>
                    <w:right w:w="70" w:type="dxa"/>
                  </w:tcMar>
                </w:tcPr>
                <w:p w14:paraId="404B2EFC" w14:textId="77777777" w:rsidR="00302D64" w:rsidRDefault="00000000">
                  <w:pPr>
                    <w:keepNext/>
                  </w:pPr>
                  <w:r>
                    <w:rPr>
                      <w:b/>
                      <w:color w:val="000000"/>
                    </w:rPr>
                    <w:t>SAMOVREDNOTENJE</w:t>
                  </w:r>
                </w:p>
              </w:tc>
            </w:tr>
          </w:tbl>
          <w:p w14:paraId="4B516B17" w14:textId="77777777" w:rsidR="00302D64" w:rsidRDefault="00302D64">
            <w:pPr>
              <w:spacing w:line="20" w:lineRule="exact"/>
            </w:pPr>
          </w:p>
          <w:p w14:paraId="0D861CA9"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5022258" w14:textId="77777777">
              <w:trPr>
                <w:jc w:val="center"/>
              </w:trPr>
              <w:tc>
                <w:tcPr>
                  <w:tcW w:w="7087" w:type="dxa"/>
                  <w:shd w:val="clear" w:color="auto" w:fill="EDC9EA"/>
                  <w:tcMar>
                    <w:top w:w="45" w:type="dxa"/>
                    <w:left w:w="70" w:type="dxa"/>
                    <w:bottom w:w="45" w:type="dxa"/>
                    <w:right w:w="70" w:type="dxa"/>
                  </w:tcMar>
                </w:tcPr>
                <w:p w14:paraId="6D0647EC" w14:textId="77777777" w:rsidR="00302D64" w:rsidRDefault="00000000">
                  <w:pPr>
                    <w:keepNext/>
                  </w:pPr>
                  <w:r>
                    <w:rPr>
                      <w:b/>
                      <w:color w:val="000000"/>
                    </w:rPr>
                    <w:t>VRSTNIŠKO VREDNOTENJE</w:t>
                  </w:r>
                </w:p>
              </w:tc>
            </w:tr>
          </w:tbl>
          <w:p w14:paraId="5DEC5C50" w14:textId="77777777" w:rsidR="00302D64" w:rsidRDefault="00302D64">
            <w:pPr>
              <w:spacing w:line="20" w:lineRule="exact"/>
            </w:pPr>
          </w:p>
          <w:p w14:paraId="4F9E5ACE"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0792925F" w14:textId="77777777">
              <w:trPr>
                <w:jc w:val="center"/>
              </w:trPr>
              <w:tc>
                <w:tcPr>
                  <w:tcW w:w="7087" w:type="dxa"/>
                  <w:shd w:val="clear" w:color="auto" w:fill="EDC9EA"/>
                  <w:tcMar>
                    <w:top w:w="45" w:type="dxa"/>
                    <w:left w:w="70" w:type="dxa"/>
                    <w:bottom w:w="45" w:type="dxa"/>
                    <w:right w:w="70" w:type="dxa"/>
                  </w:tcMar>
                </w:tcPr>
                <w:p w14:paraId="090E6057" w14:textId="77777777" w:rsidR="00302D64" w:rsidRDefault="00000000">
                  <w:pPr>
                    <w:keepNext/>
                  </w:pPr>
                  <w:r>
                    <w:rPr>
                      <w:b/>
                      <w:color w:val="000000"/>
                    </w:rPr>
                    <w:t>SKUPNI POVZETEK</w:t>
                  </w:r>
                </w:p>
              </w:tc>
            </w:tr>
          </w:tbl>
          <w:p w14:paraId="1D05F2CC" w14:textId="77777777" w:rsidR="00302D64" w:rsidRDefault="00302D64"/>
          <w:p w14:paraId="08403D00" w14:textId="77777777" w:rsidR="00302D64" w:rsidRDefault="00000000">
            <w:pPr>
              <w:spacing w:before="20" w:after="40" w:line="245" w:lineRule="auto"/>
            </w:pPr>
            <w:r>
              <w:rPr>
                <w:b/>
                <w:color w:val="000000"/>
                <w:sz w:val="17"/>
              </w:rPr>
              <w:t>Senca nastane, ko predmet ustavi svetlobo, odboj pa svetlobo preusmeri. Oči in sluh varujem pred močnimi dražljaji.</w:t>
            </w:r>
          </w:p>
        </w:tc>
        <w:tc>
          <w:tcPr>
            <w:tcW w:w="2551" w:type="dxa"/>
            <w:tcMar>
              <w:top w:w="70" w:type="dxa"/>
              <w:left w:w="90" w:type="dxa"/>
              <w:bottom w:w="70" w:type="dxa"/>
              <w:right w:w="90" w:type="dxa"/>
            </w:tcMar>
          </w:tcPr>
          <w:p w14:paraId="2370E804" w14:textId="77777777" w:rsidR="00302D64" w:rsidRDefault="00302D64"/>
          <w:p w14:paraId="3D81B214" w14:textId="77777777" w:rsidR="00302D64" w:rsidRDefault="00000000">
            <w:pPr>
              <w:spacing w:after="100" w:line="245" w:lineRule="auto"/>
            </w:pPr>
            <w:r>
              <w:rPr>
                <w:color w:val="000000"/>
                <w:sz w:val="16"/>
              </w:rPr>
              <w:t>Odgovarja na podporna vprašanja in se sklicuje na svoj dokaz.</w:t>
            </w:r>
          </w:p>
          <w:p w14:paraId="33996DD3" w14:textId="77777777" w:rsidR="00302D64" w:rsidRDefault="00000000">
            <w:pPr>
              <w:spacing w:after="100" w:line="245" w:lineRule="auto"/>
            </w:pPr>
            <w:r>
              <w:rPr>
                <w:color w:val="000000"/>
                <w:sz w:val="16"/>
              </w:rPr>
              <w:t>Primerja začetno zamisel z ugotovitvijo ter pove ali pokaže, kaj se je naučil/-a.</w:t>
            </w:r>
          </w:p>
          <w:p w14:paraId="20171936" w14:textId="77777777" w:rsidR="00302D64" w:rsidRDefault="00000000">
            <w:pPr>
              <w:spacing w:after="100" w:line="245" w:lineRule="auto"/>
            </w:pPr>
            <w:r>
              <w:rPr>
                <w:color w:val="000000"/>
                <w:sz w:val="16"/>
              </w:rPr>
              <w:t>Izbere raven doseganja in določi naslednji korak.</w:t>
            </w:r>
          </w:p>
          <w:p w14:paraId="312EF320" w14:textId="77777777" w:rsidR="00302D64" w:rsidRDefault="00000000">
            <w:pPr>
              <w:spacing w:after="100" w:line="245" w:lineRule="auto"/>
            </w:pPr>
            <w:r>
              <w:rPr>
                <w:color w:val="000000"/>
                <w:sz w:val="16"/>
              </w:rPr>
              <w:t>Sošolcu poda prijazen, konkreten odziv.</w:t>
            </w:r>
          </w:p>
          <w:p w14:paraId="7131E98A" w14:textId="77777777" w:rsidR="00302D64" w:rsidRDefault="00000000">
            <w:pPr>
              <w:spacing w:after="20" w:line="245" w:lineRule="auto"/>
            </w:pPr>
            <w:r>
              <w:rPr>
                <w:b/>
                <w:color w:val="D95BC6"/>
                <w:sz w:val="17"/>
              </w:rPr>
              <w:t>DOKAZ O UČENJU</w:t>
            </w:r>
          </w:p>
          <w:p w14:paraId="22D947F3" w14:textId="77777777" w:rsidR="00302D64" w:rsidRDefault="00000000">
            <w:pPr>
              <w:spacing w:after="30" w:line="245" w:lineRule="auto"/>
            </w:pPr>
            <w:r>
              <w:rPr>
                <w:color w:val="D95BC6"/>
                <w:sz w:val="16"/>
              </w:rPr>
              <w:t>izvedba ali izdelek, razlaga, samovrednotenje in odziv na povratno informacijo</w:t>
            </w:r>
          </w:p>
        </w:tc>
      </w:tr>
    </w:tbl>
    <w:p w14:paraId="065B79E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DD56206" w14:textId="77777777">
        <w:trPr>
          <w:cantSplit/>
          <w:jc w:val="center"/>
        </w:trPr>
        <w:tc>
          <w:tcPr>
            <w:tcW w:w="14060" w:type="dxa"/>
            <w:gridSpan w:val="6"/>
            <w:tcMar>
              <w:top w:w="70" w:type="dxa"/>
              <w:left w:w="90" w:type="dxa"/>
              <w:bottom w:w="70" w:type="dxa"/>
              <w:right w:w="90" w:type="dxa"/>
            </w:tcMar>
            <w:vAlign w:val="center"/>
          </w:tcPr>
          <w:p w14:paraId="7E5FD759" w14:textId="77777777" w:rsidR="00302D64" w:rsidRDefault="00000000">
            <w:pPr>
              <w:jc w:val="center"/>
            </w:pPr>
            <w:r>
              <w:rPr>
                <w:b/>
                <w:color w:val="000000"/>
                <w:sz w:val="24"/>
              </w:rPr>
              <w:lastRenderedPageBreak/>
              <w:t>UČNA PRIPRAVA 32/39</w:t>
            </w:r>
          </w:p>
        </w:tc>
      </w:tr>
      <w:tr w:rsidR="00302D64" w14:paraId="4E51D16F" w14:textId="77777777">
        <w:trPr>
          <w:jc w:val="center"/>
        </w:trPr>
        <w:tc>
          <w:tcPr>
            <w:tcW w:w="2665" w:type="dxa"/>
            <w:tcMar>
              <w:top w:w="70" w:type="dxa"/>
              <w:left w:w="90" w:type="dxa"/>
              <w:bottom w:w="70" w:type="dxa"/>
              <w:right w:w="90" w:type="dxa"/>
            </w:tcMar>
            <w:vAlign w:val="center"/>
          </w:tcPr>
          <w:p w14:paraId="3E1E6136"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E843713"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2141A14E"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DD5F929" w14:textId="77777777" w:rsidR="00302D64" w:rsidRDefault="00000000">
            <w:r>
              <w:rPr>
                <w:b/>
                <w:color w:val="000000"/>
                <w:sz w:val="16"/>
              </w:rPr>
              <w:t xml:space="preserve">NAČRTOVANI TERMIN: </w:t>
            </w:r>
            <w:r>
              <w:rPr>
                <w:color w:val="000000"/>
                <w:sz w:val="16"/>
              </w:rPr>
              <w:t>32. teden • 3.–7. 5. 2027</w:t>
            </w:r>
          </w:p>
        </w:tc>
        <w:tc>
          <w:tcPr>
            <w:tcW w:w="2268" w:type="dxa"/>
            <w:tcMar>
              <w:top w:w="70" w:type="dxa"/>
              <w:left w:w="90" w:type="dxa"/>
              <w:bottom w:w="70" w:type="dxa"/>
              <w:right w:w="90" w:type="dxa"/>
            </w:tcMar>
            <w:vAlign w:val="center"/>
          </w:tcPr>
          <w:p w14:paraId="44C4933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4500EBA" w14:textId="77777777" w:rsidR="00302D64" w:rsidRDefault="00000000">
            <w:r>
              <w:rPr>
                <w:b/>
                <w:color w:val="000000"/>
                <w:sz w:val="16"/>
              </w:rPr>
              <w:t xml:space="preserve">ŠTEVILO UR: </w:t>
            </w:r>
            <w:r>
              <w:rPr>
                <w:color w:val="000000"/>
                <w:sz w:val="16"/>
              </w:rPr>
              <w:t>3</w:t>
            </w:r>
          </w:p>
        </w:tc>
      </w:tr>
      <w:tr w:rsidR="00302D64" w14:paraId="27F5165D" w14:textId="77777777">
        <w:trPr>
          <w:jc w:val="center"/>
        </w:trPr>
        <w:tc>
          <w:tcPr>
            <w:tcW w:w="14061" w:type="dxa"/>
            <w:gridSpan w:val="6"/>
            <w:tcMar>
              <w:top w:w="70" w:type="dxa"/>
              <w:left w:w="90" w:type="dxa"/>
              <w:bottom w:w="70" w:type="dxa"/>
              <w:right w:w="90" w:type="dxa"/>
            </w:tcMar>
            <w:vAlign w:val="center"/>
          </w:tcPr>
          <w:p w14:paraId="33DC5D53" w14:textId="77777777" w:rsidR="00302D64" w:rsidRDefault="00000000">
            <w:r>
              <w:t>TIP UČNE URE: obravnava, izkušenjsko raziskovanje, učenje po postajah, utrjevanje in formativno spremljanje</w:t>
            </w:r>
          </w:p>
        </w:tc>
      </w:tr>
      <w:tr w:rsidR="00302D64" w14:paraId="389123B0" w14:textId="77777777">
        <w:trPr>
          <w:cantSplit/>
          <w:jc w:val="center"/>
        </w:trPr>
        <w:tc>
          <w:tcPr>
            <w:tcW w:w="14060" w:type="dxa"/>
            <w:gridSpan w:val="6"/>
            <w:tcMar>
              <w:top w:w="70" w:type="dxa"/>
              <w:left w:w="90" w:type="dxa"/>
              <w:bottom w:w="70" w:type="dxa"/>
              <w:right w:w="90" w:type="dxa"/>
            </w:tcMar>
            <w:vAlign w:val="center"/>
          </w:tcPr>
          <w:p w14:paraId="0067C621" w14:textId="77777777" w:rsidR="00302D64" w:rsidRDefault="00302D64"/>
          <w:p w14:paraId="28289963" w14:textId="77777777" w:rsidR="00302D64" w:rsidRDefault="00000000">
            <w:pPr>
              <w:spacing w:line="245" w:lineRule="auto"/>
            </w:pPr>
            <w:r>
              <w:rPr>
                <w:b/>
                <w:color w:val="000000"/>
                <w:sz w:val="17"/>
              </w:rPr>
              <w:t xml:space="preserve">UČNI SKLOP: </w:t>
            </w:r>
            <w:r>
              <w:rPr>
                <w:color w:val="000000"/>
                <w:sz w:val="17"/>
              </w:rPr>
              <w:t>POKRAJINA, PROSTOR IN TRAJNOSTNA SKUPNOST</w:t>
            </w:r>
          </w:p>
        </w:tc>
      </w:tr>
      <w:tr w:rsidR="00302D64" w14:paraId="4F9B7502" w14:textId="77777777">
        <w:trPr>
          <w:cantSplit/>
          <w:jc w:val="center"/>
        </w:trPr>
        <w:tc>
          <w:tcPr>
            <w:tcW w:w="14060" w:type="dxa"/>
            <w:gridSpan w:val="6"/>
            <w:tcMar>
              <w:top w:w="70" w:type="dxa"/>
              <w:left w:w="90" w:type="dxa"/>
              <w:bottom w:w="70" w:type="dxa"/>
              <w:right w:w="90" w:type="dxa"/>
            </w:tcMar>
            <w:vAlign w:val="center"/>
          </w:tcPr>
          <w:p w14:paraId="3312EC0F" w14:textId="77777777" w:rsidR="00302D64" w:rsidRDefault="00302D64"/>
          <w:p w14:paraId="77F6BC1C" w14:textId="77777777" w:rsidR="00302D64" w:rsidRDefault="00000000">
            <w:pPr>
              <w:spacing w:line="245" w:lineRule="auto"/>
            </w:pPr>
            <w:r>
              <w:rPr>
                <w:b/>
                <w:color w:val="000000"/>
                <w:sz w:val="17"/>
              </w:rPr>
              <w:t xml:space="preserve">UČNA TEMA: </w:t>
            </w:r>
            <w:r>
              <w:rPr>
                <w:color w:val="000000"/>
                <w:sz w:val="17"/>
              </w:rPr>
              <w:t>POKRAJINSKI POJMI</w:t>
            </w:r>
          </w:p>
        </w:tc>
      </w:tr>
      <w:tr w:rsidR="00302D64" w14:paraId="485B5DE9" w14:textId="77777777">
        <w:trPr>
          <w:cantSplit/>
          <w:jc w:val="center"/>
        </w:trPr>
        <w:tc>
          <w:tcPr>
            <w:tcW w:w="14060" w:type="dxa"/>
            <w:gridSpan w:val="6"/>
            <w:tcMar>
              <w:top w:w="70" w:type="dxa"/>
              <w:left w:w="90" w:type="dxa"/>
              <w:bottom w:w="70" w:type="dxa"/>
              <w:right w:w="90" w:type="dxa"/>
            </w:tcMar>
            <w:vAlign w:val="center"/>
          </w:tcPr>
          <w:p w14:paraId="19E4AADD" w14:textId="77777777" w:rsidR="00302D64" w:rsidRDefault="00302D64"/>
          <w:p w14:paraId="747BB1A8" w14:textId="77777777" w:rsidR="00302D64" w:rsidRDefault="00000000">
            <w:pPr>
              <w:spacing w:line="245" w:lineRule="auto"/>
            </w:pPr>
            <w:r>
              <w:rPr>
                <w:b/>
                <w:color w:val="000000"/>
                <w:sz w:val="17"/>
              </w:rPr>
              <w:t xml:space="preserve">KNJIŽEVNO IZHODIŠČE IN MOTIV: </w:t>
            </w:r>
            <w:r>
              <w:rPr>
                <w:color w:val="000000"/>
                <w:sz w:val="17"/>
              </w:rPr>
              <w:t>»Naša bela mačica« – Srečko Kosovel • žival v pokrajini, barve, prostor in ljudski zven</w:t>
            </w:r>
          </w:p>
        </w:tc>
      </w:tr>
      <w:tr w:rsidR="00302D64" w14:paraId="56817C04" w14:textId="77777777">
        <w:trPr>
          <w:cantSplit/>
          <w:jc w:val="center"/>
        </w:trPr>
        <w:tc>
          <w:tcPr>
            <w:tcW w:w="14060" w:type="dxa"/>
            <w:gridSpan w:val="6"/>
            <w:tcMar>
              <w:top w:w="70" w:type="dxa"/>
              <w:left w:w="90" w:type="dxa"/>
              <w:bottom w:w="70" w:type="dxa"/>
              <w:right w:w="90" w:type="dxa"/>
            </w:tcMar>
            <w:vAlign w:val="center"/>
          </w:tcPr>
          <w:p w14:paraId="742E926D" w14:textId="77777777" w:rsidR="00302D64" w:rsidRDefault="00302D64"/>
          <w:p w14:paraId="39B4572F" w14:textId="77777777" w:rsidR="00302D64" w:rsidRDefault="00000000">
            <w:pPr>
              <w:spacing w:line="245" w:lineRule="auto"/>
            </w:pPr>
            <w:r>
              <w:rPr>
                <w:b/>
                <w:color w:val="000000"/>
                <w:sz w:val="17"/>
              </w:rPr>
              <w:t xml:space="preserve">UČNE ENOTE: </w:t>
            </w:r>
            <w:r>
              <w:rPr>
                <w:color w:val="000000"/>
                <w:sz w:val="17"/>
              </w:rPr>
              <w:t>1. ura – Živi model pokrajine • 2. ura – Fotografije pod lupo • 3. ura – Skica pogleda</w:t>
            </w:r>
          </w:p>
        </w:tc>
      </w:tr>
      <w:tr w:rsidR="00302D64" w14:paraId="6D0140A0" w14:textId="77777777">
        <w:trPr>
          <w:cantSplit/>
          <w:jc w:val="center"/>
        </w:trPr>
        <w:tc>
          <w:tcPr>
            <w:tcW w:w="14060" w:type="dxa"/>
            <w:gridSpan w:val="6"/>
            <w:tcMar>
              <w:top w:w="70" w:type="dxa"/>
              <w:left w:w="90" w:type="dxa"/>
              <w:bottom w:w="70" w:type="dxa"/>
              <w:right w:w="90" w:type="dxa"/>
            </w:tcMar>
            <w:vAlign w:val="center"/>
          </w:tcPr>
          <w:p w14:paraId="407F8C68" w14:textId="77777777" w:rsidR="00302D64" w:rsidRDefault="00302D64"/>
          <w:p w14:paraId="783A3B48"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42C47DF0" w14:textId="77777777">
        <w:trPr>
          <w:cantSplit/>
          <w:jc w:val="center"/>
        </w:trPr>
        <w:tc>
          <w:tcPr>
            <w:tcW w:w="14060" w:type="dxa"/>
            <w:gridSpan w:val="6"/>
            <w:tcMar>
              <w:top w:w="70" w:type="dxa"/>
              <w:left w:w="90" w:type="dxa"/>
              <w:bottom w:w="70" w:type="dxa"/>
              <w:right w:w="90" w:type="dxa"/>
            </w:tcMar>
            <w:vAlign w:val="center"/>
          </w:tcPr>
          <w:p w14:paraId="6419238C" w14:textId="77777777" w:rsidR="00302D64" w:rsidRDefault="00302D64"/>
          <w:p w14:paraId="3375A194"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15D60896" w14:textId="77777777">
        <w:trPr>
          <w:cantSplit/>
          <w:jc w:val="center"/>
        </w:trPr>
        <w:tc>
          <w:tcPr>
            <w:tcW w:w="14060" w:type="dxa"/>
            <w:gridSpan w:val="6"/>
            <w:tcMar>
              <w:top w:w="70" w:type="dxa"/>
              <w:left w:w="90" w:type="dxa"/>
              <w:bottom w:w="70" w:type="dxa"/>
              <w:right w:w="90" w:type="dxa"/>
            </w:tcMar>
            <w:vAlign w:val="center"/>
          </w:tcPr>
          <w:p w14:paraId="07202B7F" w14:textId="77777777" w:rsidR="00302D64" w:rsidRDefault="00302D64"/>
          <w:p w14:paraId="7831494D"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69588786" w14:textId="77777777">
        <w:trPr>
          <w:cantSplit/>
          <w:jc w:val="center"/>
        </w:trPr>
        <w:tc>
          <w:tcPr>
            <w:tcW w:w="14060" w:type="dxa"/>
            <w:gridSpan w:val="6"/>
            <w:tcMar>
              <w:top w:w="70" w:type="dxa"/>
              <w:left w:w="90" w:type="dxa"/>
              <w:bottom w:w="70" w:type="dxa"/>
              <w:right w:w="90" w:type="dxa"/>
            </w:tcMar>
            <w:vAlign w:val="center"/>
          </w:tcPr>
          <w:p w14:paraId="4F140E79" w14:textId="77777777" w:rsidR="00302D64" w:rsidRDefault="00302D64"/>
          <w:p w14:paraId="4F7C29B3" w14:textId="77777777" w:rsidR="00302D64" w:rsidRDefault="00000000">
            <w:pPr>
              <w:spacing w:line="245" w:lineRule="auto"/>
            </w:pPr>
            <w:r>
              <w:rPr>
                <w:b/>
                <w:color w:val="000000"/>
                <w:sz w:val="17"/>
              </w:rPr>
              <w:t xml:space="preserve">MEDPREDMETNE POVEZAVE: </w:t>
            </w:r>
            <w:r>
              <w:rPr>
                <w:color w:val="000000"/>
                <w:sz w:val="17"/>
              </w:rPr>
              <w:t>MAT – prostorski odnosi; LUM – panoramska skica; SLJ – opis lege; ŠPO – živi model in terenska pot</w:t>
            </w:r>
          </w:p>
        </w:tc>
      </w:tr>
      <w:tr w:rsidR="00302D64" w14:paraId="71B448F4" w14:textId="77777777">
        <w:trPr>
          <w:cantSplit/>
          <w:jc w:val="center"/>
        </w:trPr>
        <w:tc>
          <w:tcPr>
            <w:tcW w:w="14060" w:type="dxa"/>
            <w:gridSpan w:val="6"/>
            <w:tcMar>
              <w:top w:w="70" w:type="dxa"/>
              <w:left w:w="90" w:type="dxa"/>
              <w:bottom w:w="70" w:type="dxa"/>
              <w:right w:w="90" w:type="dxa"/>
            </w:tcMar>
            <w:vAlign w:val="center"/>
          </w:tcPr>
          <w:p w14:paraId="0454152C" w14:textId="77777777" w:rsidR="00302D64" w:rsidRDefault="00302D64"/>
          <w:p w14:paraId="28BCE545" w14:textId="77777777" w:rsidR="00302D64" w:rsidRDefault="00000000">
            <w:pPr>
              <w:spacing w:line="245" w:lineRule="auto"/>
            </w:pPr>
            <w:r>
              <w:rPr>
                <w:b/>
                <w:color w:val="000000"/>
                <w:sz w:val="17"/>
              </w:rPr>
              <w:t xml:space="preserve">UČNA SREDSTVA IN PRIPOMOČKI: </w:t>
            </w:r>
            <w:r>
              <w:rPr>
                <w:color w:val="000000"/>
                <w:sz w:val="17"/>
              </w:rPr>
              <w:t>Naša bela mačica, modra/zelena/rjava tkanina, vrvi, kocke, kartice pojmov, lokalne fotografije, opazovalni okvirji, podloge, barvice</w:t>
            </w:r>
          </w:p>
        </w:tc>
      </w:tr>
      <w:tr w:rsidR="00302D64" w14:paraId="4326F17B" w14:textId="77777777">
        <w:trPr>
          <w:cantSplit/>
          <w:jc w:val="center"/>
        </w:trPr>
        <w:tc>
          <w:tcPr>
            <w:tcW w:w="14060" w:type="dxa"/>
            <w:gridSpan w:val="6"/>
            <w:tcMar>
              <w:top w:w="70" w:type="dxa"/>
              <w:left w:w="90" w:type="dxa"/>
              <w:bottom w:w="70" w:type="dxa"/>
              <w:right w:w="90" w:type="dxa"/>
            </w:tcMar>
            <w:vAlign w:val="center"/>
          </w:tcPr>
          <w:p w14:paraId="2C5F9E05" w14:textId="77777777" w:rsidR="00302D64" w:rsidRDefault="00302D64"/>
          <w:p w14:paraId="6B3DF683"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0027FBD7" w14:textId="77777777">
        <w:trPr>
          <w:cantSplit/>
          <w:jc w:val="center"/>
        </w:trPr>
        <w:tc>
          <w:tcPr>
            <w:tcW w:w="14060" w:type="dxa"/>
            <w:gridSpan w:val="6"/>
            <w:tcMar>
              <w:top w:w="70" w:type="dxa"/>
              <w:left w:w="90" w:type="dxa"/>
              <w:bottom w:w="70" w:type="dxa"/>
              <w:right w:w="90" w:type="dxa"/>
            </w:tcMar>
            <w:vAlign w:val="center"/>
          </w:tcPr>
          <w:p w14:paraId="480AD91E" w14:textId="77777777" w:rsidR="00302D64" w:rsidRDefault="00302D64"/>
          <w:p w14:paraId="63384124"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3E72A3F0" w14:textId="77777777">
        <w:trPr>
          <w:cantSplit/>
          <w:jc w:val="center"/>
        </w:trPr>
        <w:tc>
          <w:tcPr>
            <w:tcW w:w="14060" w:type="dxa"/>
            <w:gridSpan w:val="6"/>
            <w:tcMar>
              <w:top w:w="70" w:type="dxa"/>
              <w:left w:w="90" w:type="dxa"/>
              <w:bottom w:w="70" w:type="dxa"/>
              <w:right w:w="90" w:type="dxa"/>
            </w:tcMar>
            <w:vAlign w:val="center"/>
          </w:tcPr>
          <w:p w14:paraId="18F520F4" w14:textId="77777777" w:rsidR="00302D64" w:rsidRDefault="00302D64"/>
          <w:p w14:paraId="0EFDECD0"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4F07F8F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D3369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FE64842"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06EFED8" w14:textId="77777777" w:rsidR="00302D64" w:rsidRDefault="00000000">
            <w:pPr>
              <w:jc w:val="center"/>
            </w:pPr>
            <w:r>
              <w:rPr>
                <w:b/>
                <w:color w:val="000000"/>
                <w:sz w:val="20"/>
              </w:rPr>
              <w:t>UČNE DEJAVNOSTI, METODE IN FORMATIVNO SPREMLJANJE</w:t>
            </w:r>
          </w:p>
        </w:tc>
      </w:tr>
      <w:tr w:rsidR="00302D64" w14:paraId="35E6559D" w14:textId="77777777">
        <w:trPr>
          <w:tblHeader/>
          <w:jc w:val="center"/>
        </w:trPr>
        <w:tc>
          <w:tcPr>
            <w:tcW w:w="4422" w:type="dxa"/>
            <w:vMerge/>
            <w:tcMar>
              <w:top w:w="70" w:type="dxa"/>
              <w:left w:w="90" w:type="dxa"/>
              <w:bottom w:w="70" w:type="dxa"/>
              <w:right w:w="90" w:type="dxa"/>
            </w:tcMar>
            <w:vAlign w:val="center"/>
          </w:tcPr>
          <w:p w14:paraId="38625253" w14:textId="77777777" w:rsidR="00302D64" w:rsidRDefault="00302D64"/>
        </w:tc>
        <w:tc>
          <w:tcPr>
            <w:tcW w:w="7087" w:type="dxa"/>
            <w:shd w:val="clear" w:color="auto" w:fill="FFFFFF"/>
            <w:tcMar>
              <w:top w:w="70" w:type="dxa"/>
              <w:left w:w="90" w:type="dxa"/>
              <w:bottom w:w="70" w:type="dxa"/>
              <w:right w:w="90" w:type="dxa"/>
            </w:tcMar>
            <w:vAlign w:val="center"/>
          </w:tcPr>
          <w:p w14:paraId="2EFD0E4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D1A52C6" w14:textId="77777777" w:rsidR="00302D64" w:rsidRDefault="00000000">
            <w:pPr>
              <w:jc w:val="center"/>
            </w:pPr>
            <w:r>
              <w:rPr>
                <w:b/>
                <w:color w:val="000000"/>
              </w:rPr>
              <w:t>UČENEC</w:t>
            </w:r>
          </w:p>
        </w:tc>
      </w:tr>
      <w:tr w:rsidR="00302D64" w14:paraId="5249018A" w14:textId="77777777">
        <w:trPr>
          <w:jc w:val="center"/>
        </w:trPr>
        <w:tc>
          <w:tcPr>
            <w:tcW w:w="4422" w:type="dxa"/>
            <w:tcMar>
              <w:top w:w="70" w:type="dxa"/>
              <w:left w:w="90" w:type="dxa"/>
              <w:bottom w:w="70" w:type="dxa"/>
              <w:right w:w="90" w:type="dxa"/>
            </w:tcMar>
          </w:tcPr>
          <w:p w14:paraId="606F4026" w14:textId="77777777" w:rsidR="00302D64" w:rsidRDefault="00302D64"/>
          <w:p w14:paraId="26FCE306" w14:textId="77777777" w:rsidR="00302D64" w:rsidRDefault="00000000">
            <w:pPr>
              <w:spacing w:after="60" w:line="245" w:lineRule="auto"/>
            </w:pPr>
            <w:r>
              <w:rPr>
                <w:b/>
                <w:color w:val="000000"/>
              </w:rPr>
              <w:t>UČNI CILJI</w:t>
            </w:r>
          </w:p>
          <w:p w14:paraId="4E9E2243" w14:textId="77777777" w:rsidR="00302D64" w:rsidRDefault="00000000">
            <w:pPr>
              <w:spacing w:after="20" w:line="245" w:lineRule="auto"/>
            </w:pPr>
            <w:r>
              <w:rPr>
                <w:b/>
                <w:color w:val="000000"/>
                <w:sz w:val="17"/>
              </w:rPr>
              <w:t>SPLOŠNI</w:t>
            </w:r>
          </w:p>
          <w:p w14:paraId="23955050" w14:textId="77777777" w:rsidR="00302D64" w:rsidRDefault="00000000">
            <w:pPr>
              <w:pStyle w:val="Oznaenseznam"/>
              <w:spacing w:after="16"/>
            </w:pPr>
            <w:r>
              <w:rPr>
                <w:color w:val="000000"/>
                <w:sz w:val="16"/>
              </w:rPr>
              <w:t>razvija radovednost ter sistematično opazuje, primerja, razvršča in sporoča ugotovitve</w:t>
            </w:r>
          </w:p>
          <w:p w14:paraId="3236DD16" w14:textId="77777777" w:rsidR="00302D64" w:rsidRDefault="00000000">
            <w:pPr>
              <w:pStyle w:val="Oznaenseznam"/>
              <w:spacing w:after="16"/>
            </w:pPr>
            <w:r>
              <w:rPr>
                <w:color w:val="000000"/>
                <w:sz w:val="16"/>
              </w:rPr>
              <w:t>sodeluje, posluša druge in svoja opažanja izraža na razvojno primeren način</w:t>
            </w:r>
          </w:p>
          <w:p w14:paraId="7DCC6E87" w14:textId="77777777" w:rsidR="00302D64" w:rsidRDefault="00000000">
            <w:pPr>
              <w:pStyle w:val="Oznaenseznam"/>
              <w:spacing w:after="16"/>
            </w:pPr>
            <w:r>
              <w:rPr>
                <w:color w:val="000000"/>
                <w:sz w:val="16"/>
              </w:rPr>
              <w:t>ravna varno, odgovorno in skrbno do sebe, drugih ter okolja</w:t>
            </w:r>
          </w:p>
          <w:p w14:paraId="26B93392" w14:textId="77777777" w:rsidR="00302D64" w:rsidRDefault="00000000">
            <w:pPr>
              <w:pStyle w:val="Oznaenseznam"/>
              <w:spacing w:after="16"/>
            </w:pPr>
            <w:r>
              <w:rPr>
                <w:color w:val="000000"/>
                <w:sz w:val="16"/>
              </w:rPr>
              <w:t>ob kriterijih spremlja svoje učenje in sprejema opisno povratno informacijo</w:t>
            </w:r>
          </w:p>
          <w:p w14:paraId="29FC2BB3" w14:textId="77777777" w:rsidR="00302D64" w:rsidRDefault="00000000">
            <w:pPr>
              <w:spacing w:before="40" w:after="20" w:line="245" w:lineRule="auto"/>
            </w:pPr>
            <w:r>
              <w:rPr>
                <w:b/>
                <w:color w:val="000000"/>
                <w:sz w:val="17"/>
              </w:rPr>
              <w:t>OPERATIVNI</w:t>
            </w:r>
          </w:p>
          <w:p w14:paraId="4A254CB1" w14:textId="77777777" w:rsidR="00302D64" w:rsidRDefault="00000000">
            <w:pPr>
              <w:pStyle w:val="Oznaenseznam"/>
              <w:spacing w:after="16"/>
            </w:pPr>
            <w:r>
              <w:rPr>
                <w:color w:val="000000"/>
                <w:sz w:val="16"/>
              </w:rPr>
              <w:t>uporablja ravnina, hrib, gora, reka, njiva in travnik</w:t>
            </w:r>
          </w:p>
          <w:p w14:paraId="13FBF3E7" w14:textId="77777777" w:rsidR="00302D64" w:rsidRDefault="00000000">
            <w:pPr>
              <w:pStyle w:val="Oznaenseznam"/>
              <w:spacing w:after="16"/>
            </w:pPr>
            <w:r>
              <w:rPr>
                <w:color w:val="000000"/>
                <w:sz w:val="16"/>
              </w:rPr>
              <w:t>opazuje lokalno pokrajino</w:t>
            </w:r>
          </w:p>
          <w:p w14:paraId="43C890FA" w14:textId="77777777" w:rsidR="00302D64" w:rsidRDefault="00000000">
            <w:pPr>
              <w:pStyle w:val="Oznaenseznam"/>
              <w:spacing w:after="16"/>
            </w:pPr>
            <w:r>
              <w:rPr>
                <w:color w:val="000000"/>
                <w:sz w:val="16"/>
              </w:rPr>
              <w:t>razvršča sestavine okolja</w:t>
            </w:r>
          </w:p>
          <w:p w14:paraId="006E992C" w14:textId="77777777" w:rsidR="00302D64" w:rsidRDefault="00000000">
            <w:pPr>
              <w:spacing w:before="40" w:after="20" w:line="245" w:lineRule="auto"/>
            </w:pPr>
            <w:r>
              <w:rPr>
                <w:b/>
                <w:color w:val="000000"/>
                <w:sz w:val="17"/>
              </w:rPr>
              <w:t>PRIČAKOVANI DOSEŽKI / STANDARDI</w:t>
            </w:r>
          </w:p>
          <w:p w14:paraId="2DF6D200" w14:textId="77777777" w:rsidR="00302D64" w:rsidRDefault="00000000">
            <w:pPr>
              <w:pStyle w:val="Oznaenseznam"/>
              <w:spacing w:after="16"/>
            </w:pPr>
            <w:r>
              <w:rPr>
                <w:color w:val="000000"/>
                <w:sz w:val="16"/>
              </w:rPr>
              <w:t>ob konkretni ali slikovni opori uporablja ravnina, hrib, gora, reka, njiva in travnik</w:t>
            </w:r>
          </w:p>
          <w:p w14:paraId="70E3197F" w14:textId="77777777" w:rsidR="00302D64" w:rsidRDefault="00000000">
            <w:pPr>
              <w:pStyle w:val="Oznaenseznam"/>
              <w:spacing w:after="16"/>
            </w:pPr>
            <w:r>
              <w:rPr>
                <w:color w:val="000000"/>
                <w:sz w:val="16"/>
              </w:rPr>
              <w:t>ob konkretni ali slikovni opori opazuje lokalno pokrajino</w:t>
            </w:r>
          </w:p>
          <w:p w14:paraId="53561E20" w14:textId="77777777" w:rsidR="00302D64" w:rsidRDefault="00000000">
            <w:pPr>
              <w:pStyle w:val="Oznaenseznam"/>
              <w:spacing w:after="16"/>
            </w:pPr>
            <w:r>
              <w:rPr>
                <w:color w:val="000000"/>
                <w:sz w:val="16"/>
              </w:rPr>
              <w:t>ob konkretni ali slikovni opori razvršča sestavine okolja</w:t>
            </w:r>
          </w:p>
        </w:tc>
        <w:tc>
          <w:tcPr>
            <w:tcW w:w="7087" w:type="dxa"/>
            <w:tcMar>
              <w:top w:w="70" w:type="dxa"/>
              <w:left w:w="90" w:type="dxa"/>
              <w:bottom w:w="70" w:type="dxa"/>
              <w:right w:w="90" w:type="dxa"/>
            </w:tcMar>
          </w:tcPr>
          <w:p w14:paraId="29CE92F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A414560" w14:textId="77777777">
              <w:trPr>
                <w:jc w:val="center"/>
              </w:trPr>
              <w:tc>
                <w:tcPr>
                  <w:tcW w:w="7087" w:type="dxa"/>
                  <w:shd w:val="clear" w:color="auto" w:fill="C6E7F3"/>
                  <w:tcMar>
                    <w:top w:w="45" w:type="dxa"/>
                    <w:left w:w="70" w:type="dxa"/>
                    <w:bottom w:w="45" w:type="dxa"/>
                    <w:right w:w="70" w:type="dxa"/>
                  </w:tcMar>
                </w:tcPr>
                <w:p w14:paraId="74E898F8" w14:textId="77777777" w:rsidR="00302D64" w:rsidRDefault="00000000">
                  <w:pPr>
                    <w:keepNext/>
                  </w:pPr>
                  <w:r>
                    <w:rPr>
                      <w:b/>
                      <w:color w:val="000000"/>
                    </w:rPr>
                    <w:t>UVODNI DEL – motivacija, aktivacija predznanja in namen učenja (15–20 min)</w:t>
                  </w:r>
                </w:p>
              </w:tc>
            </w:tr>
          </w:tbl>
          <w:p w14:paraId="550F4146" w14:textId="77777777" w:rsidR="00302D64" w:rsidRDefault="00302D64">
            <w:pPr>
              <w:spacing w:line="20" w:lineRule="exact"/>
            </w:pPr>
          </w:p>
          <w:p w14:paraId="45480C9F" w14:textId="77777777" w:rsidR="00302D64" w:rsidRDefault="00000000">
            <w:pPr>
              <w:spacing w:before="40" w:after="60" w:line="245" w:lineRule="auto"/>
            </w:pPr>
            <w:r>
              <w:rPr>
                <w:color w:val="000000"/>
                <w:sz w:val="17"/>
              </w:rPr>
              <w:t>Kosovelova bela mačica potuje čez travnik, mimo njive, reke in hriba. Učenci s telesom in predmeti oblikujejo pokrajino, po kateri bi lahko potovala.</w:t>
            </w:r>
          </w:p>
          <w:tbl>
            <w:tblPr>
              <w:tblStyle w:val="Tabelamrea"/>
              <w:tblW w:w="0" w:type="auto"/>
              <w:jc w:val="center"/>
              <w:tblLayout w:type="fixed"/>
              <w:tblLook w:val="04A0" w:firstRow="1" w:lastRow="0" w:firstColumn="1" w:lastColumn="0" w:noHBand="0" w:noVBand="1"/>
            </w:tblPr>
            <w:tblGrid>
              <w:gridCol w:w="7087"/>
            </w:tblGrid>
            <w:tr w:rsidR="00302D64" w14:paraId="7289B683" w14:textId="77777777">
              <w:trPr>
                <w:jc w:val="center"/>
              </w:trPr>
              <w:tc>
                <w:tcPr>
                  <w:tcW w:w="7087" w:type="dxa"/>
                  <w:shd w:val="clear" w:color="auto" w:fill="EDC9EA"/>
                  <w:tcMar>
                    <w:top w:w="45" w:type="dxa"/>
                    <w:left w:w="70" w:type="dxa"/>
                    <w:bottom w:w="45" w:type="dxa"/>
                    <w:right w:w="70" w:type="dxa"/>
                  </w:tcMar>
                </w:tcPr>
                <w:p w14:paraId="781902B4" w14:textId="77777777" w:rsidR="00302D64" w:rsidRDefault="00000000">
                  <w:pPr>
                    <w:keepNext/>
                  </w:pPr>
                  <w:r>
                    <w:rPr>
                      <w:b/>
                      <w:color w:val="000000"/>
                    </w:rPr>
                    <w:t>NAMENI UČENJA</w:t>
                  </w:r>
                </w:p>
              </w:tc>
            </w:tr>
          </w:tbl>
          <w:p w14:paraId="282BBB00" w14:textId="77777777" w:rsidR="00302D64" w:rsidRDefault="00302D64">
            <w:pPr>
              <w:spacing w:line="20" w:lineRule="exact"/>
            </w:pPr>
          </w:p>
          <w:p w14:paraId="30B1A8C5" w14:textId="77777777" w:rsidR="00302D64" w:rsidRDefault="00000000">
            <w:pPr>
              <w:spacing w:before="20" w:after="20" w:line="245" w:lineRule="auto"/>
            </w:pPr>
            <w:r>
              <w:rPr>
                <w:color w:val="000000"/>
                <w:sz w:val="16"/>
              </w:rPr>
              <w:t>Učimo se zato, da bomo lažje razumeli in odgovorno uporabili znanje v vsakdanjih situacijah.</w:t>
            </w:r>
          </w:p>
          <w:p w14:paraId="2AA46921" w14:textId="77777777" w:rsidR="00302D64" w:rsidRDefault="00000000">
            <w:pPr>
              <w:pStyle w:val="Oznaenseznam"/>
              <w:spacing w:after="16"/>
            </w:pPr>
            <w:r>
              <w:rPr>
                <w:color w:val="000000"/>
                <w:sz w:val="16"/>
              </w:rPr>
              <w:t>uporabljam ravnina, hrib, gora, reka, njiva in travnik</w:t>
            </w:r>
          </w:p>
          <w:p w14:paraId="0061EF7C" w14:textId="77777777" w:rsidR="00302D64" w:rsidRDefault="00000000">
            <w:pPr>
              <w:pStyle w:val="Oznaenseznam"/>
              <w:spacing w:after="16"/>
            </w:pPr>
            <w:r>
              <w:rPr>
                <w:color w:val="000000"/>
                <w:sz w:val="16"/>
              </w:rPr>
              <w:t>opazujem lokalno pokrajino</w:t>
            </w:r>
          </w:p>
          <w:p w14:paraId="482D0904" w14:textId="77777777" w:rsidR="00302D64" w:rsidRDefault="00000000">
            <w:pPr>
              <w:pStyle w:val="Oznaenseznam"/>
              <w:spacing w:after="16"/>
            </w:pPr>
            <w:r>
              <w:rPr>
                <w:color w:val="000000"/>
                <w:sz w:val="16"/>
              </w:rPr>
              <w:t>razvrščam sestavine okolja</w:t>
            </w:r>
          </w:p>
          <w:tbl>
            <w:tblPr>
              <w:tblStyle w:val="Tabelamrea"/>
              <w:tblW w:w="0" w:type="auto"/>
              <w:jc w:val="center"/>
              <w:tblLayout w:type="fixed"/>
              <w:tblLook w:val="04A0" w:firstRow="1" w:lastRow="0" w:firstColumn="1" w:lastColumn="0" w:noHBand="0" w:noVBand="1"/>
            </w:tblPr>
            <w:tblGrid>
              <w:gridCol w:w="7087"/>
            </w:tblGrid>
            <w:tr w:rsidR="00302D64" w14:paraId="0F9AFA7B" w14:textId="77777777">
              <w:trPr>
                <w:jc w:val="center"/>
              </w:trPr>
              <w:tc>
                <w:tcPr>
                  <w:tcW w:w="7087" w:type="dxa"/>
                  <w:shd w:val="clear" w:color="auto" w:fill="EDC9EA"/>
                  <w:tcMar>
                    <w:top w:w="45" w:type="dxa"/>
                    <w:left w:w="70" w:type="dxa"/>
                    <w:bottom w:w="45" w:type="dxa"/>
                    <w:right w:w="70" w:type="dxa"/>
                  </w:tcMar>
                </w:tcPr>
                <w:p w14:paraId="02BFB54D" w14:textId="77777777" w:rsidR="00302D64" w:rsidRDefault="00000000">
                  <w:pPr>
                    <w:keepNext/>
                  </w:pPr>
                  <w:r>
                    <w:rPr>
                      <w:b/>
                      <w:color w:val="000000"/>
                    </w:rPr>
                    <w:t>PREVERJANJE PREDZNANJA</w:t>
                  </w:r>
                </w:p>
              </w:tc>
            </w:tr>
          </w:tbl>
          <w:p w14:paraId="4787FA4E" w14:textId="77777777" w:rsidR="00302D64" w:rsidRDefault="00302D64">
            <w:pPr>
              <w:spacing w:line="20" w:lineRule="exact"/>
            </w:pPr>
          </w:p>
          <w:p w14:paraId="469A66F7" w14:textId="77777777" w:rsidR="00302D64" w:rsidRDefault="00000000">
            <w:pPr>
              <w:pStyle w:val="Oznaenseznam"/>
              <w:spacing w:after="16"/>
            </w:pPr>
            <w:r>
              <w:rPr>
                <w:color w:val="000000"/>
                <w:sz w:val="16"/>
              </w:rPr>
              <w:t>Katere naravne in človeške sestavine vidim v naši pokrajini?</w:t>
            </w:r>
          </w:p>
          <w:p w14:paraId="2C6CE966" w14:textId="77777777" w:rsidR="00302D64" w:rsidRDefault="00000000">
            <w:pPr>
              <w:pStyle w:val="Oznaenseznam"/>
              <w:spacing w:after="16"/>
            </w:pPr>
            <w:r>
              <w:rPr>
                <w:color w:val="000000"/>
                <w:sz w:val="16"/>
              </w:rPr>
              <w:t>Kako se ravnina, hrib, gora, reka, njiva in travnik razlikujejo?</w:t>
            </w:r>
          </w:p>
          <w:p w14:paraId="6942B576"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E08CF92" w14:textId="77777777">
              <w:trPr>
                <w:jc w:val="center"/>
              </w:trPr>
              <w:tc>
                <w:tcPr>
                  <w:tcW w:w="7087" w:type="dxa"/>
                  <w:shd w:val="clear" w:color="auto" w:fill="EDC9EA"/>
                  <w:tcMar>
                    <w:top w:w="45" w:type="dxa"/>
                    <w:left w:w="70" w:type="dxa"/>
                    <w:bottom w:w="45" w:type="dxa"/>
                    <w:right w:w="70" w:type="dxa"/>
                  </w:tcMar>
                </w:tcPr>
                <w:p w14:paraId="3F384DAE" w14:textId="77777777" w:rsidR="00302D64" w:rsidRDefault="00000000">
                  <w:pPr>
                    <w:keepNext/>
                  </w:pPr>
                  <w:r>
                    <w:rPr>
                      <w:b/>
                      <w:color w:val="000000"/>
                    </w:rPr>
                    <w:t>KRITERIJI USPEŠNOSTI</w:t>
                  </w:r>
                </w:p>
              </w:tc>
            </w:tr>
          </w:tbl>
          <w:p w14:paraId="630FF931" w14:textId="77777777" w:rsidR="00302D64" w:rsidRDefault="00302D64"/>
          <w:p w14:paraId="76D7AF07" w14:textId="77777777" w:rsidR="00302D64" w:rsidRDefault="00000000">
            <w:pPr>
              <w:spacing w:before="20" w:after="20" w:line="245" w:lineRule="auto"/>
            </w:pPr>
            <w:r>
              <w:rPr>
                <w:b/>
                <w:color w:val="000000"/>
                <w:sz w:val="16"/>
              </w:rPr>
              <w:t>Uspešen/-na bom, ko:</w:t>
            </w:r>
          </w:p>
          <w:p w14:paraId="4B62A4C4" w14:textId="77777777" w:rsidR="00302D64" w:rsidRDefault="00000000">
            <w:pPr>
              <w:pStyle w:val="Oznaenseznam"/>
              <w:spacing w:after="16"/>
            </w:pPr>
            <w:r>
              <w:rPr>
                <w:color w:val="000000"/>
                <w:sz w:val="16"/>
              </w:rPr>
              <w:t>uporabljam ravnina, hrib, gora, reka, njiva in travnik</w:t>
            </w:r>
          </w:p>
          <w:p w14:paraId="2257CB8C" w14:textId="77777777" w:rsidR="00302D64" w:rsidRDefault="00000000">
            <w:pPr>
              <w:pStyle w:val="Oznaenseznam"/>
              <w:spacing w:after="16"/>
            </w:pPr>
            <w:r>
              <w:rPr>
                <w:color w:val="000000"/>
                <w:sz w:val="16"/>
              </w:rPr>
              <w:t>opazujem lokalno pokrajino</w:t>
            </w:r>
          </w:p>
          <w:p w14:paraId="1D287342" w14:textId="77777777" w:rsidR="00302D64" w:rsidRDefault="00000000">
            <w:pPr>
              <w:pStyle w:val="Oznaenseznam"/>
              <w:spacing w:after="16"/>
            </w:pPr>
            <w:r>
              <w:rPr>
                <w:color w:val="000000"/>
                <w:sz w:val="16"/>
              </w:rPr>
              <w:t>razvrščam sestavine okolja</w:t>
            </w:r>
          </w:p>
          <w:p w14:paraId="33DA63B3"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5C2F90C2" w14:textId="77777777" w:rsidR="00302D64" w:rsidRDefault="00302D64"/>
          <w:p w14:paraId="27D14E4D" w14:textId="77777777" w:rsidR="00302D64" w:rsidRDefault="00000000">
            <w:pPr>
              <w:spacing w:after="80" w:line="245" w:lineRule="auto"/>
            </w:pPr>
            <w:r>
              <w:rPr>
                <w:color w:val="000000"/>
                <w:sz w:val="16"/>
              </w:rPr>
              <w:t>Posluša ali opazuje književno oziroma predmetno izhodišče ter se vključi z gibom, sliko ali besedo.</w:t>
            </w:r>
          </w:p>
          <w:p w14:paraId="23B5A210" w14:textId="77777777" w:rsidR="00302D64" w:rsidRDefault="00000000">
            <w:pPr>
              <w:spacing w:after="80" w:line="245" w:lineRule="auto"/>
            </w:pPr>
            <w:r>
              <w:rPr>
                <w:color w:val="000000"/>
                <w:sz w:val="16"/>
              </w:rPr>
              <w:t>Pove, pokaže ali nariše, kaj že ve. Posluša zamisli drugih.</w:t>
            </w:r>
          </w:p>
          <w:p w14:paraId="0A16FB3C" w14:textId="77777777" w:rsidR="00302D64" w:rsidRDefault="00000000">
            <w:pPr>
              <w:spacing w:after="100" w:line="245" w:lineRule="auto"/>
            </w:pPr>
            <w:r>
              <w:rPr>
                <w:color w:val="000000"/>
                <w:sz w:val="16"/>
              </w:rPr>
              <w:t>Sodeluje pri razumevanju namenov in kriterijev uspešnosti.</w:t>
            </w:r>
          </w:p>
          <w:p w14:paraId="2EB0E1D9" w14:textId="77777777" w:rsidR="00302D64" w:rsidRDefault="00000000">
            <w:pPr>
              <w:spacing w:after="20" w:line="245" w:lineRule="auto"/>
            </w:pPr>
            <w:r>
              <w:rPr>
                <w:b/>
                <w:color w:val="D95BC6"/>
                <w:sz w:val="17"/>
              </w:rPr>
              <w:t>DOKAZ O UČENJU</w:t>
            </w:r>
          </w:p>
          <w:p w14:paraId="52D50C63" w14:textId="77777777" w:rsidR="00302D64" w:rsidRDefault="00000000">
            <w:pPr>
              <w:spacing w:after="30" w:line="245" w:lineRule="auto"/>
            </w:pPr>
            <w:r>
              <w:rPr>
                <w:color w:val="D95BC6"/>
                <w:sz w:val="16"/>
              </w:rPr>
              <w:t>začetna zamisel, razvrstitev, risba ali ustni odgovor</w:t>
            </w:r>
          </w:p>
        </w:tc>
      </w:tr>
    </w:tbl>
    <w:p w14:paraId="55CCE13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663925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FE93C9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1C67AD9" w14:textId="77777777" w:rsidR="00302D64" w:rsidRDefault="00000000">
            <w:pPr>
              <w:jc w:val="center"/>
            </w:pPr>
            <w:r>
              <w:rPr>
                <w:b/>
                <w:color w:val="000000"/>
                <w:sz w:val="20"/>
              </w:rPr>
              <w:t>UČNE DEJAVNOSTI, METODE IN FORMATIVNO SPREMLJANJE</w:t>
            </w:r>
          </w:p>
        </w:tc>
      </w:tr>
      <w:tr w:rsidR="00302D64" w14:paraId="52D806C0" w14:textId="77777777">
        <w:trPr>
          <w:tblHeader/>
          <w:jc w:val="center"/>
        </w:trPr>
        <w:tc>
          <w:tcPr>
            <w:tcW w:w="4422" w:type="dxa"/>
            <w:vMerge/>
            <w:tcMar>
              <w:top w:w="70" w:type="dxa"/>
              <w:left w:w="90" w:type="dxa"/>
              <w:bottom w:w="70" w:type="dxa"/>
              <w:right w:w="90" w:type="dxa"/>
            </w:tcMar>
            <w:vAlign w:val="center"/>
          </w:tcPr>
          <w:p w14:paraId="44F15C89" w14:textId="77777777" w:rsidR="00302D64" w:rsidRDefault="00302D64"/>
        </w:tc>
        <w:tc>
          <w:tcPr>
            <w:tcW w:w="7087" w:type="dxa"/>
            <w:shd w:val="clear" w:color="auto" w:fill="FFFFFF"/>
            <w:tcMar>
              <w:top w:w="70" w:type="dxa"/>
              <w:left w:w="90" w:type="dxa"/>
              <w:bottom w:w="70" w:type="dxa"/>
              <w:right w:w="90" w:type="dxa"/>
            </w:tcMar>
            <w:vAlign w:val="center"/>
          </w:tcPr>
          <w:p w14:paraId="7A77BA3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E2F2CD6" w14:textId="77777777" w:rsidR="00302D64" w:rsidRDefault="00000000">
            <w:pPr>
              <w:jc w:val="center"/>
            </w:pPr>
            <w:r>
              <w:rPr>
                <w:b/>
                <w:color w:val="000000"/>
              </w:rPr>
              <w:t>UČENEC</w:t>
            </w:r>
          </w:p>
        </w:tc>
      </w:tr>
      <w:tr w:rsidR="00302D64" w14:paraId="4593B9E4" w14:textId="77777777">
        <w:trPr>
          <w:jc w:val="center"/>
        </w:trPr>
        <w:tc>
          <w:tcPr>
            <w:tcW w:w="4422" w:type="dxa"/>
            <w:tcMar>
              <w:top w:w="70" w:type="dxa"/>
              <w:left w:w="90" w:type="dxa"/>
              <w:bottom w:w="70" w:type="dxa"/>
              <w:right w:w="90" w:type="dxa"/>
            </w:tcMar>
          </w:tcPr>
          <w:p w14:paraId="4487DB00" w14:textId="77777777" w:rsidR="00302D64" w:rsidRDefault="00302D64"/>
          <w:p w14:paraId="2AE97461" w14:textId="77777777" w:rsidR="00302D64" w:rsidRDefault="00000000">
            <w:pPr>
              <w:spacing w:after="40" w:line="245" w:lineRule="auto"/>
            </w:pPr>
            <w:r>
              <w:rPr>
                <w:b/>
                <w:color w:val="000000"/>
              </w:rPr>
              <w:t>KLJUČNI POJMI</w:t>
            </w:r>
          </w:p>
          <w:p w14:paraId="59227DDC" w14:textId="77777777" w:rsidR="00302D64" w:rsidRDefault="00000000">
            <w:pPr>
              <w:spacing w:after="80" w:line="245" w:lineRule="auto"/>
            </w:pPr>
            <w:r>
              <w:rPr>
                <w:color w:val="000000"/>
                <w:sz w:val="16"/>
              </w:rPr>
              <w:t>pokrajina, ravnina, vzpetina, hrib, gora, reka, potok, njiva, travnik, naravno, ustvaril človek</w:t>
            </w:r>
          </w:p>
          <w:p w14:paraId="1B434BD9" w14:textId="77777777" w:rsidR="00302D64" w:rsidRDefault="00000000">
            <w:pPr>
              <w:spacing w:after="20" w:line="245" w:lineRule="auto"/>
            </w:pPr>
            <w:r>
              <w:rPr>
                <w:b/>
                <w:color w:val="000000"/>
              </w:rPr>
              <w:t>DOKAZI O UČENJU</w:t>
            </w:r>
          </w:p>
          <w:p w14:paraId="7FC17F06" w14:textId="77777777" w:rsidR="00302D64" w:rsidRDefault="00000000">
            <w:pPr>
              <w:pStyle w:val="Oznaenseznam"/>
              <w:spacing w:after="16"/>
            </w:pPr>
            <w:r>
              <w:rPr>
                <w:color w:val="000000"/>
                <w:sz w:val="16"/>
              </w:rPr>
              <w:t>prostorski model z oznakami</w:t>
            </w:r>
          </w:p>
          <w:p w14:paraId="3D32F60D" w14:textId="77777777" w:rsidR="00302D64" w:rsidRDefault="00000000">
            <w:pPr>
              <w:pStyle w:val="Oznaenseznam"/>
              <w:spacing w:after="16"/>
            </w:pPr>
            <w:r>
              <w:rPr>
                <w:color w:val="000000"/>
                <w:sz w:val="16"/>
              </w:rPr>
              <w:t>primerjalna razvrstitev</w:t>
            </w:r>
          </w:p>
          <w:p w14:paraId="671627B6" w14:textId="77777777" w:rsidR="00302D64" w:rsidRDefault="00000000">
            <w:pPr>
              <w:pStyle w:val="Oznaenseznam"/>
              <w:spacing w:after="16"/>
            </w:pPr>
            <w:r>
              <w:rPr>
                <w:color w:val="000000"/>
                <w:sz w:val="16"/>
              </w:rPr>
              <w:t>označena skica pokrajine</w:t>
            </w:r>
          </w:p>
          <w:p w14:paraId="57FE6CE6" w14:textId="77777777" w:rsidR="00302D64" w:rsidRDefault="00000000">
            <w:pPr>
              <w:spacing w:before="40" w:after="20" w:line="245" w:lineRule="auto"/>
            </w:pPr>
            <w:r>
              <w:rPr>
                <w:b/>
                <w:color w:val="000000"/>
              </w:rPr>
              <w:t>MEDPREDMETNA POVEZAVA</w:t>
            </w:r>
          </w:p>
          <w:p w14:paraId="56A49017" w14:textId="77777777" w:rsidR="00302D64" w:rsidRDefault="00000000">
            <w:pPr>
              <w:spacing w:after="60" w:line="245" w:lineRule="auto"/>
            </w:pPr>
            <w:r>
              <w:rPr>
                <w:color w:val="000000"/>
                <w:sz w:val="16"/>
              </w:rPr>
              <w:t>MAT – prostorski odnosi; LUM – panoramska skica; SLJ – opis lege; ŠPO – živi model in terenska pot</w:t>
            </w:r>
          </w:p>
          <w:p w14:paraId="0238A8B6" w14:textId="77777777" w:rsidR="00302D64" w:rsidRDefault="00000000">
            <w:pPr>
              <w:spacing w:after="20" w:line="245" w:lineRule="auto"/>
            </w:pPr>
            <w:r>
              <w:rPr>
                <w:b/>
                <w:color w:val="000000"/>
              </w:rPr>
              <w:t>POUČEVANJE V GIBANJU</w:t>
            </w:r>
          </w:p>
          <w:p w14:paraId="52AD063D"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52D52DE0" w14:textId="77777777" w:rsidR="00302D64" w:rsidRDefault="00000000">
            <w:pPr>
              <w:spacing w:after="20" w:line="245" w:lineRule="auto"/>
            </w:pPr>
            <w:r>
              <w:rPr>
                <w:b/>
                <w:color w:val="000000"/>
              </w:rPr>
              <w:t>UČENJE PO ŠTIRIH POSTAJAH</w:t>
            </w:r>
          </w:p>
          <w:p w14:paraId="574DC171"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5D02E870" w14:textId="77777777" w:rsidR="00302D64" w:rsidRDefault="00000000">
            <w:pPr>
              <w:spacing w:after="20" w:line="245" w:lineRule="auto"/>
            </w:pPr>
            <w:r>
              <w:rPr>
                <w:b/>
                <w:color w:val="000000"/>
              </w:rPr>
              <w:t>DIFERENCIACIJA IN VKLJUČEVANJE</w:t>
            </w:r>
          </w:p>
          <w:p w14:paraId="539BE91A" w14:textId="77777777" w:rsidR="00302D64" w:rsidRDefault="00000000">
            <w:pPr>
              <w:spacing w:after="60" w:line="245" w:lineRule="auto"/>
            </w:pPr>
            <w:r>
              <w:rPr>
                <w:color w:val="000000"/>
                <w:sz w:val="16"/>
              </w:rPr>
              <w:t>Model se gradi v manjši skupini, pojmi imajo slike; učenec označi manj sestavin; naprednejši primerja rabo tal.</w:t>
            </w:r>
          </w:p>
          <w:p w14:paraId="1F4A712D" w14:textId="77777777" w:rsidR="00302D64" w:rsidRDefault="00000000">
            <w:pPr>
              <w:spacing w:after="20" w:line="245" w:lineRule="auto"/>
            </w:pPr>
            <w:r>
              <w:rPr>
                <w:b/>
                <w:color w:val="000000"/>
              </w:rPr>
              <w:t>SPREMLJANJE</w:t>
            </w:r>
          </w:p>
          <w:p w14:paraId="05E47FF4"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A0D546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41A40C4" w14:textId="77777777">
              <w:trPr>
                <w:jc w:val="center"/>
              </w:trPr>
              <w:tc>
                <w:tcPr>
                  <w:tcW w:w="7087" w:type="dxa"/>
                  <w:shd w:val="clear" w:color="auto" w:fill="C6E7F3"/>
                  <w:tcMar>
                    <w:top w:w="45" w:type="dxa"/>
                    <w:left w:w="70" w:type="dxa"/>
                    <w:bottom w:w="45" w:type="dxa"/>
                    <w:right w:w="70" w:type="dxa"/>
                  </w:tcMar>
                </w:tcPr>
                <w:p w14:paraId="5C6B1BE6" w14:textId="77777777" w:rsidR="00302D64" w:rsidRDefault="00000000">
                  <w:pPr>
                    <w:keepNext/>
                  </w:pPr>
                  <w:r>
                    <w:t>GLAVNI DEL – IZKUŠENJSKO IN POSTAJNO UČENJE (3 šolske ure)</w:t>
                  </w:r>
                </w:p>
              </w:tc>
            </w:tr>
          </w:tbl>
          <w:p w14:paraId="4E335C7E" w14:textId="77777777" w:rsidR="00302D64" w:rsidRDefault="00302D64">
            <w:pPr>
              <w:spacing w:line="20" w:lineRule="exact"/>
            </w:pPr>
          </w:p>
          <w:p w14:paraId="23703DF1" w14:textId="77777777" w:rsidR="00302D64" w:rsidRDefault="00000000">
            <w:pPr>
              <w:keepNext/>
              <w:spacing w:before="60" w:after="20" w:line="245" w:lineRule="auto"/>
            </w:pPr>
            <w:r>
              <w:rPr>
                <w:b/>
                <w:color w:val="000000"/>
              </w:rPr>
              <w:t>1. URA – Živi model pokrajine</w:t>
            </w:r>
          </w:p>
          <w:p w14:paraId="24051D2B" w14:textId="77777777" w:rsidR="00302D64" w:rsidRDefault="00000000">
            <w:pPr>
              <w:spacing w:after="20" w:line="245" w:lineRule="auto"/>
            </w:pPr>
            <w:r>
              <w:rPr>
                <w:b/>
                <w:color w:val="000000"/>
                <w:sz w:val="16"/>
              </w:rPr>
              <w:t xml:space="preserve">Dejavnost učiteljice: </w:t>
            </w:r>
            <w:r>
              <w:rPr>
                <w:color w:val="000000"/>
                <w:sz w:val="16"/>
              </w:rPr>
              <w:t>S tkaninami, vrvmi in telesi ponazori ravnino, vzpetino in vodotok ter uvede pojme.</w:t>
            </w:r>
          </w:p>
          <w:p w14:paraId="733CD38F" w14:textId="77777777" w:rsidR="00302D64" w:rsidRDefault="00000000">
            <w:pPr>
              <w:spacing w:after="20" w:line="245" w:lineRule="auto"/>
            </w:pPr>
            <w:r>
              <w:rPr>
                <w:b/>
                <w:color w:val="000000"/>
                <w:sz w:val="16"/>
              </w:rPr>
              <w:t xml:space="preserve">Dejavnost učencev: </w:t>
            </w:r>
            <w:r>
              <w:rPr>
                <w:color w:val="000000"/>
                <w:sz w:val="16"/>
              </w:rPr>
              <w:t>Zgradijo prostorski model, kartice pravilno namestijo in opišejo lego dveh sestavin.</w:t>
            </w:r>
          </w:p>
          <w:p w14:paraId="7F8D0616" w14:textId="77777777" w:rsidR="00302D64" w:rsidRDefault="00000000">
            <w:pPr>
              <w:spacing w:after="40" w:line="245" w:lineRule="auto"/>
            </w:pPr>
            <w:r>
              <w:rPr>
                <w:i/>
                <w:color w:val="D95BC6"/>
                <w:sz w:val="16"/>
              </w:rPr>
              <w:t>Predvideni dokaz: prostorski model z oznakami.</w:t>
            </w:r>
          </w:p>
          <w:p w14:paraId="602F84FC" w14:textId="77777777" w:rsidR="00302D64" w:rsidRDefault="00000000">
            <w:pPr>
              <w:keepNext/>
              <w:spacing w:before="60" w:after="20" w:line="245" w:lineRule="auto"/>
            </w:pPr>
            <w:r>
              <w:rPr>
                <w:b/>
                <w:color w:val="000000"/>
              </w:rPr>
              <w:t>2. URA – Fotografije pod lupo</w:t>
            </w:r>
          </w:p>
          <w:p w14:paraId="1A0D8F4A" w14:textId="77777777" w:rsidR="00302D64" w:rsidRDefault="00000000">
            <w:pPr>
              <w:spacing w:after="20" w:line="245" w:lineRule="auto"/>
            </w:pPr>
            <w:r>
              <w:rPr>
                <w:b/>
                <w:color w:val="000000"/>
                <w:sz w:val="16"/>
              </w:rPr>
              <w:t xml:space="preserve">Dejavnost učiteljice: </w:t>
            </w:r>
            <w:r>
              <w:rPr>
                <w:color w:val="000000"/>
                <w:sz w:val="16"/>
              </w:rPr>
              <w:t>Pripravi lokalne in druge pokrajinske fotografije ter vodi razlikovanje naravno/ustvaril človek.</w:t>
            </w:r>
          </w:p>
          <w:p w14:paraId="153ED843" w14:textId="77777777" w:rsidR="00302D64" w:rsidRDefault="00000000">
            <w:pPr>
              <w:spacing w:after="20" w:line="245" w:lineRule="auto"/>
            </w:pPr>
            <w:r>
              <w:rPr>
                <w:b/>
                <w:color w:val="000000"/>
                <w:sz w:val="16"/>
              </w:rPr>
              <w:t xml:space="preserve">Dejavnost učencev: </w:t>
            </w:r>
            <w:r>
              <w:rPr>
                <w:color w:val="000000"/>
                <w:sz w:val="16"/>
              </w:rPr>
              <w:t>Razvrstijo sestavine in primerjajo dve pokrajini po reliefu, vodah, rastju ali rabi tal.</w:t>
            </w:r>
          </w:p>
          <w:p w14:paraId="26FB35AB" w14:textId="77777777" w:rsidR="00302D64" w:rsidRDefault="00000000">
            <w:pPr>
              <w:spacing w:after="40" w:line="245" w:lineRule="auto"/>
            </w:pPr>
            <w:r>
              <w:rPr>
                <w:i/>
                <w:color w:val="D95BC6"/>
                <w:sz w:val="16"/>
              </w:rPr>
              <w:t>Predvideni dokaz: primerjalna razvrstitev.</w:t>
            </w:r>
          </w:p>
          <w:p w14:paraId="0E46A4DC" w14:textId="77777777" w:rsidR="00302D64" w:rsidRDefault="00000000">
            <w:pPr>
              <w:keepNext/>
              <w:spacing w:before="60" w:after="20" w:line="245" w:lineRule="auto"/>
            </w:pPr>
            <w:r>
              <w:rPr>
                <w:b/>
                <w:color w:val="000000"/>
              </w:rPr>
              <w:t>3. URA – Skica pogleda</w:t>
            </w:r>
          </w:p>
          <w:p w14:paraId="472F4731" w14:textId="77777777" w:rsidR="00302D64" w:rsidRDefault="00000000">
            <w:pPr>
              <w:spacing w:after="20" w:line="245" w:lineRule="auto"/>
            </w:pPr>
            <w:r>
              <w:rPr>
                <w:b/>
                <w:color w:val="000000"/>
                <w:sz w:val="16"/>
              </w:rPr>
              <w:t xml:space="preserve">Dejavnost učiteljice: </w:t>
            </w:r>
            <w:r>
              <w:rPr>
                <w:color w:val="000000"/>
                <w:sz w:val="16"/>
              </w:rPr>
              <w:t>Na razgledni točki ali ob fotografiji modelira izbiro pomembnih sestavin in uporabo preprostih znakov.</w:t>
            </w:r>
          </w:p>
          <w:p w14:paraId="7BCAF046" w14:textId="77777777" w:rsidR="00302D64" w:rsidRDefault="00000000">
            <w:pPr>
              <w:spacing w:after="20" w:line="245" w:lineRule="auto"/>
            </w:pPr>
            <w:r>
              <w:rPr>
                <w:b/>
                <w:color w:val="000000"/>
                <w:sz w:val="16"/>
              </w:rPr>
              <w:t xml:space="preserve">Dejavnost učencev: </w:t>
            </w:r>
            <w:r>
              <w:rPr>
                <w:color w:val="000000"/>
                <w:sz w:val="16"/>
              </w:rPr>
              <w:t>Narišejo panoramsko skico, označijo vsaj tri pojme in povedo eno opazno povezavo.</w:t>
            </w:r>
          </w:p>
          <w:p w14:paraId="3370A697" w14:textId="77777777" w:rsidR="00302D64" w:rsidRDefault="00000000">
            <w:pPr>
              <w:spacing w:after="40" w:line="245" w:lineRule="auto"/>
            </w:pPr>
            <w:r>
              <w:rPr>
                <w:i/>
                <w:color w:val="D95BC6"/>
                <w:sz w:val="16"/>
              </w:rPr>
              <w:t>Predvideni dokaz: označena skica pokrajine.</w:t>
            </w:r>
          </w:p>
          <w:tbl>
            <w:tblPr>
              <w:tblStyle w:val="Tabelamrea"/>
              <w:tblW w:w="0" w:type="auto"/>
              <w:jc w:val="center"/>
              <w:tblLayout w:type="fixed"/>
              <w:tblLook w:val="04A0" w:firstRow="1" w:lastRow="0" w:firstColumn="1" w:lastColumn="0" w:noHBand="0" w:noVBand="1"/>
            </w:tblPr>
            <w:tblGrid>
              <w:gridCol w:w="7087"/>
            </w:tblGrid>
            <w:tr w:rsidR="00302D64" w14:paraId="21837938" w14:textId="77777777">
              <w:trPr>
                <w:jc w:val="center"/>
              </w:trPr>
              <w:tc>
                <w:tcPr>
                  <w:tcW w:w="7087" w:type="dxa"/>
                  <w:shd w:val="clear" w:color="auto" w:fill="EDC9EA"/>
                  <w:tcMar>
                    <w:top w:w="45" w:type="dxa"/>
                    <w:left w:w="70" w:type="dxa"/>
                    <w:bottom w:w="45" w:type="dxa"/>
                    <w:right w:w="70" w:type="dxa"/>
                  </w:tcMar>
                </w:tcPr>
                <w:p w14:paraId="03B3BDC2" w14:textId="77777777" w:rsidR="00302D64" w:rsidRDefault="00000000">
                  <w:pPr>
                    <w:keepNext/>
                  </w:pPr>
                  <w:r>
                    <w:rPr>
                      <w:b/>
                      <w:color w:val="000000"/>
                    </w:rPr>
                    <w:t>UČENJE PO ŠTIRIH POSTAJAH (6–8 min na postajo)</w:t>
                  </w:r>
                </w:p>
              </w:tc>
            </w:tr>
          </w:tbl>
          <w:p w14:paraId="4BCE2698"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3EAB7979" w14:textId="77777777" w:rsidR="00302D64" w:rsidRDefault="00000000">
            <w:pPr>
              <w:spacing w:after="20" w:line="245" w:lineRule="auto"/>
            </w:pPr>
            <w:r>
              <w:rPr>
                <w:b/>
                <w:color w:val="000000"/>
                <w:sz w:val="16"/>
              </w:rPr>
              <w:t xml:space="preserve">RAZISKOVALNA POSTAJA – Živi model pokrajine: </w:t>
            </w:r>
            <w:r>
              <w:rPr>
                <w:color w:val="000000"/>
                <w:sz w:val="16"/>
              </w:rPr>
              <w:t>Zgradijo prostorski model, kartice pravilno namestijo in opišejo lego dveh sestavin.</w:t>
            </w:r>
          </w:p>
          <w:p w14:paraId="535FF225" w14:textId="77777777" w:rsidR="00302D64" w:rsidRDefault="00000000">
            <w:pPr>
              <w:spacing w:after="20" w:line="245" w:lineRule="auto"/>
            </w:pPr>
            <w:r>
              <w:rPr>
                <w:b/>
                <w:color w:val="000000"/>
                <w:sz w:val="16"/>
              </w:rPr>
              <w:t xml:space="preserve">PRAKTIČNA POSTAJA – Fotografije pod lupo: </w:t>
            </w:r>
            <w:r>
              <w:rPr>
                <w:color w:val="000000"/>
                <w:sz w:val="16"/>
              </w:rPr>
              <w:t>Razvrstijo sestavine in primerjajo dve pokrajini po reliefu, vodah, rastju ali rabi tal.</w:t>
            </w:r>
          </w:p>
          <w:p w14:paraId="22D95175" w14:textId="77777777" w:rsidR="00302D64" w:rsidRDefault="00000000">
            <w:pPr>
              <w:spacing w:after="20" w:line="245" w:lineRule="auto"/>
            </w:pPr>
            <w:r>
              <w:rPr>
                <w:b/>
                <w:color w:val="000000"/>
                <w:sz w:val="16"/>
              </w:rPr>
              <w:t xml:space="preserve">GIBALNO-SODELOVALNA POSTAJA – Skica pogleda: </w:t>
            </w:r>
            <w:r>
              <w:rPr>
                <w:color w:val="000000"/>
                <w:sz w:val="16"/>
              </w:rPr>
              <w:t>Narišejo panoramsko skico, označijo vsaj tri pojme in povedo eno opazno povezavo.</w:t>
            </w:r>
          </w:p>
          <w:p w14:paraId="0616AB15" w14:textId="77777777" w:rsidR="00302D64" w:rsidRDefault="00000000">
            <w:pPr>
              <w:spacing w:after="20" w:line="245" w:lineRule="auto"/>
            </w:pPr>
            <w:r>
              <w:rPr>
                <w:b/>
                <w:color w:val="000000"/>
                <w:sz w:val="16"/>
              </w:rPr>
              <w:t xml:space="preserve">POSTAJA DOKAZA IN REFLEKSIJE: </w:t>
            </w:r>
            <w:r>
              <w:rPr>
                <w:color w:val="000000"/>
                <w:sz w:val="16"/>
              </w:rPr>
              <w:t>Izberejo en dokaz (prostorski model z oznakami, primerjalna razvrstitev),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62591DE3" w14:textId="77777777">
              <w:trPr>
                <w:jc w:val="center"/>
              </w:trPr>
              <w:tc>
                <w:tcPr>
                  <w:tcW w:w="7087" w:type="dxa"/>
                  <w:shd w:val="clear" w:color="auto" w:fill="EDC9EA"/>
                  <w:tcMar>
                    <w:top w:w="45" w:type="dxa"/>
                    <w:left w:w="70" w:type="dxa"/>
                    <w:bottom w:w="45" w:type="dxa"/>
                    <w:right w:w="70" w:type="dxa"/>
                  </w:tcMar>
                </w:tcPr>
                <w:p w14:paraId="2EADF33C" w14:textId="77777777" w:rsidR="00302D64" w:rsidRDefault="00000000">
                  <w:pPr>
                    <w:keepNext/>
                  </w:pPr>
                  <w:r>
                    <w:rPr>
                      <w:b/>
                      <w:color w:val="000000"/>
                    </w:rPr>
                    <w:t>POVRATNA INFORMACIJA UČITELJICE MED DELOM</w:t>
                  </w:r>
                </w:p>
              </w:tc>
            </w:tr>
          </w:tbl>
          <w:p w14:paraId="0FDC662F" w14:textId="77777777" w:rsidR="00302D64" w:rsidRDefault="00302D64"/>
          <w:p w14:paraId="1548CEF3"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5380AC2" w14:textId="77777777" w:rsidR="00302D64" w:rsidRDefault="00302D64"/>
          <w:p w14:paraId="72017D14" w14:textId="77777777" w:rsidR="00302D64" w:rsidRDefault="00000000">
            <w:pPr>
              <w:spacing w:after="20" w:line="245" w:lineRule="auto"/>
            </w:pPr>
            <w:r>
              <w:rPr>
                <w:b/>
                <w:color w:val="000000"/>
                <w:sz w:val="17"/>
              </w:rPr>
              <w:t>1. URA</w:t>
            </w:r>
          </w:p>
          <w:p w14:paraId="3E2868D8" w14:textId="77777777" w:rsidR="00302D64" w:rsidRDefault="00000000">
            <w:pPr>
              <w:spacing w:after="40" w:line="245" w:lineRule="auto"/>
            </w:pPr>
            <w:r>
              <w:rPr>
                <w:color w:val="000000"/>
                <w:sz w:val="16"/>
              </w:rPr>
              <w:t>Zgradijo prostorski model, kartice pravilno namestijo in opišejo lego dveh sestavin.</w:t>
            </w:r>
          </w:p>
          <w:p w14:paraId="2F4AF49F" w14:textId="77777777" w:rsidR="00302D64" w:rsidRDefault="00000000">
            <w:pPr>
              <w:spacing w:line="245" w:lineRule="auto"/>
            </w:pPr>
            <w:r>
              <w:rPr>
                <w:b/>
                <w:color w:val="D95BC6"/>
                <w:sz w:val="16"/>
              </w:rPr>
              <w:t>DOKAZ</w:t>
            </w:r>
          </w:p>
          <w:p w14:paraId="69973C8B" w14:textId="77777777" w:rsidR="00302D64" w:rsidRDefault="00000000">
            <w:pPr>
              <w:spacing w:after="60" w:line="245" w:lineRule="auto"/>
            </w:pPr>
            <w:r>
              <w:rPr>
                <w:color w:val="D95BC6"/>
                <w:sz w:val="16"/>
              </w:rPr>
              <w:t>prostorski model z oznakami</w:t>
            </w:r>
          </w:p>
          <w:p w14:paraId="69FA96F5" w14:textId="77777777" w:rsidR="00302D64" w:rsidRDefault="00000000">
            <w:pPr>
              <w:spacing w:after="20" w:line="245" w:lineRule="auto"/>
            </w:pPr>
            <w:r>
              <w:rPr>
                <w:b/>
                <w:color w:val="000000"/>
                <w:sz w:val="17"/>
              </w:rPr>
              <w:t>2. URA</w:t>
            </w:r>
          </w:p>
          <w:p w14:paraId="4D7E1583" w14:textId="77777777" w:rsidR="00302D64" w:rsidRDefault="00000000">
            <w:pPr>
              <w:spacing w:after="40" w:line="245" w:lineRule="auto"/>
            </w:pPr>
            <w:r>
              <w:rPr>
                <w:color w:val="000000"/>
                <w:sz w:val="16"/>
              </w:rPr>
              <w:t>Razvrstijo sestavine in primerjajo dve pokrajini po reliefu, vodah, rastju ali rabi tal.</w:t>
            </w:r>
          </w:p>
          <w:p w14:paraId="790C1AA1" w14:textId="77777777" w:rsidR="00302D64" w:rsidRDefault="00000000">
            <w:pPr>
              <w:spacing w:line="245" w:lineRule="auto"/>
            </w:pPr>
            <w:r>
              <w:rPr>
                <w:b/>
                <w:color w:val="D95BC6"/>
                <w:sz w:val="16"/>
              </w:rPr>
              <w:t>DOKAZ</w:t>
            </w:r>
          </w:p>
          <w:p w14:paraId="60667CBC" w14:textId="77777777" w:rsidR="00302D64" w:rsidRDefault="00000000">
            <w:pPr>
              <w:spacing w:after="60" w:line="245" w:lineRule="auto"/>
            </w:pPr>
            <w:r>
              <w:rPr>
                <w:color w:val="D95BC6"/>
                <w:sz w:val="16"/>
              </w:rPr>
              <w:t>primerjalna razvrstitev</w:t>
            </w:r>
          </w:p>
          <w:p w14:paraId="56CC2804" w14:textId="77777777" w:rsidR="00302D64" w:rsidRDefault="00000000">
            <w:pPr>
              <w:spacing w:after="20" w:line="245" w:lineRule="auto"/>
            </w:pPr>
            <w:r>
              <w:rPr>
                <w:b/>
                <w:color w:val="000000"/>
                <w:sz w:val="17"/>
              </w:rPr>
              <w:t>3. URA</w:t>
            </w:r>
          </w:p>
          <w:p w14:paraId="7127F49F" w14:textId="77777777" w:rsidR="00302D64" w:rsidRDefault="00000000">
            <w:pPr>
              <w:spacing w:after="40" w:line="245" w:lineRule="auto"/>
            </w:pPr>
            <w:r>
              <w:rPr>
                <w:color w:val="000000"/>
                <w:sz w:val="16"/>
              </w:rPr>
              <w:t>Narišejo panoramsko skico, označijo vsaj tri pojme in povedo eno opazno povezavo.</w:t>
            </w:r>
          </w:p>
          <w:p w14:paraId="24E0696E" w14:textId="77777777" w:rsidR="00302D64" w:rsidRDefault="00000000">
            <w:pPr>
              <w:spacing w:line="245" w:lineRule="auto"/>
            </w:pPr>
            <w:r>
              <w:rPr>
                <w:b/>
                <w:color w:val="D95BC6"/>
                <w:sz w:val="16"/>
              </w:rPr>
              <w:t>DOKAZ</w:t>
            </w:r>
          </w:p>
          <w:p w14:paraId="50396991" w14:textId="77777777" w:rsidR="00302D64" w:rsidRDefault="00000000">
            <w:pPr>
              <w:spacing w:after="60" w:line="245" w:lineRule="auto"/>
            </w:pPr>
            <w:r>
              <w:rPr>
                <w:color w:val="D95BC6"/>
                <w:sz w:val="16"/>
              </w:rPr>
              <w:t>označena skica pokrajine</w:t>
            </w:r>
          </w:p>
        </w:tc>
      </w:tr>
    </w:tbl>
    <w:p w14:paraId="4F4F2DF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137144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BA3BAF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3488C31" w14:textId="77777777" w:rsidR="00302D64" w:rsidRDefault="00000000">
            <w:pPr>
              <w:jc w:val="center"/>
            </w:pPr>
            <w:r>
              <w:rPr>
                <w:b/>
                <w:color w:val="000000"/>
                <w:sz w:val="20"/>
              </w:rPr>
              <w:t>UČNE DEJAVNOSTI, METODE IN FORMATIVNO SPREMLJANJE</w:t>
            </w:r>
          </w:p>
        </w:tc>
      </w:tr>
      <w:tr w:rsidR="00302D64" w14:paraId="492E4D81" w14:textId="77777777">
        <w:trPr>
          <w:tblHeader/>
          <w:jc w:val="center"/>
        </w:trPr>
        <w:tc>
          <w:tcPr>
            <w:tcW w:w="4422" w:type="dxa"/>
            <w:vMerge/>
            <w:tcMar>
              <w:top w:w="70" w:type="dxa"/>
              <w:left w:w="90" w:type="dxa"/>
              <w:bottom w:w="70" w:type="dxa"/>
              <w:right w:w="90" w:type="dxa"/>
            </w:tcMar>
            <w:vAlign w:val="center"/>
          </w:tcPr>
          <w:p w14:paraId="4912F2BD" w14:textId="77777777" w:rsidR="00302D64" w:rsidRDefault="00302D64"/>
        </w:tc>
        <w:tc>
          <w:tcPr>
            <w:tcW w:w="7087" w:type="dxa"/>
            <w:shd w:val="clear" w:color="auto" w:fill="FFFFFF"/>
            <w:tcMar>
              <w:top w:w="70" w:type="dxa"/>
              <w:left w:w="90" w:type="dxa"/>
              <w:bottom w:w="70" w:type="dxa"/>
              <w:right w:w="90" w:type="dxa"/>
            </w:tcMar>
            <w:vAlign w:val="center"/>
          </w:tcPr>
          <w:p w14:paraId="76F726E8"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9C81DB" w14:textId="77777777" w:rsidR="00302D64" w:rsidRDefault="00000000">
            <w:pPr>
              <w:jc w:val="center"/>
            </w:pPr>
            <w:r>
              <w:rPr>
                <w:b/>
                <w:color w:val="000000"/>
              </w:rPr>
              <w:t>UČENEC</w:t>
            </w:r>
          </w:p>
        </w:tc>
      </w:tr>
      <w:tr w:rsidR="00302D64" w14:paraId="7A925771" w14:textId="77777777">
        <w:trPr>
          <w:jc w:val="center"/>
        </w:trPr>
        <w:tc>
          <w:tcPr>
            <w:tcW w:w="4422" w:type="dxa"/>
            <w:tcMar>
              <w:top w:w="70" w:type="dxa"/>
              <w:left w:w="90" w:type="dxa"/>
              <w:bottom w:w="70" w:type="dxa"/>
              <w:right w:w="90" w:type="dxa"/>
            </w:tcMar>
          </w:tcPr>
          <w:p w14:paraId="10602862" w14:textId="77777777" w:rsidR="00302D64" w:rsidRDefault="00302D64"/>
          <w:p w14:paraId="53F9EBE7" w14:textId="77777777" w:rsidR="00302D64" w:rsidRDefault="00000000">
            <w:pPr>
              <w:spacing w:after="40" w:line="245" w:lineRule="auto"/>
            </w:pPr>
            <w:r>
              <w:rPr>
                <w:b/>
                <w:color w:val="000000"/>
              </w:rPr>
              <w:t>FORMATIVNO SPREMLJANJE</w:t>
            </w:r>
          </w:p>
          <w:p w14:paraId="35DBCE84" w14:textId="77777777" w:rsidR="00302D64" w:rsidRDefault="00000000">
            <w:pPr>
              <w:pStyle w:val="Oznaenseznam"/>
              <w:spacing w:after="16"/>
            </w:pPr>
            <w:r>
              <w:rPr>
                <w:color w:val="000000"/>
                <w:sz w:val="16"/>
              </w:rPr>
              <w:t>predznanje: začetni odgovor, razvrstitev ali prikaz</w:t>
            </w:r>
          </w:p>
          <w:p w14:paraId="4C8E7060" w14:textId="77777777" w:rsidR="00302D64" w:rsidRDefault="00000000">
            <w:pPr>
              <w:pStyle w:val="Oznaenseznam"/>
              <w:spacing w:after="16"/>
            </w:pPr>
            <w:r>
              <w:rPr>
                <w:color w:val="000000"/>
                <w:sz w:val="16"/>
              </w:rPr>
              <w:t>dokazi med učenjem: izvedba, skica, model, opazovalni zapis ali razlaga</w:t>
            </w:r>
          </w:p>
          <w:p w14:paraId="0F79E539" w14:textId="77777777" w:rsidR="00302D64" w:rsidRDefault="00000000">
            <w:pPr>
              <w:pStyle w:val="Oznaenseznam"/>
              <w:spacing w:after="16"/>
            </w:pPr>
            <w:r>
              <w:rPr>
                <w:color w:val="000000"/>
                <w:sz w:val="16"/>
              </w:rPr>
              <w:t>povratna informacija: konkretna, vezana na kriterij in usmerjena v naslednji korak</w:t>
            </w:r>
          </w:p>
          <w:p w14:paraId="525B8716" w14:textId="77777777" w:rsidR="00302D64" w:rsidRDefault="00000000">
            <w:pPr>
              <w:pStyle w:val="Oznaenseznam"/>
              <w:spacing w:after="16"/>
            </w:pPr>
            <w:r>
              <w:rPr>
                <w:color w:val="000000"/>
                <w:sz w:val="16"/>
              </w:rPr>
              <w:t>samovrednotenje: semafor, prsti, izbrani simbol ali kratka poved</w:t>
            </w:r>
          </w:p>
          <w:p w14:paraId="1C5A267E" w14:textId="77777777" w:rsidR="00302D64" w:rsidRDefault="00000000">
            <w:pPr>
              <w:spacing w:before="40" w:after="20" w:line="245" w:lineRule="auto"/>
            </w:pPr>
            <w:r>
              <w:rPr>
                <w:b/>
                <w:color w:val="000000"/>
              </w:rPr>
              <w:t>VARNOST IN ODGOVORNOST</w:t>
            </w:r>
          </w:p>
          <w:p w14:paraId="49837EE6" w14:textId="77777777" w:rsidR="00302D64" w:rsidRDefault="00000000">
            <w:pPr>
              <w:spacing w:after="60" w:line="245" w:lineRule="auto"/>
            </w:pPr>
            <w:r>
              <w:rPr>
                <w:color w:val="000000"/>
                <w:sz w:val="16"/>
              </w:rPr>
              <w:t>Upošteva dogovorjena pravila varnega, spoštljivega in odgovornega dela.</w:t>
            </w:r>
          </w:p>
          <w:p w14:paraId="54A81033" w14:textId="77777777" w:rsidR="00302D64" w:rsidRDefault="00000000">
            <w:pPr>
              <w:spacing w:after="20" w:line="245" w:lineRule="auto"/>
            </w:pPr>
            <w:r>
              <w:rPr>
                <w:b/>
                <w:color w:val="000000"/>
              </w:rPr>
              <w:t>EVIDENCA PO IZVEDBI</w:t>
            </w:r>
          </w:p>
          <w:p w14:paraId="4E825BC7"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7A07C6A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9C847BA" w14:textId="77777777">
              <w:trPr>
                <w:jc w:val="center"/>
              </w:trPr>
              <w:tc>
                <w:tcPr>
                  <w:tcW w:w="7087" w:type="dxa"/>
                  <w:shd w:val="clear" w:color="auto" w:fill="EDC9EA"/>
                  <w:tcMar>
                    <w:top w:w="45" w:type="dxa"/>
                    <w:left w:w="70" w:type="dxa"/>
                    <w:bottom w:w="45" w:type="dxa"/>
                    <w:right w:w="70" w:type="dxa"/>
                  </w:tcMar>
                </w:tcPr>
                <w:p w14:paraId="175D851C" w14:textId="77777777" w:rsidR="00302D64" w:rsidRDefault="00000000">
                  <w:pPr>
                    <w:keepNext/>
                  </w:pPr>
                  <w:r>
                    <w:rPr>
                      <w:b/>
                      <w:color w:val="000000"/>
                    </w:rPr>
                    <w:t>VPRAŠANJA V PODPORO UČENJU</w:t>
                  </w:r>
                </w:p>
              </w:tc>
            </w:tr>
          </w:tbl>
          <w:p w14:paraId="1374B27E" w14:textId="77777777" w:rsidR="00302D64" w:rsidRDefault="00302D64">
            <w:pPr>
              <w:spacing w:line="20" w:lineRule="exact"/>
            </w:pPr>
          </w:p>
          <w:p w14:paraId="7EF0526D" w14:textId="77777777" w:rsidR="00302D64" w:rsidRDefault="00000000">
            <w:pPr>
              <w:pStyle w:val="Oznaenseznam"/>
              <w:spacing w:after="16"/>
            </w:pPr>
            <w:r>
              <w:rPr>
                <w:color w:val="000000"/>
                <w:sz w:val="16"/>
              </w:rPr>
              <w:t>Kaj si opazil/-a in kateri dokaz to pokaže?</w:t>
            </w:r>
          </w:p>
          <w:p w14:paraId="64972AD0" w14:textId="77777777" w:rsidR="00302D64" w:rsidRDefault="00000000">
            <w:pPr>
              <w:pStyle w:val="Oznaenseznam"/>
              <w:spacing w:after="16"/>
            </w:pPr>
            <w:r>
              <w:rPr>
                <w:color w:val="000000"/>
                <w:sz w:val="16"/>
              </w:rPr>
              <w:t>Kako si prišel/-la do svoje odločitve?</w:t>
            </w:r>
          </w:p>
          <w:p w14:paraId="16525A49" w14:textId="77777777" w:rsidR="00302D64" w:rsidRDefault="00000000">
            <w:pPr>
              <w:pStyle w:val="Oznaenseznam"/>
              <w:spacing w:after="16"/>
            </w:pPr>
            <w:r>
              <w:rPr>
                <w:color w:val="000000"/>
                <w:sz w:val="16"/>
              </w:rPr>
              <w:t>Kaj si pri ponovnem poskusu ohranil/-a enako in kaj spremenil/-a?</w:t>
            </w:r>
          </w:p>
          <w:p w14:paraId="705E6B7F" w14:textId="77777777" w:rsidR="00302D64" w:rsidRDefault="00000000">
            <w:pPr>
              <w:pStyle w:val="Oznaenseznam"/>
              <w:spacing w:after="16"/>
            </w:pPr>
            <w:r>
              <w:rPr>
                <w:color w:val="000000"/>
                <w:sz w:val="16"/>
              </w:rPr>
              <w:t>Kateri kriterij že dosegaš? Kaj bo tvoj naslednji korak?</w:t>
            </w:r>
          </w:p>
          <w:p w14:paraId="714EE430"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42F1EBB8" w14:textId="77777777">
              <w:trPr>
                <w:jc w:val="center"/>
              </w:trPr>
              <w:tc>
                <w:tcPr>
                  <w:tcW w:w="7087" w:type="dxa"/>
                  <w:shd w:val="clear" w:color="auto" w:fill="C6E7F3"/>
                  <w:tcMar>
                    <w:top w:w="45" w:type="dxa"/>
                    <w:left w:w="70" w:type="dxa"/>
                    <w:bottom w:w="45" w:type="dxa"/>
                    <w:right w:w="70" w:type="dxa"/>
                  </w:tcMar>
                </w:tcPr>
                <w:p w14:paraId="7A950BC8" w14:textId="77777777" w:rsidR="00302D64" w:rsidRDefault="00000000">
                  <w:pPr>
                    <w:keepNext/>
                  </w:pPr>
                  <w:r>
                    <w:rPr>
                      <w:b/>
                      <w:color w:val="000000"/>
                    </w:rPr>
                    <w:t>ZAKLJUČNI DEL – UTRJEVANJE IN REFLEKSIJA (10–15 min)</w:t>
                  </w:r>
                </w:p>
              </w:tc>
            </w:tr>
          </w:tbl>
          <w:p w14:paraId="55ECD99E" w14:textId="77777777" w:rsidR="00302D64" w:rsidRDefault="00302D64">
            <w:pPr>
              <w:spacing w:line="20" w:lineRule="exact"/>
            </w:pPr>
          </w:p>
          <w:p w14:paraId="7A657230"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7D9D33CE" w14:textId="77777777">
              <w:trPr>
                <w:jc w:val="center"/>
              </w:trPr>
              <w:tc>
                <w:tcPr>
                  <w:tcW w:w="7087" w:type="dxa"/>
                  <w:shd w:val="clear" w:color="auto" w:fill="EDC9EA"/>
                  <w:tcMar>
                    <w:top w:w="45" w:type="dxa"/>
                    <w:left w:w="70" w:type="dxa"/>
                    <w:bottom w:w="45" w:type="dxa"/>
                    <w:right w:w="70" w:type="dxa"/>
                  </w:tcMar>
                </w:tcPr>
                <w:p w14:paraId="20DA9BF1" w14:textId="77777777" w:rsidR="00302D64" w:rsidRDefault="00000000">
                  <w:pPr>
                    <w:keepNext/>
                  </w:pPr>
                  <w:r>
                    <w:rPr>
                      <w:b/>
                      <w:color w:val="000000"/>
                    </w:rPr>
                    <w:t>SAMOVREDNOTENJE</w:t>
                  </w:r>
                </w:p>
              </w:tc>
            </w:tr>
          </w:tbl>
          <w:p w14:paraId="12D95C13" w14:textId="77777777" w:rsidR="00302D64" w:rsidRDefault="00302D64">
            <w:pPr>
              <w:spacing w:line="20" w:lineRule="exact"/>
            </w:pPr>
          </w:p>
          <w:p w14:paraId="37AE10A8"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4449329C" w14:textId="77777777">
              <w:trPr>
                <w:jc w:val="center"/>
              </w:trPr>
              <w:tc>
                <w:tcPr>
                  <w:tcW w:w="7087" w:type="dxa"/>
                  <w:shd w:val="clear" w:color="auto" w:fill="EDC9EA"/>
                  <w:tcMar>
                    <w:top w:w="45" w:type="dxa"/>
                    <w:left w:w="70" w:type="dxa"/>
                    <w:bottom w:w="45" w:type="dxa"/>
                    <w:right w:w="70" w:type="dxa"/>
                  </w:tcMar>
                </w:tcPr>
                <w:p w14:paraId="2BC1C903" w14:textId="77777777" w:rsidR="00302D64" w:rsidRDefault="00000000">
                  <w:pPr>
                    <w:keepNext/>
                  </w:pPr>
                  <w:r>
                    <w:rPr>
                      <w:b/>
                      <w:color w:val="000000"/>
                    </w:rPr>
                    <w:t>VRSTNIŠKO VREDNOTENJE</w:t>
                  </w:r>
                </w:p>
              </w:tc>
            </w:tr>
          </w:tbl>
          <w:p w14:paraId="47275F31" w14:textId="77777777" w:rsidR="00302D64" w:rsidRDefault="00302D64">
            <w:pPr>
              <w:spacing w:line="20" w:lineRule="exact"/>
            </w:pPr>
          </w:p>
          <w:p w14:paraId="4C7BB072"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12474BC4" w14:textId="77777777">
              <w:trPr>
                <w:jc w:val="center"/>
              </w:trPr>
              <w:tc>
                <w:tcPr>
                  <w:tcW w:w="7087" w:type="dxa"/>
                  <w:shd w:val="clear" w:color="auto" w:fill="EDC9EA"/>
                  <w:tcMar>
                    <w:top w:w="45" w:type="dxa"/>
                    <w:left w:w="70" w:type="dxa"/>
                    <w:bottom w:w="45" w:type="dxa"/>
                    <w:right w:w="70" w:type="dxa"/>
                  </w:tcMar>
                </w:tcPr>
                <w:p w14:paraId="402CD07E" w14:textId="77777777" w:rsidR="00302D64" w:rsidRDefault="00000000">
                  <w:pPr>
                    <w:keepNext/>
                  </w:pPr>
                  <w:r>
                    <w:rPr>
                      <w:b/>
                      <w:color w:val="000000"/>
                    </w:rPr>
                    <w:t>SKUPNI POVZETEK</w:t>
                  </w:r>
                </w:p>
              </w:tc>
            </w:tr>
          </w:tbl>
          <w:p w14:paraId="54325773" w14:textId="77777777" w:rsidR="00302D64" w:rsidRDefault="00302D64"/>
          <w:p w14:paraId="2A51A7ED" w14:textId="77777777" w:rsidR="00302D64" w:rsidRDefault="00000000">
            <w:pPr>
              <w:spacing w:before="20" w:after="40" w:line="245" w:lineRule="auto"/>
            </w:pPr>
            <w:r>
              <w:rPr>
                <w:b/>
                <w:color w:val="000000"/>
                <w:sz w:val="17"/>
              </w:rPr>
              <w:t>Pokrajino sestavljajo relief, vode, rastje, naselja in površine, ki jih uporablja človek. Sestavine poimenujem in prikažem.</w:t>
            </w:r>
          </w:p>
        </w:tc>
        <w:tc>
          <w:tcPr>
            <w:tcW w:w="2551" w:type="dxa"/>
            <w:tcMar>
              <w:top w:w="70" w:type="dxa"/>
              <w:left w:w="90" w:type="dxa"/>
              <w:bottom w:w="70" w:type="dxa"/>
              <w:right w:w="90" w:type="dxa"/>
            </w:tcMar>
          </w:tcPr>
          <w:p w14:paraId="19A3FE13" w14:textId="77777777" w:rsidR="00302D64" w:rsidRDefault="00302D64"/>
          <w:p w14:paraId="4356E39D" w14:textId="77777777" w:rsidR="00302D64" w:rsidRDefault="00000000">
            <w:pPr>
              <w:spacing w:after="100" w:line="245" w:lineRule="auto"/>
            </w:pPr>
            <w:r>
              <w:rPr>
                <w:color w:val="000000"/>
                <w:sz w:val="16"/>
              </w:rPr>
              <w:t>Odgovarja na podporna vprašanja in se sklicuje na svoj dokaz.</w:t>
            </w:r>
          </w:p>
          <w:p w14:paraId="7766C72A" w14:textId="77777777" w:rsidR="00302D64" w:rsidRDefault="00000000">
            <w:pPr>
              <w:spacing w:after="100" w:line="245" w:lineRule="auto"/>
            </w:pPr>
            <w:r>
              <w:rPr>
                <w:color w:val="000000"/>
                <w:sz w:val="16"/>
              </w:rPr>
              <w:t>Primerja začetno zamisel z ugotovitvijo ter pove ali pokaže, kaj se je naučil/-a.</w:t>
            </w:r>
          </w:p>
          <w:p w14:paraId="3CF37AE3" w14:textId="77777777" w:rsidR="00302D64" w:rsidRDefault="00000000">
            <w:pPr>
              <w:spacing w:after="100" w:line="245" w:lineRule="auto"/>
            </w:pPr>
            <w:r>
              <w:rPr>
                <w:color w:val="000000"/>
                <w:sz w:val="16"/>
              </w:rPr>
              <w:t>Izbere raven doseganja in določi naslednji korak.</w:t>
            </w:r>
          </w:p>
          <w:p w14:paraId="63BE2E34" w14:textId="77777777" w:rsidR="00302D64" w:rsidRDefault="00000000">
            <w:pPr>
              <w:spacing w:after="100" w:line="245" w:lineRule="auto"/>
            </w:pPr>
            <w:r>
              <w:rPr>
                <w:color w:val="000000"/>
                <w:sz w:val="16"/>
              </w:rPr>
              <w:t>Sošolcu poda prijazen, konkreten odziv.</w:t>
            </w:r>
          </w:p>
          <w:p w14:paraId="11FF75A2" w14:textId="77777777" w:rsidR="00302D64" w:rsidRDefault="00000000">
            <w:pPr>
              <w:spacing w:after="20" w:line="245" w:lineRule="auto"/>
            </w:pPr>
            <w:r>
              <w:rPr>
                <w:b/>
                <w:color w:val="D95BC6"/>
                <w:sz w:val="17"/>
              </w:rPr>
              <w:t>DOKAZ O UČENJU</w:t>
            </w:r>
          </w:p>
          <w:p w14:paraId="10507B2E" w14:textId="77777777" w:rsidR="00302D64" w:rsidRDefault="00000000">
            <w:pPr>
              <w:spacing w:after="30" w:line="245" w:lineRule="auto"/>
            </w:pPr>
            <w:r>
              <w:rPr>
                <w:color w:val="D95BC6"/>
                <w:sz w:val="16"/>
              </w:rPr>
              <w:t>izvedba ali izdelek, razlaga, samovrednotenje in odziv na povratno informacijo</w:t>
            </w:r>
          </w:p>
        </w:tc>
      </w:tr>
    </w:tbl>
    <w:p w14:paraId="5B31920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AE8FB69" w14:textId="77777777">
        <w:trPr>
          <w:cantSplit/>
          <w:jc w:val="center"/>
        </w:trPr>
        <w:tc>
          <w:tcPr>
            <w:tcW w:w="14060" w:type="dxa"/>
            <w:gridSpan w:val="6"/>
            <w:tcMar>
              <w:top w:w="70" w:type="dxa"/>
              <w:left w:w="90" w:type="dxa"/>
              <w:bottom w:w="70" w:type="dxa"/>
              <w:right w:w="90" w:type="dxa"/>
            </w:tcMar>
            <w:vAlign w:val="center"/>
          </w:tcPr>
          <w:p w14:paraId="17BCA3EA" w14:textId="77777777" w:rsidR="00302D64" w:rsidRDefault="00000000">
            <w:pPr>
              <w:jc w:val="center"/>
            </w:pPr>
            <w:r>
              <w:rPr>
                <w:b/>
                <w:color w:val="000000"/>
                <w:sz w:val="24"/>
              </w:rPr>
              <w:lastRenderedPageBreak/>
              <w:t>UČNA PRIPRAVA 33/39</w:t>
            </w:r>
          </w:p>
        </w:tc>
      </w:tr>
      <w:tr w:rsidR="00302D64" w14:paraId="639865A7" w14:textId="77777777">
        <w:trPr>
          <w:jc w:val="center"/>
        </w:trPr>
        <w:tc>
          <w:tcPr>
            <w:tcW w:w="2665" w:type="dxa"/>
            <w:tcMar>
              <w:top w:w="70" w:type="dxa"/>
              <w:left w:w="90" w:type="dxa"/>
              <w:bottom w:w="70" w:type="dxa"/>
              <w:right w:w="90" w:type="dxa"/>
            </w:tcMar>
            <w:vAlign w:val="center"/>
          </w:tcPr>
          <w:p w14:paraId="1701B5DA"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7AA2358"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51AB4D2"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C97AB90" w14:textId="77777777" w:rsidR="00302D64" w:rsidRDefault="00000000">
            <w:r>
              <w:rPr>
                <w:b/>
                <w:color w:val="000000"/>
                <w:sz w:val="16"/>
              </w:rPr>
              <w:t xml:space="preserve">NAČRTOVANI TERMIN: </w:t>
            </w:r>
            <w:r>
              <w:rPr>
                <w:color w:val="000000"/>
                <w:sz w:val="16"/>
              </w:rPr>
              <w:t>33. teden • 10.–14. 5. 2027</w:t>
            </w:r>
          </w:p>
        </w:tc>
        <w:tc>
          <w:tcPr>
            <w:tcW w:w="2268" w:type="dxa"/>
            <w:tcMar>
              <w:top w:w="70" w:type="dxa"/>
              <w:left w:w="90" w:type="dxa"/>
              <w:bottom w:w="70" w:type="dxa"/>
              <w:right w:w="90" w:type="dxa"/>
            </w:tcMar>
            <w:vAlign w:val="center"/>
          </w:tcPr>
          <w:p w14:paraId="219D93E6"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53F9734" w14:textId="77777777" w:rsidR="00302D64" w:rsidRDefault="00000000">
            <w:r>
              <w:rPr>
                <w:b/>
                <w:color w:val="000000"/>
                <w:sz w:val="16"/>
              </w:rPr>
              <w:t xml:space="preserve">ŠTEVILO UR: </w:t>
            </w:r>
            <w:r>
              <w:rPr>
                <w:color w:val="000000"/>
                <w:sz w:val="16"/>
              </w:rPr>
              <w:t>2</w:t>
            </w:r>
          </w:p>
        </w:tc>
      </w:tr>
      <w:tr w:rsidR="00302D64" w14:paraId="2AAAF3C0" w14:textId="77777777">
        <w:trPr>
          <w:jc w:val="center"/>
        </w:trPr>
        <w:tc>
          <w:tcPr>
            <w:tcW w:w="14061" w:type="dxa"/>
            <w:gridSpan w:val="6"/>
            <w:tcMar>
              <w:top w:w="70" w:type="dxa"/>
              <w:left w:w="90" w:type="dxa"/>
              <w:bottom w:w="70" w:type="dxa"/>
              <w:right w:w="90" w:type="dxa"/>
            </w:tcMar>
            <w:vAlign w:val="center"/>
          </w:tcPr>
          <w:p w14:paraId="6880A79C" w14:textId="77777777" w:rsidR="00302D64" w:rsidRDefault="00000000">
            <w:r>
              <w:t>TIP UČNE URE: obravnava, izkušenjsko raziskovanje, učenje po postajah, utrjevanje in formativno spremljanje</w:t>
            </w:r>
          </w:p>
        </w:tc>
      </w:tr>
      <w:tr w:rsidR="00302D64" w14:paraId="706E95C2" w14:textId="77777777">
        <w:trPr>
          <w:cantSplit/>
          <w:jc w:val="center"/>
        </w:trPr>
        <w:tc>
          <w:tcPr>
            <w:tcW w:w="14060" w:type="dxa"/>
            <w:gridSpan w:val="6"/>
            <w:tcMar>
              <w:top w:w="70" w:type="dxa"/>
              <w:left w:w="90" w:type="dxa"/>
              <w:bottom w:w="70" w:type="dxa"/>
              <w:right w:w="90" w:type="dxa"/>
            </w:tcMar>
            <w:vAlign w:val="center"/>
          </w:tcPr>
          <w:p w14:paraId="7B55CBB0" w14:textId="77777777" w:rsidR="00302D64" w:rsidRDefault="00302D64"/>
          <w:p w14:paraId="25740EF5" w14:textId="77777777" w:rsidR="00302D64" w:rsidRDefault="00000000">
            <w:pPr>
              <w:spacing w:line="245" w:lineRule="auto"/>
            </w:pPr>
            <w:r>
              <w:rPr>
                <w:b/>
                <w:color w:val="000000"/>
                <w:sz w:val="17"/>
              </w:rPr>
              <w:t xml:space="preserve">UČNI SKLOP: </w:t>
            </w:r>
            <w:r>
              <w:rPr>
                <w:color w:val="000000"/>
                <w:sz w:val="17"/>
              </w:rPr>
              <w:t>POKRAJINA, PROSTOR IN TRAJNOSTNA SKUPNOST</w:t>
            </w:r>
          </w:p>
        </w:tc>
      </w:tr>
      <w:tr w:rsidR="00302D64" w14:paraId="2EC58F55" w14:textId="77777777">
        <w:trPr>
          <w:cantSplit/>
          <w:jc w:val="center"/>
        </w:trPr>
        <w:tc>
          <w:tcPr>
            <w:tcW w:w="14060" w:type="dxa"/>
            <w:gridSpan w:val="6"/>
            <w:tcMar>
              <w:top w:w="70" w:type="dxa"/>
              <w:left w:w="90" w:type="dxa"/>
              <w:bottom w:w="70" w:type="dxa"/>
              <w:right w:w="90" w:type="dxa"/>
            </w:tcMar>
            <w:vAlign w:val="center"/>
          </w:tcPr>
          <w:p w14:paraId="5D741BA0" w14:textId="77777777" w:rsidR="00302D64" w:rsidRDefault="00302D64"/>
          <w:p w14:paraId="4A54B58C" w14:textId="77777777" w:rsidR="00302D64" w:rsidRDefault="00000000">
            <w:pPr>
              <w:spacing w:line="245" w:lineRule="auto"/>
            </w:pPr>
            <w:r>
              <w:rPr>
                <w:b/>
                <w:color w:val="000000"/>
                <w:sz w:val="17"/>
              </w:rPr>
              <w:t xml:space="preserve">UČNA TEMA: </w:t>
            </w:r>
            <w:r>
              <w:rPr>
                <w:color w:val="000000"/>
                <w:sz w:val="17"/>
              </w:rPr>
              <w:t>ORIENTACIJA IN NAČRT</w:t>
            </w:r>
          </w:p>
        </w:tc>
      </w:tr>
      <w:tr w:rsidR="00302D64" w14:paraId="4B2F5EDC" w14:textId="77777777">
        <w:trPr>
          <w:cantSplit/>
          <w:jc w:val="center"/>
        </w:trPr>
        <w:tc>
          <w:tcPr>
            <w:tcW w:w="14060" w:type="dxa"/>
            <w:gridSpan w:val="6"/>
            <w:tcMar>
              <w:top w:w="70" w:type="dxa"/>
              <w:left w:w="90" w:type="dxa"/>
              <w:bottom w:w="70" w:type="dxa"/>
              <w:right w:w="90" w:type="dxa"/>
            </w:tcMar>
            <w:vAlign w:val="center"/>
          </w:tcPr>
          <w:p w14:paraId="6C1870B1" w14:textId="77777777" w:rsidR="00302D64" w:rsidRDefault="00302D64"/>
          <w:p w14:paraId="00A814B7" w14:textId="77777777" w:rsidR="00302D64" w:rsidRDefault="00000000">
            <w:pPr>
              <w:spacing w:line="245" w:lineRule="auto"/>
            </w:pPr>
            <w:r>
              <w:rPr>
                <w:b/>
                <w:color w:val="000000"/>
                <w:sz w:val="17"/>
              </w:rPr>
              <w:t xml:space="preserve">KNJIŽEVNO IZHODIŠČE IN MOTIV: </w:t>
            </w:r>
            <w:r>
              <w:rPr>
                <w:color w:val="000000"/>
                <w:sz w:val="17"/>
              </w:rPr>
              <w:t>»Bobek in barčica« – Anja Štefan • NADALJEVANJE • orientacija, načrt poti, morje in varno raziskovanje obale</w:t>
            </w:r>
          </w:p>
        </w:tc>
      </w:tr>
      <w:tr w:rsidR="00302D64" w14:paraId="549315F6" w14:textId="77777777">
        <w:trPr>
          <w:cantSplit/>
          <w:jc w:val="center"/>
        </w:trPr>
        <w:tc>
          <w:tcPr>
            <w:tcW w:w="14060" w:type="dxa"/>
            <w:gridSpan w:val="6"/>
            <w:tcMar>
              <w:top w:w="70" w:type="dxa"/>
              <w:left w:w="90" w:type="dxa"/>
              <w:bottom w:w="70" w:type="dxa"/>
              <w:right w:w="90" w:type="dxa"/>
            </w:tcMar>
            <w:vAlign w:val="center"/>
          </w:tcPr>
          <w:p w14:paraId="73570878" w14:textId="77777777" w:rsidR="00302D64" w:rsidRDefault="00302D64"/>
          <w:p w14:paraId="6CECD422" w14:textId="77777777" w:rsidR="00302D64" w:rsidRDefault="00000000">
            <w:pPr>
              <w:spacing w:line="245" w:lineRule="auto"/>
            </w:pPr>
            <w:r>
              <w:rPr>
                <w:b/>
                <w:color w:val="000000"/>
                <w:sz w:val="17"/>
              </w:rPr>
              <w:t xml:space="preserve">UČNE ENOTE: </w:t>
            </w:r>
            <w:r>
              <w:rPr>
                <w:color w:val="000000"/>
                <w:sz w:val="17"/>
              </w:rPr>
              <w:t>1. ura – Načrt razreda in pot • 2. ura – Orientacijska raziskovalna pot</w:t>
            </w:r>
          </w:p>
        </w:tc>
      </w:tr>
      <w:tr w:rsidR="00302D64" w14:paraId="6870926B" w14:textId="77777777">
        <w:trPr>
          <w:cantSplit/>
          <w:jc w:val="center"/>
        </w:trPr>
        <w:tc>
          <w:tcPr>
            <w:tcW w:w="14060" w:type="dxa"/>
            <w:gridSpan w:val="6"/>
            <w:tcMar>
              <w:top w:w="70" w:type="dxa"/>
              <w:left w:w="90" w:type="dxa"/>
              <w:bottom w:w="70" w:type="dxa"/>
              <w:right w:w="90" w:type="dxa"/>
            </w:tcMar>
            <w:vAlign w:val="center"/>
          </w:tcPr>
          <w:p w14:paraId="29BE50B7" w14:textId="77777777" w:rsidR="00302D64" w:rsidRDefault="00302D64"/>
          <w:p w14:paraId="052B47DD"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6C6E676D" w14:textId="77777777">
        <w:trPr>
          <w:cantSplit/>
          <w:jc w:val="center"/>
        </w:trPr>
        <w:tc>
          <w:tcPr>
            <w:tcW w:w="14060" w:type="dxa"/>
            <w:gridSpan w:val="6"/>
            <w:tcMar>
              <w:top w:w="70" w:type="dxa"/>
              <w:left w:w="90" w:type="dxa"/>
              <w:bottom w:w="70" w:type="dxa"/>
              <w:right w:w="90" w:type="dxa"/>
            </w:tcMar>
            <w:vAlign w:val="center"/>
          </w:tcPr>
          <w:p w14:paraId="41AE085C" w14:textId="77777777" w:rsidR="00302D64" w:rsidRDefault="00302D64"/>
          <w:p w14:paraId="4C838411"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5A5311D8" w14:textId="77777777">
        <w:trPr>
          <w:cantSplit/>
          <w:jc w:val="center"/>
        </w:trPr>
        <w:tc>
          <w:tcPr>
            <w:tcW w:w="14060" w:type="dxa"/>
            <w:gridSpan w:val="6"/>
            <w:tcMar>
              <w:top w:w="70" w:type="dxa"/>
              <w:left w:w="90" w:type="dxa"/>
              <w:bottom w:w="70" w:type="dxa"/>
              <w:right w:w="90" w:type="dxa"/>
            </w:tcMar>
            <w:vAlign w:val="center"/>
          </w:tcPr>
          <w:p w14:paraId="6282A5F9" w14:textId="77777777" w:rsidR="00302D64" w:rsidRDefault="00302D64"/>
          <w:p w14:paraId="49263885"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75F445A6" w14:textId="77777777">
        <w:trPr>
          <w:cantSplit/>
          <w:jc w:val="center"/>
        </w:trPr>
        <w:tc>
          <w:tcPr>
            <w:tcW w:w="14060" w:type="dxa"/>
            <w:gridSpan w:val="6"/>
            <w:tcMar>
              <w:top w:w="70" w:type="dxa"/>
              <w:left w:w="90" w:type="dxa"/>
              <w:bottom w:w="70" w:type="dxa"/>
              <w:right w:w="90" w:type="dxa"/>
            </w:tcMar>
            <w:vAlign w:val="center"/>
          </w:tcPr>
          <w:p w14:paraId="3FE068E8" w14:textId="77777777" w:rsidR="00302D64" w:rsidRDefault="00302D64"/>
          <w:p w14:paraId="1F25532A" w14:textId="77777777" w:rsidR="00302D64" w:rsidRDefault="00000000">
            <w:pPr>
              <w:spacing w:line="245" w:lineRule="auto"/>
            </w:pPr>
            <w:r>
              <w:rPr>
                <w:b/>
                <w:color w:val="000000"/>
                <w:sz w:val="17"/>
              </w:rPr>
              <w:t xml:space="preserve">MEDPREDMETNE POVEZAVE: </w:t>
            </w:r>
            <w:r>
              <w:rPr>
                <w:color w:val="000000"/>
                <w:sz w:val="17"/>
              </w:rPr>
              <w:t>MAT – orientacija in prostorski odnosi; ŠPO – orientacijska pot; SLJ – navodilo; LUM – obris in znak</w:t>
            </w:r>
          </w:p>
        </w:tc>
      </w:tr>
      <w:tr w:rsidR="00302D64" w14:paraId="485E4EA6" w14:textId="77777777">
        <w:trPr>
          <w:cantSplit/>
          <w:jc w:val="center"/>
        </w:trPr>
        <w:tc>
          <w:tcPr>
            <w:tcW w:w="14060" w:type="dxa"/>
            <w:gridSpan w:val="6"/>
            <w:tcMar>
              <w:top w:w="70" w:type="dxa"/>
              <w:left w:w="90" w:type="dxa"/>
              <w:bottom w:w="70" w:type="dxa"/>
              <w:right w:w="90" w:type="dxa"/>
            </w:tcMar>
            <w:vAlign w:val="center"/>
          </w:tcPr>
          <w:p w14:paraId="3720F7E0" w14:textId="77777777" w:rsidR="00302D64" w:rsidRDefault="00302D64"/>
          <w:p w14:paraId="06D22EE9" w14:textId="77777777" w:rsidR="00302D64" w:rsidRDefault="00000000">
            <w:pPr>
              <w:spacing w:line="245" w:lineRule="auto"/>
            </w:pPr>
            <w:r>
              <w:rPr>
                <w:b/>
                <w:color w:val="000000"/>
                <w:sz w:val="17"/>
              </w:rPr>
              <w:t xml:space="preserve">UČNA SREDSTVA IN PRIPOMOČKI: </w:t>
            </w:r>
            <w:r>
              <w:rPr>
                <w:color w:val="000000"/>
                <w:sz w:val="17"/>
              </w:rPr>
              <w:t>Bobek in barčica, preprost načrt razreda/okolice, kartice znakov, stožci, vrvice, fotografije orientacijskih točk, podloge in svinčniki</w:t>
            </w:r>
          </w:p>
        </w:tc>
      </w:tr>
      <w:tr w:rsidR="00302D64" w14:paraId="4A873967" w14:textId="77777777">
        <w:trPr>
          <w:cantSplit/>
          <w:jc w:val="center"/>
        </w:trPr>
        <w:tc>
          <w:tcPr>
            <w:tcW w:w="14060" w:type="dxa"/>
            <w:gridSpan w:val="6"/>
            <w:tcMar>
              <w:top w:w="70" w:type="dxa"/>
              <w:left w:w="90" w:type="dxa"/>
              <w:bottom w:w="70" w:type="dxa"/>
              <w:right w:w="90" w:type="dxa"/>
            </w:tcMar>
            <w:vAlign w:val="center"/>
          </w:tcPr>
          <w:p w14:paraId="64FC245F" w14:textId="77777777" w:rsidR="00302D64" w:rsidRDefault="00302D64"/>
          <w:p w14:paraId="380C4A32"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3092A400" w14:textId="77777777">
        <w:trPr>
          <w:cantSplit/>
          <w:jc w:val="center"/>
        </w:trPr>
        <w:tc>
          <w:tcPr>
            <w:tcW w:w="14060" w:type="dxa"/>
            <w:gridSpan w:val="6"/>
            <w:tcMar>
              <w:top w:w="70" w:type="dxa"/>
              <w:left w:w="90" w:type="dxa"/>
              <w:bottom w:w="70" w:type="dxa"/>
              <w:right w:w="90" w:type="dxa"/>
            </w:tcMar>
            <w:vAlign w:val="center"/>
          </w:tcPr>
          <w:p w14:paraId="40B20B12" w14:textId="77777777" w:rsidR="00302D64" w:rsidRDefault="00302D64"/>
          <w:p w14:paraId="095F858A" w14:textId="77777777" w:rsidR="00302D64" w:rsidRDefault="00000000">
            <w:pPr>
              <w:spacing w:line="245" w:lineRule="auto"/>
            </w:pPr>
            <w:r>
              <w:rPr>
                <w:b/>
                <w:color w:val="000000"/>
                <w:sz w:val="16"/>
              </w:rPr>
              <w:t xml:space="preserve">OCENJEVANJE / DAN DEJAVNOSTI: </w:t>
            </w:r>
            <w:r>
              <w:rPr>
                <w:color w:val="000000"/>
                <w:sz w:val="16"/>
              </w:rPr>
              <w:t>NARAVOSLOVNI DAN</w:t>
            </w:r>
          </w:p>
        </w:tc>
      </w:tr>
      <w:tr w:rsidR="00302D64" w14:paraId="6807811B" w14:textId="77777777">
        <w:trPr>
          <w:cantSplit/>
          <w:jc w:val="center"/>
        </w:trPr>
        <w:tc>
          <w:tcPr>
            <w:tcW w:w="14060" w:type="dxa"/>
            <w:gridSpan w:val="6"/>
            <w:tcMar>
              <w:top w:w="70" w:type="dxa"/>
              <w:left w:w="90" w:type="dxa"/>
              <w:bottom w:w="70" w:type="dxa"/>
              <w:right w:w="90" w:type="dxa"/>
            </w:tcMar>
            <w:vAlign w:val="center"/>
          </w:tcPr>
          <w:p w14:paraId="04AA5591" w14:textId="77777777" w:rsidR="00302D64" w:rsidRDefault="00302D64"/>
          <w:p w14:paraId="15A14CAF" w14:textId="77777777" w:rsidR="00302D64" w:rsidRDefault="00000000">
            <w:pPr>
              <w:spacing w:line="245" w:lineRule="auto"/>
            </w:pPr>
            <w:r>
              <w:rPr>
                <w:b/>
                <w:color w:val="000000"/>
                <w:sz w:val="16"/>
              </w:rPr>
              <w:t xml:space="preserve">VARNOST: </w:t>
            </w:r>
            <w:r>
              <w:rPr>
                <w:color w:val="000000"/>
                <w:sz w:val="16"/>
              </w:rPr>
              <w:t>Terenska pot je predhodno pregledana; ob vodi veljajo stroga pravila razdalje, skupine in spremljevalcev.</w:t>
            </w:r>
          </w:p>
        </w:tc>
      </w:tr>
    </w:tbl>
    <w:p w14:paraId="02F0D71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826574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C78E8A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82DB5C" w14:textId="77777777" w:rsidR="00302D64" w:rsidRDefault="00000000">
            <w:pPr>
              <w:jc w:val="center"/>
            </w:pPr>
            <w:r>
              <w:rPr>
                <w:b/>
                <w:color w:val="000000"/>
                <w:sz w:val="20"/>
              </w:rPr>
              <w:t>UČNE DEJAVNOSTI, METODE IN FORMATIVNO SPREMLJANJE</w:t>
            </w:r>
          </w:p>
        </w:tc>
      </w:tr>
      <w:tr w:rsidR="00302D64" w14:paraId="554834E2" w14:textId="77777777">
        <w:trPr>
          <w:tblHeader/>
          <w:jc w:val="center"/>
        </w:trPr>
        <w:tc>
          <w:tcPr>
            <w:tcW w:w="4422" w:type="dxa"/>
            <w:vMerge/>
            <w:tcMar>
              <w:top w:w="70" w:type="dxa"/>
              <w:left w:w="90" w:type="dxa"/>
              <w:bottom w:w="70" w:type="dxa"/>
              <w:right w:w="90" w:type="dxa"/>
            </w:tcMar>
            <w:vAlign w:val="center"/>
          </w:tcPr>
          <w:p w14:paraId="31EF0633" w14:textId="77777777" w:rsidR="00302D64" w:rsidRDefault="00302D64"/>
        </w:tc>
        <w:tc>
          <w:tcPr>
            <w:tcW w:w="7087" w:type="dxa"/>
            <w:shd w:val="clear" w:color="auto" w:fill="FFFFFF"/>
            <w:tcMar>
              <w:top w:w="70" w:type="dxa"/>
              <w:left w:w="90" w:type="dxa"/>
              <w:bottom w:w="70" w:type="dxa"/>
              <w:right w:w="90" w:type="dxa"/>
            </w:tcMar>
            <w:vAlign w:val="center"/>
          </w:tcPr>
          <w:p w14:paraId="39CDB05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2F2BCF8" w14:textId="77777777" w:rsidR="00302D64" w:rsidRDefault="00000000">
            <w:pPr>
              <w:jc w:val="center"/>
            </w:pPr>
            <w:r>
              <w:rPr>
                <w:b/>
                <w:color w:val="000000"/>
              </w:rPr>
              <w:t>UČENEC</w:t>
            </w:r>
          </w:p>
        </w:tc>
      </w:tr>
      <w:tr w:rsidR="00302D64" w14:paraId="24B938BF" w14:textId="77777777">
        <w:trPr>
          <w:jc w:val="center"/>
        </w:trPr>
        <w:tc>
          <w:tcPr>
            <w:tcW w:w="4422" w:type="dxa"/>
            <w:tcMar>
              <w:top w:w="70" w:type="dxa"/>
              <w:left w:w="90" w:type="dxa"/>
              <w:bottom w:w="70" w:type="dxa"/>
              <w:right w:w="90" w:type="dxa"/>
            </w:tcMar>
          </w:tcPr>
          <w:p w14:paraId="4E21A42F" w14:textId="77777777" w:rsidR="00302D64" w:rsidRDefault="00302D64"/>
          <w:p w14:paraId="7BA46FFE" w14:textId="77777777" w:rsidR="00302D64" w:rsidRDefault="00000000">
            <w:pPr>
              <w:spacing w:after="60" w:line="245" w:lineRule="auto"/>
            </w:pPr>
            <w:r>
              <w:rPr>
                <w:b/>
                <w:color w:val="000000"/>
              </w:rPr>
              <w:t>UČNI CILJI</w:t>
            </w:r>
          </w:p>
          <w:p w14:paraId="6E696A11" w14:textId="77777777" w:rsidR="00302D64" w:rsidRDefault="00000000">
            <w:pPr>
              <w:spacing w:after="20" w:line="245" w:lineRule="auto"/>
            </w:pPr>
            <w:r>
              <w:rPr>
                <w:b/>
                <w:color w:val="000000"/>
                <w:sz w:val="17"/>
              </w:rPr>
              <w:t>SPLOŠNI</w:t>
            </w:r>
          </w:p>
          <w:p w14:paraId="5D1705AF" w14:textId="77777777" w:rsidR="00302D64" w:rsidRDefault="00000000">
            <w:pPr>
              <w:pStyle w:val="Oznaenseznam"/>
              <w:spacing w:after="16"/>
            </w:pPr>
            <w:r>
              <w:rPr>
                <w:color w:val="000000"/>
                <w:sz w:val="16"/>
              </w:rPr>
              <w:t>razvija radovednost ter sistematično opazuje, primerja, razvršča in sporoča ugotovitve</w:t>
            </w:r>
          </w:p>
          <w:p w14:paraId="5741FFFC" w14:textId="77777777" w:rsidR="00302D64" w:rsidRDefault="00000000">
            <w:pPr>
              <w:pStyle w:val="Oznaenseznam"/>
              <w:spacing w:after="16"/>
            </w:pPr>
            <w:r>
              <w:rPr>
                <w:color w:val="000000"/>
                <w:sz w:val="16"/>
              </w:rPr>
              <w:t>sodeluje, posluša druge in svoja opažanja izraža na razvojno primeren način</w:t>
            </w:r>
          </w:p>
          <w:p w14:paraId="1A065897" w14:textId="77777777" w:rsidR="00302D64" w:rsidRDefault="00000000">
            <w:pPr>
              <w:pStyle w:val="Oznaenseznam"/>
              <w:spacing w:after="16"/>
            </w:pPr>
            <w:r>
              <w:rPr>
                <w:color w:val="000000"/>
                <w:sz w:val="16"/>
              </w:rPr>
              <w:t>ravna varno, odgovorno in skrbno do sebe, drugih ter okolja</w:t>
            </w:r>
          </w:p>
          <w:p w14:paraId="00815DDE" w14:textId="77777777" w:rsidR="00302D64" w:rsidRDefault="00000000">
            <w:pPr>
              <w:pStyle w:val="Oznaenseznam"/>
              <w:spacing w:after="16"/>
            </w:pPr>
            <w:r>
              <w:rPr>
                <w:color w:val="000000"/>
                <w:sz w:val="16"/>
              </w:rPr>
              <w:t>ob kriterijih spremlja svoje učenje in sprejema opisno povratno informacijo</w:t>
            </w:r>
          </w:p>
          <w:p w14:paraId="7DFACC49" w14:textId="77777777" w:rsidR="00302D64" w:rsidRDefault="00000000">
            <w:pPr>
              <w:spacing w:before="40" w:after="20" w:line="245" w:lineRule="auto"/>
            </w:pPr>
            <w:r>
              <w:rPr>
                <w:b/>
                <w:color w:val="000000"/>
                <w:sz w:val="17"/>
              </w:rPr>
              <w:t>OPERATIVNI</w:t>
            </w:r>
          </w:p>
          <w:p w14:paraId="197C0708" w14:textId="77777777" w:rsidR="00302D64" w:rsidRDefault="00000000">
            <w:pPr>
              <w:pStyle w:val="Oznaenseznam"/>
              <w:spacing w:after="16"/>
            </w:pPr>
            <w:r>
              <w:rPr>
                <w:color w:val="000000"/>
                <w:sz w:val="16"/>
              </w:rPr>
              <w:t>se orientira v znanem okolju</w:t>
            </w:r>
          </w:p>
          <w:p w14:paraId="46267C52" w14:textId="77777777" w:rsidR="00302D64" w:rsidRDefault="00000000">
            <w:pPr>
              <w:pStyle w:val="Oznaenseznam"/>
              <w:spacing w:after="16"/>
            </w:pPr>
            <w:r>
              <w:rPr>
                <w:color w:val="000000"/>
                <w:sz w:val="16"/>
              </w:rPr>
              <w:t>sledi preprostemu načrtu</w:t>
            </w:r>
          </w:p>
          <w:p w14:paraId="4D7C3B64" w14:textId="77777777" w:rsidR="00302D64" w:rsidRDefault="00000000">
            <w:pPr>
              <w:pStyle w:val="Oznaenseznam"/>
              <w:spacing w:after="16"/>
            </w:pPr>
            <w:r>
              <w:rPr>
                <w:color w:val="000000"/>
                <w:sz w:val="16"/>
              </w:rPr>
              <w:t>uporablja dogovorjene znake</w:t>
            </w:r>
          </w:p>
          <w:p w14:paraId="31FF50DB" w14:textId="77777777" w:rsidR="00302D64" w:rsidRDefault="00000000">
            <w:pPr>
              <w:spacing w:before="40" w:after="20" w:line="245" w:lineRule="auto"/>
            </w:pPr>
            <w:r>
              <w:rPr>
                <w:b/>
                <w:color w:val="000000"/>
                <w:sz w:val="17"/>
              </w:rPr>
              <w:t>PRIČAKOVANI DOSEŽKI / STANDARDI</w:t>
            </w:r>
          </w:p>
          <w:p w14:paraId="2ACDC01F" w14:textId="77777777" w:rsidR="00302D64" w:rsidRDefault="00000000">
            <w:pPr>
              <w:pStyle w:val="Oznaenseznam"/>
              <w:spacing w:after="16"/>
            </w:pPr>
            <w:r>
              <w:rPr>
                <w:color w:val="000000"/>
                <w:sz w:val="16"/>
              </w:rPr>
              <w:t>ob konkretni ali slikovni opori se orientira v znanem okolju</w:t>
            </w:r>
          </w:p>
          <w:p w14:paraId="32502195" w14:textId="77777777" w:rsidR="00302D64" w:rsidRDefault="00000000">
            <w:pPr>
              <w:pStyle w:val="Oznaenseznam"/>
              <w:spacing w:after="16"/>
            </w:pPr>
            <w:r>
              <w:rPr>
                <w:color w:val="000000"/>
                <w:sz w:val="16"/>
              </w:rPr>
              <w:t>ob konkretni ali slikovni opori sledi preprostemu načrtu</w:t>
            </w:r>
          </w:p>
          <w:p w14:paraId="47250D12" w14:textId="77777777" w:rsidR="00302D64" w:rsidRDefault="00000000">
            <w:pPr>
              <w:pStyle w:val="Oznaenseznam"/>
              <w:spacing w:after="16"/>
            </w:pPr>
            <w:r>
              <w:rPr>
                <w:color w:val="000000"/>
                <w:sz w:val="16"/>
              </w:rPr>
              <w:t>ob konkretni ali slikovni opori uporablja dogovorjene znake</w:t>
            </w:r>
          </w:p>
        </w:tc>
        <w:tc>
          <w:tcPr>
            <w:tcW w:w="7087" w:type="dxa"/>
            <w:tcMar>
              <w:top w:w="70" w:type="dxa"/>
              <w:left w:w="90" w:type="dxa"/>
              <w:bottom w:w="70" w:type="dxa"/>
              <w:right w:w="90" w:type="dxa"/>
            </w:tcMar>
          </w:tcPr>
          <w:p w14:paraId="7373515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9EFD1B1" w14:textId="77777777">
              <w:trPr>
                <w:jc w:val="center"/>
              </w:trPr>
              <w:tc>
                <w:tcPr>
                  <w:tcW w:w="7087" w:type="dxa"/>
                  <w:shd w:val="clear" w:color="auto" w:fill="C6E7F3"/>
                  <w:tcMar>
                    <w:top w:w="45" w:type="dxa"/>
                    <w:left w:w="70" w:type="dxa"/>
                    <w:bottom w:w="45" w:type="dxa"/>
                    <w:right w:w="70" w:type="dxa"/>
                  </w:tcMar>
                </w:tcPr>
                <w:p w14:paraId="2A055738" w14:textId="77777777" w:rsidR="00302D64" w:rsidRDefault="00000000">
                  <w:pPr>
                    <w:keepNext/>
                  </w:pPr>
                  <w:r>
                    <w:rPr>
                      <w:b/>
                      <w:color w:val="000000"/>
                    </w:rPr>
                    <w:t>UVODNI DEL – motivacija, aktivacija predznanja in namen učenja (15–20 min)</w:t>
                  </w:r>
                </w:p>
              </w:tc>
            </w:tr>
          </w:tbl>
          <w:p w14:paraId="704C3EAD" w14:textId="77777777" w:rsidR="00302D64" w:rsidRDefault="00302D64">
            <w:pPr>
              <w:spacing w:line="20" w:lineRule="exact"/>
            </w:pPr>
          </w:p>
          <w:p w14:paraId="380D68B6" w14:textId="77777777" w:rsidR="00302D64" w:rsidRDefault="00000000">
            <w:pPr>
              <w:spacing w:before="40" w:after="60" w:line="245" w:lineRule="auto"/>
            </w:pPr>
            <w:r>
              <w:rPr>
                <w:color w:val="000000"/>
                <w:sz w:val="17"/>
              </w:rPr>
              <w:t>Bobek želi z barčico do obale, vendar potrebuje načrt in zanesljive znake. Učenci primerjajo pogled od zgoraj z resničnim prostorom.</w:t>
            </w:r>
          </w:p>
          <w:tbl>
            <w:tblPr>
              <w:tblStyle w:val="Tabelamrea"/>
              <w:tblW w:w="0" w:type="auto"/>
              <w:jc w:val="center"/>
              <w:tblLayout w:type="fixed"/>
              <w:tblLook w:val="04A0" w:firstRow="1" w:lastRow="0" w:firstColumn="1" w:lastColumn="0" w:noHBand="0" w:noVBand="1"/>
            </w:tblPr>
            <w:tblGrid>
              <w:gridCol w:w="7087"/>
            </w:tblGrid>
            <w:tr w:rsidR="00302D64" w14:paraId="6C15460A" w14:textId="77777777">
              <w:trPr>
                <w:jc w:val="center"/>
              </w:trPr>
              <w:tc>
                <w:tcPr>
                  <w:tcW w:w="7087" w:type="dxa"/>
                  <w:shd w:val="clear" w:color="auto" w:fill="EDC9EA"/>
                  <w:tcMar>
                    <w:top w:w="45" w:type="dxa"/>
                    <w:left w:w="70" w:type="dxa"/>
                    <w:bottom w:w="45" w:type="dxa"/>
                    <w:right w:w="70" w:type="dxa"/>
                  </w:tcMar>
                </w:tcPr>
                <w:p w14:paraId="7576DD50" w14:textId="77777777" w:rsidR="00302D64" w:rsidRDefault="00000000">
                  <w:pPr>
                    <w:keepNext/>
                  </w:pPr>
                  <w:r>
                    <w:rPr>
                      <w:b/>
                      <w:color w:val="000000"/>
                    </w:rPr>
                    <w:t>NAMENI UČENJA</w:t>
                  </w:r>
                </w:p>
              </w:tc>
            </w:tr>
          </w:tbl>
          <w:p w14:paraId="072CD0C4" w14:textId="77777777" w:rsidR="00302D64" w:rsidRDefault="00302D64">
            <w:pPr>
              <w:spacing w:line="20" w:lineRule="exact"/>
            </w:pPr>
          </w:p>
          <w:p w14:paraId="5D51AEAA" w14:textId="77777777" w:rsidR="00302D64" w:rsidRDefault="00000000">
            <w:pPr>
              <w:spacing w:before="20" w:after="20" w:line="245" w:lineRule="auto"/>
            </w:pPr>
            <w:r>
              <w:rPr>
                <w:color w:val="000000"/>
                <w:sz w:val="16"/>
              </w:rPr>
              <w:t>Učimo se zato, da bomo lažje razumeli in odgovorno uporabili znanje v vsakdanjih situacijah.</w:t>
            </w:r>
          </w:p>
          <w:p w14:paraId="21A6AA31" w14:textId="77777777" w:rsidR="00302D64" w:rsidRDefault="00000000">
            <w:pPr>
              <w:pStyle w:val="Oznaenseznam"/>
              <w:spacing w:after="16"/>
            </w:pPr>
            <w:r>
              <w:rPr>
                <w:color w:val="000000"/>
                <w:sz w:val="16"/>
              </w:rPr>
              <w:t>se orientiram v znanem okolju</w:t>
            </w:r>
          </w:p>
          <w:p w14:paraId="11DBEC00" w14:textId="77777777" w:rsidR="00302D64" w:rsidRDefault="00000000">
            <w:pPr>
              <w:pStyle w:val="Oznaenseznam"/>
              <w:spacing w:after="16"/>
            </w:pPr>
            <w:r>
              <w:rPr>
                <w:color w:val="000000"/>
                <w:sz w:val="16"/>
              </w:rPr>
              <w:t>sledim preprostemu načrtu</w:t>
            </w:r>
          </w:p>
          <w:p w14:paraId="3CF97971" w14:textId="77777777" w:rsidR="00302D64" w:rsidRDefault="00000000">
            <w:pPr>
              <w:pStyle w:val="Oznaenseznam"/>
              <w:spacing w:after="16"/>
            </w:pPr>
            <w:r>
              <w:rPr>
                <w:color w:val="000000"/>
                <w:sz w:val="16"/>
              </w:rPr>
              <w:t>uporabljam dogovorjene znake</w:t>
            </w:r>
          </w:p>
          <w:tbl>
            <w:tblPr>
              <w:tblStyle w:val="Tabelamrea"/>
              <w:tblW w:w="0" w:type="auto"/>
              <w:jc w:val="center"/>
              <w:tblLayout w:type="fixed"/>
              <w:tblLook w:val="04A0" w:firstRow="1" w:lastRow="0" w:firstColumn="1" w:lastColumn="0" w:noHBand="0" w:noVBand="1"/>
            </w:tblPr>
            <w:tblGrid>
              <w:gridCol w:w="7087"/>
            </w:tblGrid>
            <w:tr w:rsidR="00302D64" w14:paraId="3595291F" w14:textId="77777777">
              <w:trPr>
                <w:jc w:val="center"/>
              </w:trPr>
              <w:tc>
                <w:tcPr>
                  <w:tcW w:w="7087" w:type="dxa"/>
                  <w:shd w:val="clear" w:color="auto" w:fill="EDC9EA"/>
                  <w:tcMar>
                    <w:top w:w="45" w:type="dxa"/>
                    <w:left w:w="70" w:type="dxa"/>
                    <w:bottom w:w="45" w:type="dxa"/>
                    <w:right w:w="70" w:type="dxa"/>
                  </w:tcMar>
                </w:tcPr>
                <w:p w14:paraId="49B4BBCB" w14:textId="77777777" w:rsidR="00302D64" w:rsidRDefault="00000000">
                  <w:pPr>
                    <w:keepNext/>
                  </w:pPr>
                  <w:r>
                    <w:rPr>
                      <w:b/>
                      <w:color w:val="000000"/>
                    </w:rPr>
                    <w:t>PREVERJANJE PREDZNANJA</w:t>
                  </w:r>
                </w:p>
              </w:tc>
            </w:tr>
          </w:tbl>
          <w:p w14:paraId="365763F4" w14:textId="77777777" w:rsidR="00302D64" w:rsidRDefault="00302D64">
            <w:pPr>
              <w:spacing w:line="20" w:lineRule="exact"/>
            </w:pPr>
          </w:p>
          <w:p w14:paraId="51A24B60" w14:textId="77777777" w:rsidR="00302D64" w:rsidRDefault="00000000">
            <w:pPr>
              <w:pStyle w:val="Oznaenseznam"/>
              <w:spacing w:after="16"/>
            </w:pPr>
            <w:r>
              <w:rPr>
                <w:color w:val="000000"/>
                <w:sz w:val="16"/>
              </w:rPr>
              <w:t>Kako na načrtu prepoznam izhodišče, pot in cilj?</w:t>
            </w:r>
          </w:p>
          <w:p w14:paraId="5A328381" w14:textId="77777777" w:rsidR="00302D64" w:rsidRDefault="00000000">
            <w:pPr>
              <w:pStyle w:val="Oznaenseznam"/>
              <w:spacing w:after="16"/>
            </w:pPr>
            <w:r>
              <w:rPr>
                <w:color w:val="000000"/>
                <w:sz w:val="16"/>
              </w:rPr>
              <w:t>Kateri znaki in orientacijske točke so v znanem okolju zanesljivi?</w:t>
            </w:r>
          </w:p>
          <w:p w14:paraId="5EEBDFB3"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CA63342" w14:textId="77777777">
              <w:trPr>
                <w:jc w:val="center"/>
              </w:trPr>
              <w:tc>
                <w:tcPr>
                  <w:tcW w:w="7087" w:type="dxa"/>
                  <w:shd w:val="clear" w:color="auto" w:fill="EDC9EA"/>
                  <w:tcMar>
                    <w:top w:w="45" w:type="dxa"/>
                    <w:left w:w="70" w:type="dxa"/>
                    <w:bottom w:w="45" w:type="dxa"/>
                    <w:right w:w="70" w:type="dxa"/>
                  </w:tcMar>
                </w:tcPr>
                <w:p w14:paraId="19F1CF30" w14:textId="77777777" w:rsidR="00302D64" w:rsidRDefault="00000000">
                  <w:pPr>
                    <w:keepNext/>
                  </w:pPr>
                  <w:r>
                    <w:rPr>
                      <w:b/>
                      <w:color w:val="000000"/>
                    </w:rPr>
                    <w:t>KRITERIJI USPEŠNOSTI</w:t>
                  </w:r>
                </w:p>
              </w:tc>
            </w:tr>
          </w:tbl>
          <w:p w14:paraId="3F096E7A" w14:textId="77777777" w:rsidR="00302D64" w:rsidRDefault="00302D64"/>
          <w:p w14:paraId="67E00FC4" w14:textId="77777777" w:rsidR="00302D64" w:rsidRDefault="00000000">
            <w:pPr>
              <w:spacing w:before="20" w:after="20" w:line="245" w:lineRule="auto"/>
            </w:pPr>
            <w:r>
              <w:rPr>
                <w:b/>
                <w:color w:val="000000"/>
                <w:sz w:val="16"/>
              </w:rPr>
              <w:t>Uspešen/-na bom, ko:</w:t>
            </w:r>
          </w:p>
          <w:p w14:paraId="19C9BD0E" w14:textId="77777777" w:rsidR="00302D64" w:rsidRDefault="00000000">
            <w:pPr>
              <w:pStyle w:val="Oznaenseznam"/>
              <w:spacing w:after="16"/>
            </w:pPr>
            <w:r>
              <w:rPr>
                <w:color w:val="000000"/>
                <w:sz w:val="16"/>
              </w:rPr>
              <w:t>se orientiram v znanem okolju</w:t>
            </w:r>
          </w:p>
          <w:p w14:paraId="6B66764F" w14:textId="77777777" w:rsidR="00302D64" w:rsidRDefault="00000000">
            <w:pPr>
              <w:pStyle w:val="Oznaenseznam"/>
              <w:spacing w:after="16"/>
            </w:pPr>
            <w:r>
              <w:rPr>
                <w:color w:val="000000"/>
                <w:sz w:val="16"/>
              </w:rPr>
              <w:t>sledim preprostemu načrtu</w:t>
            </w:r>
          </w:p>
          <w:p w14:paraId="54D5A5B1" w14:textId="77777777" w:rsidR="00302D64" w:rsidRDefault="00000000">
            <w:pPr>
              <w:pStyle w:val="Oznaenseznam"/>
              <w:spacing w:after="16"/>
            </w:pPr>
            <w:r>
              <w:rPr>
                <w:color w:val="000000"/>
                <w:sz w:val="16"/>
              </w:rPr>
              <w:t>uporabljam dogovorjene znake</w:t>
            </w:r>
          </w:p>
          <w:p w14:paraId="23424DD8"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41B12971" w14:textId="77777777" w:rsidR="00302D64" w:rsidRDefault="00302D64"/>
          <w:p w14:paraId="448FA2F3" w14:textId="77777777" w:rsidR="00302D64" w:rsidRDefault="00000000">
            <w:pPr>
              <w:spacing w:after="80" w:line="245" w:lineRule="auto"/>
            </w:pPr>
            <w:r>
              <w:rPr>
                <w:color w:val="000000"/>
                <w:sz w:val="16"/>
              </w:rPr>
              <w:t>Posluša ali opazuje književno oziroma predmetno izhodišče ter se vključi z gibom, sliko ali besedo.</w:t>
            </w:r>
          </w:p>
          <w:p w14:paraId="556B2861" w14:textId="77777777" w:rsidR="00302D64" w:rsidRDefault="00000000">
            <w:pPr>
              <w:spacing w:after="80" w:line="245" w:lineRule="auto"/>
            </w:pPr>
            <w:r>
              <w:rPr>
                <w:color w:val="000000"/>
                <w:sz w:val="16"/>
              </w:rPr>
              <w:t>Pove, pokaže ali nariše, kaj že ve. Posluša zamisli drugih.</w:t>
            </w:r>
          </w:p>
          <w:p w14:paraId="0AF904DB" w14:textId="77777777" w:rsidR="00302D64" w:rsidRDefault="00000000">
            <w:pPr>
              <w:spacing w:after="100" w:line="245" w:lineRule="auto"/>
            </w:pPr>
            <w:r>
              <w:rPr>
                <w:color w:val="000000"/>
                <w:sz w:val="16"/>
              </w:rPr>
              <w:t>Sodeluje pri razumevanju namenov in kriterijev uspešnosti.</w:t>
            </w:r>
          </w:p>
          <w:p w14:paraId="0E3C0374" w14:textId="77777777" w:rsidR="00302D64" w:rsidRDefault="00000000">
            <w:pPr>
              <w:spacing w:after="20" w:line="245" w:lineRule="auto"/>
            </w:pPr>
            <w:r>
              <w:rPr>
                <w:b/>
                <w:color w:val="D95BC6"/>
                <w:sz w:val="17"/>
              </w:rPr>
              <w:t>DOKAZ O UČENJU</w:t>
            </w:r>
          </w:p>
          <w:p w14:paraId="2F5D2DF7" w14:textId="77777777" w:rsidR="00302D64" w:rsidRDefault="00000000">
            <w:pPr>
              <w:spacing w:after="30" w:line="245" w:lineRule="auto"/>
            </w:pPr>
            <w:r>
              <w:rPr>
                <w:color w:val="D95BC6"/>
                <w:sz w:val="16"/>
              </w:rPr>
              <w:t>začetna zamisel, razvrstitev, risba ali ustni odgovor</w:t>
            </w:r>
          </w:p>
        </w:tc>
      </w:tr>
    </w:tbl>
    <w:p w14:paraId="70C2ACF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BFCBF6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7722E5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68727B" w14:textId="77777777" w:rsidR="00302D64" w:rsidRDefault="00000000">
            <w:pPr>
              <w:jc w:val="center"/>
            </w:pPr>
            <w:r>
              <w:rPr>
                <w:b/>
                <w:color w:val="000000"/>
                <w:sz w:val="20"/>
              </w:rPr>
              <w:t>UČNE DEJAVNOSTI, METODE IN FORMATIVNO SPREMLJANJE</w:t>
            </w:r>
          </w:p>
        </w:tc>
      </w:tr>
      <w:tr w:rsidR="00302D64" w14:paraId="5092FBC4" w14:textId="77777777">
        <w:trPr>
          <w:tblHeader/>
          <w:jc w:val="center"/>
        </w:trPr>
        <w:tc>
          <w:tcPr>
            <w:tcW w:w="4422" w:type="dxa"/>
            <w:vMerge/>
            <w:tcMar>
              <w:top w:w="70" w:type="dxa"/>
              <w:left w:w="90" w:type="dxa"/>
              <w:bottom w:w="70" w:type="dxa"/>
              <w:right w:w="90" w:type="dxa"/>
            </w:tcMar>
            <w:vAlign w:val="center"/>
          </w:tcPr>
          <w:p w14:paraId="1A47FA2F" w14:textId="77777777" w:rsidR="00302D64" w:rsidRDefault="00302D64"/>
        </w:tc>
        <w:tc>
          <w:tcPr>
            <w:tcW w:w="7087" w:type="dxa"/>
            <w:shd w:val="clear" w:color="auto" w:fill="FFFFFF"/>
            <w:tcMar>
              <w:top w:w="70" w:type="dxa"/>
              <w:left w:w="90" w:type="dxa"/>
              <w:bottom w:w="70" w:type="dxa"/>
              <w:right w:w="90" w:type="dxa"/>
            </w:tcMar>
            <w:vAlign w:val="center"/>
          </w:tcPr>
          <w:p w14:paraId="5655AB26"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93B4FC" w14:textId="77777777" w:rsidR="00302D64" w:rsidRDefault="00000000">
            <w:pPr>
              <w:jc w:val="center"/>
            </w:pPr>
            <w:r>
              <w:rPr>
                <w:b/>
                <w:color w:val="000000"/>
              </w:rPr>
              <w:t>UČENEC</w:t>
            </w:r>
          </w:p>
        </w:tc>
      </w:tr>
      <w:tr w:rsidR="00302D64" w14:paraId="0479D3F6" w14:textId="77777777">
        <w:trPr>
          <w:jc w:val="center"/>
        </w:trPr>
        <w:tc>
          <w:tcPr>
            <w:tcW w:w="4422" w:type="dxa"/>
            <w:tcMar>
              <w:top w:w="70" w:type="dxa"/>
              <w:left w:w="90" w:type="dxa"/>
              <w:bottom w:w="70" w:type="dxa"/>
              <w:right w:w="90" w:type="dxa"/>
            </w:tcMar>
          </w:tcPr>
          <w:p w14:paraId="31D16E56" w14:textId="77777777" w:rsidR="00302D64" w:rsidRDefault="00302D64"/>
          <w:p w14:paraId="4A82B4CE" w14:textId="77777777" w:rsidR="00302D64" w:rsidRDefault="00000000">
            <w:pPr>
              <w:spacing w:after="40" w:line="245" w:lineRule="auto"/>
            </w:pPr>
            <w:r>
              <w:rPr>
                <w:b/>
                <w:color w:val="000000"/>
              </w:rPr>
              <w:t>KLJUČNI POJMI</w:t>
            </w:r>
          </w:p>
          <w:p w14:paraId="135F1B54" w14:textId="77777777" w:rsidR="00302D64" w:rsidRDefault="00000000">
            <w:pPr>
              <w:spacing w:after="80" w:line="245" w:lineRule="auto"/>
            </w:pPr>
            <w:r>
              <w:rPr>
                <w:color w:val="000000"/>
                <w:sz w:val="16"/>
              </w:rPr>
              <w:t>načrt, pogled od zgoraj, obris, znak, legenda, izhodišče, pot, cilj, orientacijska točka, levo, desno</w:t>
            </w:r>
          </w:p>
          <w:p w14:paraId="42A82CD9" w14:textId="77777777" w:rsidR="00302D64" w:rsidRDefault="00000000">
            <w:pPr>
              <w:spacing w:after="20" w:line="245" w:lineRule="auto"/>
            </w:pPr>
            <w:r>
              <w:rPr>
                <w:b/>
                <w:color w:val="000000"/>
              </w:rPr>
              <w:t>DOKAZI O UČENJU</w:t>
            </w:r>
          </w:p>
          <w:p w14:paraId="48CD57AC" w14:textId="77777777" w:rsidR="00302D64" w:rsidRDefault="00000000">
            <w:pPr>
              <w:pStyle w:val="Oznaenseznam"/>
              <w:spacing w:after="16"/>
            </w:pPr>
            <w:r>
              <w:rPr>
                <w:color w:val="000000"/>
                <w:sz w:val="16"/>
              </w:rPr>
              <w:t>pravilno izvedena in vrisana pot</w:t>
            </w:r>
          </w:p>
          <w:p w14:paraId="08A94F55" w14:textId="77777777" w:rsidR="00302D64" w:rsidRDefault="00000000">
            <w:pPr>
              <w:pStyle w:val="Oznaenseznam"/>
              <w:spacing w:after="16"/>
            </w:pPr>
            <w:r>
              <w:rPr>
                <w:color w:val="000000"/>
                <w:sz w:val="16"/>
              </w:rPr>
              <w:t>izpolnjen orientacijski list in razlaga</w:t>
            </w:r>
          </w:p>
          <w:p w14:paraId="62552E4B" w14:textId="77777777" w:rsidR="00302D64" w:rsidRDefault="00000000">
            <w:pPr>
              <w:spacing w:before="40" w:after="20" w:line="245" w:lineRule="auto"/>
            </w:pPr>
            <w:r>
              <w:rPr>
                <w:b/>
                <w:color w:val="000000"/>
              </w:rPr>
              <w:t>MEDPREDMETNA POVEZAVA</w:t>
            </w:r>
          </w:p>
          <w:p w14:paraId="78DDD8D9" w14:textId="77777777" w:rsidR="00302D64" w:rsidRDefault="00000000">
            <w:pPr>
              <w:spacing w:after="60" w:line="245" w:lineRule="auto"/>
            </w:pPr>
            <w:r>
              <w:rPr>
                <w:color w:val="000000"/>
                <w:sz w:val="16"/>
              </w:rPr>
              <w:t>MAT – orientacija in prostorski odnosi; ŠPO – orientacijska pot; SLJ – navodilo; LUM – obris in znak</w:t>
            </w:r>
          </w:p>
          <w:p w14:paraId="71D4E25B" w14:textId="77777777" w:rsidR="00302D64" w:rsidRDefault="00000000">
            <w:pPr>
              <w:spacing w:after="20" w:line="245" w:lineRule="auto"/>
            </w:pPr>
            <w:r>
              <w:rPr>
                <w:b/>
                <w:color w:val="000000"/>
              </w:rPr>
              <w:t>POUČEVANJE V GIBANJU</w:t>
            </w:r>
          </w:p>
          <w:p w14:paraId="0EFCC20F"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1AD7CD0" w14:textId="77777777" w:rsidR="00302D64" w:rsidRDefault="00000000">
            <w:pPr>
              <w:spacing w:after="20" w:line="245" w:lineRule="auto"/>
            </w:pPr>
            <w:r>
              <w:rPr>
                <w:b/>
                <w:color w:val="000000"/>
              </w:rPr>
              <w:t>UČENJE PO ŠTIRIH POSTAJAH</w:t>
            </w:r>
          </w:p>
          <w:p w14:paraId="4799F65A"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788CBCC6" w14:textId="77777777" w:rsidR="00302D64" w:rsidRDefault="00000000">
            <w:pPr>
              <w:spacing w:after="20" w:line="245" w:lineRule="auto"/>
            </w:pPr>
            <w:r>
              <w:rPr>
                <w:b/>
                <w:color w:val="000000"/>
              </w:rPr>
              <w:t>DIFERENCIACIJA IN VKLJUČEVANJE</w:t>
            </w:r>
          </w:p>
          <w:p w14:paraId="4A32EF37" w14:textId="77777777" w:rsidR="00302D64" w:rsidRDefault="00000000">
            <w:pPr>
              <w:spacing w:after="60" w:line="245" w:lineRule="auto"/>
            </w:pPr>
            <w:r>
              <w:rPr>
                <w:color w:val="000000"/>
                <w:sz w:val="16"/>
              </w:rPr>
              <w:t>Pot je krajša in označena z barvo; učenec dela z vrstnikom; naprednejši doda znak v legendo in pripravi navodilo za drugo skupino.</w:t>
            </w:r>
          </w:p>
          <w:p w14:paraId="1F0FF16A" w14:textId="77777777" w:rsidR="00302D64" w:rsidRDefault="00000000">
            <w:pPr>
              <w:spacing w:after="20" w:line="245" w:lineRule="auto"/>
            </w:pPr>
            <w:r>
              <w:rPr>
                <w:b/>
                <w:color w:val="000000"/>
              </w:rPr>
              <w:t>SPREMLJANJE</w:t>
            </w:r>
          </w:p>
          <w:p w14:paraId="41AD4095"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E935C2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E578A9E" w14:textId="77777777">
              <w:trPr>
                <w:jc w:val="center"/>
              </w:trPr>
              <w:tc>
                <w:tcPr>
                  <w:tcW w:w="7087" w:type="dxa"/>
                  <w:shd w:val="clear" w:color="auto" w:fill="C6E7F3"/>
                  <w:tcMar>
                    <w:top w:w="45" w:type="dxa"/>
                    <w:left w:w="70" w:type="dxa"/>
                    <w:bottom w:w="45" w:type="dxa"/>
                    <w:right w:w="70" w:type="dxa"/>
                  </w:tcMar>
                </w:tcPr>
                <w:p w14:paraId="6642738B" w14:textId="77777777" w:rsidR="00302D64" w:rsidRDefault="00000000">
                  <w:pPr>
                    <w:keepNext/>
                  </w:pPr>
                  <w:r>
                    <w:t>GLAVNI DEL – IZKUŠENJSKO IN POSTAJNO UČENJE (2 šolski uri)</w:t>
                  </w:r>
                </w:p>
              </w:tc>
            </w:tr>
          </w:tbl>
          <w:p w14:paraId="1F6D9130" w14:textId="77777777" w:rsidR="00302D64" w:rsidRDefault="00302D64">
            <w:pPr>
              <w:spacing w:line="20" w:lineRule="exact"/>
            </w:pPr>
          </w:p>
          <w:p w14:paraId="4967A458" w14:textId="77777777" w:rsidR="00302D64" w:rsidRDefault="00000000">
            <w:pPr>
              <w:keepNext/>
              <w:spacing w:before="60" w:after="20" w:line="245" w:lineRule="auto"/>
            </w:pPr>
            <w:r>
              <w:rPr>
                <w:b/>
                <w:color w:val="000000"/>
              </w:rPr>
              <w:t>1. URA – Načrt razreda in pot</w:t>
            </w:r>
          </w:p>
          <w:p w14:paraId="2818AFDE" w14:textId="77777777" w:rsidR="00302D64" w:rsidRDefault="00000000">
            <w:pPr>
              <w:spacing w:after="20" w:line="245" w:lineRule="auto"/>
            </w:pPr>
            <w:r>
              <w:rPr>
                <w:b/>
                <w:color w:val="000000"/>
                <w:sz w:val="16"/>
              </w:rPr>
              <w:t xml:space="preserve">Dejavnost učiteljice: </w:t>
            </w:r>
            <w:r>
              <w:rPr>
                <w:color w:val="000000"/>
                <w:sz w:val="16"/>
              </w:rPr>
              <w:t>Predmete najprej opazuje od zgoraj, uvede obris in dogovorjene znake ter pripravi preprost načrt.</w:t>
            </w:r>
          </w:p>
          <w:p w14:paraId="561FA0B4" w14:textId="77777777" w:rsidR="00302D64" w:rsidRDefault="00000000">
            <w:pPr>
              <w:spacing w:after="20" w:line="245" w:lineRule="auto"/>
            </w:pPr>
            <w:r>
              <w:rPr>
                <w:b/>
                <w:color w:val="000000"/>
                <w:sz w:val="16"/>
              </w:rPr>
              <w:t xml:space="preserve">Dejavnost učencev: </w:t>
            </w:r>
            <w:r>
              <w:rPr>
                <w:color w:val="000000"/>
                <w:sz w:val="16"/>
              </w:rPr>
              <w:t>Na načrtu poiščejo izhodišče in cilj, sledijo poti ter nato vrišejo svojo pot.</w:t>
            </w:r>
          </w:p>
          <w:p w14:paraId="1664F70E" w14:textId="77777777" w:rsidR="00302D64" w:rsidRDefault="00000000">
            <w:pPr>
              <w:spacing w:after="40" w:line="245" w:lineRule="auto"/>
            </w:pPr>
            <w:r>
              <w:rPr>
                <w:i/>
                <w:color w:val="D95BC6"/>
                <w:sz w:val="16"/>
              </w:rPr>
              <w:t>Predvideni dokaz: pravilno izvedena in vrisana pot.</w:t>
            </w:r>
          </w:p>
          <w:p w14:paraId="3A668983" w14:textId="77777777" w:rsidR="00302D64" w:rsidRDefault="00000000">
            <w:pPr>
              <w:keepNext/>
              <w:spacing w:before="60" w:after="20" w:line="245" w:lineRule="auto"/>
            </w:pPr>
            <w:r>
              <w:rPr>
                <w:b/>
                <w:color w:val="000000"/>
              </w:rPr>
              <w:t>2. URA – Orientacijska raziskovalna pot</w:t>
            </w:r>
          </w:p>
          <w:p w14:paraId="0AB62DA0" w14:textId="77777777" w:rsidR="00302D64" w:rsidRDefault="00000000">
            <w:pPr>
              <w:spacing w:after="20" w:line="245" w:lineRule="auto"/>
            </w:pPr>
            <w:r>
              <w:rPr>
                <w:b/>
                <w:color w:val="000000"/>
                <w:sz w:val="16"/>
              </w:rPr>
              <w:t xml:space="preserve">Dejavnost učiteljice: </w:t>
            </w:r>
            <w:r>
              <w:rPr>
                <w:color w:val="000000"/>
                <w:sz w:val="16"/>
              </w:rPr>
              <w:t>Na obali ali v okolici šole določi varno pot, orientacijske točke in pravila skupine.</w:t>
            </w:r>
          </w:p>
          <w:p w14:paraId="0A010E19" w14:textId="77777777" w:rsidR="00302D64" w:rsidRDefault="00000000">
            <w:pPr>
              <w:spacing w:after="20" w:line="245" w:lineRule="auto"/>
            </w:pPr>
            <w:r>
              <w:rPr>
                <w:b/>
                <w:color w:val="000000"/>
                <w:sz w:val="16"/>
              </w:rPr>
              <w:t xml:space="preserve">Dejavnost učencev: </w:t>
            </w:r>
            <w:r>
              <w:rPr>
                <w:color w:val="000000"/>
                <w:sz w:val="16"/>
              </w:rPr>
              <w:t>V paru sledijo simbolom, poiščejo točke, povežejo načrt z resničnim prostorom ter presodijo zanesljivost znaka.</w:t>
            </w:r>
          </w:p>
          <w:p w14:paraId="658686AF" w14:textId="77777777" w:rsidR="00302D64" w:rsidRDefault="00000000">
            <w:pPr>
              <w:spacing w:after="40" w:line="245" w:lineRule="auto"/>
            </w:pPr>
            <w:r>
              <w:rPr>
                <w:i/>
                <w:color w:val="D95BC6"/>
                <w:sz w:val="16"/>
              </w:rPr>
              <w:t>Predvideni dokaz: izpolnjen orientacijski list in razlaga.</w:t>
            </w:r>
          </w:p>
          <w:tbl>
            <w:tblPr>
              <w:tblStyle w:val="Tabelamrea"/>
              <w:tblW w:w="0" w:type="auto"/>
              <w:jc w:val="center"/>
              <w:tblLayout w:type="fixed"/>
              <w:tblLook w:val="04A0" w:firstRow="1" w:lastRow="0" w:firstColumn="1" w:lastColumn="0" w:noHBand="0" w:noVBand="1"/>
            </w:tblPr>
            <w:tblGrid>
              <w:gridCol w:w="7087"/>
            </w:tblGrid>
            <w:tr w:rsidR="00302D64" w14:paraId="481800E2" w14:textId="77777777">
              <w:trPr>
                <w:jc w:val="center"/>
              </w:trPr>
              <w:tc>
                <w:tcPr>
                  <w:tcW w:w="7087" w:type="dxa"/>
                  <w:shd w:val="clear" w:color="auto" w:fill="EDC9EA"/>
                  <w:tcMar>
                    <w:top w:w="45" w:type="dxa"/>
                    <w:left w:w="70" w:type="dxa"/>
                    <w:bottom w:w="45" w:type="dxa"/>
                    <w:right w:w="70" w:type="dxa"/>
                  </w:tcMar>
                </w:tcPr>
                <w:p w14:paraId="74E9CADA" w14:textId="77777777" w:rsidR="00302D64" w:rsidRDefault="00000000">
                  <w:pPr>
                    <w:keepNext/>
                  </w:pPr>
                  <w:r>
                    <w:rPr>
                      <w:b/>
                      <w:color w:val="000000"/>
                    </w:rPr>
                    <w:t>UČENJE PO ŠTIRIH POSTAJAH (6–8 min na postajo)</w:t>
                  </w:r>
                </w:p>
              </w:tc>
            </w:tr>
          </w:tbl>
          <w:p w14:paraId="5BE6C953"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3FC64C38" w14:textId="77777777" w:rsidR="00302D64" w:rsidRDefault="00000000">
            <w:pPr>
              <w:spacing w:after="20" w:line="245" w:lineRule="auto"/>
            </w:pPr>
            <w:r>
              <w:rPr>
                <w:b/>
                <w:color w:val="000000"/>
                <w:sz w:val="16"/>
              </w:rPr>
              <w:t xml:space="preserve">RAZISKOVALNA POSTAJA – Načrt razreda in pot: </w:t>
            </w:r>
            <w:r>
              <w:rPr>
                <w:color w:val="000000"/>
                <w:sz w:val="16"/>
              </w:rPr>
              <w:t>Na načrtu poiščejo izhodišče in cilj, sledijo poti ter nato vrišejo svojo pot.</w:t>
            </w:r>
          </w:p>
          <w:p w14:paraId="3566DCBB" w14:textId="77777777" w:rsidR="00302D64" w:rsidRDefault="00000000">
            <w:pPr>
              <w:spacing w:after="20" w:line="245" w:lineRule="auto"/>
            </w:pPr>
            <w:r>
              <w:rPr>
                <w:b/>
                <w:color w:val="000000"/>
                <w:sz w:val="16"/>
              </w:rPr>
              <w:t xml:space="preserve">PRAKTIČNA POSTAJA – Orientacijska raziskovalna pot: </w:t>
            </w:r>
            <w:r>
              <w:rPr>
                <w:color w:val="000000"/>
                <w:sz w:val="16"/>
              </w:rPr>
              <w:t>V paru sledijo simbolom, poiščejo točke, povežejo načrt z resničnim prostorom ter presodijo zanesljivost znaka.</w:t>
            </w:r>
          </w:p>
          <w:p w14:paraId="462ECA59"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0C159F10" w14:textId="77777777" w:rsidR="00302D64" w:rsidRDefault="00000000">
            <w:pPr>
              <w:spacing w:after="20" w:line="245" w:lineRule="auto"/>
            </w:pPr>
            <w:r>
              <w:rPr>
                <w:b/>
                <w:color w:val="000000"/>
                <w:sz w:val="16"/>
              </w:rPr>
              <w:t xml:space="preserve">POSTAJA DOKAZA IN REFLEKSIJE: </w:t>
            </w:r>
            <w:r>
              <w:rPr>
                <w:color w:val="000000"/>
                <w:sz w:val="16"/>
              </w:rPr>
              <w:t>Izberejo en dokaz (pravilno izvedena in vrisana pot, izpolnjen orientacijski list in razlaga),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41D1F29D" w14:textId="77777777">
              <w:trPr>
                <w:jc w:val="center"/>
              </w:trPr>
              <w:tc>
                <w:tcPr>
                  <w:tcW w:w="7087" w:type="dxa"/>
                  <w:shd w:val="clear" w:color="auto" w:fill="EDC9EA"/>
                  <w:tcMar>
                    <w:top w:w="45" w:type="dxa"/>
                    <w:left w:w="70" w:type="dxa"/>
                    <w:bottom w:w="45" w:type="dxa"/>
                    <w:right w:w="70" w:type="dxa"/>
                  </w:tcMar>
                </w:tcPr>
                <w:p w14:paraId="3483DD6A" w14:textId="77777777" w:rsidR="00302D64" w:rsidRDefault="00000000">
                  <w:pPr>
                    <w:keepNext/>
                  </w:pPr>
                  <w:r>
                    <w:rPr>
                      <w:b/>
                      <w:color w:val="000000"/>
                    </w:rPr>
                    <w:t>POVRATNA INFORMACIJA UČITELJICE MED DELOM</w:t>
                  </w:r>
                </w:p>
              </w:tc>
            </w:tr>
          </w:tbl>
          <w:p w14:paraId="2E555956" w14:textId="77777777" w:rsidR="00302D64" w:rsidRDefault="00302D64"/>
          <w:p w14:paraId="1B510C17"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0F498BA6" w14:textId="77777777" w:rsidR="00302D64" w:rsidRDefault="00302D64"/>
          <w:p w14:paraId="137F291D" w14:textId="77777777" w:rsidR="00302D64" w:rsidRDefault="00000000">
            <w:pPr>
              <w:spacing w:after="20" w:line="245" w:lineRule="auto"/>
            </w:pPr>
            <w:r>
              <w:rPr>
                <w:b/>
                <w:color w:val="000000"/>
                <w:sz w:val="17"/>
              </w:rPr>
              <w:t>1. URA</w:t>
            </w:r>
          </w:p>
          <w:p w14:paraId="1058EDCB" w14:textId="77777777" w:rsidR="00302D64" w:rsidRDefault="00000000">
            <w:pPr>
              <w:spacing w:after="40" w:line="245" w:lineRule="auto"/>
            </w:pPr>
            <w:r>
              <w:rPr>
                <w:color w:val="000000"/>
                <w:sz w:val="16"/>
              </w:rPr>
              <w:t>Na načrtu poiščejo izhodišče in cilj, sledijo poti ter nato vrišejo svojo pot.</w:t>
            </w:r>
          </w:p>
          <w:p w14:paraId="3EA73753" w14:textId="77777777" w:rsidR="00302D64" w:rsidRDefault="00000000">
            <w:pPr>
              <w:spacing w:line="245" w:lineRule="auto"/>
            </w:pPr>
            <w:r>
              <w:rPr>
                <w:b/>
                <w:color w:val="D95BC6"/>
                <w:sz w:val="16"/>
              </w:rPr>
              <w:t>DOKAZ</w:t>
            </w:r>
          </w:p>
          <w:p w14:paraId="300235EF" w14:textId="77777777" w:rsidR="00302D64" w:rsidRDefault="00000000">
            <w:pPr>
              <w:spacing w:after="60" w:line="245" w:lineRule="auto"/>
            </w:pPr>
            <w:r>
              <w:rPr>
                <w:color w:val="D95BC6"/>
                <w:sz w:val="16"/>
              </w:rPr>
              <w:t>pravilno izvedena in vrisana pot</w:t>
            </w:r>
          </w:p>
          <w:p w14:paraId="5FDBCFF0" w14:textId="77777777" w:rsidR="00302D64" w:rsidRDefault="00000000">
            <w:pPr>
              <w:spacing w:after="20" w:line="245" w:lineRule="auto"/>
            </w:pPr>
            <w:r>
              <w:rPr>
                <w:b/>
                <w:color w:val="000000"/>
                <w:sz w:val="17"/>
              </w:rPr>
              <w:t>2. URA</w:t>
            </w:r>
          </w:p>
          <w:p w14:paraId="0EC51A49" w14:textId="77777777" w:rsidR="00302D64" w:rsidRDefault="00000000">
            <w:pPr>
              <w:spacing w:after="40" w:line="245" w:lineRule="auto"/>
            </w:pPr>
            <w:r>
              <w:rPr>
                <w:color w:val="000000"/>
                <w:sz w:val="16"/>
              </w:rPr>
              <w:t>V paru sledijo simbolom, poiščejo točke, povežejo načrt z resničnim prostorom ter presodijo zanesljivost znaka.</w:t>
            </w:r>
          </w:p>
          <w:p w14:paraId="3A8E0BCE" w14:textId="77777777" w:rsidR="00302D64" w:rsidRDefault="00000000">
            <w:pPr>
              <w:spacing w:line="245" w:lineRule="auto"/>
            </w:pPr>
            <w:r>
              <w:rPr>
                <w:b/>
                <w:color w:val="D95BC6"/>
                <w:sz w:val="16"/>
              </w:rPr>
              <w:t>DOKAZ</w:t>
            </w:r>
          </w:p>
          <w:p w14:paraId="7667BAE5" w14:textId="77777777" w:rsidR="00302D64" w:rsidRDefault="00000000">
            <w:pPr>
              <w:spacing w:after="60" w:line="245" w:lineRule="auto"/>
            </w:pPr>
            <w:r>
              <w:rPr>
                <w:color w:val="D95BC6"/>
                <w:sz w:val="16"/>
              </w:rPr>
              <w:t>izpolnjen orientacijski list in razlaga</w:t>
            </w:r>
          </w:p>
        </w:tc>
      </w:tr>
    </w:tbl>
    <w:p w14:paraId="50C5461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753995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1E5292"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55274B2" w14:textId="77777777" w:rsidR="00302D64" w:rsidRDefault="00000000">
            <w:pPr>
              <w:jc w:val="center"/>
            </w:pPr>
            <w:r>
              <w:rPr>
                <w:b/>
                <w:color w:val="000000"/>
                <w:sz w:val="20"/>
              </w:rPr>
              <w:t>UČNE DEJAVNOSTI, METODE IN FORMATIVNO SPREMLJANJE</w:t>
            </w:r>
          </w:p>
        </w:tc>
      </w:tr>
      <w:tr w:rsidR="00302D64" w14:paraId="0FFBC185" w14:textId="77777777">
        <w:trPr>
          <w:tblHeader/>
          <w:jc w:val="center"/>
        </w:trPr>
        <w:tc>
          <w:tcPr>
            <w:tcW w:w="4422" w:type="dxa"/>
            <w:vMerge/>
            <w:tcMar>
              <w:top w:w="70" w:type="dxa"/>
              <w:left w:w="90" w:type="dxa"/>
              <w:bottom w:w="70" w:type="dxa"/>
              <w:right w:w="90" w:type="dxa"/>
            </w:tcMar>
            <w:vAlign w:val="center"/>
          </w:tcPr>
          <w:p w14:paraId="7D2EA626" w14:textId="77777777" w:rsidR="00302D64" w:rsidRDefault="00302D64"/>
        </w:tc>
        <w:tc>
          <w:tcPr>
            <w:tcW w:w="7087" w:type="dxa"/>
            <w:shd w:val="clear" w:color="auto" w:fill="FFFFFF"/>
            <w:tcMar>
              <w:top w:w="70" w:type="dxa"/>
              <w:left w:w="90" w:type="dxa"/>
              <w:bottom w:w="70" w:type="dxa"/>
              <w:right w:w="90" w:type="dxa"/>
            </w:tcMar>
            <w:vAlign w:val="center"/>
          </w:tcPr>
          <w:p w14:paraId="01A8F034"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91399B0" w14:textId="77777777" w:rsidR="00302D64" w:rsidRDefault="00000000">
            <w:pPr>
              <w:jc w:val="center"/>
            </w:pPr>
            <w:r>
              <w:rPr>
                <w:b/>
                <w:color w:val="000000"/>
              </w:rPr>
              <w:t>UČENEC</w:t>
            </w:r>
          </w:p>
        </w:tc>
      </w:tr>
      <w:tr w:rsidR="00302D64" w14:paraId="2DC16B8A" w14:textId="77777777">
        <w:trPr>
          <w:jc w:val="center"/>
        </w:trPr>
        <w:tc>
          <w:tcPr>
            <w:tcW w:w="4422" w:type="dxa"/>
            <w:tcMar>
              <w:top w:w="70" w:type="dxa"/>
              <w:left w:w="90" w:type="dxa"/>
              <w:bottom w:w="70" w:type="dxa"/>
              <w:right w:w="90" w:type="dxa"/>
            </w:tcMar>
          </w:tcPr>
          <w:p w14:paraId="483BBC52" w14:textId="77777777" w:rsidR="00302D64" w:rsidRDefault="00302D64"/>
          <w:p w14:paraId="36B467B0" w14:textId="77777777" w:rsidR="00302D64" w:rsidRDefault="00000000">
            <w:pPr>
              <w:spacing w:after="40" w:line="245" w:lineRule="auto"/>
            </w:pPr>
            <w:r>
              <w:rPr>
                <w:b/>
                <w:color w:val="000000"/>
              </w:rPr>
              <w:t>FORMATIVNO SPREMLJANJE</w:t>
            </w:r>
          </w:p>
          <w:p w14:paraId="41FA92DE" w14:textId="77777777" w:rsidR="00302D64" w:rsidRDefault="00000000">
            <w:pPr>
              <w:pStyle w:val="Oznaenseznam"/>
              <w:spacing w:after="16"/>
            </w:pPr>
            <w:r>
              <w:rPr>
                <w:color w:val="000000"/>
                <w:sz w:val="16"/>
              </w:rPr>
              <w:t>predznanje: začetni odgovor, razvrstitev ali prikaz</w:t>
            </w:r>
          </w:p>
          <w:p w14:paraId="44E136E0" w14:textId="77777777" w:rsidR="00302D64" w:rsidRDefault="00000000">
            <w:pPr>
              <w:pStyle w:val="Oznaenseznam"/>
              <w:spacing w:after="16"/>
            </w:pPr>
            <w:r>
              <w:rPr>
                <w:color w:val="000000"/>
                <w:sz w:val="16"/>
              </w:rPr>
              <w:t>dokazi med učenjem: izvedba, skica, model, opazovalni zapis ali razlaga</w:t>
            </w:r>
          </w:p>
          <w:p w14:paraId="0F02FC41" w14:textId="77777777" w:rsidR="00302D64" w:rsidRDefault="00000000">
            <w:pPr>
              <w:pStyle w:val="Oznaenseznam"/>
              <w:spacing w:after="16"/>
            </w:pPr>
            <w:r>
              <w:rPr>
                <w:color w:val="000000"/>
                <w:sz w:val="16"/>
              </w:rPr>
              <w:t>povratna informacija: konkretna, vezana na kriterij in usmerjena v naslednji korak</w:t>
            </w:r>
          </w:p>
          <w:p w14:paraId="00940B08" w14:textId="77777777" w:rsidR="00302D64" w:rsidRDefault="00000000">
            <w:pPr>
              <w:pStyle w:val="Oznaenseznam"/>
              <w:spacing w:after="16"/>
            </w:pPr>
            <w:r>
              <w:rPr>
                <w:color w:val="000000"/>
                <w:sz w:val="16"/>
              </w:rPr>
              <w:t>samovrednotenje: semafor, prsti, izbrani simbol ali kratka poved</w:t>
            </w:r>
          </w:p>
          <w:p w14:paraId="4A77D4F9" w14:textId="77777777" w:rsidR="00302D64" w:rsidRDefault="00000000">
            <w:pPr>
              <w:spacing w:before="40" w:after="20" w:line="245" w:lineRule="auto"/>
            </w:pPr>
            <w:r>
              <w:rPr>
                <w:b/>
                <w:color w:val="000000"/>
              </w:rPr>
              <w:t>VARNOST IN ODGOVORNOST</w:t>
            </w:r>
          </w:p>
          <w:p w14:paraId="72322E98" w14:textId="77777777" w:rsidR="00302D64" w:rsidRDefault="00000000">
            <w:pPr>
              <w:spacing w:after="60" w:line="245" w:lineRule="auto"/>
            </w:pPr>
            <w:r>
              <w:rPr>
                <w:color w:val="000000"/>
                <w:sz w:val="16"/>
              </w:rPr>
              <w:t>Terenska pot je predhodno pregledana; ob vodi veljajo stroga pravila razdalje, skupine in spremljevalcev.</w:t>
            </w:r>
          </w:p>
          <w:p w14:paraId="0A32763B" w14:textId="77777777" w:rsidR="00302D64" w:rsidRDefault="00000000">
            <w:pPr>
              <w:spacing w:after="20" w:line="245" w:lineRule="auto"/>
            </w:pPr>
            <w:r>
              <w:rPr>
                <w:b/>
                <w:color w:val="000000"/>
              </w:rPr>
              <w:t>EVIDENCA PO IZVEDBI</w:t>
            </w:r>
          </w:p>
          <w:p w14:paraId="4CEE7665"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7340ED09"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E7EB4B9" w14:textId="77777777">
              <w:trPr>
                <w:jc w:val="center"/>
              </w:trPr>
              <w:tc>
                <w:tcPr>
                  <w:tcW w:w="7087" w:type="dxa"/>
                  <w:shd w:val="clear" w:color="auto" w:fill="EDC9EA"/>
                  <w:tcMar>
                    <w:top w:w="45" w:type="dxa"/>
                    <w:left w:w="70" w:type="dxa"/>
                    <w:bottom w:w="45" w:type="dxa"/>
                    <w:right w:w="70" w:type="dxa"/>
                  </w:tcMar>
                </w:tcPr>
                <w:p w14:paraId="1CD26523" w14:textId="77777777" w:rsidR="00302D64" w:rsidRDefault="00000000">
                  <w:pPr>
                    <w:keepNext/>
                  </w:pPr>
                  <w:r>
                    <w:rPr>
                      <w:b/>
                      <w:color w:val="000000"/>
                    </w:rPr>
                    <w:t>VPRAŠANJA V PODPORO UČENJU</w:t>
                  </w:r>
                </w:p>
              </w:tc>
            </w:tr>
          </w:tbl>
          <w:p w14:paraId="6DE80235" w14:textId="77777777" w:rsidR="00302D64" w:rsidRDefault="00302D64">
            <w:pPr>
              <w:spacing w:line="20" w:lineRule="exact"/>
            </w:pPr>
          </w:p>
          <w:p w14:paraId="78A9A5C2" w14:textId="77777777" w:rsidR="00302D64" w:rsidRDefault="00000000">
            <w:pPr>
              <w:pStyle w:val="Oznaenseznam"/>
              <w:spacing w:after="16"/>
            </w:pPr>
            <w:r>
              <w:rPr>
                <w:color w:val="000000"/>
                <w:sz w:val="16"/>
              </w:rPr>
              <w:t>Kaj si opazil/-a in kateri dokaz to pokaže?</w:t>
            </w:r>
          </w:p>
          <w:p w14:paraId="1F490315" w14:textId="77777777" w:rsidR="00302D64" w:rsidRDefault="00000000">
            <w:pPr>
              <w:pStyle w:val="Oznaenseznam"/>
              <w:spacing w:after="16"/>
            </w:pPr>
            <w:r>
              <w:rPr>
                <w:color w:val="000000"/>
                <w:sz w:val="16"/>
              </w:rPr>
              <w:t>Kako si prišel/-la do svoje odločitve?</w:t>
            </w:r>
          </w:p>
          <w:p w14:paraId="4F07FCFE" w14:textId="77777777" w:rsidR="00302D64" w:rsidRDefault="00000000">
            <w:pPr>
              <w:pStyle w:val="Oznaenseznam"/>
              <w:spacing w:after="16"/>
            </w:pPr>
            <w:r>
              <w:rPr>
                <w:color w:val="000000"/>
                <w:sz w:val="16"/>
              </w:rPr>
              <w:t>Kaj si pri ponovnem poskusu ohranil/-a enako in kaj spremenil/-a?</w:t>
            </w:r>
          </w:p>
          <w:p w14:paraId="0081773E" w14:textId="77777777" w:rsidR="00302D64" w:rsidRDefault="00000000">
            <w:pPr>
              <w:pStyle w:val="Oznaenseznam"/>
              <w:spacing w:after="16"/>
            </w:pPr>
            <w:r>
              <w:rPr>
                <w:color w:val="000000"/>
                <w:sz w:val="16"/>
              </w:rPr>
              <w:t>Kateri kriterij že dosegaš? Kaj bo tvoj naslednji korak?</w:t>
            </w:r>
          </w:p>
          <w:p w14:paraId="01C82645"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645AF0B5" w14:textId="77777777">
              <w:trPr>
                <w:jc w:val="center"/>
              </w:trPr>
              <w:tc>
                <w:tcPr>
                  <w:tcW w:w="7087" w:type="dxa"/>
                  <w:shd w:val="clear" w:color="auto" w:fill="C6E7F3"/>
                  <w:tcMar>
                    <w:top w:w="45" w:type="dxa"/>
                    <w:left w:w="70" w:type="dxa"/>
                    <w:bottom w:w="45" w:type="dxa"/>
                    <w:right w:w="70" w:type="dxa"/>
                  </w:tcMar>
                </w:tcPr>
                <w:p w14:paraId="7670E700" w14:textId="77777777" w:rsidR="00302D64" w:rsidRDefault="00000000">
                  <w:pPr>
                    <w:keepNext/>
                  </w:pPr>
                  <w:r>
                    <w:rPr>
                      <w:b/>
                      <w:color w:val="000000"/>
                    </w:rPr>
                    <w:t>ZAKLJUČNI DEL – UTRJEVANJE IN REFLEKSIJA (10–15 min)</w:t>
                  </w:r>
                </w:p>
              </w:tc>
            </w:tr>
          </w:tbl>
          <w:p w14:paraId="0FD12B18" w14:textId="77777777" w:rsidR="00302D64" w:rsidRDefault="00302D64">
            <w:pPr>
              <w:spacing w:line="20" w:lineRule="exact"/>
            </w:pPr>
          </w:p>
          <w:p w14:paraId="666EFB4D"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8000FA0" w14:textId="77777777">
              <w:trPr>
                <w:jc w:val="center"/>
              </w:trPr>
              <w:tc>
                <w:tcPr>
                  <w:tcW w:w="7087" w:type="dxa"/>
                  <w:shd w:val="clear" w:color="auto" w:fill="EDC9EA"/>
                  <w:tcMar>
                    <w:top w:w="45" w:type="dxa"/>
                    <w:left w:w="70" w:type="dxa"/>
                    <w:bottom w:w="45" w:type="dxa"/>
                    <w:right w:w="70" w:type="dxa"/>
                  </w:tcMar>
                </w:tcPr>
                <w:p w14:paraId="4AABB308" w14:textId="77777777" w:rsidR="00302D64" w:rsidRDefault="00000000">
                  <w:pPr>
                    <w:keepNext/>
                  </w:pPr>
                  <w:r>
                    <w:rPr>
                      <w:b/>
                      <w:color w:val="000000"/>
                    </w:rPr>
                    <w:t>SAMOVREDNOTENJE</w:t>
                  </w:r>
                </w:p>
              </w:tc>
            </w:tr>
          </w:tbl>
          <w:p w14:paraId="75643F2B" w14:textId="77777777" w:rsidR="00302D64" w:rsidRDefault="00302D64">
            <w:pPr>
              <w:spacing w:line="20" w:lineRule="exact"/>
            </w:pPr>
          </w:p>
          <w:p w14:paraId="21D850DB"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332DC114" w14:textId="77777777">
              <w:trPr>
                <w:jc w:val="center"/>
              </w:trPr>
              <w:tc>
                <w:tcPr>
                  <w:tcW w:w="7087" w:type="dxa"/>
                  <w:shd w:val="clear" w:color="auto" w:fill="EDC9EA"/>
                  <w:tcMar>
                    <w:top w:w="45" w:type="dxa"/>
                    <w:left w:w="70" w:type="dxa"/>
                    <w:bottom w:w="45" w:type="dxa"/>
                    <w:right w:w="70" w:type="dxa"/>
                  </w:tcMar>
                </w:tcPr>
                <w:p w14:paraId="02A29B55" w14:textId="77777777" w:rsidR="00302D64" w:rsidRDefault="00000000">
                  <w:pPr>
                    <w:keepNext/>
                  </w:pPr>
                  <w:r>
                    <w:rPr>
                      <w:b/>
                      <w:color w:val="000000"/>
                    </w:rPr>
                    <w:t>VRSTNIŠKO VREDNOTENJE</w:t>
                  </w:r>
                </w:p>
              </w:tc>
            </w:tr>
          </w:tbl>
          <w:p w14:paraId="7D54F4C1" w14:textId="77777777" w:rsidR="00302D64" w:rsidRDefault="00302D64">
            <w:pPr>
              <w:spacing w:line="20" w:lineRule="exact"/>
            </w:pPr>
          </w:p>
          <w:p w14:paraId="3F3E94D0"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48725AC8" w14:textId="77777777">
              <w:trPr>
                <w:jc w:val="center"/>
              </w:trPr>
              <w:tc>
                <w:tcPr>
                  <w:tcW w:w="7087" w:type="dxa"/>
                  <w:shd w:val="clear" w:color="auto" w:fill="EDC9EA"/>
                  <w:tcMar>
                    <w:top w:w="45" w:type="dxa"/>
                    <w:left w:w="70" w:type="dxa"/>
                    <w:bottom w:w="45" w:type="dxa"/>
                    <w:right w:w="70" w:type="dxa"/>
                  </w:tcMar>
                </w:tcPr>
                <w:p w14:paraId="5EDFBD69" w14:textId="77777777" w:rsidR="00302D64" w:rsidRDefault="00000000">
                  <w:pPr>
                    <w:keepNext/>
                  </w:pPr>
                  <w:r>
                    <w:rPr>
                      <w:b/>
                      <w:color w:val="000000"/>
                    </w:rPr>
                    <w:t>SKUPNI POVZETEK</w:t>
                  </w:r>
                </w:p>
              </w:tc>
            </w:tr>
          </w:tbl>
          <w:p w14:paraId="66118B3D" w14:textId="77777777" w:rsidR="00302D64" w:rsidRDefault="00302D64"/>
          <w:p w14:paraId="4A17822B" w14:textId="77777777" w:rsidR="00302D64" w:rsidRDefault="00000000">
            <w:pPr>
              <w:spacing w:before="20" w:after="40" w:line="245" w:lineRule="auto"/>
            </w:pPr>
            <w:r>
              <w:rPr>
                <w:b/>
                <w:color w:val="000000"/>
                <w:sz w:val="17"/>
              </w:rPr>
              <w:t>Načrt prikazuje prostor od zgoraj. Po dogovorjenih znakih sledim poti in resnični prostor povezujem s prikazom.</w:t>
            </w:r>
          </w:p>
        </w:tc>
        <w:tc>
          <w:tcPr>
            <w:tcW w:w="2551" w:type="dxa"/>
            <w:tcMar>
              <w:top w:w="70" w:type="dxa"/>
              <w:left w:w="90" w:type="dxa"/>
              <w:bottom w:w="70" w:type="dxa"/>
              <w:right w:w="90" w:type="dxa"/>
            </w:tcMar>
          </w:tcPr>
          <w:p w14:paraId="02E991C1" w14:textId="77777777" w:rsidR="00302D64" w:rsidRDefault="00302D64"/>
          <w:p w14:paraId="55893C54" w14:textId="77777777" w:rsidR="00302D64" w:rsidRDefault="00000000">
            <w:pPr>
              <w:spacing w:after="100" w:line="245" w:lineRule="auto"/>
            </w:pPr>
            <w:r>
              <w:rPr>
                <w:color w:val="000000"/>
                <w:sz w:val="16"/>
              </w:rPr>
              <w:t>Odgovarja na podporna vprašanja in se sklicuje na svoj dokaz.</w:t>
            </w:r>
          </w:p>
          <w:p w14:paraId="0CDC4A99" w14:textId="77777777" w:rsidR="00302D64" w:rsidRDefault="00000000">
            <w:pPr>
              <w:spacing w:after="100" w:line="245" w:lineRule="auto"/>
            </w:pPr>
            <w:r>
              <w:rPr>
                <w:color w:val="000000"/>
                <w:sz w:val="16"/>
              </w:rPr>
              <w:t>Primerja začetno zamisel z ugotovitvijo ter pove ali pokaže, kaj se je naučil/-a.</w:t>
            </w:r>
          </w:p>
          <w:p w14:paraId="7A267F29" w14:textId="77777777" w:rsidR="00302D64" w:rsidRDefault="00000000">
            <w:pPr>
              <w:spacing w:after="100" w:line="245" w:lineRule="auto"/>
            </w:pPr>
            <w:r>
              <w:rPr>
                <w:color w:val="000000"/>
                <w:sz w:val="16"/>
              </w:rPr>
              <w:t>Izbere raven doseganja in določi naslednji korak.</w:t>
            </w:r>
          </w:p>
          <w:p w14:paraId="31E92ED9" w14:textId="77777777" w:rsidR="00302D64" w:rsidRDefault="00000000">
            <w:pPr>
              <w:spacing w:after="100" w:line="245" w:lineRule="auto"/>
            </w:pPr>
            <w:r>
              <w:rPr>
                <w:color w:val="000000"/>
                <w:sz w:val="16"/>
              </w:rPr>
              <w:t>Sošolcu poda prijazen, konkreten odziv.</w:t>
            </w:r>
          </w:p>
          <w:p w14:paraId="59B7047C" w14:textId="77777777" w:rsidR="00302D64" w:rsidRDefault="00000000">
            <w:pPr>
              <w:spacing w:after="20" w:line="245" w:lineRule="auto"/>
            </w:pPr>
            <w:r>
              <w:rPr>
                <w:b/>
                <w:color w:val="D95BC6"/>
                <w:sz w:val="17"/>
              </w:rPr>
              <w:t>DOKAZ O UČENJU</w:t>
            </w:r>
          </w:p>
          <w:p w14:paraId="5D33F817" w14:textId="77777777" w:rsidR="00302D64" w:rsidRDefault="00000000">
            <w:pPr>
              <w:spacing w:after="30" w:line="245" w:lineRule="auto"/>
            </w:pPr>
            <w:r>
              <w:rPr>
                <w:color w:val="D95BC6"/>
                <w:sz w:val="16"/>
              </w:rPr>
              <w:t>izvedba ali izdelek, razlaga, samovrednotenje in odziv na povratno informacijo</w:t>
            </w:r>
          </w:p>
        </w:tc>
      </w:tr>
    </w:tbl>
    <w:p w14:paraId="70475729"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01A7F487" w14:textId="77777777">
        <w:trPr>
          <w:cantSplit/>
          <w:jc w:val="center"/>
        </w:trPr>
        <w:tc>
          <w:tcPr>
            <w:tcW w:w="14060" w:type="dxa"/>
            <w:gridSpan w:val="6"/>
            <w:tcMar>
              <w:top w:w="70" w:type="dxa"/>
              <w:left w:w="90" w:type="dxa"/>
              <w:bottom w:w="70" w:type="dxa"/>
              <w:right w:w="90" w:type="dxa"/>
            </w:tcMar>
            <w:vAlign w:val="center"/>
          </w:tcPr>
          <w:p w14:paraId="7BE7AB6A" w14:textId="77777777" w:rsidR="00302D64" w:rsidRDefault="00000000">
            <w:pPr>
              <w:jc w:val="center"/>
            </w:pPr>
            <w:r>
              <w:rPr>
                <w:b/>
                <w:color w:val="000000"/>
                <w:sz w:val="24"/>
              </w:rPr>
              <w:lastRenderedPageBreak/>
              <w:t>UČNA PRIPRAVA 34/39</w:t>
            </w:r>
          </w:p>
        </w:tc>
      </w:tr>
      <w:tr w:rsidR="00302D64" w14:paraId="78DB4737" w14:textId="77777777">
        <w:trPr>
          <w:jc w:val="center"/>
        </w:trPr>
        <w:tc>
          <w:tcPr>
            <w:tcW w:w="2665" w:type="dxa"/>
            <w:tcMar>
              <w:top w:w="70" w:type="dxa"/>
              <w:left w:w="90" w:type="dxa"/>
              <w:bottom w:w="70" w:type="dxa"/>
              <w:right w:w="90" w:type="dxa"/>
            </w:tcMar>
            <w:vAlign w:val="center"/>
          </w:tcPr>
          <w:p w14:paraId="235C8BA1"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06555E4"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3A9CC5DC"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B5F69B1" w14:textId="77777777" w:rsidR="00302D64" w:rsidRDefault="00000000">
            <w:r>
              <w:rPr>
                <w:b/>
                <w:color w:val="000000"/>
                <w:sz w:val="16"/>
              </w:rPr>
              <w:t xml:space="preserve">NAČRTOVANI TERMIN: </w:t>
            </w:r>
            <w:r>
              <w:rPr>
                <w:color w:val="000000"/>
                <w:sz w:val="16"/>
              </w:rPr>
              <w:t>34. teden • 17.–21. 5. 2027</w:t>
            </w:r>
          </w:p>
        </w:tc>
        <w:tc>
          <w:tcPr>
            <w:tcW w:w="2268" w:type="dxa"/>
            <w:tcMar>
              <w:top w:w="70" w:type="dxa"/>
              <w:left w:w="90" w:type="dxa"/>
              <w:bottom w:w="70" w:type="dxa"/>
              <w:right w:w="90" w:type="dxa"/>
            </w:tcMar>
            <w:vAlign w:val="center"/>
          </w:tcPr>
          <w:p w14:paraId="0666888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68FE1EF" w14:textId="77777777" w:rsidR="00302D64" w:rsidRDefault="00000000">
            <w:r>
              <w:rPr>
                <w:b/>
                <w:color w:val="000000"/>
                <w:sz w:val="16"/>
              </w:rPr>
              <w:t xml:space="preserve">ŠTEVILO UR: </w:t>
            </w:r>
            <w:r>
              <w:rPr>
                <w:color w:val="000000"/>
                <w:sz w:val="16"/>
              </w:rPr>
              <w:t>3</w:t>
            </w:r>
          </w:p>
        </w:tc>
      </w:tr>
      <w:tr w:rsidR="00302D64" w14:paraId="5A5E58C4" w14:textId="77777777">
        <w:trPr>
          <w:jc w:val="center"/>
        </w:trPr>
        <w:tc>
          <w:tcPr>
            <w:tcW w:w="14061" w:type="dxa"/>
            <w:gridSpan w:val="6"/>
            <w:tcMar>
              <w:top w:w="70" w:type="dxa"/>
              <w:left w:w="90" w:type="dxa"/>
              <w:bottom w:w="70" w:type="dxa"/>
              <w:right w:w="90" w:type="dxa"/>
            </w:tcMar>
            <w:vAlign w:val="center"/>
          </w:tcPr>
          <w:p w14:paraId="0F480E6E" w14:textId="77777777" w:rsidR="00302D64" w:rsidRDefault="00000000">
            <w:r>
              <w:t>TIP UČNE URE: obravnava, izkušenjsko raziskovanje, učenje po postajah, utrjevanje in formativno spremljanje</w:t>
            </w:r>
          </w:p>
        </w:tc>
      </w:tr>
      <w:tr w:rsidR="00302D64" w14:paraId="0E7CEB2E" w14:textId="77777777">
        <w:trPr>
          <w:cantSplit/>
          <w:jc w:val="center"/>
        </w:trPr>
        <w:tc>
          <w:tcPr>
            <w:tcW w:w="14060" w:type="dxa"/>
            <w:gridSpan w:val="6"/>
            <w:tcMar>
              <w:top w:w="70" w:type="dxa"/>
              <w:left w:w="90" w:type="dxa"/>
              <w:bottom w:w="70" w:type="dxa"/>
              <w:right w:w="90" w:type="dxa"/>
            </w:tcMar>
            <w:vAlign w:val="center"/>
          </w:tcPr>
          <w:p w14:paraId="708049FE" w14:textId="77777777" w:rsidR="00302D64" w:rsidRDefault="00302D64"/>
          <w:p w14:paraId="04A3799B" w14:textId="77777777" w:rsidR="00302D64" w:rsidRDefault="00000000">
            <w:pPr>
              <w:spacing w:line="245" w:lineRule="auto"/>
            </w:pPr>
            <w:r>
              <w:rPr>
                <w:b/>
                <w:color w:val="000000"/>
                <w:sz w:val="17"/>
              </w:rPr>
              <w:t xml:space="preserve">UČNI SKLOP: </w:t>
            </w:r>
            <w:r>
              <w:rPr>
                <w:color w:val="000000"/>
                <w:sz w:val="17"/>
              </w:rPr>
              <w:t>POKRAJINA, PROSTOR IN TRAJNOSTNA SKUPNOST</w:t>
            </w:r>
          </w:p>
        </w:tc>
      </w:tr>
      <w:tr w:rsidR="00302D64" w14:paraId="78D8C83C" w14:textId="77777777">
        <w:trPr>
          <w:cantSplit/>
          <w:jc w:val="center"/>
        </w:trPr>
        <w:tc>
          <w:tcPr>
            <w:tcW w:w="14060" w:type="dxa"/>
            <w:gridSpan w:val="6"/>
            <w:tcMar>
              <w:top w:w="70" w:type="dxa"/>
              <w:left w:w="90" w:type="dxa"/>
              <w:bottom w:w="70" w:type="dxa"/>
              <w:right w:w="90" w:type="dxa"/>
            </w:tcMar>
            <w:vAlign w:val="center"/>
          </w:tcPr>
          <w:p w14:paraId="6956FC34" w14:textId="77777777" w:rsidR="00302D64" w:rsidRDefault="00302D64"/>
          <w:p w14:paraId="49165572" w14:textId="77777777" w:rsidR="00302D64" w:rsidRDefault="00000000">
            <w:pPr>
              <w:spacing w:line="245" w:lineRule="auto"/>
            </w:pPr>
            <w:r>
              <w:rPr>
                <w:b/>
                <w:color w:val="000000"/>
                <w:sz w:val="17"/>
              </w:rPr>
              <w:t xml:space="preserve">UČNA TEMA: </w:t>
            </w:r>
            <w:r>
              <w:rPr>
                <w:color w:val="000000"/>
                <w:sz w:val="17"/>
              </w:rPr>
              <w:t>ŽIVLJENJE V POKRAJINI</w:t>
            </w:r>
          </w:p>
        </w:tc>
      </w:tr>
      <w:tr w:rsidR="00302D64" w14:paraId="65CC6F0B" w14:textId="77777777">
        <w:trPr>
          <w:cantSplit/>
          <w:jc w:val="center"/>
        </w:trPr>
        <w:tc>
          <w:tcPr>
            <w:tcW w:w="14060" w:type="dxa"/>
            <w:gridSpan w:val="6"/>
            <w:tcMar>
              <w:top w:w="70" w:type="dxa"/>
              <w:left w:w="90" w:type="dxa"/>
              <w:bottom w:w="70" w:type="dxa"/>
              <w:right w:w="90" w:type="dxa"/>
            </w:tcMar>
            <w:vAlign w:val="center"/>
          </w:tcPr>
          <w:p w14:paraId="2F868D20" w14:textId="77777777" w:rsidR="00302D64" w:rsidRDefault="00302D64"/>
          <w:p w14:paraId="57E0CAAF" w14:textId="77777777" w:rsidR="00302D64" w:rsidRDefault="00000000">
            <w:pPr>
              <w:spacing w:line="245" w:lineRule="auto"/>
            </w:pPr>
            <w:r>
              <w:rPr>
                <w:b/>
                <w:color w:val="000000"/>
                <w:sz w:val="17"/>
              </w:rPr>
              <w:t xml:space="preserve">KNJIŽEVNO IZHODIŠČE IN MOTIV: </w:t>
            </w:r>
            <w:r>
              <w:rPr>
                <w:color w:val="000000"/>
                <w:sz w:val="17"/>
              </w:rPr>
              <w:t>»Dinozavri?!« – Lila Prap • preteklost, pokrajina, živa bitja in raziskovalna vprašanja</w:t>
            </w:r>
          </w:p>
        </w:tc>
      </w:tr>
      <w:tr w:rsidR="00302D64" w14:paraId="34EDB570" w14:textId="77777777">
        <w:trPr>
          <w:cantSplit/>
          <w:jc w:val="center"/>
        </w:trPr>
        <w:tc>
          <w:tcPr>
            <w:tcW w:w="14060" w:type="dxa"/>
            <w:gridSpan w:val="6"/>
            <w:tcMar>
              <w:top w:w="70" w:type="dxa"/>
              <w:left w:w="90" w:type="dxa"/>
              <w:bottom w:w="70" w:type="dxa"/>
              <w:right w:w="90" w:type="dxa"/>
            </w:tcMar>
            <w:vAlign w:val="center"/>
          </w:tcPr>
          <w:p w14:paraId="6ECCE02B" w14:textId="77777777" w:rsidR="00302D64" w:rsidRDefault="00302D64"/>
          <w:p w14:paraId="44C0D665" w14:textId="77777777" w:rsidR="00302D64" w:rsidRDefault="00000000">
            <w:pPr>
              <w:spacing w:line="245" w:lineRule="auto"/>
            </w:pPr>
            <w:r>
              <w:rPr>
                <w:b/>
                <w:color w:val="000000"/>
                <w:sz w:val="17"/>
              </w:rPr>
              <w:t xml:space="preserve">UČNE ENOTE: </w:t>
            </w:r>
            <w:r>
              <w:rPr>
                <w:color w:val="000000"/>
                <w:sz w:val="17"/>
              </w:rPr>
              <w:t>1. ura – Nekoč in danes – dokazi • 2. ura – Dejavnosti ljudi in prostor • 3. ura – Pokrajina prihodnosti</w:t>
            </w:r>
          </w:p>
        </w:tc>
      </w:tr>
      <w:tr w:rsidR="00302D64" w14:paraId="565ED278" w14:textId="77777777">
        <w:trPr>
          <w:cantSplit/>
          <w:jc w:val="center"/>
        </w:trPr>
        <w:tc>
          <w:tcPr>
            <w:tcW w:w="14060" w:type="dxa"/>
            <w:gridSpan w:val="6"/>
            <w:tcMar>
              <w:top w:w="70" w:type="dxa"/>
              <w:left w:w="90" w:type="dxa"/>
              <w:bottom w:w="70" w:type="dxa"/>
              <w:right w:w="90" w:type="dxa"/>
            </w:tcMar>
            <w:vAlign w:val="center"/>
          </w:tcPr>
          <w:p w14:paraId="1E564DE0" w14:textId="77777777" w:rsidR="00302D64" w:rsidRDefault="00302D64"/>
          <w:p w14:paraId="6FF64916"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15BDB507" w14:textId="77777777">
        <w:trPr>
          <w:cantSplit/>
          <w:jc w:val="center"/>
        </w:trPr>
        <w:tc>
          <w:tcPr>
            <w:tcW w:w="14060" w:type="dxa"/>
            <w:gridSpan w:val="6"/>
            <w:tcMar>
              <w:top w:w="70" w:type="dxa"/>
              <w:left w:w="90" w:type="dxa"/>
              <w:bottom w:w="70" w:type="dxa"/>
              <w:right w:w="90" w:type="dxa"/>
            </w:tcMar>
            <w:vAlign w:val="center"/>
          </w:tcPr>
          <w:p w14:paraId="0EBD1AA4" w14:textId="77777777" w:rsidR="00302D64" w:rsidRDefault="00302D64"/>
          <w:p w14:paraId="07B3BF47"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5868D8C1" w14:textId="77777777">
        <w:trPr>
          <w:cantSplit/>
          <w:jc w:val="center"/>
        </w:trPr>
        <w:tc>
          <w:tcPr>
            <w:tcW w:w="14060" w:type="dxa"/>
            <w:gridSpan w:val="6"/>
            <w:tcMar>
              <w:top w:w="70" w:type="dxa"/>
              <w:left w:w="90" w:type="dxa"/>
              <w:bottom w:w="70" w:type="dxa"/>
              <w:right w:w="90" w:type="dxa"/>
            </w:tcMar>
            <w:vAlign w:val="center"/>
          </w:tcPr>
          <w:p w14:paraId="29D683CB" w14:textId="77777777" w:rsidR="00302D64" w:rsidRDefault="00302D64"/>
          <w:p w14:paraId="258AC9B5"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CDEBE2D" w14:textId="77777777">
        <w:trPr>
          <w:cantSplit/>
          <w:jc w:val="center"/>
        </w:trPr>
        <w:tc>
          <w:tcPr>
            <w:tcW w:w="14060" w:type="dxa"/>
            <w:gridSpan w:val="6"/>
            <w:tcMar>
              <w:top w:w="70" w:type="dxa"/>
              <w:left w:w="90" w:type="dxa"/>
              <w:bottom w:w="70" w:type="dxa"/>
              <w:right w:w="90" w:type="dxa"/>
            </w:tcMar>
            <w:vAlign w:val="center"/>
          </w:tcPr>
          <w:p w14:paraId="49504033" w14:textId="77777777" w:rsidR="00302D64" w:rsidRDefault="00302D64"/>
          <w:p w14:paraId="26BBC76F" w14:textId="77777777" w:rsidR="00302D64" w:rsidRDefault="00000000">
            <w:pPr>
              <w:spacing w:line="245" w:lineRule="auto"/>
            </w:pPr>
            <w:r>
              <w:rPr>
                <w:b/>
                <w:color w:val="000000"/>
                <w:sz w:val="17"/>
              </w:rPr>
              <w:t xml:space="preserve">MEDPREDMETNE POVEZAVE: </w:t>
            </w:r>
            <w:r>
              <w:rPr>
                <w:color w:val="000000"/>
                <w:sz w:val="17"/>
              </w:rPr>
              <w:t>SLJ – vprašanja in utemeljitev; MAT – razvrščanje; LUM/TEHNIKA – model; NARAVOSLOVJE – življenjska okolja</w:t>
            </w:r>
          </w:p>
        </w:tc>
      </w:tr>
      <w:tr w:rsidR="00302D64" w14:paraId="35F85717" w14:textId="77777777">
        <w:trPr>
          <w:cantSplit/>
          <w:jc w:val="center"/>
        </w:trPr>
        <w:tc>
          <w:tcPr>
            <w:tcW w:w="14060" w:type="dxa"/>
            <w:gridSpan w:val="6"/>
            <w:tcMar>
              <w:top w:w="70" w:type="dxa"/>
              <w:left w:w="90" w:type="dxa"/>
              <w:bottom w:w="70" w:type="dxa"/>
              <w:right w:w="90" w:type="dxa"/>
            </w:tcMar>
            <w:vAlign w:val="center"/>
          </w:tcPr>
          <w:p w14:paraId="58327773" w14:textId="77777777" w:rsidR="00302D64" w:rsidRDefault="00302D64"/>
          <w:p w14:paraId="231D4BF9" w14:textId="77777777" w:rsidR="00302D64" w:rsidRDefault="00000000">
            <w:pPr>
              <w:spacing w:line="245" w:lineRule="auto"/>
            </w:pPr>
            <w:r>
              <w:rPr>
                <w:b/>
                <w:color w:val="000000"/>
                <w:sz w:val="17"/>
              </w:rPr>
              <w:t xml:space="preserve">UČNA SREDSTVA IN PRIPOMOČKI: </w:t>
            </w:r>
            <w:r>
              <w:rPr>
                <w:color w:val="000000"/>
                <w:sz w:val="17"/>
              </w:rPr>
              <w:t>Dinozavri?!, fotografije fosilov in pokrajin, kartice dokaz/domneva, model pokrajine, naravni in odpadni material, kartice dejavnosti</w:t>
            </w:r>
          </w:p>
        </w:tc>
      </w:tr>
      <w:tr w:rsidR="00302D64" w14:paraId="2E7E88D0" w14:textId="77777777">
        <w:trPr>
          <w:cantSplit/>
          <w:jc w:val="center"/>
        </w:trPr>
        <w:tc>
          <w:tcPr>
            <w:tcW w:w="14060" w:type="dxa"/>
            <w:gridSpan w:val="6"/>
            <w:tcMar>
              <w:top w:w="70" w:type="dxa"/>
              <w:left w:w="90" w:type="dxa"/>
              <w:bottom w:w="70" w:type="dxa"/>
              <w:right w:w="90" w:type="dxa"/>
            </w:tcMar>
            <w:vAlign w:val="center"/>
          </w:tcPr>
          <w:p w14:paraId="1331D9B6" w14:textId="77777777" w:rsidR="00302D64" w:rsidRDefault="00302D64"/>
          <w:p w14:paraId="7A79D21C"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24B31507" w14:textId="77777777">
        <w:trPr>
          <w:cantSplit/>
          <w:jc w:val="center"/>
        </w:trPr>
        <w:tc>
          <w:tcPr>
            <w:tcW w:w="14060" w:type="dxa"/>
            <w:gridSpan w:val="6"/>
            <w:tcMar>
              <w:top w:w="70" w:type="dxa"/>
              <w:left w:w="90" w:type="dxa"/>
              <w:bottom w:w="70" w:type="dxa"/>
              <w:right w:w="90" w:type="dxa"/>
            </w:tcMar>
            <w:vAlign w:val="center"/>
          </w:tcPr>
          <w:p w14:paraId="47536B27" w14:textId="77777777" w:rsidR="00302D64" w:rsidRDefault="00302D64"/>
          <w:p w14:paraId="66429DF8"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30F60A2B" w14:textId="77777777">
        <w:trPr>
          <w:cantSplit/>
          <w:jc w:val="center"/>
        </w:trPr>
        <w:tc>
          <w:tcPr>
            <w:tcW w:w="14060" w:type="dxa"/>
            <w:gridSpan w:val="6"/>
            <w:tcMar>
              <w:top w:w="70" w:type="dxa"/>
              <w:left w:w="90" w:type="dxa"/>
              <w:bottom w:w="70" w:type="dxa"/>
              <w:right w:w="90" w:type="dxa"/>
            </w:tcMar>
            <w:vAlign w:val="center"/>
          </w:tcPr>
          <w:p w14:paraId="053A7088" w14:textId="77777777" w:rsidR="00302D64" w:rsidRDefault="00302D64"/>
          <w:p w14:paraId="2DFBD3B8"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69F0E2A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06BAF1B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34AC29"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4BD8C44" w14:textId="77777777" w:rsidR="00302D64" w:rsidRDefault="00000000">
            <w:pPr>
              <w:jc w:val="center"/>
            </w:pPr>
            <w:r>
              <w:rPr>
                <w:b/>
                <w:color w:val="000000"/>
                <w:sz w:val="20"/>
              </w:rPr>
              <w:t>UČNE DEJAVNOSTI, METODE IN FORMATIVNO SPREMLJANJE</w:t>
            </w:r>
          </w:p>
        </w:tc>
      </w:tr>
      <w:tr w:rsidR="00302D64" w14:paraId="4C29CD29" w14:textId="77777777">
        <w:trPr>
          <w:tblHeader/>
          <w:jc w:val="center"/>
        </w:trPr>
        <w:tc>
          <w:tcPr>
            <w:tcW w:w="4422" w:type="dxa"/>
            <w:vMerge/>
            <w:tcMar>
              <w:top w:w="70" w:type="dxa"/>
              <w:left w:w="90" w:type="dxa"/>
              <w:bottom w:w="70" w:type="dxa"/>
              <w:right w:w="90" w:type="dxa"/>
            </w:tcMar>
            <w:vAlign w:val="center"/>
          </w:tcPr>
          <w:p w14:paraId="4CD780E6" w14:textId="77777777" w:rsidR="00302D64" w:rsidRDefault="00302D64"/>
        </w:tc>
        <w:tc>
          <w:tcPr>
            <w:tcW w:w="7087" w:type="dxa"/>
            <w:shd w:val="clear" w:color="auto" w:fill="FFFFFF"/>
            <w:tcMar>
              <w:top w:w="70" w:type="dxa"/>
              <w:left w:w="90" w:type="dxa"/>
              <w:bottom w:w="70" w:type="dxa"/>
              <w:right w:w="90" w:type="dxa"/>
            </w:tcMar>
            <w:vAlign w:val="center"/>
          </w:tcPr>
          <w:p w14:paraId="0278D0B9"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FEC0286" w14:textId="77777777" w:rsidR="00302D64" w:rsidRDefault="00000000">
            <w:pPr>
              <w:jc w:val="center"/>
            </w:pPr>
            <w:r>
              <w:rPr>
                <w:b/>
                <w:color w:val="000000"/>
              </w:rPr>
              <w:t>UČENEC</w:t>
            </w:r>
          </w:p>
        </w:tc>
      </w:tr>
      <w:tr w:rsidR="00302D64" w14:paraId="5940A6DC" w14:textId="77777777">
        <w:trPr>
          <w:jc w:val="center"/>
        </w:trPr>
        <w:tc>
          <w:tcPr>
            <w:tcW w:w="4422" w:type="dxa"/>
            <w:tcMar>
              <w:top w:w="70" w:type="dxa"/>
              <w:left w:w="90" w:type="dxa"/>
              <w:bottom w:w="70" w:type="dxa"/>
              <w:right w:w="90" w:type="dxa"/>
            </w:tcMar>
          </w:tcPr>
          <w:p w14:paraId="7AB07FD3" w14:textId="77777777" w:rsidR="00302D64" w:rsidRDefault="00302D64"/>
          <w:p w14:paraId="6024AB00" w14:textId="77777777" w:rsidR="00302D64" w:rsidRDefault="00000000">
            <w:pPr>
              <w:spacing w:after="60" w:line="245" w:lineRule="auto"/>
            </w:pPr>
            <w:r>
              <w:rPr>
                <w:b/>
                <w:color w:val="000000"/>
              </w:rPr>
              <w:t>UČNI CILJI</w:t>
            </w:r>
          </w:p>
          <w:p w14:paraId="79C107D2" w14:textId="77777777" w:rsidR="00302D64" w:rsidRDefault="00000000">
            <w:pPr>
              <w:spacing w:after="20" w:line="245" w:lineRule="auto"/>
            </w:pPr>
            <w:r>
              <w:rPr>
                <w:b/>
                <w:color w:val="000000"/>
                <w:sz w:val="17"/>
              </w:rPr>
              <w:t>SPLOŠNI</w:t>
            </w:r>
          </w:p>
          <w:p w14:paraId="7D5607E9" w14:textId="77777777" w:rsidR="00302D64" w:rsidRDefault="00000000">
            <w:pPr>
              <w:pStyle w:val="Oznaenseznam"/>
              <w:spacing w:after="16"/>
            </w:pPr>
            <w:r>
              <w:rPr>
                <w:color w:val="000000"/>
                <w:sz w:val="16"/>
              </w:rPr>
              <w:t>razvija radovednost ter sistematično opazuje, primerja, razvršča in sporoča ugotovitve</w:t>
            </w:r>
          </w:p>
          <w:p w14:paraId="687A62F6" w14:textId="77777777" w:rsidR="00302D64" w:rsidRDefault="00000000">
            <w:pPr>
              <w:pStyle w:val="Oznaenseznam"/>
              <w:spacing w:after="16"/>
            </w:pPr>
            <w:r>
              <w:rPr>
                <w:color w:val="000000"/>
                <w:sz w:val="16"/>
              </w:rPr>
              <w:t>sodeluje, posluša druge in svoja opažanja izraža na razvojno primeren način</w:t>
            </w:r>
          </w:p>
          <w:p w14:paraId="3A33782B" w14:textId="77777777" w:rsidR="00302D64" w:rsidRDefault="00000000">
            <w:pPr>
              <w:pStyle w:val="Oznaenseznam"/>
              <w:spacing w:after="16"/>
            </w:pPr>
            <w:r>
              <w:rPr>
                <w:color w:val="000000"/>
                <w:sz w:val="16"/>
              </w:rPr>
              <w:t>ravna varno, odgovorno in skrbno do sebe, drugih ter okolja</w:t>
            </w:r>
          </w:p>
          <w:p w14:paraId="6395ECAD" w14:textId="77777777" w:rsidR="00302D64" w:rsidRDefault="00000000">
            <w:pPr>
              <w:pStyle w:val="Oznaenseznam"/>
              <w:spacing w:after="16"/>
            </w:pPr>
            <w:r>
              <w:rPr>
                <w:color w:val="000000"/>
                <w:sz w:val="16"/>
              </w:rPr>
              <w:t>ob kriterijih spremlja svoje učenje in sprejema opisno povratno informacijo</w:t>
            </w:r>
          </w:p>
          <w:p w14:paraId="09A587A3" w14:textId="77777777" w:rsidR="00302D64" w:rsidRDefault="00000000">
            <w:pPr>
              <w:spacing w:before="40" w:after="20" w:line="245" w:lineRule="auto"/>
            </w:pPr>
            <w:r>
              <w:rPr>
                <w:b/>
                <w:color w:val="000000"/>
                <w:sz w:val="17"/>
              </w:rPr>
              <w:t>OPERATIVNI</w:t>
            </w:r>
          </w:p>
          <w:p w14:paraId="2E512313" w14:textId="77777777" w:rsidR="00302D64" w:rsidRDefault="00000000">
            <w:pPr>
              <w:pStyle w:val="Oznaenseznam"/>
              <w:spacing w:after="16"/>
            </w:pPr>
            <w:r>
              <w:rPr>
                <w:color w:val="000000"/>
                <w:sz w:val="16"/>
              </w:rPr>
              <w:t>povezuje dejavnosti ljudi z okoljem</w:t>
            </w:r>
          </w:p>
          <w:p w14:paraId="79BB65D8" w14:textId="77777777" w:rsidR="00302D64" w:rsidRDefault="00000000">
            <w:pPr>
              <w:pStyle w:val="Oznaenseznam"/>
              <w:spacing w:after="16"/>
            </w:pPr>
            <w:r>
              <w:rPr>
                <w:color w:val="000000"/>
                <w:sz w:val="16"/>
              </w:rPr>
              <w:t>prepozna vpliv človeka</w:t>
            </w:r>
          </w:p>
          <w:p w14:paraId="253EF66C" w14:textId="77777777" w:rsidR="00302D64" w:rsidRDefault="00000000">
            <w:pPr>
              <w:pStyle w:val="Oznaenseznam"/>
              <w:spacing w:after="16"/>
            </w:pPr>
            <w:r>
              <w:rPr>
                <w:color w:val="000000"/>
                <w:sz w:val="16"/>
              </w:rPr>
              <w:t>predlaga trajnostno ravnanje</w:t>
            </w:r>
          </w:p>
          <w:p w14:paraId="7B8056E3" w14:textId="77777777" w:rsidR="00302D64" w:rsidRDefault="00000000">
            <w:pPr>
              <w:spacing w:before="40" w:after="20" w:line="245" w:lineRule="auto"/>
            </w:pPr>
            <w:r>
              <w:rPr>
                <w:b/>
                <w:color w:val="000000"/>
                <w:sz w:val="17"/>
              </w:rPr>
              <w:t>PRIČAKOVANI DOSEŽKI / STANDARDI</w:t>
            </w:r>
          </w:p>
          <w:p w14:paraId="05923183" w14:textId="77777777" w:rsidR="00302D64" w:rsidRDefault="00000000">
            <w:pPr>
              <w:pStyle w:val="Oznaenseznam"/>
              <w:spacing w:after="16"/>
            </w:pPr>
            <w:r>
              <w:rPr>
                <w:color w:val="000000"/>
                <w:sz w:val="16"/>
              </w:rPr>
              <w:t>ob konkretni ali slikovni opori povezuje dejavnosti ljudi z okoljem</w:t>
            </w:r>
          </w:p>
          <w:p w14:paraId="5482298F" w14:textId="77777777" w:rsidR="00302D64" w:rsidRDefault="00000000">
            <w:pPr>
              <w:pStyle w:val="Oznaenseznam"/>
              <w:spacing w:after="16"/>
            </w:pPr>
            <w:r>
              <w:rPr>
                <w:color w:val="000000"/>
                <w:sz w:val="16"/>
              </w:rPr>
              <w:t>ob konkretni ali slikovni opori prepozna vpliv človeka</w:t>
            </w:r>
          </w:p>
          <w:p w14:paraId="20812AEB" w14:textId="77777777" w:rsidR="00302D64" w:rsidRDefault="00000000">
            <w:pPr>
              <w:pStyle w:val="Oznaenseznam"/>
              <w:spacing w:after="16"/>
            </w:pPr>
            <w:r>
              <w:rPr>
                <w:color w:val="000000"/>
                <w:sz w:val="16"/>
              </w:rPr>
              <w:t>ob konkretni ali slikovni opori predlaga trajnostno ravnanje</w:t>
            </w:r>
          </w:p>
        </w:tc>
        <w:tc>
          <w:tcPr>
            <w:tcW w:w="7087" w:type="dxa"/>
            <w:tcMar>
              <w:top w:w="70" w:type="dxa"/>
              <w:left w:w="90" w:type="dxa"/>
              <w:bottom w:w="70" w:type="dxa"/>
              <w:right w:w="90" w:type="dxa"/>
            </w:tcMar>
          </w:tcPr>
          <w:p w14:paraId="1658364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3BB1679" w14:textId="77777777">
              <w:trPr>
                <w:jc w:val="center"/>
              </w:trPr>
              <w:tc>
                <w:tcPr>
                  <w:tcW w:w="7087" w:type="dxa"/>
                  <w:shd w:val="clear" w:color="auto" w:fill="C6E7F3"/>
                  <w:tcMar>
                    <w:top w:w="45" w:type="dxa"/>
                    <w:left w:w="70" w:type="dxa"/>
                    <w:bottom w:w="45" w:type="dxa"/>
                    <w:right w:w="70" w:type="dxa"/>
                  </w:tcMar>
                </w:tcPr>
                <w:p w14:paraId="51278235" w14:textId="77777777" w:rsidR="00302D64" w:rsidRDefault="00000000">
                  <w:pPr>
                    <w:keepNext/>
                  </w:pPr>
                  <w:r>
                    <w:rPr>
                      <w:b/>
                      <w:color w:val="000000"/>
                    </w:rPr>
                    <w:t>UVODNI DEL – motivacija, aktivacija predznanja in namen učenja (15–20 min)</w:t>
                  </w:r>
                </w:p>
              </w:tc>
            </w:tr>
          </w:tbl>
          <w:p w14:paraId="6B5A1D62" w14:textId="77777777" w:rsidR="00302D64" w:rsidRDefault="00302D64">
            <w:pPr>
              <w:spacing w:line="20" w:lineRule="exact"/>
            </w:pPr>
          </w:p>
          <w:p w14:paraId="7B263B7F" w14:textId="77777777" w:rsidR="00302D64" w:rsidRDefault="00000000">
            <w:pPr>
              <w:spacing w:before="40" w:after="60" w:line="245" w:lineRule="auto"/>
            </w:pPr>
            <w:r>
              <w:rPr>
                <w:color w:val="000000"/>
                <w:sz w:val="17"/>
              </w:rPr>
              <w:t>Lila Prap z vprašanjem o dinozavrih odpre primerjavo nekdanjih in današnjih življenjskih okolij. Učenci ločujejo dokaz, domnevo in domišljijo.</w:t>
            </w:r>
          </w:p>
          <w:tbl>
            <w:tblPr>
              <w:tblStyle w:val="Tabelamrea"/>
              <w:tblW w:w="0" w:type="auto"/>
              <w:jc w:val="center"/>
              <w:tblLayout w:type="fixed"/>
              <w:tblLook w:val="04A0" w:firstRow="1" w:lastRow="0" w:firstColumn="1" w:lastColumn="0" w:noHBand="0" w:noVBand="1"/>
            </w:tblPr>
            <w:tblGrid>
              <w:gridCol w:w="7087"/>
            </w:tblGrid>
            <w:tr w:rsidR="00302D64" w14:paraId="286300A1" w14:textId="77777777">
              <w:trPr>
                <w:jc w:val="center"/>
              </w:trPr>
              <w:tc>
                <w:tcPr>
                  <w:tcW w:w="7087" w:type="dxa"/>
                  <w:shd w:val="clear" w:color="auto" w:fill="EDC9EA"/>
                  <w:tcMar>
                    <w:top w:w="45" w:type="dxa"/>
                    <w:left w:w="70" w:type="dxa"/>
                    <w:bottom w:w="45" w:type="dxa"/>
                    <w:right w:w="70" w:type="dxa"/>
                  </w:tcMar>
                </w:tcPr>
                <w:p w14:paraId="04C583EE" w14:textId="77777777" w:rsidR="00302D64" w:rsidRDefault="00000000">
                  <w:pPr>
                    <w:keepNext/>
                  </w:pPr>
                  <w:r>
                    <w:rPr>
                      <w:b/>
                      <w:color w:val="000000"/>
                    </w:rPr>
                    <w:t>NAMENI UČENJA</w:t>
                  </w:r>
                </w:p>
              </w:tc>
            </w:tr>
          </w:tbl>
          <w:p w14:paraId="791BD8AE" w14:textId="77777777" w:rsidR="00302D64" w:rsidRDefault="00302D64">
            <w:pPr>
              <w:spacing w:line="20" w:lineRule="exact"/>
            </w:pPr>
          </w:p>
          <w:p w14:paraId="3C549441" w14:textId="77777777" w:rsidR="00302D64" w:rsidRDefault="00000000">
            <w:pPr>
              <w:spacing w:before="20" w:after="20" w:line="245" w:lineRule="auto"/>
            </w:pPr>
            <w:r>
              <w:rPr>
                <w:color w:val="000000"/>
                <w:sz w:val="16"/>
              </w:rPr>
              <w:t>Učimo se zato, da bomo lažje razumeli in odgovorno uporabili znanje v vsakdanjih situacijah.</w:t>
            </w:r>
          </w:p>
          <w:p w14:paraId="13C863FF" w14:textId="77777777" w:rsidR="00302D64" w:rsidRDefault="00000000">
            <w:pPr>
              <w:pStyle w:val="Oznaenseznam"/>
              <w:spacing w:after="16"/>
            </w:pPr>
            <w:r>
              <w:rPr>
                <w:color w:val="000000"/>
                <w:sz w:val="16"/>
              </w:rPr>
              <w:t>povezujem dejavnosti ljudi z okoljem</w:t>
            </w:r>
          </w:p>
          <w:p w14:paraId="09B0F413" w14:textId="77777777" w:rsidR="00302D64" w:rsidRDefault="00000000">
            <w:pPr>
              <w:pStyle w:val="Oznaenseznam"/>
              <w:spacing w:after="16"/>
            </w:pPr>
            <w:r>
              <w:rPr>
                <w:color w:val="000000"/>
                <w:sz w:val="16"/>
              </w:rPr>
              <w:t>prepoznam vpliv človeka</w:t>
            </w:r>
          </w:p>
          <w:p w14:paraId="6490267C" w14:textId="77777777" w:rsidR="00302D64" w:rsidRDefault="00000000">
            <w:pPr>
              <w:pStyle w:val="Oznaenseznam"/>
              <w:spacing w:after="16"/>
            </w:pPr>
            <w:r>
              <w:rPr>
                <w:color w:val="000000"/>
                <w:sz w:val="16"/>
              </w:rPr>
              <w:t>predlagam trajnostno ravnanje</w:t>
            </w:r>
          </w:p>
          <w:tbl>
            <w:tblPr>
              <w:tblStyle w:val="Tabelamrea"/>
              <w:tblW w:w="0" w:type="auto"/>
              <w:jc w:val="center"/>
              <w:tblLayout w:type="fixed"/>
              <w:tblLook w:val="04A0" w:firstRow="1" w:lastRow="0" w:firstColumn="1" w:lastColumn="0" w:noHBand="0" w:noVBand="1"/>
            </w:tblPr>
            <w:tblGrid>
              <w:gridCol w:w="7087"/>
            </w:tblGrid>
            <w:tr w:rsidR="00302D64" w14:paraId="5FD28C77" w14:textId="77777777">
              <w:trPr>
                <w:jc w:val="center"/>
              </w:trPr>
              <w:tc>
                <w:tcPr>
                  <w:tcW w:w="7087" w:type="dxa"/>
                  <w:shd w:val="clear" w:color="auto" w:fill="EDC9EA"/>
                  <w:tcMar>
                    <w:top w:w="45" w:type="dxa"/>
                    <w:left w:w="70" w:type="dxa"/>
                    <w:bottom w:w="45" w:type="dxa"/>
                    <w:right w:w="70" w:type="dxa"/>
                  </w:tcMar>
                </w:tcPr>
                <w:p w14:paraId="09215BFC" w14:textId="77777777" w:rsidR="00302D64" w:rsidRDefault="00000000">
                  <w:pPr>
                    <w:keepNext/>
                  </w:pPr>
                  <w:r>
                    <w:rPr>
                      <w:b/>
                      <w:color w:val="000000"/>
                    </w:rPr>
                    <w:t>PREVERJANJE PREDZNANJA</w:t>
                  </w:r>
                </w:p>
              </w:tc>
            </w:tr>
          </w:tbl>
          <w:p w14:paraId="2B639ABB" w14:textId="77777777" w:rsidR="00302D64" w:rsidRDefault="00302D64">
            <w:pPr>
              <w:spacing w:line="20" w:lineRule="exact"/>
            </w:pPr>
          </w:p>
          <w:p w14:paraId="2733C82F" w14:textId="77777777" w:rsidR="00302D64" w:rsidRDefault="00000000">
            <w:pPr>
              <w:pStyle w:val="Oznaenseznam"/>
              <w:spacing w:after="16"/>
            </w:pPr>
            <w:r>
              <w:rPr>
                <w:color w:val="000000"/>
                <w:sz w:val="16"/>
              </w:rPr>
              <w:t>Kako okolje vpliva na življenje ljudi, rastlin in živali?</w:t>
            </w:r>
          </w:p>
          <w:p w14:paraId="08937B29" w14:textId="77777777" w:rsidR="00302D64" w:rsidRDefault="00000000">
            <w:pPr>
              <w:pStyle w:val="Oznaenseznam"/>
              <w:spacing w:after="16"/>
            </w:pPr>
            <w:r>
              <w:rPr>
                <w:color w:val="000000"/>
                <w:sz w:val="16"/>
              </w:rPr>
              <w:t>Kako človek pokrajino spreminja in katere spremembe so lahko škodljive ali koristne?</w:t>
            </w:r>
          </w:p>
          <w:p w14:paraId="1CE87D5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565D8C1D" w14:textId="77777777">
              <w:trPr>
                <w:jc w:val="center"/>
              </w:trPr>
              <w:tc>
                <w:tcPr>
                  <w:tcW w:w="7087" w:type="dxa"/>
                  <w:shd w:val="clear" w:color="auto" w:fill="EDC9EA"/>
                  <w:tcMar>
                    <w:top w:w="45" w:type="dxa"/>
                    <w:left w:w="70" w:type="dxa"/>
                    <w:bottom w:w="45" w:type="dxa"/>
                    <w:right w:w="70" w:type="dxa"/>
                  </w:tcMar>
                </w:tcPr>
                <w:p w14:paraId="1E1CEA84" w14:textId="77777777" w:rsidR="00302D64" w:rsidRDefault="00000000">
                  <w:pPr>
                    <w:keepNext/>
                  </w:pPr>
                  <w:r>
                    <w:rPr>
                      <w:b/>
                      <w:color w:val="000000"/>
                    </w:rPr>
                    <w:t>KRITERIJI USPEŠNOSTI</w:t>
                  </w:r>
                </w:p>
              </w:tc>
            </w:tr>
          </w:tbl>
          <w:p w14:paraId="5DD51D49" w14:textId="77777777" w:rsidR="00302D64" w:rsidRDefault="00302D64"/>
          <w:p w14:paraId="53D150CF" w14:textId="77777777" w:rsidR="00302D64" w:rsidRDefault="00000000">
            <w:pPr>
              <w:spacing w:before="20" w:after="20" w:line="245" w:lineRule="auto"/>
            </w:pPr>
            <w:r>
              <w:rPr>
                <w:b/>
                <w:color w:val="000000"/>
                <w:sz w:val="16"/>
              </w:rPr>
              <w:t>Uspešen/-na bom, ko:</w:t>
            </w:r>
          </w:p>
          <w:p w14:paraId="2016067E" w14:textId="77777777" w:rsidR="00302D64" w:rsidRDefault="00000000">
            <w:pPr>
              <w:pStyle w:val="Oznaenseznam"/>
              <w:spacing w:after="16"/>
            </w:pPr>
            <w:r>
              <w:rPr>
                <w:color w:val="000000"/>
                <w:sz w:val="16"/>
              </w:rPr>
              <w:t>povezujem dejavnosti ljudi z okoljem</w:t>
            </w:r>
          </w:p>
          <w:p w14:paraId="0803DBD4" w14:textId="77777777" w:rsidR="00302D64" w:rsidRDefault="00000000">
            <w:pPr>
              <w:pStyle w:val="Oznaenseznam"/>
              <w:spacing w:after="16"/>
            </w:pPr>
            <w:r>
              <w:rPr>
                <w:color w:val="000000"/>
                <w:sz w:val="16"/>
              </w:rPr>
              <w:t>prepoznam vpliv človeka</w:t>
            </w:r>
          </w:p>
          <w:p w14:paraId="17151581" w14:textId="77777777" w:rsidR="00302D64" w:rsidRDefault="00000000">
            <w:pPr>
              <w:pStyle w:val="Oznaenseznam"/>
              <w:spacing w:after="16"/>
            </w:pPr>
            <w:r>
              <w:rPr>
                <w:color w:val="000000"/>
                <w:sz w:val="16"/>
              </w:rPr>
              <w:t>predlagam trajnostno ravnanje</w:t>
            </w:r>
          </w:p>
          <w:p w14:paraId="1EE6C644"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1650CE5C" w14:textId="77777777" w:rsidR="00302D64" w:rsidRDefault="00302D64"/>
          <w:p w14:paraId="350966FB" w14:textId="77777777" w:rsidR="00302D64" w:rsidRDefault="00000000">
            <w:pPr>
              <w:spacing w:after="80" w:line="245" w:lineRule="auto"/>
            </w:pPr>
            <w:r>
              <w:rPr>
                <w:color w:val="000000"/>
                <w:sz w:val="16"/>
              </w:rPr>
              <w:t>Posluša ali opazuje književno oziroma predmetno izhodišče ter se vključi z gibom, sliko ali besedo.</w:t>
            </w:r>
          </w:p>
          <w:p w14:paraId="44C07091" w14:textId="77777777" w:rsidR="00302D64" w:rsidRDefault="00000000">
            <w:pPr>
              <w:spacing w:after="80" w:line="245" w:lineRule="auto"/>
            </w:pPr>
            <w:r>
              <w:rPr>
                <w:color w:val="000000"/>
                <w:sz w:val="16"/>
              </w:rPr>
              <w:t>Pove, pokaže ali nariše, kaj že ve. Posluša zamisli drugih.</w:t>
            </w:r>
          </w:p>
          <w:p w14:paraId="25AB4C29" w14:textId="77777777" w:rsidR="00302D64" w:rsidRDefault="00000000">
            <w:pPr>
              <w:spacing w:after="100" w:line="245" w:lineRule="auto"/>
            </w:pPr>
            <w:r>
              <w:rPr>
                <w:color w:val="000000"/>
                <w:sz w:val="16"/>
              </w:rPr>
              <w:t>Sodeluje pri razumevanju namenov in kriterijev uspešnosti.</w:t>
            </w:r>
          </w:p>
          <w:p w14:paraId="3795806F" w14:textId="77777777" w:rsidR="00302D64" w:rsidRDefault="00000000">
            <w:pPr>
              <w:spacing w:after="20" w:line="245" w:lineRule="auto"/>
            </w:pPr>
            <w:r>
              <w:rPr>
                <w:b/>
                <w:color w:val="D95BC6"/>
                <w:sz w:val="17"/>
              </w:rPr>
              <w:t>DOKAZ O UČENJU</w:t>
            </w:r>
          </w:p>
          <w:p w14:paraId="7D6CFD5C" w14:textId="77777777" w:rsidR="00302D64" w:rsidRDefault="00000000">
            <w:pPr>
              <w:spacing w:after="30" w:line="245" w:lineRule="auto"/>
            </w:pPr>
            <w:r>
              <w:rPr>
                <w:color w:val="D95BC6"/>
                <w:sz w:val="16"/>
              </w:rPr>
              <w:t>začetna zamisel, razvrstitev, risba ali ustni odgovor</w:t>
            </w:r>
          </w:p>
        </w:tc>
      </w:tr>
    </w:tbl>
    <w:p w14:paraId="204E2A41"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FF90EE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B7BB6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9D5CAC" w14:textId="77777777" w:rsidR="00302D64" w:rsidRDefault="00000000">
            <w:pPr>
              <w:jc w:val="center"/>
            </w:pPr>
            <w:r>
              <w:rPr>
                <w:b/>
                <w:color w:val="000000"/>
                <w:sz w:val="20"/>
              </w:rPr>
              <w:t>UČNE DEJAVNOSTI, METODE IN FORMATIVNO SPREMLJANJE</w:t>
            </w:r>
          </w:p>
        </w:tc>
      </w:tr>
      <w:tr w:rsidR="00302D64" w14:paraId="4BD95E01" w14:textId="77777777">
        <w:trPr>
          <w:tblHeader/>
          <w:jc w:val="center"/>
        </w:trPr>
        <w:tc>
          <w:tcPr>
            <w:tcW w:w="4422" w:type="dxa"/>
            <w:vMerge/>
            <w:tcMar>
              <w:top w:w="70" w:type="dxa"/>
              <w:left w:w="90" w:type="dxa"/>
              <w:bottom w:w="70" w:type="dxa"/>
              <w:right w:w="90" w:type="dxa"/>
            </w:tcMar>
            <w:vAlign w:val="center"/>
          </w:tcPr>
          <w:p w14:paraId="30BC596E" w14:textId="77777777" w:rsidR="00302D64" w:rsidRDefault="00302D64"/>
        </w:tc>
        <w:tc>
          <w:tcPr>
            <w:tcW w:w="7087" w:type="dxa"/>
            <w:shd w:val="clear" w:color="auto" w:fill="FFFFFF"/>
            <w:tcMar>
              <w:top w:w="70" w:type="dxa"/>
              <w:left w:w="90" w:type="dxa"/>
              <w:bottom w:w="70" w:type="dxa"/>
              <w:right w:w="90" w:type="dxa"/>
            </w:tcMar>
            <w:vAlign w:val="center"/>
          </w:tcPr>
          <w:p w14:paraId="44BF9153"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436F81F" w14:textId="77777777" w:rsidR="00302D64" w:rsidRDefault="00000000">
            <w:pPr>
              <w:jc w:val="center"/>
            </w:pPr>
            <w:r>
              <w:rPr>
                <w:b/>
                <w:color w:val="000000"/>
              </w:rPr>
              <w:t>UČENEC</w:t>
            </w:r>
          </w:p>
        </w:tc>
      </w:tr>
      <w:tr w:rsidR="00302D64" w14:paraId="72828FEE" w14:textId="77777777">
        <w:trPr>
          <w:jc w:val="center"/>
        </w:trPr>
        <w:tc>
          <w:tcPr>
            <w:tcW w:w="4422" w:type="dxa"/>
            <w:tcMar>
              <w:top w:w="70" w:type="dxa"/>
              <w:left w:w="90" w:type="dxa"/>
              <w:bottom w:w="70" w:type="dxa"/>
              <w:right w:w="90" w:type="dxa"/>
            </w:tcMar>
          </w:tcPr>
          <w:p w14:paraId="6CF834A9" w14:textId="77777777" w:rsidR="00302D64" w:rsidRDefault="00302D64"/>
          <w:p w14:paraId="0909319B" w14:textId="77777777" w:rsidR="00302D64" w:rsidRDefault="00000000">
            <w:pPr>
              <w:spacing w:after="40" w:line="245" w:lineRule="auto"/>
            </w:pPr>
            <w:r>
              <w:rPr>
                <w:b/>
                <w:color w:val="000000"/>
              </w:rPr>
              <w:t>KLJUČNI POJMI</w:t>
            </w:r>
          </w:p>
          <w:p w14:paraId="40C0C4AD" w14:textId="77777777" w:rsidR="00302D64" w:rsidRDefault="00000000">
            <w:pPr>
              <w:spacing w:after="80" w:line="245" w:lineRule="auto"/>
            </w:pPr>
            <w:r>
              <w:rPr>
                <w:color w:val="000000"/>
                <w:sz w:val="16"/>
              </w:rPr>
              <w:t>pokrajina, življenjsko okolje, preteklost, dokaz, domneva, dejavnost ljudi, posledica, trajnostno ravnanje</w:t>
            </w:r>
          </w:p>
          <w:p w14:paraId="3E45F19F" w14:textId="77777777" w:rsidR="00302D64" w:rsidRDefault="00000000">
            <w:pPr>
              <w:spacing w:after="20" w:line="245" w:lineRule="auto"/>
            </w:pPr>
            <w:r>
              <w:rPr>
                <w:b/>
                <w:color w:val="000000"/>
              </w:rPr>
              <w:t>DOKAZI O UČENJU</w:t>
            </w:r>
          </w:p>
          <w:p w14:paraId="1C533343" w14:textId="77777777" w:rsidR="00302D64" w:rsidRDefault="00000000">
            <w:pPr>
              <w:pStyle w:val="Oznaenseznam"/>
              <w:spacing w:after="16"/>
            </w:pPr>
            <w:r>
              <w:rPr>
                <w:color w:val="000000"/>
                <w:sz w:val="16"/>
              </w:rPr>
              <w:t>pravilna razvrstitev virov</w:t>
            </w:r>
          </w:p>
          <w:p w14:paraId="3EE2444B" w14:textId="77777777" w:rsidR="00302D64" w:rsidRDefault="00000000">
            <w:pPr>
              <w:pStyle w:val="Oznaenseznam"/>
              <w:spacing w:after="16"/>
            </w:pPr>
            <w:r>
              <w:rPr>
                <w:color w:val="000000"/>
                <w:sz w:val="16"/>
              </w:rPr>
              <w:t>povezava dejavnost–okolje–posledica</w:t>
            </w:r>
          </w:p>
          <w:p w14:paraId="0962B882" w14:textId="77777777" w:rsidR="00302D64" w:rsidRDefault="00000000">
            <w:pPr>
              <w:pStyle w:val="Oznaenseznam"/>
              <w:spacing w:after="16"/>
            </w:pPr>
            <w:r>
              <w:rPr>
                <w:color w:val="000000"/>
                <w:sz w:val="16"/>
              </w:rPr>
              <w:t>trajnostni model in utemeljitev</w:t>
            </w:r>
          </w:p>
          <w:p w14:paraId="2B4CFCBD" w14:textId="77777777" w:rsidR="00302D64" w:rsidRDefault="00000000">
            <w:pPr>
              <w:spacing w:before="40" w:after="20" w:line="245" w:lineRule="auto"/>
            </w:pPr>
            <w:r>
              <w:rPr>
                <w:b/>
                <w:color w:val="000000"/>
              </w:rPr>
              <w:t>MEDPREDMETNA POVEZAVA</w:t>
            </w:r>
          </w:p>
          <w:p w14:paraId="4388AA43" w14:textId="77777777" w:rsidR="00302D64" w:rsidRDefault="00000000">
            <w:pPr>
              <w:spacing w:after="60" w:line="245" w:lineRule="auto"/>
            </w:pPr>
            <w:r>
              <w:rPr>
                <w:color w:val="000000"/>
                <w:sz w:val="16"/>
              </w:rPr>
              <w:t>SLJ – vprašanja in utemeljitev; MAT – razvrščanje; LUM/TEHNIKA – model; NARAVOSLOVJE – življenjska okolja</w:t>
            </w:r>
          </w:p>
          <w:p w14:paraId="6CF8B0BE" w14:textId="77777777" w:rsidR="00302D64" w:rsidRDefault="00000000">
            <w:pPr>
              <w:spacing w:after="20" w:line="245" w:lineRule="auto"/>
            </w:pPr>
            <w:r>
              <w:rPr>
                <w:b/>
                <w:color w:val="000000"/>
              </w:rPr>
              <w:t>POUČEVANJE V GIBANJU</w:t>
            </w:r>
          </w:p>
          <w:p w14:paraId="1BA15226"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6D94FA7" w14:textId="77777777" w:rsidR="00302D64" w:rsidRDefault="00000000">
            <w:pPr>
              <w:spacing w:after="20" w:line="245" w:lineRule="auto"/>
            </w:pPr>
            <w:r>
              <w:rPr>
                <w:b/>
                <w:color w:val="000000"/>
              </w:rPr>
              <w:t>UČENJE PO ŠTIRIH POSTAJAH</w:t>
            </w:r>
          </w:p>
          <w:p w14:paraId="29D176F6"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63CD852B" w14:textId="77777777" w:rsidR="00302D64" w:rsidRDefault="00000000">
            <w:pPr>
              <w:spacing w:after="20" w:line="245" w:lineRule="auto"/>
            </w:pPr>
            <w:r>
              <w:rPr>
                <w:b/>
                <w:color w:val="000000"/>
              </w:rPr>
              <w:t>DIFERENCIACIJA IN VKLJUČEVANJE</w:t>
            </w:r>
          </w:p>
          <w:p w14:paraId="5E7ABF9A" w14:textId="77777777" w:rsidR="00302D64" w:rsidRDefault="00000000">
            <w:pPr>
              <w:spacing w:after="60" w:line="245" w:lineRule="auto"/>
            </w:pPr>
            <w:r>
              <w:rPr>
                <w:color w:val="000000"/>
                <w:sz w:val="16"/>
              </w:rPr>
              <w:t>Uporabijo se jasni primerjalni pari; učenec izbira simbol koristi/škode; naprednejši predstavi več posledic iste dejavnosti.</w:t>
            </w:r>
          </w:p>
          <w:p w14:paraId="26154FE3" w14:textId="77777777" w:rsidR="00302D64" w:rsidRDefault="00000000">
            <w:pPr>
              <w:spacing w:after="20" w:line="245" w:lineRule="auto"/>
            </w:pPr>
            <w:r>
              <w:rPr>
                <w:b/>
                <w:color w:val="000000"/>
              </w:rPr>
              <w:t>SPREMLJANJE</w:t>
            </w:r>
          </w:p>
          <w:p w14:paraId="1AA6823F"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00DF6902"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152095E" w14:textId="77777777">
              <w:trPr>
                <w:jc w:val="center"/>
              </w:trPr>
              <w:tc>
                <w:tcPr>
                  <w:tcW w:w="7087" w:type="dxa"/>
                  <w:shd w:val="clear" w:color="auto" w:fill="C6E7F3"/>
                  <w:tcMar>
                    <w:top w:w="45" w:type="dxa"/>
                    <w:left w:w="70" w:type="dxa"/>
                    <w:bottom w:w="45" w:type="dxa"/>
                    <w:right w:w="70" w:type="dxa"/>
                  </w:tcMar>
                </w:tcPr>
                <w:p w14:paraId="15CC1518" w14:textId="77777777" w:rsidR="00302D64" w:rsidRDefault="00000000">
                  <w:pPr>
                    <w:keepNext/>
                  </w:pPr>
                  <w:r>
                    <w:t>GLAVNI DEL – IZKUŠENJSKO IN POSTAJNO UČENJE (3 šolske ure)</w:t>
                  </w:r>
                </w:p>
              </w:tc>
            </w:tr>
          </w:tbl>
          <w:p w14:paraId="533E43B6" w14:textId="77777777" w:rsidR="00302D64" w:rsidRDefault="00302D64">
            <w:pPr>
              <w:spacing w:line="20" w:lineRule="exact"/>
            </w:pPr>
          </w:p>
          <w:p w14:paraId="16B87623" w14:textId="77777777" w:rsidR="00302D64" w:rsidRDefault="00000000">
            <w:pPr>
              <w:keepNext/>
              <w:spacing w:before="60" w:after="20" w:line="245" w:lineRule="auto"/>
            </w:pPr>
            <w:r>
              <w:rPr>
                <w:b/>
                <w:color w:val="000000"/>
              </w:rPr>
              <w:t>1. URA – Nekoč in danes – dokazi</w:t>
            </w:r>
          </w:p>
          <w:p w14:paraId="3D98C819" w14:textId="77777777" w:rsidR="00302D64" w:rsidRDefault="00000000">
            <w:pPr>
              <w:spacing w:after="20" w:line="245" w:lineRule="auto"/>
            </w:pPr>
            <w:r>
              <w:rPr>
                <w:b/>
                <w:color w:val="000000"/>
                <w:sz w:val="16"/>
              </w:rPr>
              <w:t xml:space="preserve">Dejavnost učiteljice: </w:t>
            </w:r>
            <w:r>
              <w:rPr>
                <w:color w:val="000000"/>
                <w:sz w:val="16"/>
              </w:rPr>
              <w:t>Ponudi fosilne podobe, rekonstrukcije in fotografije sedanjih okolij ter pojasni, kaj je dokaz in kaj razlaga.</w:t>
            </w:r>
          </w:p>
          <w:p w14:paraId="29414771" w14:textId="77777777" w:rsidR="00302D64" w:rsidRDefault="00000000">
            <w:pPr>
              <w:spacing w:after="20" w:line="245" w:lineRule="auto"/>
            </w:pPr>
            <w:r>
              <w:rPr>
                <w:b/>
                <w:color w:val="000000"/>
                <w:sz w:val="16"/>
              </w:rPr>
              <w:t xml:space="preserve">Dejavnost učencev: </w:t>
            </w:r>
            <w:r>
              <w:rPr>
                <w:color w:val="000000"/>
                <w:sz w:val="16"/>
              </w:rPr>
              <w:t>Razvrstijo dokaz/domneva, primerjajo okolji in oblikujejo raziskovalno vprašanje.</w:t>
            </w:r>
          </w:p>
          <w:p w14:paraId="485E8428" w14:textId="77777777" w:rsidR="00302D64" w:rsidRDefault="00000000">
            <w:pPr>
              <w:spacing w:after="40" w:line="245" w:lineRule="auto"/>
            </w:pPr>
            <w:r>
              <w:rPr>
                <w:i/>
                <w:color w:val="D95BC6"/>
                <w:sz w:val="16"/>
              </w:rPr>
              <w:t>Predvideni dokaz: pravilna razvrstitev virov.</w:t>
            </w:r>
          </w:p>
          <w:p w14:paraId="6D00BEA8" w14:textId="77777777" w:rsidR="00302D64" w:rsidRDefault="00000000">
            <w:pPr>
              <w:keepNext/>
              <w:spacing w:before="60" w:after="20" w:line="245" w:lineRule="auto"/>
            </w:pPr>
            <w:r>
              <w:rPr>
                <w:b/>
                <w:color w:val="000000"/>
              </w:rPr>
              <w:t>2. URA – Dejavnosti ljudi in prostor</w:t>
            </w:r>
          </w:p>
          <w:p w14:paraId="509F21D9" w14:textId="77777777" w:rsidR="00302D64" w:rsidRDefault="00000000">
            <w:pPr>
              <w:spacing w:after="20" w:line="245" w:lineRule="auto"/>
            </w:pPr>
            <w:r>
              <w:rPr>
                <w:b/>
                <w:color w:val="000000"/>
                <w:sz w:val="16"/>
              </w:rPr>
              <w:t xml:space="preserve">Dejavnost učiteljice: </w:t>
            </w:r>
            <w:r>
              <w:rPr>
                <w:color w:val="000000"/>
                <w:sz w:val="16"/>
              </w:rPr>
              <w:t>Pripravi pare dejavnost–pokrajina: kmetovanje, ribolov, turizem, promet, bivanje in varovanje.</w:t>
            </w:r>
          </w:p>
          <w:p w14:paraId="03E2748D" w14:textId="77777777" w:rsidR="00302D64" w:rsidRDefault="00000000">
            <w:pPr>
              <w:spacing w:after="20" w:line="245" w:lineRule="auto"/>
            </w:pPr>
            <w:r>
              <w:rPr>
                <w:b/>
                <w:color w:val="000000"/>
                <w:sz w:val="16"/>
              </w:rPr>
              <w:t xml:space="preserve">Dejavnost učencev: </w:t>
            </w:r>
            <w:r>
              <w:rPr>
                <w:color w:val="000000"/>
                <w:sz w:val="16"/>
              </w:rPr>
              <w:t>Povežejo dejavnost z okoljem ter navedejo eno korist in eno možno posledico.</w:t>
            </w:r>
          </w:p>
          <w:p w14:paraId="219DFC39" w14:textId="77777777" w:rsidR="00302D64" w:rsidRDefault="00000000">
            <w:pPr>
              <w:spacing w:after="40" w:line="245" w:lineRule="auto"/>
            </w:pPr>
            <w:r>
              <w:rPr>
                <w:i/>
                <w:color w:val="D95BC6"/>
                <w:sz w:val="16"/>
              </w:rPr>
              <w:t>Predvideni dokaz: povezava dejavnost–okolje–posledica.</w:t>
            </w:r>
          </w:p>
          <w:p w14:paraId="44E1D69F" w14:textId="77777777" w:rsidR="00302D64" w:rsidRDefault="00000000">
            <w:pPr>
              <w:keepNext/>
              <w:spacing w:before="60" w:after="20" w:line="245" w:lineRule="auto"/>
            </w:pPr>
            <w:r>
              <w:rPr>
                <w:b/>
                <w:color w:val="000000"/>
              </w:rPr>
              <w:t>3. URA – Pokrajina prihodnosti</w:t>
            </w:r>
          </w:p>
          <w:p w14:paraId="26F36948" w14:textId="77777777" w:rsidR="00302D64" w:rsidRDefault="00000000">
            <w:pPr>
              <w:spacing w:after="20" w:line="245" w:lineRule="auto"/>
            </w:pPr>
            <w:r>
              <w:rPr>
                <w:b/>
                <w:color w:val="000000"/>
                <w:sz w:val="16"/>
              </w:rPr>
              <w:t xml:space="preserve">Dejavnost učiteljice: </w:t>
            </w:r>
            <w:r>
              <w:rPr>
                <w:color w:val="000000"/>
                <w:sz w:val="16"/>
              </w:rPr>
              <w:t>Skupini da model pokrajine z okoljskim izzivom in kriterije varno, uporabno, skrbno do narave.</w:t>
            </w:r>
          </w:p>
          <w:p w14:paraId="631AA8A0" w14:textId="77777777" w:rsidR="00302D64" w:rsidRDefault="00000000">
            <w:pPr>
              <w:spacing w:after="20" w:line="245" w:lineRule="auto"/>
            </w:pPr>
            <w:r>
              <w:rPr>
                <w:b/>
                <w:color w:val="000000"/>
                <w:sz w:val="16"/>
              </w:rPr>
              <w:t xml:space="preserve">Dejavnost učencev: </w:t>
            </w:r>
            <w:r>
              <w:rPr>
                <w:color w:val="000000"/>
                <w:sz w:val="16"/>
              </w:rPr>
              <w:t>Preoblikujejo model, predstavijo rešitev in po povratni informaciji izboljšajo predlog.</w:t>
            </w:r>
          </w:p>
          <w:p w14:paraId="10C3E82E" w14:textId="77777777" w:rsidR="00302D64" w:rsidRDefault="00000000">
            <w:pPr>
              <w:spacing w:after="40" w:line="245" w:lineRule="auto"/>
            </w:pPr>
            <w:r>
              <w:rPr>
                <w:i/>
                <w:color w:val="D95BC6"/>
                <w:sz w:val="16"/>
              </w:rPr>
              <w:t>Predvideni dokaz: trajnostni model in utemeljitev.</w:t>
            </w:r>
          </w:p>
          <w:tbl>
            <w:tblPr>
              <w:tblStyle w:val="Tabelamrea"/>
              <w:tblW w:w="0" w:type="auto"/>
              <w:jc w:val="center"/>
              <w:tblLayout w:type="fixed"/>
              <w:tblLook w:val="04A0" w:firstRow="1" w:lastRow="0" w:firstColumn="1" w:lastColumn="0" w:noHBand="0" w:noVBand="1"/>
            </w:tblPr>
            <w:tblGrid>
              <w:gridCol w:w="7087"/>
            </w:tblGrid>
            <w:tr w:rsidR="00302D64" w14:paraId="402008FC" w14:textId="77777777">
              <w:trPr>
                <w:jc w:val="center"/>
              </w:trPr>
              <w:tc>
                <w:tcPr>
                  <w:tcW w:w="7087" w:type="dxa"/>
                  <w:shd w:val="clear" w:color="auto" w:fill="EDC9EA"/>
                  <w:tcMar>
                    <w:top w:w="45" w:type="dxa"/>
                    <w:left w:w="70" w:type="dxa"/>
                    <w:bottom w:w="45" w:type="dxa"/>
                    <w:right w:w="70" w:type="dxa"/>
                  </w:tcMar>
                </w:tcPr>
                <w:p w14:paraId="46AEEF52" w14:textId="77777777" w:rsidR="00302D64" w:rsidRDefault="00000000">
                  <w:pPr>
                    <w:keepNext/>
                  </w:pPr>
                  <w:r>
                    <w:rPr>
                      <w:b/>
                      <w:color w:val="000000"/>
                    </w:rPr>
                    <w:t>UČENJE PO ŠTIRIH POSTAJAH (6–8 min na postajo)</w:t>
                  </w:r>
                </w:p>
              </w:tc>
            </w:tr>
          </w:tbl>
          <w:p w14:paraId="2805907A"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7884657E" w14:textId="77777777" w:rsidR="00302D64" w:rsidRDefault="00000000">
            <w:pPr>
              <w:spacing w:after="20" w:line="245" w:lineRule="auto"/>
            </w:pPr>
            <w:r>
              <w:rPr>
                <w:b/>
                <w:color w:val="000000"/>
                <w:sz w:val="16"/>
              </w:rPr>
              <w:t xml:space="preserve">RAZISKOVALNA POSTAJA – Nekoč in danes – dokazi: </w:t>
            </w:r>
            <w:r>
              <w:rPr>
                <w:color w:val="000000"/>
                <w:sz w:val="16"/>
              </w:rPr>
              <w:t>Razvrstijo dokaz/domneva, primerjajo okolji in oblikujejo raziskovalno vprašanje.</w:t>
            </w:r>
          </w:p>
          <w:p w14:paraId="0A36966D" w14:textId="77777777" w:rsidR="00302D64" w:rsidRDefault="00000000">
            <w:pPr>
              <w:spacing w:after="20" w:line="245" w:lineRule="auto"/>
            </w:pPr>
            <w:r>
              <w:rPr>
                <w:b/>
                <w:color w:val="000000"/>
                <w:sz w:val="16"/>
              </w:rPr>
              <w:t xml:space="preserve">PRAKTIČNA POSTAJA – Dejavnosti ljudi in prostor: </w:t>
            </w:r>
            <w:r>
              <w:rPr>
                <w:color w:val="000000"/>
                <w:sz w:val="16"/>
              </w:rPr>
              <w:t>Povežejo dejavnost z okoljem ter navedejo eno korist in eno možno posledico.</w:t>
            </w:r>
          </w:p>
          <w:p w14:paraId="6B358C9E" w14:textId="77777777" w:rsidR="00302D64" w:rsidRDefault="00000000">
            <w:pPr>
              <w:spacing w:after="20" w:line="245" w:lineRule="auto"/>
            </w:pPr>
            <w:r>
              <w:rPr>
                <w:b/>
                <w:color w:val="000000"/>
                <w:sz w:val="16"/>
              </w:rPr>
              <w:t xml:space="preserve">GIBALNO-SODELOVALNA POSTAJA – Pokrajina prihodnosti: </w:t>
            </w:r>
            <w:r>
              <w:rPr>
                <w:color w:val="000000"/>
                <w:sz w:val="16"/>
              </w:rPr>
              <w:t>Preoblikujejo model, predstavijo rešitev in po povratni informaciji izboljšajo predlog.</w:t>
            </w:r>
          </w:p>
          <w:p w14:paraId="00606C02" w14:textId="77777777" w:rsidR="00302D64" w:rsidRDefault="00000000">
            <w:pPr>
              <w:spacing w:after="20" w:line="245" w:lineRule="auto"/>
            </w:pPr>
            <w:r>
              <w:rPr>
                <w:b/>
                <w:color w:val="000000"/>
                <w:sz w:val="16"/>
              </w:rPr>
              <w:t xml:space="preserve">POSTAJA DOKAZA IN REFLEKSIJE: </w:t>
            </w:r>
            <w:r>
              <w:rPr>
                <w:color w:val="000000"/>
                <w:sz w:val="16"/>
              </w:rPr>
              <w:t>Izberejo en dokaz (pravilna razvrstitev virov, povezava dejavnost–okolje–posledica),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6C77E5FA" w14:textId="77777777">
              <w:trPr>
                <w:jc w:val="center"/>
              </w:trPr>
              <w:tc>
                <w:tcPr>
                  <w:tcW w:w="7087" w:type="dxa"/>
                  <w:shd w:val="clear" w:color="auto" w:fill="EDC9EA"/>
                  <w:tcMar>
                    <w:top w:w="45" w:type="dxa"/>
                    <w:left w:w="70" w:type="dxa"/>
                    <w:bottom w:w="45" w:type="dxa"/>
                    <w:right w:w="70" w:type="dxa"/>
                  </w:tcMar>
                </w:tcPr>
                <w:p w14:paraId="0E1C3DB4" w14:textId="77777777" w:rsidR="00302D64" w:rsidRDefault="00000000">
                  <w:pPr>
                    <w:keepNext/>
                  </w:pPr>
                  <w:r>
                    <w:rPr>
                      <w:b/>
                      <w:color w:val="000000"/>
                    </w:rPr>
                    <w:t>POVRATNA INFORMACIJA UČITELJICE MED DELOM</w:t>
                  </w:r>
                </w:p>
              </w:tc>
            </w:tr>
          </w:tbl>
          <w:p w14:paraId="4EBE89E2" w14:textId="77777777" w:rsidR="00302D64" w:rsidRDefault="00302D64"/>
          <w:p w14:paraId="7EBC7BE3"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FE9BD09" w14:textId="77777777" w:rsidR="00302D64" w:rsidRDefault="00302D64"/>
          <w:p w14:paraId="6505C8A0" w14:textId="77777777" w:rsidR="00302D64" w:rsidRDefault="00000000">
            <w:pPr>
              <w:spacing w:after="20" w:line="245" w:lineRule="auto"/>
            </w:pPr>
            <w:r>
              <w:rPr>
                <w:b/>
                <w:color w:val="000000"/>
                <w:sz w:val="17"/>
              </w:rPr>
              <w:t>1. URA</w:t>
            </w:r>
          </w:p>
          <w:p w14:paraId="29EE9178" w14:textId="77777777" w:rsidR="00302D64" w:rsidRDefault="00000000">
            <w:pPr>
              <w:spacing w:after="40" w:line="245" w:lineRule="auto"/>
            </w:pPr>
            <w:r>
              <w:rPr>
                <w:color w:val="000000"/>
                <w:sz w:val="16"/>
              </w:rPr>
              <w:t>Razvrstijo dokaz/domneva, primerjajo okolji in oblikujejo raziskovalno vprašanje.</w:t>
            </w:r>
          </w:p>
          <w:p w14:paraId="404F7F49" w14:textId="77777777" w:rsidR="00302D64" w:rsidRDefault="00000000">
            <w:pPr>
              <w:spacing w:line="245" w:lineRule="auto"/>
            </w:pPr>
            <w:r>
              <w:rPr>
                <w:b/>
                <w:color w:val="D95BC6"/>
                <w:sz w:val="16"/>
              </w:rPr>
              <w:t>DOKAZ</w:t>
            </w:r>
          </w:p>
          <w:p w14:paraId="44D2F36E" w14:textId="77777777" w:rsidR="00302D64" w:rsidRDefault="00000000">
            <w:pPr>
              <w:spacing w:after="60" w:line="245" w:lineRule="auto"/>
            </w:pPr>
            <w:r>
              <w:rPr>
                <w:color w:val="D95BC6"/>
                <w:sz w:val="16"/>
              </w:rPr>
              <w:t>pravilna razvrstitev virov</w:t>
            </w:r>
          </w:p>
          <w:p w14:paraId="6BD1899E" w14:textId="77777777" w:rsidR="00302D64" w:rsidRDefault="00000000">
            <w:pPr>
              <w:spacing w:after="20" w:line="245" w:lineRule="auto"/>
            </w:pPr>
            <w:r>
              <w:rPr>
                <w:b/>
                <w:color w:val="000000"/>
                <w:sz w:val="17"/>
              </w:rPr>
              <w:t>2. URA</w:t>
            </w:r>
          </w:p>
          <w:p w14:paraId="60995740" w14:textId="77777777" w:rsidR="00302D64" w:rsidRDefault="00000000">
            <w:pPr>
              <w:spacing w:after="40" w:line="245" w:lineRule="auto"/>
            </w:pPr>
            <w:r>
              <w:rPr>
                <w:color w:val="000000"/>
                <w:sz w:val="16"/>
              </w:rPr>
              <w:t>Povežejo dejavnost z okoljem ter navedejo eno korist in eno možno posledico.</w:t>
            </w:r>
          </w:p>
          <w:p w14:paraId="75B51EF8" w14:textId="77777777" w:rsidR="00302D64" w:rsidRDefault="00000000">
            <w:pPr>
              <w:spacing w:line="245" w:lineRule="auto"/>
            </w:pPr>
            <w:r>
              <w:rPr>
                <w:b/>
                <w:color w:val="D95BC6"/>
                <w:sz w:val="16"/>
              </w:rPr>
              <w:t>DOKAZ</w:t>
            </w:r>
          </w:p>
          <w:p w14:paraId="4071FF70" w14:textId="77777777" w:rsidR="00302D64" w:rsidRDefault="00000000">
            <w:pPr>
              <w:spacing w:after="60" w:line="245" w:lineRule="auto"/>
            </w:pPr>
            <w:r>
              <w:rPr>
                <w:color w:val="D95BC6"/>
                <w:sz w:val="16"/>
              </w:rPr>
              <w:t>povezava dejavnost–okolje–posledica</w:t>
            </w:r>
          </w:p>
          <w:p w14:paraId="70614287" w14:textId="77777777" w:rsidR="00302D64" w:rsidRDefault="00000000">
            <w:pPr>
              <w:spacing w:after="20" w:line="245" w:lineRule="auto"/>
            </w:pPr>
            <w:r>
              <w:rPr>
                <w:b/>
                <w:color w:val="000000"/>
                <w:sz w:val="17"/>
              </w:rPr>
              <w:t>3. URA</w:t>
            </w:r>
          </w:p>
          <w:p w14:paraId="5E4222E3" w14:textId="77777777" w:rsidR="00302D64" w:rsidRDefault="00000000">
            <w:pPr>
              <w:spacing w:after="40" w:line="245" w:lineRule="auto"/>
            </w:pPr>
            <w:r>
              <w:rPr>
                <w:color w:val="000000"/>
                <w:sz w:val="16"/>
              </w:rPr>
              <w:t>Preoblikujejo model, predstavijo rešitev in po povratni informaciji izboljšajo predlog.</w:t>
            </w:r>
          </w:p>
          <w:p w14:paraId="2A414365" w14:textId="77777777" w:rsidR="00302D64" w:rsidRDefault="00000000">
            <w:pPr>
              <w:spacing w:line="245" w:lineRule="auto"/>
            </w:pPr>
            <w:r>
              <w:rPr>
                <w:b/>
                <w:color w:val="D95BC6"/>
                <w:sz w:val="16"/>
              </w:rPr>
              <w:t>DOKAZ</w:t>
            </w:r>
          </w:p>
          <w:p w14:paraId="24C346DF" w14:textId="77777777" w:rsidR="00302D64" w:rsidRDefault="00000000">
            <w:pPr>
              <w:spacing w:after="60" w:line="245" w:lineRule="auto"/>
            </w:pPr>
            <w:r>
              <w:rPr>
                <w:color w:val="D95BC6"/>
                <w:sz w:val="16"/>
              </w:rPr>
              <w:t>trajnostni model in utemeljitev</w:t>
            </w:r>
          </w:p>
        </w:tc>
      </w:tr>
    </w:tbl>
    <w:p w14:paraId="15D8A32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A75FEB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2F72AFD"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F390B5E" w14:textId="77777777" w:rsidR="00302D64" w:rsidRDefault="00000000">
            <w:pPr>
              <w:jc w:val="center"/>
            </w:pPr>
            <w:r>
              <w:rPr>
                <w:b/>
                <w:color w:val="000000"/>
                <w:sz w:val="20"/>
              </w:rPr>
              <w:t>UČNE DEJAVNOSTI, METODE IN FORMATIVNO SPREMLJANJE</w:t>
            </w:r>
          </w:p>
        </w:tc>
      </w:tr>
      <w:tr w:rsidR="00302D64" w14:paraId="73D7C19B" w14:textId="77777777">
        <w:trPr>
          <w:tblHeader/>
          <w:jc w:val="center"/>
        </w:trPr>
        <w:tc>
          <w:tcPr>
            <w:tcW w:w="4422" w:type="dxa"/>
            <w:vMerge/>
            <w:tcMar>
              <w:top w:w="70" w:type="dxa"/>
              <w:left w:w="90" w:type="dxa"/>
              <w:bottom w:w="70" w:type="dxa"/>
              <w:right w:w="90" w:type="dxa"/>
            </w:tcMar>
            <w:vAlign w:val="center"/>
          </w:tcPr>
          <w:p w14:paraId="7BB9D66C" w14:textId="77777777" w:rsidR="00302D64" w:rsidRDefault="00302D64"/>
        </w:tc>
        <w:tc>
          <w:tcPr>
            <w:tcW w:w="7087" w:type="dxa"/>
            <w:shd w:val="clear" w:color="auto" w:fill="FFFFFF"/>
            <w:tcMar>
              <w:top w:w="70" w:type="dxa"/>
              <w:left w:w="90" w:type="dxa"/>
              <w:bottom w:w="70" w:type="dxa"/>
              <w:right w:w="90" w:type="dxa"/>
            </w:tcMar>
            <w:vAlign w:val="center"/>
          </w:tcPr>
          <w:p w14:paraId="2363D78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8515932" w14:textId="77777777" w:rsidR="00302D64" w:rsidRDefault="00000000">
            <w:pPr>
              <w:jc w:val="center"/>
            </w:pPr>
            <w:r>
              <w:rPr>
                <w:b/>
                <w:color w:val="000000"/>
              </w:rPr>
              <w:t>UČENEC</w:t>
            </w:r>
          </w:p>
        </w:tc>
      </w:tr>
      <w:tr w:rsidR="00302D64" w14:paraId="46605AFF" w14:textId="77777777">
        <w:trPr>
          <w:jc w:val="center"/>
        </w:trPr>
        <w:tc>
          <w:tcPr>
            <w:tcW w:w="4422" w:type="dxa"/>
            <w:tcMar>
              <w:top w:w="70" w:type="dxa"/>
              <w:left w:w="90" w:type="dxa"/>
              <w:bottom w:w="70" w:type="dxa"/>
              <w:right w:w="90" w:type="dxa"/>
            </w:tcMar>
          </w:tcPr>
          <w:p w14:paraId="372B4D79" w14:textId="77777777" w:rsidR="00302D64" w:rsidRDefault="00302D64"/>
          <w:p w14:paraId="1347DFAB" w14:textId="77777777" w:rsidR="00302D64" w:rsidRDefault="00000000">
            <w:pPr>
              <w:spacing w:after="40" w:line="245" w:lineRule="auto"/>
            </w:pPr>
            <w:r>
              <w:rPr>
                <w:b/>
                <w:color w:val="000000"/>
              </w:rPr>
              <w:t>FORMATIVNO SPREMLJANJE</w:t>
            </w:r>
          </w:p>
          <w:p w14:paraId="475C6C40" w14:textId="77777777" w:rsidR="00302D64" w:rsidRDefault="00000000">
            <w:pPr>
              <w:pStyle w:val="Oznaenseznam"/>
              <w:spacing w:after="16"/>
            </w:pPr>
            <w:r>
              <w:rPr>
                <w:color w:val="000000"/>
                <w:sz w:val="16"/>
              </w:rPr>
              <w:t>predznanje: začetni odgovor, razvrstitev ali prikaz</w:t>
            </w:r>
          </w:p>
          <w:p w14:paraId="3FB1B7E1" w14:textId="77777777" w:rsidR="00302D64" w:rsidRDefault="00000000">
            <w:pPr>
              <w:pStyle w:val="Oznaenseznam"/>
              <w:spacing w:after="16"/>
            </w:pPr>
            <w:r>
              <w:rPr>
                <w:color w:val="000000"/>
                <w:sz w:val="16"/>
              </w:rPr>
              <w:t>dokazi med učenjem: izvedba, skica, model, opazovalni zapis ali razlaga</w:t>
            </w:r>
          </w:p>
          <w:p w14:paraId="1FE80A68" w14:textId="77777777" w:rsidR="00302D64" w:rsidRDefault="00000000">
            <w:pPr>
              <w:pStyle w:val="Oznaenseznam"/>
              <w:spacing w:after="16"/>
            </w:pPr>
            <w:r>
              <w:rPr>
                <w:color w:val="000000"/>
                <w:sz w:val="16"/>
              </w:rPr>
              <w:t>povratna informacija: konkretna, vezana na kriterij in usmerjena v naslednji korak</w:t>
            </w:r>
          </w:p>
          <w:p w14:paraId="23E3FF31" w14:textId="77777777" w:rsidR="00302D64" w:rsidRDefault="00000000">
            <w:pPr>
              <w:pStyle w:val="Oznaenseznam"/>
              <w:spacing w:after="16"/>
            </w:pPr>
            <w:r>
              <w:rPr>
                <w:color w:val="000000"/>
                <w:sz w:val="16"/>
              </w:rPr>
              <w:t>samovrednotenje: semafor, prsti, izbrani simbol ali kratka poved</w:t>
            </w:r>
          </w:p>
          <w:p w14:paraId="7CC1B23F" w14:textId="77777777" w:rsidR="00302D64" w:rsidRDefault="00000000">
            <w:pPr>
              <w:spacing w:before="40" w:after="20" w:line="245" w:lineRule="auto"/>
            </w:pPr>
            <w:r>
              <w:rPr>
                <w:b/>
                <w:color w:val="000000"/>
              </w:rPr>
              <w:t>VARNOST IN ODGOVORNOST</w:t>
            </w:r>
          </w:p>
          <w:p w14:paraId="2DE0049D" w14:textId="77777777" w:rsidR="00302D64" w:rsidRDefault="00000000">
            <w:pPr>
              <w:spacing w:after="60" w:line="245" w:lineRule="auto"/>
            </w:pPr>
            <w:r>
              <w:rPr>
                <w:color w:val="000000"/>
                <w:sz w:val="16"/>
              </w:rPr>
              <w:t>Upošteva dogovorjena pravila varnega, spoštljivega in odgovornega dela.</w:t>
            </w:r>
          </w:p>
          <w:p w14:paraId="061DB9E7" w14:textId="77777777" w:rsidR="00302D64" w:rsidRDefault="00000000">
            <w:pPr>
              <w:spacing w:after="20" w:line="245" w:lineRule="auto"/>
            </w:pPr>
            <w:r>
              <w:rPr>
                <w:b/>
                <w:color w:val="000000"/>
              </w:rPr>
              <w:t>EVIDENCA PO IZVEDBI</w:t>
            </w:r>
          </w:p>
          <w:p w14:paraId="3D71959B"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985281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9265CBC" w14:textId="77777777">
              <w:trPr>
                <w:jc w:val="center"/>
              </w:trPr>
              <w:tc>
                <w:tcPr>
                  <w:tcW w:w="7087" w:type="dxa"/>
                  <w:shd w:val="clear" w:color="auto" w:fill="EDC9EA"/>
                  <w:tcMar>
                    <w:top w:w="45" w:type="dxa"/>
                    <w:left w:w="70" w:type="dxa"/>
                    <w:bottom w:w="45" w:type="dxa"/>
                    <w:right w:w="70" w:type="dxa"/>
                  </w:tcMar>
                </w:tcPr>
                <w:p w14:paraId="14609AFB" w14:textId="77777777" w:rsidR="00302D64" w:rsidRDefault="00000000">
                  <w:pPr>
                    <w:keepNext/>
                  </w:pPr>
                  <w:r>
                    <w:rPr>
                      <w:b/>
                      <w:color w:val="000000"/>
                    </w:rPr>
                    <w:t>VPRAŠANJA V PODPORO UČENJU</w:t>
                  </w:r>
                </w:p>
              </w:tc>
            </w:tr>
          </w:tbl>
          <w:p w14:paraId="2FC07210" w14:textId="77777777" w:rsidR="00302D64" w:rsidRDefault="00302D64">
            <w:pPr>
              <w:spacing w:line="20" w:lineRule="exact"/>
            </w:pPr>
          </w:p>
          <w:p w14:paraId="04E49A85" w14:textId="77777777" w:rsidR="00302D64" w:rsidRDefault="00000000">
            <w:pPr>
              <w:pStyle w:val="Oznaenseznam"/>
              <w:spacing w:after="16"/>
            </w:pPr>
            <w:r>
              <w:rPr>
                <w:color w:val="000000"/>
                <w:sz w:val="16"/>
              </w:rPr>
              <w:t>Kaj si opazil/-a in kateri dokaz to pokaže?</w:t>
            </w:r>
          </w:p>
          <w:p w14:paraId="51089777" w14:textId="77777777" w:rsidR="00302D64" w:rsidRDefault="00000000">
            <w:pPr>
              <w:pStyle w:val="Oznaenseznam"/>
              <w:spacing w:after="16"/>
            </w:pPr>
            <w:r>
              <w:rPr>
                <w:color w:val="000000"/>
                <w:sz w:val="16"/>
              </w:rPr>
              <w:t>Kako si prišel/-la do svoje odločitve?</w:t>
            </w:r>
          </w:p>
          <w:p w14:paraId="51A77E15" w14:textId="77777777" w:rsidR="00302D64" w:rsidRDefault="00000000">
            <w:pPr>
              <w:pStyle w:val="Oznaenseznam"/>
              <w:spacing w:after="16"/>
            </w:pPr>
            <w:r>
              <w:rPr>
                <w:color w:val="000000"/>
                <w:sz w:val="16"/>
              </w:rPr>
              <w:t>Kaj si pri ponovnem poskusu ohranil/-a enako in kaj spremenil/-a?</w:t>
            </w:r>
          </w:p>
          <w:p w14:paraId="219CBAE8" w14:textId="77777777" w:rsidR="00302D64" w:rsidRDefault="00000000">
            <w:pPr>
              <w:pStyle w:val="Oznaenseznam"/>
              <w:spacing w:after="16"/>
            </w:pPr>
            <w:r>
              <w:rPr>
                <w:color w:val="000000"/>
                <w:sz w:val="16"/>
              </w:rPr>
              <w:t>Kateri kriterij že dosegaš? Kaj bo tvoj naslednji korak?</w:t>
            </w:r>
          </w:p>
          <w:p w14:paraId="14BB1081"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0962AA5C" w14:textId="77777777">
              <w:trPr>
                <w:jc w:val="center"/>
              </w:trPr>
              <w:tc>
                <w:tcPr>
                  <w:tcW w:w="7087" w:type="dxa"/>
                  <w:shd w:val="clear" w:color="auto" w:fill="C6E7F3"/>
                  <w:tcMar>
                    <w:top w:w="45" w:type="dxa"/>
                    <w:left w:w="70" w:type="dxa"/>
                    <w:bottom w:w="45" w:type="dxa"/>
                    <w:right w:w="70" w:type="dxa"/>
                  </w:tcMar>
                </w:tcPr>
                <w:p w14:paraId="6774DD82" w14:textId="77777777" w:rsidR="00302D64" w:rsidRDefault="00000000">
                  <w:pPr>
                    <w:keepNext/>
                  </w:pPr>
                  <w:r>
                    <w:rPr>
                      <w:b/>
                      <w:color w:val="000000"/>
                    </w:rPr>
                    <w:t>ZAKLJUČNI DEL – UTRJEVANJE IN REFLEKSIJA (10–15 min)</w:t>
                  </w:r>
                </w:p>
              </w:tc>
            </w:tr>
          </w:tbl>
          <w:p w14:paraId="292E2EA4" w14:textId="77777777" w:rsidR="00302D64" w:rsidRDefault="00302D64">
            <w:pPr>
              <w:spacing w:line="20" w:lineRule="exact"/>
            </w:pPr>
          </w:p>
          <w:p w14:paraId="6BC00B4A"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191A2A18" w14:textId="77777777">
              <w:trPr>
                <w:jc w:val="center"/>
              </w:trPr>
              <w:tc>
                <w:tcPr>
                  <w:tcW w:w="7087" w:type="dxa"/>
                  <w:shd w:val="clear" w:color="auto" w:fill="EDC9EA"/>
                  <w:tcMar>
                    <w:top w:w="45" w:type="dxa"/>
                    <w:left w:w="70" w:type="dxa"/>
                    <w:bottom w:w="45" w:type="dxa"/>
                    <w:right w:w="70" w:type="dxa"/>
                  </w:tcMar>
                </w:tcPr>
                <w:p w14:paraId="417DFB30" w14:textId="77777777" w:rsidR="00302D64" w:rsidRDefault="00000000">
                  <w:pPr>
                    <w:keepNext/>
                  </w:pPr>
                  <w:r>
                    <w:rPr>
                      <w:b/>
                      <w:color w:val="000000"/>
                    </w:rPr>
                    <w:t>SAMOVREDNOTENJE</w:t>
                  </w:r>
                </w:p>
              </w:tc>
            </w:tr>
          </w:tbl>
          <w:p w14:paraId="1BCDA367" w14:textId="77777777" w:rsidR="00302D64" w:rsidRDefault="00302D64">
            <w:pPr>
              <w:spacing w:line="20" w:lineRule="exact"/>
            </w:pPr>
          </w:p>
          <w:p w14:paraId="3B02613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8DABBF6" w14:textId="77777777">
              <w:trPr>
                <w:jc w:val="center"/>
              </w:trPr>
              <w:tc>
                <w:tcPr>
                  <w:tcW w:w="7087" w:type="dxa"/>
                  <w:shd w:val="clear" w:color="auto" w:fill="EDC9EA"/>
                  <w:tcMar>
                    <w:top w:w="45" w:type="dxa"/>
                    <w:left w:w="70" w:type="dxa"/>
                    <w:bottom w:w="45" w:type="dxa"/>
                    <w:right w:w="70" w:type="dxa"/>
                  </w:tcMar>
                </w:tcPr>
                <w:p w14:paraId="65592B30" w14:textId="77777777" w:rsidR="00302D64" w:rsidRDefault="00000000">
                  <w:pPr>
                    <w:keepNext/>
                  </w:pPr>
                  <w:r>
                    <w:rPr>
                      <w:b/>
                      <w:color w:val="000000"/>
                    </w:rPr>
                    <w:t>VRSTNIŠKO VREDNOTENJE</w:t>
                  </w:r>
                </w:p>
              </w:tc>
            </w:tr>
          </w:tbl>
          <w:p w14:paraId="6A6998F1" w14:textId="77777777" w:rsidR="00302D64" w:rsidRDefault="00302D64">
            <w:pPr>
              <w:spacing w:line="20" w:lineRule="exact"/>
            </w:pPr>
          </w:p>
          <w:p w14:paraId="701D47D0"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26026EBF" w14:textId="77777777">
              <w:trPr>
                <w:jc w:val="center"/>
              </w:trPr>
              <w:tc>
                <w:tcPr>
                  <w:tcW w:w="7087" w:type="dxa"/>
                  <w:shd w:val="clear" w:color="auto" w:fill="EDC9EA"/>
                  <w:tcMar>
                    <w:top w:w="45" w:type="dxa"/>
                    <w:left w:w="70" w:type="dxa"/>
                    <w:bottom w:w="45" w:type="dxa"/>
                    <w:right w:w="70" w:type="dxa"/>
                  </w:tcMar>
                </w:tcPr>
                <w:p w14:paraId="2E58F6D7" w14:textId="77777777" w:rsidR="00302D64" w:rsidRDefault="00000000">
                  <w:pPr>
                    <w:keepNext/>
                  </w:pPr>
                  <w:r>
                    <w:rPr>
                      <w:b/>
                      <w:color w:val="000000"/>
                    </w:rPr>
                    <w:t>SKUPNI POVZETEK</w:t>
                  </w:r>
                </w:p>
              </w:tc>
            </w:tr>
          </w:tbl>
          <w:p w14:paraId="465F6AA8" w14:textId="77777777" w:rsidR="00302D64" w:rsidRDefault="00302D64"/>
          <w:p w14:paraId="558B7DA1" w14:textId="77777777" w:rsidR="00302D64" w:rsidRDefault="00000000">
            <w:pPr>
              <w:spacing w:before="20" w:after="40" w:line="245" w:lineRule="auto"/>
            </w:pPr>
            <w:r>
              <w:rPr>
                <w:b/>
                <w:color w:val="000000"/>
                <w:sz w:val="17"/>
              </w:rPr>
              <w:t>Ljudje živimo in delamo v pokrajini ter jo spreminjamo. Posledice presojam in predlagam rešitev, ki upošteva ljudi in naravo.</w:t>
            </w:r>
          </w:p>
        </w:tc>
        <w:tc>
          <w:tcPr>
            <w:tcW w:w="2551" w:type="dxa"/>
            <w:tcMar>
              <w:top w:w="70" w:type="dxa"/>
              <w:left w:w="90" w:type="dxa"/>
              <w:bottom w:w="70" w:type="dxa"/>
              <w:right w:w="90" w:type="dxa"/>
            </w:tcMar>
          </w:tcPr>
          <w:p w14:paraId="635F7815" w14:textId="77777777" w:rsidR="00302D64" w:rsidRDefault="00302D64"/>
          <w:p w14:paraId="608E9B5D" w14:textId="77777777" w:rsidR="00302D64" w:rsidRDefault="00000000">
            <w:pPr>
              <w:spacing w:after="100" w:line="245" w:lineRule="auto"/>
            </w:pPr>
            <w:r>
              <w:rPr>
                <w:color w:val="000000"/>
                <w:sz w:val="16"/>
              </w:rPr>
              <w:t>Odgovarja na podporna vprašanja in se sklicuje na svoj dokaz.</w:t>
            </w:r>
          </w:p>
          <w:p w14:paraId="59EB218A" w14:textId="77777777" w:rsidR="00302D64" w:rsidRDefault="00000000">
            <w:pPr>
              <w:spacing w:after="100" w:line="245" w:lineRule="auto"/>
            </w:pPr>
            <w:r>
              <w:rPr>
                <w:color w:val="000000"/>
                <w:sz w:val="16"/>
              </w:rPr>
              <w:t>Primerja začetno zamisel z ugotovitvijo ter pove ali pokaže, kaj se je naučil/-a.</w:t>
            </w:r>
          </w:p>
          <w:p w14:paraId="2C729469" w14:textId="77777777" w:rsidR="00302D64" w:rsidRDefault="00000000">
            <w:pPr>
              <w:spacing w:after="100" w:line="245" w:lineRule="auto"/>
            </w:pPr>
            <w:r>
              <w:rPr>
                <w:color w:val="000000"/>
                <w:sz w:val="16"/>
              </w:rPr>
              <w:t>Izbere raven doseganja in določi naslednji korak.</w:t>
            </w:r>
          </w:p>
          <w:p w14:paraId="42B43B7D" w14:textId="77777777" w:rsidR="00302D64" w:rsidRDefault="00000000">
            <w:pPr>
              <w:spacing w:after="100" w:line="245" w:lineRule="auto"/>
            </w:pPr>
            <w:r>
              <w:rPr>
                <w:color w:val="000000"/>
                <w:sz w:val="16"/>
              </w:rPr>
              <w:t>Sošolcu poda prijazen, konkreten odziv.</w:t>
            </w:r>
          </w:p>
          <w:p w14:paraId="175AFEDB" w14:textId="77777777" w:rsidR="00302D64" w:rsidRDefault="00000000">
            <w:pPr>
              <w:spacing w:after="20" w:line="245" w:lineRule="auto"/>
            </w:pPr>
            <w:r>
              <w:rPr>
                <w:b/>
                <w:color w:val="D95BC6"/>
                <w:sz w:val="17"/>
              </w:rPr>
              <w:t>DOKAZ O UČENJU</w:t>
            </w:r>
          </w:p>
          <w:p w14:paraId="18EFE63C" w14:textId="77777777" w:rsidR="00302D64" w:rsidRDefault="00000000">
            <w:pPr>
              <w:spacing w:after="30" w:line="245" w:lineRule="auto"/>
            </w:pPr>
            <w:r>
              <w:rPr>
                <w:color w:val="D95BC6"/>
                <w:sz w:val="16"/>
              </w:rPr>
              <w:t>izvedba ali izdelek, razlaga, samovrednotenje in odziv na povratno informacijo</w:t>
            </w:r>
          </w:p>
        </w:tc>
      </w:tr>
    </w:tbl>
    <w:p w14:paraId="798FC23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1A7B1312" w14:textId="77777777">
        <w:trPr>
          <w:cantSplit/>
          <w:jc w:val="center"/>
        </w:trPr>
        <w:tc>
          <w:tcPr>
            <w:tcW w:w="14060" w:type="dxa"/>
            <w:gridSpan w:val="6"/>
            <w:tcMar>
              <w:top w:w="70" w:type="dxa"/>
              <w:left w:w="90" w:type="dxa"/>
              <w:bottom w:w="70" w:type="dxa"/>
              <w:right w:w="90" w:type="dxa"/>
            </w:tcMar>
            <w:vAlign w:val="center"/>
          </w:tcPr>
          <w:p w14:paraId="1B1BF462" w14:textId="77777777" w:rsidR="00302D64" w:rsidRDefault="00000000">
            <w:pPr>
              <w:jc w:val="center"/>
            </w:pPr>
            <w:r>
              <w:rPr>
                <w:b/>
                <w:color w:val="000000"/>
                <w:sz w:val="24"/>
              </w:rPr>
              <w:lastRenderedPageBreak/>
              <w:t>UČNA PRIPRAVA 35/39</w:t>
            </w:r>
          </w:p>
        </w:tc>
      </w:tr>
      <w:tr w:rsidR="00302D64" w14:paraId="2BA3D91D" w14:textId="77777777">
        <w:trPr>
          <w:jc w:val="center"/>
        </w:trPr>
        <w:tc>
          <w:tcPr>
            <w:tcW w:w="2665" w:type="dxa"/>
            <w:tcMar>
              <w:top w:w="70" w:type="dxa"/>
              <w:left w:w="90" w:type="dxa"/>
              <w:bottom w:w="70" w:type="dxa"/>
              <w:right w:w="90" w:type="dxa"/>
            </w:tcMar>
            <w:vAlign w:val="center"/>
          </w:tcPr>
          <w:p w14:paraId="7E97473E"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C950E16"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4D4A1F82"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FA79CF0" w14:textId="77777777" w:rsidR="00302D64" w:rsidRDefault="00000000">
            <w:r>
              <w:rPr>
                <w:b/>
                <w:color w:val="000000"/>
                <w:sz w:val="16"/>
              </w:rPr>
              <w:t xml:space="preserve">NAČRTOVANI TERMIN: </w:t>
            </w:r>
            <w:r>
              <w:rPr>
                <w:color w:val="000000"/>
                <w:sz w:val="16"/>
              </w:rPr>
              <w:t>35. teden • 24.–28. 5. 2027</w:t>
            </w:r>
          </w:p>
        </w:tc>
        <w:tc>
          <w:tcPr>
            <w:tcW w:w="2268" w:type="dxa"/>
            <w:tcMar>
              <w:top w:w="70" w:type="dxa"/>
              <w:left w:w="90" w:type="dxa"/>
              <w:bottom w:w="70" w:type="dxa"/>
              <w:right w:w="90" w:type="dxa"/>
            </w:tcMar>
            <w:vAlign w:val="center"/>
          </w:tcPr>
          <w:p w14:paraId="4C3C6D71"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53F621D" w14:textId="77777777" w:rsidR="00302D64" w:rsidRDefault="00000000">
            <w:r>
              <w:rPr>
                <w:b/>
                <w:color w:val="000000"/>
                <w:sz w:val="16"/>
              </w:rPr>
              <w:t xml:space="preserve">ŠTEVILO UR: </w:t>
            </w:r>
            <w:r>
              <w:rPr>
                <w:color w:val="000000"/>
                <w:sz w:val="16"/>
              </w:rPr>
              <w:t>3</w:t>
            </w:r>
          </w:p>
        </w:tc>
      </w:tr>
      <w:tr w:rsidR="00302D64" w14:paraId="1DB535AA" w14:textId="77777777">
        <w:trPr>
          <w:jc w:val="center"/>
        </w:trPr>
        <w:tc>
          <w:tcPr>
            <w:tcW w:w="14061" w:type="dxa"/>
            <w:gridSpan w:val="6"/>
            <w:tcMar>
              <w:top w:w="70" w:type="dxa"/>
              <w:left w:w="90" w:type="dxa"/>
              <w:bottom w:w="70" w:type="dxa"/>
              <w:right w:w="90" w:type="dxa"/>
            </w:tcMar>
            <w:vAlign w:val="center"/>
          </w:tcPr>
          <w:p w14:paraId="47CCFA90" w14:textId="77777777" w:rsidR="00302D64" w:rsidRDefault="00000000">
            <w:r>
              <w:t>TIP UČNE URE: obravnava, izkušenjsko raziskovanje, učenje po postajah, utrjevanje in formativno spremljanje</w:t>
            </w:r>
          </w:p>
        </w:tc>
      </w:tr>
      <w:tr w:rsidR="00302D64" w14:paraId="6B3F17F9" w14:textId="77777777">
        <w:trPr>
          <w:cantSplit/>
          <w:jc w:val="center"/>
        </w:trPr>
        <w:tc>
          <w:tcPr>
            <w:tcW w:w="14060" w:type="dxa"/>
            <w:gridSpan w:val="6"/>
            <w:tcMar>
              <w:top w:w="70" w:type="dxa"/>
              <w:left w:w="90" w:type="dxa"/>
              <w:bottom w:w="70" w:type="dxa"/>
              <w:right w:w="90" w:type="dxa"/>
            </w:tcMar>
            <w:vAlign w:val="center"/>
          </w:tcPr>
          <w:p w14:paraId="4BD87BF2" w14:textId="77777777" w:rsidR="00302D64" w:rsidRDefault="00302D64"/>
          <w:p w14:paraId="4B17CDCD" w14:textId="77777777" w:rsidR="00302D64" w:rsidRDefault="00000000">
            <w:pPr>
              <w:spacing w:line="245" w:lineRule="auto"/>
            </w:pPr>
            <w:r>
              <w:rPr>
                <w:b/>
                <w:color w:val="000000"/>
                <w:sz w:val="17"/>
              </w:rPr>
              <w:t xml:space="preserve">UČNI SKLOP: </w:t>
            </w:r>
            <w:r>
              <w:rPr>
                <w:color w:val="000000"/>
                <w:sz w:val="17"/>
              </w:rPr>
              <w:t>POKRAJINA, PROSTOR IN TRAJNOSTNA SKUPNOST</w:t>
            </w:r>
          </w:p>
        </w:tc>
      </w:tr>
      <w:tr w:rsidR="00302D64" w14:paraId="6F92C660" w14:textId="77777777">
        <w:trPr>
          <w:cantSplit/>
          <w:jc w:val="center"/>
        </w:trPr>
        <w:tc>
          <w:tcPr>
            <w:tcW w:w="14060" w:type="dxa"/>
            <w:gridSpan w:val="6"/>
            <w:tcMar>
              <w:top w:w="70" w:type="dxa"/>
              <w:left w:w="90" w:type="dxa"/>
              <w:bottom w:w="70" w:type="dxa"/>
              <w:right w:w="90" w:type="dxa"/>
            </w:tcMar>
            <w:vAlign w:val="center"/>
          </w:tcPr>
          <w:p w14:paraId="6E8797E0" w14:textId="77777777" w:rsidR="00302D64" w:rsidRDefault="00302D64"/>
          <w:p w14:paraId="62DA6648" w14:textId="77777777" w:rsidR="00302D64" w:rsidRDefault="00000000">
            <w:pPr>
              <w:spacing w:line="245" w:lineRule="auto"/>
            </w:pPr>
            <w:r>
              <w:rPr>
                <w:b/>
                <w:color w:val="000000"/>
                <w:sz w:val="17"/>
              </w:rPr>
              <w:t xml:space="preserve">UČNA TEMA: </w:t>
            </w:r>
            <w:r>
              <w:rPr>
                <w:color w:val="000000"/>
                <w:sz w:val="17"/>
              </w:rPr>
              <w:t>ODGOVORNA MOBILNOST</w:t>
            </w:r>
          </w:p>
        </w:tc>
      </w:tr>
      <w:tr w:rsidR="00302D64" w14:paraId="4961E48D" w14:textId="77777777">
        <w:trPr>
          <w:cantSplit/>
          <w:jc w:val="center"/>
        </w:trPr>
        <w:tc>
          <w:tcPr>
            <w:tcW w:w="14060" w:type="dxa"/>
            <w:gridSpan w:val="6"/>
            <w:tcMar>
              <w:top w:w="70" w:type="dxa"/>
              <w:left w:w="90" w:type="dxa"/>
              <w:bottom w:w="70" w:type="dxa"/>
              <w:right w:w="90" w:type="dxa"/>
            </w:tcMar>
            <w:vAlign w:val="center"/>
          </w:tcPr>
          <w:p w14:paraId="6CD13221" w14:textId="77777777" w:rsidR="00302D64" w:rsidRDefault="00302D64"/>
          <w:p w14:paraId="307D1380" w14:textId="77777777" w:rsidR="00302D64" w:rsidRDefault="00000000">
            <w:pPr>
              <w:spacing w:line="245" w:lineRule="auto"/>
            </w:pPr>
            <w:r>
              <w:rPr>
                <w:b/>
                <w:color w:val="000000"/>
                <w:sz w:val="17"/>
              </w:rPr>
              <w:t xml:space="preserve">KNJIŽEVNO IZHODIŠČE IN MOTIV: </w:t>
            </w:r>
            <w:r>
              <w:rPr>
                <w:color w:val="000000"/>
                <w:sz w:val="17"/>
              </w:rPr>
              <w:t>»Juri Muri v Afriki« – Tone Pavček • NADALJEVANJE • odgovorna mobilnost, potovanje in predstavitev kraja</w:t>
            </w:r>
          </w:p>
        </w:tc>
      </w:tr>
      <w:tr w:rsidR="00302D64" w14:paraId="45DAC31A" w14:textId="77777777">
        <w:trPr>
          <w:cantSplit/>
          <w:jc w:val="center"/>
        </w:trPr>
        <w:tc>
          <w:tcPr>
            <w:tcW w:w="14060" w:type="dxa"/>
            <w:gridSpan w:val="6"/>
            <w:tcMar>
              <w:top w:w="70" w:type="dxa"/>
              <w:left w:w="90" w:type="dxa"/>
              <w:bottom w:w="70" w:type="dxa"/>
              <w:right w:w="90" w:type="dxa"/>
            </w:tcMar>
            <w:vAlign w:val="center"/>
          </w:tcPr>
          <w:p w14:paraId="4B89C0E6" w14:textId="77777777" w:rsidR="00302D64" w:rsidRDefault="00302D64"/>
          <w:p w14:paraId="7EBA22EC" w14:textId="77777777" w:rsidR="00302D64" w:rsidRDefault="00000000">
            <w:pPr>
              <w:spacing w:line="245" w:lineRule="auto"/>
            </w:pPr>
            <w:r>
              <w:rPr>
                <w:b/>
                <w:color w:val="000000"/>
                <w:sz w:val="17"/>
              </w:rPr>
              <w:t xml:space="preserve">UČNE ENOTE: </w:t>
            </w:r>
            <w:r>
              <w:rPr>
                <w:color w:val="000000"/>
                <w:sz w:val="17"/>
              </w:rPr>
              <w:t>1. ura – Prevoz pod petimi merili • 2. ura – Načrtujem varno trajnostno pot • 3. ura – Sejem poti</w:t>
            </w:r>
          </w:p>
        </w:tc>
      </w:tr>
      <w:tr w:rsidR="00302D64" w14:paraId="596101A6" w14:textId="77777777">
        <w:trPr>
          <w:cantSplit/>
          <w:jc w:val="center"/>
        </w:trPr>
        <w:tc>
          <w:tcPr>
            <w:tcW w:w="14060" w:type="dxa"/>
            <w:gridSpan w:val="6"/>
            <w:tcMar>
              <w:top w:w="70" w:type="dxa"/>
              <w:left w:w="90" w:type="dxa"/>
              <w:bottom w:w="70" w:type="dxa"/>
              <w:right w:w="90" w:type="dxa"/>
            </w:tcMar>
            <w:vAlign w:val="center"/>
          </w:tcPr>
          <w:p w14:paraId="747B9096" w14:textId="77777777" w:rsidR="00302D64" w:rsidRDefault="00302D64"/>
          <w:p w14:paraId="4366CA05"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2CFE762E" w14:textId="77777777">
        <w:trPr>
          <w:cantSplit/>
          <w:jc w:val="center"/>
        </w:trPr>
        <w:tc>
          <w:tcPr>
            <w:tcW w:w="14060" w:type="dxa"/>
            <w:gridSpan w:val="6"/>
            <w:tcMar>
              <w:top w:w="70" w:type="dxa"/>
              <w:left w:w="90" w:type="dxa"/>
              <w:bottom w:w="70" w:type="dxa"/>
              <w:right w:w="90" w:type="dxa"/>
            </w:tcMar>
            <w:vAlign w:val="center"/>
          </w:tcPr>
          <w:p w14:paraId="7989235B" w14:textId="77777777" w:rsidR="00302D64" w:rsidRDefault="00302D64"/>
          <w:p w14:paraId="1D1E4309"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4AD47836" w14:textId="77777777">
        <w:trPr>
          <w:cantSplit/>
          <w:jc w:val="center"/>
        </w:trPr>
        <w:tc>
          <w:tcPr>
            <w:tcW w:w="14060" w:type="dxa"/>
            <w:gridSpan w:val="6"/>
            <w:tcMar>
              <w:top w:w="70" w:type="dxa"/>
              <w:left w:w="90" w:type="dxa"/>
              <w:bottom w:w="70" w:type="dxa"/>
              <w:right w:w="90" w:type="dxa"/>
            </w:tcMar>
            <w:vAlign w:val="center"/>
          </w:tcPr>
          <w:p w14:paraId="3908883F" w14:textId="77777777" w:rsidR="00302D64" w:rsidRDefault="00302D64"/>
          <w:p w14:paraId="175FA1F2"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0DE19BE6" w14:textId="77777777">
        <w:trPr>
          <w:cantSplit/>
          <w:jc w:val="center"/>
        </w:trPr>
        <w:tc>
          <w:tcPr>
            <w:tcW w:w="14060" w:type="dxa"/>
            <w:gridSpan w:val="6"/>
            <w:tcMar>
              <w:top w:w="70" w:type="dxa"/>
              <w:left w:w="90" w:type="dxa"/>
              <w:bottom w:w="70" w:type="dxa"/>
              <w:right w:w="90" w:type="dxa"/>
            </w:tcMar>
            <w:vAlign w:val="center"/>
          </w:tcPr>
          <w:p w14:paraId="54148B67" w14:textId="77777777" w:rsidR="00302D64" w:rsidRDefault="00302D64"/>
          <w:p w14:paraId="3334DBD0" w14:textId="77777777" w:rsidR="00302D64" w:rsidRDefault="00000000">
            <w:pPr>
              <w:spacing w:line="245" w:lineRule="auto"/>
            </w:pPr>
            <w:r>
              <w:rPr>
                <w:b/>
                <w:color w:val="000000"/>
                <w:sz w:val="17"/>
              </w:rPr>
              <w:t xml:space="preserve">MEDPREDMETNE POVEZAVE: </w:t>
            </w:r>
            <w:r>
              <w:rPr>
                <w:color w:val="000000"/>
                <w:sz w:val="17"/>
              </w:rPr>
              <w:t>MAT – primerjanje meril; SLJ – predstavitev; ŠPO – aktivna mobilnost; LUM – slikovni načrt</w:t>
            </w:r>
          </w:p>
        </w:tc>
      </w:tr>
      <w:tr w:rsidR="00302D64" w14:paraId="4639EDE3" w14:textId="77777777">
        <w:trPr>
          <w:cantSplit/>
          <w:jc w:val="center"/>
        </w:trPr>
        <w:tc>
          <w:tcPr>
            <w:tcW w:w="14060" w:type="dxa"/>
            <w:gridSpan w:val="6"/>
            <w:tcMar>
              <w:top w:w="70" w:type="dxa"/>
              <w:left w:w="90" w:type="dxa"/>
              <w:bottom w:w="70" w:type="dxa"/>
              <w:right w:w="90" w:type="dxa"/>
            </w:tcMar>
            <w:vAlign w:val="center"/>
          </w:tcPr>
          <w:p w14:paraId="23267829" w14:textId="77777777" w:rsidR="00302D64" w:rsidRDefault="00302D64"/>
          <w:p w14:paraId="15DC79D0" w14:textId="77777777" w:rsidR="00302D64" w:rsidRDefault="00000000">
            <w:pPr>
              <w:spacing w:line="245" w:lineRule="auto"/>
            </w:pPr>
            <w:r>
              <w:rPr>
                <w:b/>
                <w:color w:val="000000"/>
                <w:sz w:val="17"/>
              </w:rPr>
              <w:t xml:space="preserve">UČNA SREDSTVA IN PRIPOMOČKI: </w:t>
            </w:r>
            <w:r>
              <w:rPr>
                <w:color w:val="000000"/>
                <w:sz w:val="17"/>
              </w:rPr>
              <w:t>Juri Muri v Afriki, kartice prevozov in poti, simboli meril, preprosti zemljevidi, vozni red v slikovni obliki, papir, nalepke</w:t>
            </w:r>
          </w:p>
        </w:tc>
      </w:tr>
      <w:tr w:rsidR="00302D64" w14:paraId="110C45C1" w14:textId="77777777">
        <w:trPr>
          <w:cantSplit/>
          <w:jc w:val="center"/>
        </w:trPr>
        <w:tc>
          <w:tcPr>
            <w:tcW w:w="14060" w:type="dxa"/>
            <w:gridSpan w:val="6"/>
            <w:tcMar>
              <w:top w:w="70" w:type="dxa"/>
              <w:left w:w="90" w:type="dxa"/>
              <w:bottom w:w="70" w:type="dxa"/>
              <w:right w:w="90" w:type="dxa"/>
            </w:tcMar>
            <w:vAlign w:val="center"/>
          </w:tcPr>
          <w:p w14:paraId="376808B0" w14:textId="77777777" w:rsidR="00302D64" w:rsidRDefault="00302D64"/>
          <w:p w14:paraId="2D221F01"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03E9D284" w14:textId="77777777">
        <w:trPr>
          <w:cantSplit/>
          <w:jc w:val="center"/>
        </w:trPr>
        <w:tc>
          <w:tcPr>
            <w:tcW w:w="14060" w:type="dxa"/>
            <w:gridSpan w:val="6"/>
            <w:tcMar>
              <w:top w:w="70" w:type="dxa"/>
              <w:left w:w="90" w:type="dxa"/>
              <w:bottom w:w="70" w:type="dxa"/>
              <w:right w:w="90" w:type="dxa"/>
            </w:tcMar>
            <w:vAlign w:val="center"/>
          </w:tcPr>
          <w:p w14:paraId="1EDCAF2B" w14:textId="77777777" w:rsidR="00302D64" w:rsidRDefault="00302D64"/>
          <w:p w14:paraId="1338C4FD"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7F655D92" w14:textId="77777777">
        <w:trPr>
          <w:cantSplit/>
          <w:jc w:val="center"/>
        </w:trPr>
        <w:tc>
          <w:tcPr>
            <w:tcW w:w="14060" w:type="dxa"/>
            <w:gridSpan w:val="6"/>
            <w:tcMar>
              <w:top w:w="70" w:type="dxa"/>
              <w:left w:w="90" w:type="dxa"/>
              <w:bottom w:w="70" w:type="dxa"/>
              <w:right w:w="90" w:type="dxa"/>
            </w:tcMar>
            <w:vAlign w:val="center"/>
          </w:tcPr>
          <w:p w14:paraId="3C3DB2B3" w14:textId="77777777" w:rsidR="00302D64" w:rsidRDefault="00302D64"/>
          <w:p w14:paraId="25FD3EF7"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6EC3B40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2B6BD0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4DF6D6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A74ED0B" w14:textId="77777777" w:rsidR="00302D64" w:rsidRDefault="00000000">
            <w:pPr>
              <w:jc w:val="center"/>
            </w:pPr>
            <w:r>
              <w:rPr>
                <w:b/>
                <w:color w:val="000000"/>
                <w:sz w:val="20"/>
              </w:rPr>
              <w:t>UČNE DEJAVNOSTI, METODE IN FORMATIVNO SPREMLJANJE</w:t>
            </w:r>
          </w:p>
        </w:tc>
      </w:tr>
      <w:tr w:rsidR="00302D64" w14:paraId="061B86A3" w14:textId="77777777">
        <w:trPr>
          <w:tblHeader/>
          <w:jc w:val="center"/>
        </w:trPr>
        <w:tc>
          <w:tcPr>
            <w:tcW w:w="4422" w:type="dxa"/>
            <w:vMerge/>
            <w:tcMar>
              <w:top w:w="70" w:type="dxa"/>
              <w:left w:w="90" w:type="dxa"/>
              <w:bottom w:w="70" w:type="dxa"/>
              <w:right w:w="90" w:type="dxa"/>
            </w:tcMar>
            <w:vAlign w:val="center"/>
          </w:tcPr>
          <w:p w14:paraId="577E7CF3" w14:textId="77777777" w:rsidR="00302D64" w:rsidRDefault="00302D64"/>
        </w:tc>
        <w:tc>
          <w:tcPr>
            <w:tcW w:w="7087" w:type="dxa"/>
            <w:shd w:val="clear" w:color="auto" w:fill="FFFFFF"/>
            <w:tcMar>
              <w:top w:w="70" w:type="dxa"/>
              <w:left w:w="90" w:type="dxa"/>
              <w:bottom w:w="70" w:type="dxa"/>
              <w:right w:w="90" w:type="dxa"/>
            </w:tcMar>
            <w:vAlign w:val="center"/>
          </w:tcPr>
          <w:p w14:paraId="2A8C541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82B9B7" w14:textId="77777777" w:rsidR="00302D64" w:rsidRDefault="00000000">
            <w:pPr>
              <w:jc w:val="center"/>
            </w:pPr>
            <w:r>
              <w:rPr>
                <w:b/>
                <w:color w:val="000000"/>
              </w:rPr>
              <w:t>UČENEC</w:t>
            </w:r>
          </w:p>
        </w:tc>
      </w:tr>
      <w:tr w:rsidR="00302D64" w14:paraId="3789043B" w14:textId="77777777">
        <w:trPr>
          <w:jc w:val="center"/>
        </w:trPr>
        <w:tc>
          <w:tcPr>
            <w:tcW w:w="4422" w:type="dxa"/>
            <w:tcMar>
              <w:top w:w="70" w:type="dxa"/>
              <w:left w:w="90" w:type="dxa"/>
              <w:bottom w:w="70" w:type="dxa"/>
              <w:right w:w="90" w:type="dxa"/>
            </w:tcMar>
          </w:tcPr>
          <w:p w14:paraId="6908D6EE" w14:textId="77777777" w:rsidR="00302D64" w:rsidRDefault="00302D64"/>
          <w:p w14:paraId="132A5FC0" w14:textId="77777777" w:rsidR="00302D64" w:rsidRDefault="00000000">
            <w:pPr>
              <w:spacing w:after="60" w:line="245" w:lineRule="auto"/>
            </w:pPr>
            <w:r>
              <w:rPr>
                <w:b/>
                <w:color w:val="000000"/>
              </w:rPr>
              <w:t>UČNI CILJI</w:t>
            </w:r>
          </w:p>
          <w:p w14:paraId="5BA802D1" w14:textId="77777777" w:rsidR="00302D64" w:rsidRDefault="00000000">
            <w:pPr>
              <w:spacing w:after="20" w:line="245" w:lineRule="auto"/>
            </w:pPr>
            <w:r>
              <w:rPr>
                <w:b/>
                <w:color w:val="000000"/>
                <w:sz w:val="17"/>
              </w:rPr>
              <w:t>SPLOŠNI</w:t>
            </w:r>
          </w:p>
          <w:p w14:paraId="5781035C" w14:textId="77777777" w:rsidR="00302D64" w:rsidRDefault="00000000">
            <w:pPr>
              <w:pStyle w:val="Oznaenseznam"/>
              <w:spacing w:after="16"/>
            </w:pPr>
            <w:r>
              <w:rPr>
                <w:color w:val="000000"/>
                <w:sz w:val="16"/>
              </w:rPr>
              <w:t>razvija radovednost ter sistematično opazuje, primerja, razvršča in sporoča ugotovitve</w:t>
            </w:r>
          </w:p>
          <w:p w14:paraId="0B6ACECB" w14:textId="77777777" w:rsidR="00302D64" w:rsidRDefault="00000000">
            <w:pPr>
              <w:pStyle w:val="Oznaenseznam"/>
              <w:spacing w:after="16"/>
            </w:pPr>
            <w:r>
              <w:rPr>
                <w:color w:val="000000"/>
                <w:sz w:val="16"/>
              </w:rPr>
              <w:t>sodeluje, posluša druge in svoja opažanja izraža na razvojno primeren način</w:t>
            </w:r>
          </w:p>
          <w:p w14:paraId="1B8C0A94" w14:textId="77777777" w:rsidR="00302D64" w:rsidRDefault="00000000">
            <w:pPr>
              <w:pStyle w:val="Oznaenseznam"/>
              <w:spacing w:after="16"/>
            </w:pPr>
            <w:r>
              <w:rPr>
                <w:color w:val="000000"/>
                <w:sz w:val="16"/>
              </w:rPr>
              <w:t>ravna varno, odgovorno in skrbno do sebe, drugih ter okolja</w:t>
            </w:r>
          </w:p>
          <w:p w14:paraId="667E9885" w14:textId="77777777" w:rsidR="00302D64" w:rsidRDefault="00000000">
            <w:pPr>
              <w:pStyle w:val="Oznaenseznam"/>
              <w:spacing w:after="16"/>
            </w:pPr>
            <w:r>
              <w:rPr>
                <w:color w:val="000000"/>
                <w:sz w:val="16"/>
              </w:rPr>
              <w:t>ob kriterijih spremlja svoje učenje in sprejema opisno povratno informacijo</w:t>
            </w:r>
          </w:p>
          <w:p w14:paraId="21AE0E78" w14:textId="77777777" w:rsidR="00302D64" w:rsidRDefault="00000000">
            <w:pPr>
              <w:spacing w:before="40" w:after="20" w:line="245" w:lineRule="auto"/>
            </w:pPr>
            <w:r>
              <w:rPr>
                <w:b/>
                <w:color w:val="000000"/>
                <w:sz w:val="17"/>
              </w:rPr>
              <w:t>OPERATIVNI</w:t>
            </w:r>
          </w:p>
          <w:p w14:paraId="2D6DD781" w14:textId="77777777" w:rsidR="00302D64" w:rsidRDefault="00000000">
            <w:pPr>
              <w:pStyle w:val="Oznaenseznam"/>
              <w:spacing w:after="16"/>
            </w:pPr>
            <w:r>
              <w:rPr>
                <w:color w:val="000000"/>
                <w:sz w:val="16"/>
              </w:rPr>
              <w:t>primerja načine poti</w:t>
            </w:r>
          </w:p>
          <w:p w14:paraId="69F13565" w14:textId="77777777" w:rsidR="00302D64" w:rsidRDefault="00000000">
            <w:pPr>
              <w:pStyle w:val="Oznaenseznam"/>
              <w:spacing w:after="16"/>
            </w:pPr>
            <w:r>
              <w:rPr>
                <w:color w:val="000000"/>
                <w:sz w:val="16"/>
              </w:rPr>
              <w:t>razume vpliv na okolje</w:t>
            </w:r>
          </w:p>
          <w:p w14:paraId="659A531C" w14:textId="77777777" w:rsidR="00302D64" w:rsidRDefault="00000000">
            <w:pPr>
              <w:pStyle w:val="Oznaenseznam"/>
              <w:spacing w:after="16"/>
            </w:pPr>
            <w:r>
              <w:rPr>
                <w:color w:val="000000"/>
                <w:sz w:val="16"/>
              </w:rPr>
              <w:t>načrtuje varno in trajnostno pot</w:t>
            </w:r>
          </w:p>
          <w:p w14:paraId="6C7336D4" w14:textId="77777777" w:rsidR="00302D64" w:rsidRDefault="00000000">
            <w:pPr>
              <w:spacing w:before="40" w:after="20" w:line="245" w:lineRule="auto"/>
            </w:pPr>
            <w:r>
              <w:rPr>
                <w:b/>
                <w:color w:val="000000"/>
                <w:sz w:val="17"/>
              </w:rPr>
              <w:t>PRIČAKOVANI DOSEŽKI / STANDARDI</w:t>
            </w:r>
          </w:p>
          <w:p w14:paraId="1B0B652B" w14:textId="77777777" w:rsidR="00302D64" w:rsidRDefault="00000000">
            <w:pPr>
              <w:pStyle w:val="Oznaenseznam"/>
              <w:spacing w:after="16"/>
            </w:pPr>
            <w:r>
              <w:rPr>
                <w:color w:val="000000"/>
                <w:sz w:val="16"/>
              </w:rPr>
              <w:t>ob konkretni ali slikovni opori primerja načine poti</w:t>
            </w:r>
          </w:p>
          <w:p w14:paraId="1F34E9BB" w14:textId="77777777" w:rsidR="00302D64" w:rsidRDefault="00000000">
            <w:pPr>
              <w:pStyle w:val="Oznaenseznam"/>
              <w:spacing w:after="16"/>
            </w:pPr>
            <w:r>
              <w:rPr>
                <w:color w:val="000000"/>
                <w:sz w:val="16"/>
              </w:rPr>
              <w:t>ob konkretni ali slikovni opori razume vpliv na okolje</w:t>
            </w:r>
          </w:p>
          <w:p w14:paraId="4BF76CDF" w14:textId="77777777" w:rsidR="00302D64" w:rsidRDefault="00000000">
            <w:pPr>
              <w:pStyle w:val="Oznaenseznam"/>
              <w:spacing w:after="16"/>
            </w:pPr>
            <w:r>
              <w:rPr>
                <w:color w:val="000000"/>
                <w:sz w:val="16"/>
              </w:rPr>
              <w:t>ob konkretni ali slikovni opori načrtuje varno in trajnostno pot</w:t>
            </w:r>
          </w:p>
        </w:tc>
        <w:tc>
          <w:tcPr>
            <w:tcW w:w="7087" w:type="dxa"/>
            <w:tcMar>
              <w:top w:w="70" w:type="dxa"/>
              <w:left w:w="90" w:type="dxa"/>
              <w:bottom w:w="70" w:type="dxa"/>
              <w:right w:w="90" w:type="dxa"/>
            </w:tcMar>
          </w:tcPr>
          <w:p w14:paraId="6E187AD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4CD792EF" w14:textId="77777777">
              <w:trPr>
                <w:jc w:val="center"/>
              </w:trPr>
              <w:tc>
                <w:tcPr>
                  <w:tcW w:w="7087" w:type="dxa"/>
                  <w:shd w:val="clear" w:color="auto" w:fill="C6E7F3"/>
                  <w:tcMar>
                    <w:top w:w="45" w:type="dxa"/>
                    <w:left w:w="70" w:type="dxa"/>
                    <w:bottom w:w="45" w:type="dxa"/>
                    <w:right w:w="70" w:type="dxa"/>
                  </w:tcMar>
                </w:tcPr>
                <w:p w14:paraId="3C2E0737" w14:textId="77777777" w:rsidR="00302D64" w:rsidRDefault="00000000">
                  <w:pPr>
                    <w:keepNext/>
                  </w:pPr>
                  <w:r>
                    <w:rPr>
                      <w:b/>
                      <w:color w:val="000000"/>
                    </w:rPr>
                    <w:t>UVODNI DEL – motivacija, aktivacija predznanja in namen učenja (15–20 min)</w:t>
                  </w:r>
                </w:p>
              </w:tc>
            </w:tr>
          </w:tbl>
          <w:p w14:paraId="052CBF62" w14:textId="77777777" w:rsidR="00302D64" w:rsidRDefault="00302D64">
            <w:pPr>
              <w:spacing w:line="20" w:lineRule="exact"/>
            </w:pPr>
          </w:p>
          <w:p w14:paraId="20B6BCF0" w14:textId="77777777" w:rsidR="00302D64" w:rsidRDefault="00000000">
            <w:pPr>
              <w:spacing w:before="40" w:after="60" w:line="245" w:lineRule="auto"/>
            </w:pPr>
            <w:r>
              <w:rPr>
                <w:color w:val="000000"/>
                <w:sz w:val="17"/>
              </w:rPr>
              <w:t>Juri Muri načrtuje isto pot na več načinov. Učenci dobijo merila varnost, čas, gibanje, cena in vpliv na okolje ter ugotovijo, da ni vedno ena sama pravilna izbira.</w:t>
            </w:r>
          </w:p>
          <w:tbl>
            <w:tblPr>
              <w:tblStyle w:val="Tabelamrea"/>
              <w:tblW w:w="0" w:type="auto"/>
              <w:jc w:val="center"/>
              <w:tblLayout w:type="fixed"/>
              <w:tblLook w:val="04A0" w:firstRow="1" w:lastRow="0" w:firstColumn="1" w:lastColumn="0" w:noHBand="0" w:noVBand="1"/>
            </w:tblPr>
            <w:tblGrid>
              <w:gridCol w:w="7087"/>
            </w:tblGrid>
            <w:tr w:rsidR="00302D64" w14:paraId="14F05FEB" w14:textId="77777777">
              <w:trPr>
                <w:jc w:val="center"/>
              </w:trPr>
              <w:tc>
                <w:tcPr>
                  <w:tcW w:w="7087" w:type="dxa"/>
                  <w:shd w:val="clear" w:color="auto" w:fill="EDC9EA"/>
                  <w:tcMar>
                    <w:top w:w="45" w:type="dxa"/>
                    <w:left w:w="70" w:type="dxa"/>
                    <w:bottom w:w="45" w:type="dxa"/>
                    <w:right w:w="70" w:type="dxa"/>
                  </w:tcMar>
                </w:tcPr>
                <w:p w14:paraId="1D7B0EB8" w14:textId="77777777" w:rsidR="00302D64" w:rsidRDefault="00000000">
                  <w:pPr>
                    <w:keepNext/>
                  </w:pPr>
                  <w:r>
                    <w:rPr>
                      <w:b/>
                      <w:color w:val="000000"/>
                    </w:rPr>
                    <w:t>NAMENI UČENJA</w:t>
                  </w:r>
                </w:p>
              </w:tc>
            </w:tr>
          </w:tbl>
          <w:p w14:paraId="649C8140" w14:textId="77777777" w:rsidR="00302D64" w:rsidRDefault="00302D64">
            <w:pPr>
              <w:spacing w:line="20" w:lineRule="exact"/>
            </w:pPr>
          </w:p>
          <w:p w14:paraId="63176E02" w14:textId="77777777" w:rsidR="00302D64" w:rsidRDefault="00000000">
            <w:pPr>
              <w:spacing w:before="20" w:after="20" w:line="245" w:lineRule="auto"/>
            </w:pPr>
            <w:r>
              <w:rPr>
                <w:color w:val="000000"/>
                <w:sz w:val="16"/>
              </w:rPr>
              <w:t>Učimo se zato, da bomo lažje razumeli in odgovorno uporabili znanje v vsakdanjih situacijah.</w:t>
            </w:r>
          </w:p>
          <w:p w14:paraId="14E422F0" w14:textId="77777777" w:rsidR="00302D64" w:rsidRDefault="00000000">
            <w:pPr>
              <w:pStyle w:val="Oznaenseznam"/>
              <w:spacing w:after="16"/>
            </w:pPr>
            <w:r>
              <w:rPr>
                <w:color w:val="000000"/>
                <w:sz w:val="16"/>
              </w:rPr>
              <w:t>primerjam načine poti</w:t>
            </w:r>
          </w:p>
          <w:p w14:paraId="0F1D0D5C" w14:textId="77777777" w:rsidR="00302D64" w:rsidRDefault="00000000">
            <w:pPr>
              <w:pStyle w:val="Oznaenseznam"/>
              <w:spacing w:after="16"/>
            </w:pPr>
            <w:r>
              <w:rPr>
                <w:color w:val="000000"/>
                <w:sz w:val="16"/>
              </w:rPr>
              <w:t>razumem vpliv na okolje</w:t>
            </w:r>
          </w:p>
          <w:p w14:paraId="6896306D" w14:textId="77777777" w:rsidR="00302D64" w:rsidRDefault="00000000">
            <w:pPr>
              <w:pStyle w:val="Oznaenseznam"/>
              <w:spacing w:after="16"/>
            </w:pPr>
            <w:r>
              <w:rPr>
                <w:color w:val="000000"/>
                <w:sz w:val="16"/>
              </w:rPr>
              <w:t>načrtujem varno in trajnostno pot</w:t>
            </w:r>
          </w:p>
          <w:tbl>
            <w:tblPr>
              <w:tblStyle w:val="Tabelamrea"/>
              <w:tblW w:w="0" w:type="auto"/>
              <w:jc w:val="center"/>
              <w:tblLayout w:type="fixed"/>
              <w:tblLook w:val="04A0" w:firstRow="1" w:lastRow="0" w:firstColumn="1" w:lastColumn="0" w:noHBand="0" w:noVBand="1"/>
            </w:tblPr>
            <w:tblGrid>
              <w:gridCol w:w="7087"/>
            </w:tblGrid>
            <w:tr w:rsidR="00302D64" w14:paraId="1C157A72" w14:textId="77777777">
              <w:trPr>
                <w:jc w:val="center"/>
              </w:trPr>
              <w:tc>
                <w:tcPr>
                  <w:tcW w:w="7087" w:type="dxa"/>
                  <w:shd w:val="clear" w:color="auto" w:fill="EDC9EA"/>
                  <w:tcMar>
                    <w:top w:w="45" w:type="dxa"/>
                    <w:left w:w="70" w:type="dxa"/>
                    <w:bottom w:w="45" w:type="dxa"/>
                    <w:right w:w="70" w:type="dxa"/>
                  </w:tcMar>
                </w:tcPr>
                <w:p w14:paraId="64CCB3AA" w14:textId="77777777" w:rsidR="00302D64" w:rsidRDefault="00000000">
                  <w:pPr>
                    <w:keepNext/>
                  </w:pPr>
                  <w:r>
                    <w:rPr>
                      <w:b/>
                      <w:color w:val="000000"/>
                    </w:rPr>
                    <w:t>PREVERJANJE PREDZNANJA</w:t>
                  </w:r>
                </w:p>
              </w:tc>
            </w:tr>
          </w:tbl>
          <w:p w14:paraId="7F071A49" w14:textId="77777777" w:rsidR="00302D64" w:rsidRDefault="00302D64">
            <w:pPr>
              <w:spacing w:line="20" w:lineRule="exact"/>
            </w:pPr>
          </w:p>
          <w:p w14:paraId="4E886F89" w14:textId="77777777" w:rsidR="00302D64" w:rsidRDefault="00000000">
            <w:pPr>
              <w:pStyle w:val="Oznaenseznam"/>
              <w:spacing w:after="16"/>
            </w:pPr>
            <w:r>
              <w:rPr>
                <w:color w:val="000000"/>
                <w:sz w:val="16"/>
              </w:rPr>
              <w:t>Kako različni načini poti vplivajo na varnost, zdravje in okolje?</w:t>
            </w:r>
          </w:p>
          <w:p w14:paraId="632BAEEA" w14:textId="77777777" w:rsidR="00302D64" w:rsidRDefault="00000000">
            <w:pPr>
              <w:pStyle w:val="Oznaenseznam"/>
              <w:spacing w:after="16"/>
            </w:pPr>
            <w:r>
              <w:rPr>
                <w:color w:val="000000"/>
                <w:sz w:val="16"/>
              </w:rPr>
              <w:t>Kaj mora vsebovati dober načrt poti?</w:t>
            </w:r>
          </w:p>
          <w:p w14:paraId="1DE2202D"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D0DD33D" w14:textId="77777777">
              <w:trPr>
                <w:jc w:val="center"/>
              </w:trPr>
              <w:tc>
                <w:tcPr>
                  <w:tcW w:w="7087" w:type="dxa"/>
                  <w:shd w:val="clear" w:color="auto" w:fill="EDC9EA"/>
                  <w:tcMar>
                    <w:top w:w="45" w:type="dxa"/>
                    <w:left w:w="70" w:type="dxa"/>
                    <w:bottom w:w="45" w:type="dxa"/>
                    <w:right w:w="70" w:type="dxa"/>
                  </w:tcMar>
                </w:tcPr>
                <w:p w14:paraId="06F917AC" w14:textId="77777777" w:rsidR="00302D64" w:rsidRDefault="00000000">
                  <w:pPr>
                    <w:keepNext/>
                  </w:pPr>
                  <w:r>
                    <w:rPr>
                      <w:b/>
                      <w:color w:val="000000"/>
                    </w:rPr>
                    <w:t>KRITERIJI USPEŠNOSTI</w:t>
                  </w:r>
                </w:p>
              </w:tc>
            </w:tr>
          </w:tbl>
          <w:p w14:paraId="366D9604" w14:textId="77777777" w:rsidR="00302D64" w:rsidRDefault="00302D64"/>
          <w:p w14:paraId="2520DC8A" w14:textId="77777777" w:rsidR="00302D64" w:rsidRDefault="00000000">
            <w:pPr>
              <w:spacing w:before="20" w:after="20" w:line="245" w:lineRule="auto"/>
            </w:pPr>
            <w:r>
              <w:rPr>
                <w:b/>
                <w:color w:val="000000"/>
                <w:sz w:val="16"/>
              </w:rPr>
              <w:t>Uspešen/-na bom, ko:</w:t>
            </w:r>
          </w:p>
          <w:p w14:paraId="78B95FBD" w14:textId="77777777" w:rsidR="00302D64" w:rsidRDefault="00000000">
            <w:pPr>
              <w:pStyle w:val="Oznaenseznam"/>
              <w:spacing w:after="16"/>
            </w:pPr>
            <w:r>
              <w:rPr>
                <w:color w:val="000000"/>
                <w:sz w:val="16"/>
              </w:rPr>
              <w:t>primerjam načine poti</w:t>
            </w:r>
          </w:p>
          <w:p w14:paraId="7A9ACC0B" w14:textId="77777777" w:rsidR="00302D64" w:rsidRDefault="00000000">
            <w:pPr>
              <w:pStyle w:val="Oznaenseznam"/>
              <w:spacing w:after="16"/>
            </w:pPr>
            <w:r>
              <w:rPr>
                <w:color w:val="000000"/>
                <w:sz w:val="16"/>
              </w:rPr>
              <w:t>razumem vpliv na okolje</w:t>
            </w:r>
          </w:p>
          <w:p w14:paraId="1F92C1E7" w14:textId="77777777" w:rsidR="00302D64" w:rsidRDefault="00000000">
            <w:pPr>
              <w:pStyle w:val="Oznaenseznam"/>
              <w:spacing w:after="16"/>
            </w:pPr>
            <w:r>
              <w:rPr>
                <w:color w:val="000000"/>
                <w:sz w:val="16"/>
              </w:rPr>
              <w:t>načrtujem varno in trajnostno pot</w:t>
            </w:r>
          </w:p>
          <w:p w14:paraId="5C2570CA"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364E63A" w14:textId="77777777" w:rsidR="00302D64" w:rsidRDefault="00302D64"/>
          <w:p w14:paraId="70E107AC" w14:textId="77777777" w:rsidR="00302D64" w:rsidRDefault="00000000">
            <w:pPr>
              <w:spacing w:after="80" w:line="245" w:lineRule="auto"/>
            </w:pPr>
            <w:r>
              <w:rPr>
                <w:color w:val="000000"/>
                <w:sz w:val="16"/>
              </w:rPr>
              <w:t>Posluša ali opazuje književno oziroma predmetno izhodišče ter se vključi z gibom, sliko ali besedo.</w:t>
            </w:r>
          </w:p>
          <w:p w14:paraId="03F05211" w14:textId="77777777" w:rsidR="00302D64" w:rsidRDefault="00000000">
            <w:pPr>
              <w:spacing w:after="80" w:line="245" w:lineRule="auto"/>
            </w:pPr>
            <w:r>
              <w:rPr>
                <w:color w:val="000000"/>
                <w:sz w:val="16"/>
              </w:rPr>
              <w:t>Pove, pokaže ali nariše, kaj že ve. Posluša zamisli drugih.</w:t>
            </w:r>
          </w:p>
          <w:p w14:paraId="3588FDF7" w14:textId="77777777" w:rsidR="00302D64" w:rsidRDefault="00000000">
            <w:pPr>
              <w:spacing w:after="100" w:line="245" w:lineRule="auto"/>
            </w:pPr>
            <w:r>
              <w:rPr>
                <w:color w:val="000000"/>
                <w:sz w:val="16"/>
              </w:rPr>
              <w:t>Sodeluje pri razumevanju namenov in kriterijev uspešnosti.</w:t>
            </w:r>
          </w:p>
          <w:p w14:paraId="6383B183" w14:textId="77777777" w:rsidR="00302D64" w:rsidRDefault="00000000">
            <w:pPr>
              <w:spacing w:after="20" w:line="245" w:lineRule="auto"/>
            </w:pPr>
            <w:r>
              <w:rPr>
                <w:b/>
                <w:color w:val="D95BC6"/>
                <w:sz w:val="17"/>
              </w:rPr>
              <w:t>DOKAZ O UČENJU</w:t>
            </w:r>
          </w:p>
          <w:p w14:paraId="4E3DE50D" w14:textId="77777777" w:rsidR="00302D64" w:rsidRDefault="00000000">
            <w:pPr>
              <w:spacing w:after="30" w:line="245" w:lineRule="auto"/>
            </w:pPr>
            <w:r>
              <w:rPr>
                <w:color w:val="D95BC6"/>
                <w:sz w:val="16"/>
              </w:rPr>
              <w:t>začetna zamisel, razvrstitev, risba ali ustni odgovor</w:t>
            </w:r>
          </w:p>
        </w:tc>
      </w:tr>
    </w:tbl>
    <w:p w14:paraId="1E74237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D1B211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881C334"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2A9175" w14:textId="77777777" w:rsidR="00302D64" w:rsidRDefault="00000000">
            <w:pPr>
              <w:jc w:val="center"/>
            </w:pPr>
            <w:r>
              <w:rPr>
                <w:b/>
                <w:color w:val="000000"/>
                <w:sz w:val="20"/>
              </w:rPr>
              <w:t>UČNE DEJAVNOSTI, METODE IN FORMATIVNO SPREMLJANJE</w:t>
            </w:r>
          </w:p>
        </w:tc>
      </w:tr>
      <w:tr w:rsidR="00302D64" w14:paraId="00855FBD" w14:textId="77777777">
        <w:trPr>
          <w:tblHeader/>
          <w:jc w:val="center"/>
        </w:trPr>
        <w:tc>
          <w:tcPr>
            <w:tcW w:w="4422" w:type="dxa"/>
            <w:vMerge/>
            <w:tcMar>
              <w:top w:w="70" w:type="dxa"/>
              <w:left w:w="90" w:type="dxa"/>
              <w:bottom w:w="70" w:type="dxa"/>
              <w:right w:w="90" w:type="dxa"/>
            </w:tcMar>
            <w:vAlign w:val="center"/>
          </w:tcPr>
          <w:p w14:paraId="74D1B5FD" w14:textId="77777777" w:rsidR="00302D64" w:rsidRDefault="00302D64"/>
        </w:tc>
        <w:tc>
          <w:tcPr>
            <w:tcW w:w="7087" w:type="dxa"/>
            <w:shd w:val="clear" w:color="auto" w:fill="FFFFFF"/>
            <w:tcMar>
              <w:top w:w="70" w:type="dxa"/>
              <w:left w:w="90" w:type="dxa"/>
              <w:bottom w:w="70" w:type="dxa"/>
              <w:right w:w="90" w:type="dxa"/>
            </w:tcMar>
            <w:vAlign w:val="center"/>
          </w:tcPr>
          <w:p w14:paraId="2C3F990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EDF8887" w14:textId="77777777" w:rsidR="00302D64" w:rsidRDefault="00000000">
            <w:pPr>
              <w:jc w:val="center"/>
            </w:pPr>
            <w:r>
              <w:rPr>
                <w:b/>
                <w:color w:val="000000"/>
              </w:rPr>
              <w:t>UČENEC</w:t>
            </w:r>
          </w:p>
        </w:tc>
      </w:tr>
      <w:tr w:rsidR="00302D64" w14:paraId="3887D638" w14:textId="77777777">
        <w:trPr>
          <w:jc w:val="center"/>
        </w:trPr>
        <w:tc>
          <w:tcPr>
            <w:tcW w:w="4422" w:type="dxa"/>
            <w:tcMar>
              <w:top w:w="70" w:type="dxa"/>
              <w:left w:w="90" w:type="dxa"/>
              <w:bottom w:w="70" w:type="dxa"/>
              <w:right w:w="90" w:type="dxa"/>
            </w:tcMar>
          </w:tcPr>
          <w:p w14:paraId="17B68E15" w14:textId="77777777" w:rsidR="00302D64" w:rsidRDefault="00302D64"/>
          <w:p w14:paraId="51758CDA" w14:textId="77777777" w:rsidR="00302D64" w:rsidRDefault="00000000">
            <w:pPr>
              <w:spacing w:after="40" w:line="245" w:lineRule="auto"/>
            </w:pPr>
            <w:r>
              <w:rPr>
                <w:b/>
                <w:color w:val="000000"/>
              </w:rPr>
              <w:t>KLJUČNI POJMI</w:t>
            </w:r>
          </w:p>
          <w:p w14:paraId="25A968A4" w14:textId="77777777" w:rsidR="00302D64" w:rsidRDefault="00000000">
            <w:pPr>
              <w:spacing w:after="80" w:line="245" w:lineRule="auto"/>
            </w:pPr>
            <w:r>
              <w:rPr>
                <w:color w:val="000000"/>
                <w:sz w:val="16"/>
              </w:rPr>
              <w:t>mobilnost, pot, prevoz, peš, kolo, javni prevoz, varnost, vpliv na okolje, načrt, merilo</w:t>
            </w:r>
          </w:p>
          <w:p w14:paraId="6F202ADA" w14:textId="77777777" w:rsidR="00302D64" w:rsidRDefault="00000000">
            <w:pPr>
              <w:spacing w:after="20" w:line="245" w:lineRule="auto"/>
            </w:pPr>
            <w:r>
              <w:rPr>
                <w:b/>
                <w:color w:val="000000"/>
              </w:rPr>
              <w:t>DOKAZI O UČENJU</w:t>
            </w:r>
          </w:p>
          <w:p w14:paraId="4018CDC7" w14:textId="77777777" w:rsidR="00302D64" w:rsidRDefault="00000000">
            <w:pPr>
              <w:pStyle w:val="Oznaenseznam"/>
              <w:spacing w:after="16"/>
            </w:pPr>
            <w:r>
              <w:rPr>
                <w:color w:val="000000"/>
                <w:sz w:val="16"/>
              </w:rPr>
              <w:t>primerjalna matrika s simboli</w:t>
            </w:r>
          </w:p>
          <w:p w14:paraId="129B2A61" w14:textId="77777777" w:rsidR="00302D64" w:rsidRDefault="00000000">
            <w:pPr>
              <w:pStyle w:val="Oznaenseznam"/>
              <w:spacing w:after="16"/>
            </w:pPr>
            <w:r>
              <w:rPr>
                <w:color w:val="000000"/>
                <w:sz w:val="16"/>
              </w:rPr>
              <w:t>slikovni načrt poti</w:t>
            </w:r>
          </w:p>
          <w:p w14:paraId="65B591F8" w14:textId="77777777" w:rsidR="00302D64" w:rsidRDefault="00000000">
            <w:pPr>
              <w:pStyle w:val="Oznaenseznam"/>
              <w:spacing w:after="16"/>
            </w:pPr>
            <w:r>
              <w:rPr>
                <w:color w:val="000000"/>
                <w:sz w:val="16"/>
              </w:rPr>
              <w:t>ustna predstavitev in popravljena pot</w:t>
            </w:r>
          </w:p>
          <w:p w14:paraId="01ADC2EB" w14:textId="77777777" w:rsidR="00302D64" w:rsidRDefault="00000000">
            <w:pPr>
              <w:spacing w:before="40" w:after="20" w:line="245" w:lineRule="auto"/>
            </w:pPr>
            <w:r>
              <w:rPr>
                <w:b/>
                <w:color w:val="000000"/>
              </w:rPr>
              <w:t>MEDPREDMETNA POVEZAVA</w:t>
            </w:r>
          </w:p>
          <w:p w14:paraId="021B7376" w14:textId="77777777" w:rsidR="00302D64" w:rsidRDefault="00000000">
            <w:pPr>
              <w:spacing w:after="60" w:line="245" w:lineRule="auto"/>
            </w:pPr>
            <w:r>
              <w:rPr>
                <w:color w:val="000000"/>
                <w:sz w:val="16"/>
              </w:rPr>
              <w:t>MAT – primerjanje meril; SLJ – predstavitev; ŠPO – aktivna mobilnost; LUM – slikovni načrt</w:t>
            </w:r>
          </w:p>
          <w:p w14:paraId="72293149" w14:textId="77777777" w:rsidR="00302D64" w:rsidRDefault="00000000">
            <w:pPr>
              <w:spacing w:after="20" w:line="245" w:lineRule="auto"/>
            </w:pPr>
            <w:r>
              <w:rPr>
                <w:b/>
                <w:color w:val="000000"/>
              </w:rPr>
              <w:t>POUČEVANJE V GIBANJU</w:t>
            </w:r>
          </w:p>
          <w:p w14:paraId="3154AFEE"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18EE1DBF" w14:textId="77777777" w:rsidR="00302D64" w:rsidRDefault="00000000">
            <w:pPr>
              <w:spacing w:after="20" w:line="245" w:lineRule="auto"/>
            </w:pPr>
            <w:r>
              <w:rPr>
                <w:b/>
                <w:color w:val="000000"/>
              </w:rPr>
              <w:t>UČENJE PO ŠTIRIH POSTAJAH</w:t>
            </w:r>
          </w:p>
          <w:p w14:paraId="01F7EB87"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1F1343EE" w14:textId="77777777" w:rsidR="00302D64" w:rsidRDefault="00000000">
            <w:pPr>
              <w:spacing w:after="20" w:line="245" w:lineRule="auto"/>
            </w:pPr>
            <w:r>
              <w:rPr>
                <w:b/>
                <w:color w:val="000000"/>
              </w:rPr>
              <w:t>DIFERENCIACIJA IN VKLJUČEVANJE</w:t>
            </w:r>
          </w:p>
          <w:p w14:paraId="4121C98B" w14:textId="77777777" w:rsidR="00302D64" w:rsidRDefault="00000000">
            <w:pPr>
              <w:spacing w:after="60" w:line="245" w:lineRule="auto"/>
            </w:pPr>
            <w:r>
              <w:rPr>
                <w:color w:val="000000"/>
                <w:sz w:val="16"/>
              </w:rPr>
              <w:t>Učenec primerja dve možnosti namesto več; uporablja simbole; naprednejši načrtuje kombinirano pot in rezervno možnost.</w:t>
            </w:r>
          </w:p>
          <w:p w14:paraId="483DC04C" w14:textId="77777777" w:rsidR="00302D64" w:rsidRDefault="00000000">
            <w:pPr>
              <w:spacing w:after="20" w:line="245" w:lineRule="auto"/>
            </w:pPr>
            <w:r>
              <w:rPr>
                <w:b/>
                <w:color w:val="000000"/>
              </w:rPr>
              <w:t>SPREMLJANJE</w:t>
            </w:r>
          </w:p>
          <w:p w14:paraId="0407058B"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C6C687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E4CDCC0" w14:textId="77777777">
              <w:trPr>
                <w:jc w:val="center"/>
              </w:trPr>
              <w:tc>
                <w:tcPr>
                  <w:tcW w:w="7087" w:type="dxa"/>
                  <w:shd w:val="clear" w:color="auto" w:fill="C6E7F3"/>
                  <w:tcMar>
                    <w:top w:w="45" w:type="dxa"/>
                    <w:left w:w="70" w:type="dxa"/>
                    <w:bottom w:w="45" w:type="dxa"/>
                    <w:right w:w="70" w:type="dxa"/>
                  </w:tcMar>
                </w:tcPr>
                <w:p w14:paraId="05F11F5D" w14:textId="77777777" w:rsidR="00302D64" w:rsidRDefault="00000000">
                  <w:pPr>
                    <w:keepNext/>
                  </w:pPr>
                  <w:r>
                    <w:t>GLAVNI DEL – IZKUŠENJSKO IN POSTAJNO UČENJE (3 šolske ure)</w:t>
                  </w:r>
                </w:p>
              </w:tc>
            </w:tr>
          </w:tbl>
          <w:p w14:paraId="35BD5A70" w14:textId="77777777" w:rsidR="00302D64" w:rsidRDefault="00302D64">
            <w:pPr>
              <w:spacing w:line="20" w:lineRule="exact"/>
            </w:pPr>
          </w:p>
          <w:p w14:paraId="3C43465E" w14:textId="77777777" w:rsidR="00302D64" w:rsidRDefault="00000000">
            <w:pPr>
              <w:keepNext/>
              <w:spacing w:before="60" w:after="20" w:line="245" w:lineRule="auto"/>
            </w:pPr>
            <w:r>
              <w:rPr>
                <w:b/>
                <w:color w:val="000000"/>
              </w:rPr>
              <w:t>1. URA – Prevoz pod petimi merili</w:t>
            </w:r>
          </w:p>
          <w:p w14:paraId="7BEF4927" w14:textId="77777777" w:rsidR="00302D64" w:rsidRDefault="00000000">
            <w:pPr>
              <w:spacing w:after="20" w:line="245" w:lineRule="auto"/>
            </w:pPr>
            <w:r>
              <w:rPr>
                <w:b/>
                <w:color w:val="000000"/>
                <w:sz w:val="16"/>
              </w:rPr>
              <w:t xml:space="preserve">Dejavnost učiteljice: </w:t>
            </w:r>
            <w:r>
              <w:rPr>
                <w:color w:val="000000"/>
                <w:sz w:val="16"/>
              </w:rPr>
              <w:t>Pripravi kratke poti in kartice hoje, kolesa, avtobusa, vlaka ter avtomobila.</w:t>
            </w:r>
          </w:p>
          <w:p w14:paraId="25D66889" w14:textId="77777777" w:rsidR="00302D64" w:rsidRDefault="00000000">
            <w:pPr>
              <w:spacing w:after="20" w:line="245" w:lineRule="auto"/>
            </w:pPr>
            <w:r>
              <w:rPr>
                <w:b/>
                <w:color w:val="000000"/>
                <w:sz w:val="16"/>
              </w:rPr>
              <w:t xml:space="preserve">Dejavnost učencev: </w:t>
            </w:r>
            <w:r>
              <w:rPr>
                <w:color w:val="000000"/>
                <w:sz w:val="16"/>
              </w:rPr>
              <w:t>Za vsako pot primerjajo možnosti, izberejo pomembna merila in utemeljijo odločitev.</w:t>
            </w:r>
          </w:p>
          <w:p w14:paraId="2D7523EA" w14:textId="77777777" w:rsidR="00302D64" w:rsidRDefault="00000000">
            <w:pPr>
              <w:spacing w:after="40" w:line="245" w:lineRule="auto"/>
            </w:pPr>
            <w:r>
              <w:rPr>
                <w:i/>
                <w:color w:val="D95BC6"/>
                <w:sz w:val="16"/>
              </w:rPr>
              <w:t>Predvideni dokaz: primerjalna matrika s simboli.</w:t>
            </w:r>
          </w:p>
          <w:p w14:paraId="01EFA12D" w14:textId="77777777" w:rsidR="00302D64" w:rsidRDefault="00000000">
            <w:pPr>
              <w:keepNext/>
              <w:spacing w:before="60" w:after="20" w:line="245" w:lineRule="auto"/>
            </w:pPr>
            <w:r>
              <w:rPr>
                <w:b/>
                <w:color w:val="000000"/>
              </w:rPr>
              <w:t>2. URA – Načrtujem varno trajnostno pot</w:t>
            </w:r>
          </w:p>
          <w:p w14:paraId="6106F4AB" w14:textId="77777777" w:rsidR="00302D64" w:rsidRDefault="00000000">
            <w:pPr>
              <w:spacing w:after="20" w:line="245" w:lineRule="auto"/>
            </w:pPr>
            <w:r>
              <w:rPr>
                <w:b/>
                <w:color w:val="000000"/>
                <w:sz w:val="16"/>
              </w:rPr>
              <w:t xml:space="preserve">Dejavnost učiteljice: </w:t>
            </w:r>
            <w:r>
              <w:rPr>
                <w:color w:val="000000"/>
                <w:sz w:val="16"/>
              </w:rPr>
              <w:t>Modelira pot z izhodiščem, ciljem, prevozom, prestopom, varnostno opremo in rezervnim načrtom.</w:t>
            </w:r>
          </w:p>
          <w:p w14:paraId="62E51C3D" w14:textId="77777777" w:rsidR="00302D64" w:rsidRDefault="00000000">
            <w:pPr>
              <w:spacing w:after="20" w:line="245" w:lineRule="auto"/>
            </w:pPr>
            <w:r>
              <w:rPr>
                <w:b/>
                <w:color w:val="000000"/>
                <w:sz w:val="16"/>
              </w:rPr>
              <w:t xml:space="preserve">Dejavnost učencev: </w:t>
            </w:r>
            <w:r>
              <w:rPr>
                <w:color w:val="000000"/>
                <w:sz w:val="16"/>
              </w:rPr>
              <w:t>V paru izdelajo slikovni načrt in preverijo, ali upošteva varnost ter vpliv na okolje.</w:t>
            </w:r>
          </w:p>
          <w:p w14:paraId="0A793205" w14:textId="77777777" w:rsidR="00302D64" w:rsidRDefault="00000000">
            <w:pPr>
              <w:spacing w:after="40" w:line="245" w:lineRule="auto"/>
            </w:pPr>
            <w:r>
              <w:rPr>
                <w:i/>
                <w:color w:val="D95BC6"/>
                <w:sz w:val="16"/>
              </w:rPr>
              <w:t>Predvideni dokaz: slikovni načrt poti.</w:t>
            </w:r>
          </w:p>
          <w:p w14:paraId="6680A5D5" w14:textId="77777777" w:rsidR="00302D64" w:rsidRDefault="00000000">
            <w:pPr>
              <w:keepNext/>
              <w:spacing w:before="60" w:after="20" w:line="245" w:lineRule="auto"/>
            </w:pPr>
            <w:r>
              <w:rPr>
                <w:b/>
                <w:color w:val="000000"/>
              </w:rPr>
              <w:t>3. URA – Sejem poti</w:t>
            </w:r>
          </w:p>
          <w:p w14:paraId="7066C92C" w14:textId="77777777" w:rsidR="00302D64" w:rsidRDefault="00000000">
            <w:pPr>
              <w:spacing w:after="20" w:line="245" w:lineRule="auto"/>
            </w:pPr>
            <w:r>
              <w:rPr>
                <w:b/>
                <w:color w:val="000000"/>
                <w:sz w:val="16"/>
              </w:rPr>
              <w:t xml:space="preserve">Dejavnost učiteljice: </w:t>
            </w:r>
            <w:r>
              <w:rPr>
                <w:color w:val="000000"/>
                <w:sz w:val="16"/>
              </w:rPr>
              <w:t>Organizira kratke predstavitve in vrstniško povratno informacijo po dveh kriterijih.</w:t>
            </w:r>
          </w:p>
          <w:p w14:paraId="3240934C" w14:textId="77777777" w:rsidR="00302D64" w:rsidRDefault="00000000">
            <w:pPr>
              <w:spacing w:after="20" w:line="245" w:lineRule="auto"/>
            </w:pPr>
            <w:r>
              <w:rPr>
                <w:b/>
                <w:color w:val="000000"/>
                <w:sz w:val="16"/>
              </w:rPr>
              <w:t xml:space="preserve">Dejavnost učencev: </w:t>
            </w:r>
            <w:r>
              <w:rPr>
                <w:color w:val="000000"/>
                <w:sz w:val="16"/>
              </w:rPr>
              <w:t>Predstavijo pot, odgovorijo na vprašanje ter po odzivu izboljšajo eno odločitev.</w:t>
            </w:r>
          </w:p>
          <w:p w14:paraId="725F9D41" w14:textId="77777777" w:rsidR="00302D64" w:rsidRDefault="00000000">
            <w:pPr>
              <w:spacing w:after="40" w:line="245" w:lineRule="auto"/>
            </w:pPr>
            <w:r>
              <w:rPr>
                <w:i/>
                <w:color w:val="D95BC6"/>
                <w:sz w:val="16"/>
              </w:rPr>
              <w:t>Predvideni dokaz: ustna predstavitev in popravljena pot.</w:t>
            </w:r>
          </w:p>
          <w:tbl>
            <w:tblPr>
              <w:tblStyle w:val="Tabelamrea"/>
              <w:tblW w:w="0" w:type="auto"/>
              <w:jc w:val="center"/>
              <w:tblLayout w:type="fixed"/>
              <w:tblLook w:val="04A0" w:firstRow="1" w:lastRow="0" w:firstColumn="1" w:lastColumn="0" w:noHBand="0" w:noVBand="1"/>
            </w:tblPr>
            <w:tblGrid>
              <w:gridCol w:w="7087"/>
            </w:tblGrid>
            <w:tr w:rsidR="00302D64" w14:paraId="55BADCD0" w14:textId="77777777">
              <w:trPr>
                <w:jc w:val="center"/>
              </w:trPr>
              <w:tc>
                <w:tcPr>
                  <w:tcW w:w="7087" w:type="dxa"/>
                  <w:shd w:val="clear" w:color="auto" w:fill="EDC9EA"/>
                  <w:tcMar>
                    <w:top w:w="45" w:type="dxa"/>
                    <w:left w:w="70" w:type="dxa"/>
                    <w:bottom w:w="45" w:type="dxa"/>
                    <w:right w:w="70" w:type="dxa"/>
                  </w:tcMar>
                </w:tcPr>
                <w:p w14:paraId="5920ADDD" w14:textId="77777777" w:rsidR="00302D64" w:rsidRDefault="00000000">
                  <w:pPr>
                    <w:keepNext/>
                  </w:pPr>
                  <w:r>
                    <w:rPr>
                      <w:b/>
                      <w:color w:val="000000"/>
                    </w:rPr>
                    <w:t>UČENJE PO ŠTIRIH POSTAJAH (6–8 min na postajo)</w:t>
                  </w:r>
                </w:p>
              </w:tc>
            </w:tr>
          </w:tbl>
          <w:p w14:paraId="7CB5F61E"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6BAFE5F1" w14:textId="77777777" w:rsidR="00302D64" w:rsidRDefault="00000000">
            <w:pPr>
              <w:spacing w:after="20" w:line="245" w:lineRule="auto"/>
            </w:pPr>
            <w:r>
              <w:rPr>
                <w:b/>
                <w:color w:val="000000"/>
                <w:sz w:val="16"/>
              </w:rPr>
              <w:t xml:space="preserve">RAZISKOVALNA POSTAJA – Prevoz pod petimi merili: </w:t>
            </w:r>
            <w:r>
              <w:rPr>
                <w:color w:val="000000"/>
                <w:sz w:val="16"/>
              </w:rPr>
              <w:t>Za vsako pot primerjajo možnosti, izberejo pomembna merila in utemeljijo odločitev.</w:t>
            </w:r>
          </w:p>
          <w:p w14:paraId="561530EE" w14:textId="77777777" w:rsidR="00302D64" w:rsidRDefault="00000000">
            <w:pPr>
              <w:spacing w:after="20" w:line="245" w:lineRule="auto"/>
            </w:pPr>
            <w:r>
              <w:rPr>
                <w:b/>
                <w:color w:val="000000"/>
                <w:sz w:val="16"/>
              </w:rPr>
              <w:t xml:space="preserve">PRAKTIČNA POSTAJA – Načrtujem varno trajnostno pot: </w:t>
            </w:r>
            <w:r>
              <w:rPr>
                <w:color w:val="000000"/>
                <w:sz w:val="16"/>
              </w:rPr>
              <w:t>V paru izdelajo slikovni načrt in preverijo, ali upošteva varnost ter vpliv na okolje.</w:t>
            </w:r>
          </w:p>
          <w:p w14:paraId="06030756" w14:textId="77777777" w:rsidR="00302D64" w:rsidRDefault="00000000">
            <w:pPr>
              <w:spacing w:after="20" w:line="245" w:lineRule="auto"/>
            </w:pPr>
            <w:r>
              <w:rPr>
                <w:b/>
                <w:color w:val="000000"/>
                <w:sz w:val="16"/>
              </w:rPr>
              <w:t xml:space="preserve">GIBALNO-SODELOVALNA POSTAJA – Sejem poti: </w:t>
            </w:r>
            <w:r>
              <w:rPr>
                <w:color w:val="000000"/>
                <w:sz w:val="16"/>
              </w:rPr>
              <w:t>Predstavijo pot, odgovorijo na vprašanje ter po odzivu izboljšajo eno odločitev.</w:t>
            </w:r>
          </w:p>
          <w:p w14:paraId="3D3D1ECC" w14:textId="77777777" w:rsidR="00302D64" w:rsidRDefault="00000000">
            <w:pPr>
              <w:spacing w:after="20" w:line="245" w:lineRule="auto"/>
            </w:pPr>
            <w:r>
              <w:rPr>
                <w:b/>
                <w:color w:val="000000"/>
                <w:sz w:val="16"/>
              </w:rPr>
              <w:t xml:space="preserve">POSTAJA DOKAZA IN REFLEKSIJE: </w:t>
            </w:r>
            <w:r>
              <w:rPr>
                <w:color w:val="000000"/>
                <w:sz w:val="16"/>
              </w:rPr>
              <w:t>Izberejo en dokaz (primerjalna matrika s simboli, slikovni načrt poti),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0046BC9C" w14:textId="77777777">
              <w:trPr>
                <w:jc w:val="center"/>
              </w:trPr>
              <w:tc>
                <w:tcPr>
                  <w:tcW w:w="7087" w:type="dxa"/>
                  <w:shd w:val="clear" w:color="auto" w:fill="EDC9EA"/>
                  <w:tcMar>
                    <w:top w:w="45" w:type="dxa"/>
                    <w:left w:w="70" w:type="dxa"/>
                    <w:bottom w:w="45" w:type="dxa"/>
                    <w:right w:w="70" w:type="dxa"/>
                  </w:tcMar>
                </w:tcPr>
                <w:p w14:paraId="6CD3468F" w14:textId="77777777" w:rsidR="00302D64" w:rsidRDefault="00000000">
                  <w:pPr>
                    <w:keepNext/>
                  </w:pPr>
                  <w:r>
                    <w:rPr>
                      <w:b/>
                      <w:color w:val="000000"/>
                    </w:rPr>
                    <w:t>POVRATNA INFORMACIJA UČITELJICE MED DELOM</w:t>
                  </w:r>
                </w:p>
              </w:tc>
            </w:tr>
          </w:tbl>
          <w:p w14:paraId="34BE6C70" w14:textId="77777777" w:rsidR="00302D64" w:rsidRDefault="00302D64"/>
          <w:p w14:paraId="0852CE46"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6BBFFD2A" w14:textId="77777777" w:rsidR="00302D64" w:rsidRDefault="00302D64"/>
          <w:p w14:paraId="3F6014C4" w14:textId="77777777" w:rsidR="00302D64" w:rsidRDefault="00000000">
            <w:pPr>
              <w:spacing w:after="20" w:line="245" w:lineRule="auto"/>
            </w:pPr>
            <w:r>
              <w:rPr>
                <w:b/>
                <w:color w:val="000000"/>
                <w:sz w:val="17"/>
              </w:rPr>
              <w:t>1. URA</w:t>
            </w:r>
          </w:p>
          <w:p w14:paraId="64097B3E" w14:textId="77777777" w:rsidR="00302D64" w:rsidRDefault="00000000">
            <w:pPr>
              <w:spacing w:after="40" w:line="245" w:lineRule="auto"/>
            </w:pPr>
            <w:r>
              <w:rPr>
                <w:color w:val="000000"/>
                <w:sz w:val="16"/>
              </w:rPr>
              <w:t>Za vsako pot primerjajo možnosti, izberejo pomembna merila in utemeljijo odločitev.</w:t>
            </w:r>
          </w:p>
          <w:p w14:paraId="5AC9E3C5" w14:textId="77777777" w:rsidR="00302D64" w:rsidRDefault="00000000">
            <w:pPr>
              <w:spacing w:line="245" w:lineRule="auto"/>
            </w:pPr>
            <w:r>
              <w:rPr>
                <w:b/>
                <w:color w:val="D95BC6"/>
                <w:sz w:val="16"/>
              </w:rPr>
              <w:t>DOKAZ</w:t>
            </w:r>
          </w:p>
          <w:p w14:paraId="0E33EC23" w14:textId="77777777" w:rsidR="00302D64" w:rsidRDefault="00000000">
            <w:pPr>
              <w:spacing w:after="60" w:line="245" w:lineRule="auto"/>
            </w:pPr>
            <w:r>
              <w:rPr>
                <w:color w:val="D95BC6"/>
                <w:sz w:val="16"/>
              </w:rPr>
              <w:t>primerjalna matrika s simboli</w:t>
            </w:r>
          </w:p>
          <w:p w14:paraId="78F6BFF2" w14:textId="77777777" w:rsidR="00302D64" w:rsidRDefault="00000000">
            <w:pPr>
              <w:spacing w:after="20" w:line="245" w:lineRule="auto"/>
            </w:pPr>
            <w:r>
              <w:rPr>
                <w:b/>
                <w:color w:val="000000"/>
                <w:sz w:val="17"/>
              </w:rPr>
              <w:t>2. URA</w:t>
            </w:r>
          </w:p>
          <w:p w14:paraId="2D2EA0D3" w14:textId="77777777" w:rsidR="00302D64" w:rsidRDefault="00000000">
            <w:pPr>
              <w:spacing w:after="40" w:line="245" w:lineRule="auto"/>
            </w:pPr>
            <w:r>
              <w:rPr>
                <w:color w:val="000000"/>
                <w:sz w:val="16"/>
              </w:rPr>
              <w:t>V paru izdelajo slikovni načrt in preverijo, ali upošteva varnost ter vpliv na okolje.</w:t>
            </w:r>
          </w:p>
          <w:p w14:paraId="70DC8682" w14:textId="77777777" w:rsidR="00302D64" w:rsidRDefault="00000000">
            <w:pPr>
              <w:spacing w:line="245" w:lineRule="auto"/>
            </w:pPr>
            <w:r>
              <w:rPr>
                <w:b/>
                <w:color w:val="D95BC6"/>
                <w:sz w:val="16"/>
              </w:rPr>
              <w:t>DOKAZ</w:t>
            </w:r>
          </w:p>
          <w:p w14:paraId="57210A7B" w14:textId="77777777" w:rsidR="00302D64" w:rsidRDefault="00000000">
            <w:pPr>
              <w:spacing w:after="60" w:line="245" w:lineRule="auto"/>
            </w:pPr>
            <w:r>
              <w:rPr>
                <w:color w:val="D95BC6"/>
                <w:sz w:val="16"/>
              </w:rPr>
              <w:t>slikovni načrt poti</w:t>
            </w:r>
          </w:p>
          <w:p w14:paraId="299C0832" w14:textId="77777777" w:rsidR="00302D64" w:rsidRDefault="00000000">
            <w:pPr>
              <w:spacing w:after="20" w:line="245" w:lineRule="auto"/>
            </w:pPr>
            <w:r>
              <w:rPr>
                <w:b/>
                <w:color w:val="000000"/>
                <w:sz w:val="17"/>
              </w:rPr>
              <w:t>3. URA</w:t>
            </w:r>
          </w:p>
          <w:p w14:paraId="61F33523" w14:textId="77777777" w:rsidR="00302D64" w:rsidRDefault="00000000">
            <w:pPr>
              <w:spacing w:after="40" w:line="245" w:lineRule="auto"/>
            </w:pPr>
            <w:r>
              <w:rPr>
                <w:color w:val="000000"/>
                <w:sz w:val="16"/>
              </w:rPr>
              <w:t>Predstavijo pot, odgovorijo na vprašanje ter po odzivu izboljšajo eno odločitev.</w:t>
            </w:r>
          </w:p>
          <w:p w14:paraId="4A4A6AC9" w14:textId="77777777" w:rsidR="00302D64" w:rsidRDefault="00000000">
            <w:pPr>
              <w:spacing w:line="245" w:lineRule="auto"/>
            </w:pPr>
            <w:r>
              <w:rPr>
                <w:b/>
                <w:color w:val="D95BC6"/>
                <w:sz w:val="16"/>
              </w:rPr>
              <w:t>DOKAZ</w:t>
            </w:r>
          </w:p>
          <w:p w14:paraId="23EF9084" w14:textId="77777777" w:rsidR="00302D64" w:rsidRDefault="00000000">
            <w:pPr>
              <w:spacing w:after="60" w:line="245" w:lineRule="auto"/>
            </w:pPr>
            <w:r>
              <w:rPr>
                <w:color w:val="D95BC6"/>
                <w:sz w:val="16"/>
              </w:rPr>
              <w:t>ustna predstavitev in popravljena pot</w:t>
            </w:r>
          </w:p>
        </w:tc>
      </w:tr>
    </w:tbl>
    <w:p w14:paraId="4E31FA02"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943CAA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510C7E"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5941F3" w14:textId="77777777" w:rsidR="00302D64" w:rsidRDefault="00000000">
            <w:pPr>
              <w:jc w:val="center"/>
            </w:pPr>
            <w:r>
              <w:rPr>
                <w:b/>
                <w:color w:val="000000"/>
                <w:sz w:val="20"/>
              </w:rPr>
              <w:t>UČNE DEJAVNOSTI, METODE IN FORMATIVNO SPREMLJANJE</w:t>
            </w:r>
          </w:p>
        </w:tc>
      </w:tr>
      <w:tr w:rsidR="00302D64" w14:paraId="4E95C77E" w14:textId="77777777">
        <w:trPr>
          <w:tblHeader/>
          <w:jc w:val="center"/>
        </w:trPr>
        <w:tc>
          <w:tcPr>
            <w:tcW w:w="4422" w:type="dxa"/>
            <w:vMerge/>
            <w:tcMar>
              <w:top w:w="70" w:type="dxa"/>
              <w:left w:w="90" w:type="dxa"/>
              <w:bottom w:w="70" w:type="dxa"/>
              <w:right w:w="90" w:type="dxa"/>
            </w:tcMar>
            <w:vAlign w:val="center"/>
          </w:tcPr>
          <w:p w14:paraId="58C1B45E" w14:textId="77777777" w:rsidR="00302D64" w:rsidRDefault="00302D64"/>
        </w:tc>
        <w:tc>
          <w:tcPr>
            <w:tcW w:w="7087" w:type="dxa"/>
            <w:shd w:val="clear" w:color="auto" w:fill="FFFFFF"/>
            <w:tcMar>
              <w:top w:w="70" w:type="dxa"/>
              <w:left w:w="90" w:type="dxa"/>
              <w:bottom w:w="70" w:type="dxa"/>
              <w:right w:w="90" w:type="dxa"/>
            </w:tcMar>
            <w:vAlign w:val="center"/>
          </w:tcPr>
          <w:p w14:paraId="1A315C3B"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AC145A" w14:textId="77777777" w:rsidR="00302D64" w:rsidRDefault="00000000">
            <w:pPr>
              <w:jc w:val="center"/>
            </w:pPr>
            <w:r>
              <w:rPr>
                <w:b/>
                <w:color w:val="000000"/>
              </w:rPr>
              <w:t>UČENEC</w:t>
            </w:r>
          </w:p>
        </w:tc>
      </w:tr>
      <w:tr w:rsidR="00302D64" w14:paraId="5DD70470" w14:textId="77777777">
        <w:trPr>
          <w:jc w:val="center"/>
        </w:trPr>
        <w:tc>
          <w:tcPr>
            <w:tcW w:w="4422" w:type="dxa"/>
            <w:tcMar>
              <w:top w:w="70" w:type="dxa"/>
              <w:left w:w="90" w:type="dxa"/>
              <w:bottom w:w="70" w:type="dxa"/>
              <w:right w:w="90" w:type="dxa"/>
            </w:tcMar>
          </w:tcPr>
          <w:p w14:paraId="6312FDEB" w14:textId="77777777" w:rsidR="00302D64" w:rsidRDefault="00302D64"/>
          <w:p w14:paraId="6AA415B5" w14:textId="77777777" w:rsidR="00302D64" w:rsidRDefault="00000000">
            <w:pPr>
              <w:spacing w:after="40" w:line="245" w:lineRule="auto"/>
            </w:pPr>
            <w:r>
              <w:rPr>
                <w:b/>
                <w:color w:val="000000"/>
              </w:rPr>
              <w:t>FORMATIVNO SPREMLJANJE</w:t>
            </w:r>
          </w:p>
          <w:p w14:paraId="33E1ABD4" w14:textId="77777777" w:rsidR="00302D64" w:rsidRDefault="00000000">
            <w:pPr>
              <w:pStyle w:val="Oznaenseznam"/>
              <w:spacing w:after="16"/>
            </w:pPr>
            <w:r>
              <w:rPr>
                <w:color w:val="000000"/>
                <w:sz w:val="16"/>
              </w:rPr>
              <w:t>predznanje: začetni odgovor, razvrstitev ali prikaz</w:t>
            </w:r>
          </w:p>
          <w:p w14:paraId="7389AD25" w14:textId="77777777" w:rsidR="00302D64" w:rsidRDefault="00000000">
            <w:pPr>
              <w:pStyle w:val="Oznaenseznam"/>
              <w:spacing w:after="16"/>
            </w:pPr>
            <w:r>
              <w:rPr>
                <w:color w:val="000000"/>
                <w:sz w:val="16"/>
              </w:rPr>
              <w:t>dokazi med učenjem: izvedba, skica, model, opazovalni zapis ali razlaga</w:t>
            </w:r>
          </w:p>
          <w:p w14:paraId="03C44913" w14:textId="77777777" w:rsidR="00302D64" w:rsidRDefault="00000000">
            <w:pPr>
              <w:pStyle w:val="Oznaenseznam"/>
              <w:spacing w:after="16"/>
            </w:pPr>
            <w:r>
              <w:rPr>
                <w:color w:val="000000"/>
                <w:sz w:val="16"/>
              </w:rPr>
              <w:t>povratna informacija: konkretna, vezana na kriterij in usmerjena v naslednji korak</w:t>
            </w:r>
          </w:p>
          <w:p w14:paraId="1C340F48" w14:textId="77777777" w:rsidR="00302D64" w:rsidRDefault="00000000">
            <w:pPr>
              <w:pStyle w:val="Oznaenseznam"/>
              <w:spacing w:after="16"/>
            </w:pPr>
            <w:r>
              <w:rPr>
                <w:color w:val="000000"/>
                <w:sz w:val="16"/>
              </w:rPr>
              <w:t>samovrednotenje: semafor, prsti, izbrani simbol ali kratka poved</w:t>
            </w:r>
          </w:p>
          <w:p w14:paraId="143B0B89" w14:textId="77777777" w:rsidR="00302D64" w:rsidRDefault="00000000">
            <w:pPr>
              <w:spacing w:before="40" w:after="20" w:line="245" w:lineRule="auto"/>
            </w:pPr>
            <w:r>
              <w:rPr>
                <w:b/>
                <w:color w:val="000000"/>
              </w:rPr>
              <w:t>VARNOST IN ODGOVORNOST</w:t>
            </w:r>
          </w:p>
          <w:p w14:paraId="38363A19" w14:textId="77777777" w:rsidR="00302D64" w:rsidRDefault="00000000">
            <w:pPr>
              <w:spacing w:after="60" w:line="245" w:lineRule="auto"/>
            </w:pPr>
            <w:r>
              <w:rPr>
                <w:color w:val="000000"/>
                <w:sz w:val="16"/>
              </w:rPr>
              <w:t>Upošteva dogovorjena pravila varnega, spoštljivega in odgovornega dela.</w:t>
            </w:r>
          </w:p>
          <w:p w14:paraId="135F94D2" w14:textId="77777777" w:rsidR="00302D64" w:rsidRDefault="00000000">
            <w:pPr>
              <w:spacing w:after="20" w:line="245" w:lineRule="auto"/>
            </w:pPr>
            <w:r>
              <w:rPr>
                <w:b/>
                <w:color w:val="000000"/>
              </w:rPr>
              <w:t>EVIDENCA PO IZVEDBI</w:t>
            </w:r>
          </w:p>
          <w:p w14:paraId="54DCF78E"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3C11F66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3F5B9F84" w14:textId="77777777">
              <w:trPr>
                <w:jc w:val="center"/>
              </w:trPr>
              <w:tc>
                <w:tcPr>
                  <w:tcW w:w="7087" w:type="dxa"/>
                  <w:shd w:val="clear" w:color="auto" w:fill="EDC9EA"/>
                  <w:tcMar>
                    <w:top w:w="45" w:type="dxa"/>
                    <w:left w:w="70" w:type="dxa"/>
                    <w:bottom w:w="45" w:type="dxa"/>
                    <w:right w:w="70" w:type="dxa"/>
                  </w:tcMar>
                </w:tcPr>
                <w:p w14:paraId="18278665" w14:textId="77777777" w:rsidR="00302D64" w:rsidRDefault="00000000">
                  <w:pPr>
                    <w:keepNext/>
                  </w:pPr>
                  <w:r>
                    <w:rPr>
                      <w:b/>
                      <w:color w:val="000000"/>
                    </w:rPr>
                    <w:t>VPRAŠANJA V PODPORO UČENJU</w:t>
                  </w:r>
                </w:p>
              </w:tc>
            </w:tr>
          </w:tbl>
          <w:p w14:paraId="39036817" w14:textId="77777777" w:rsidR="00302D64" w:rsidRDefault="00302D64">
            <w:pPr>
              <w:spacing w:line="20" w:lineRule="exact"/>
            </w:pPr>
          </w:p>
          <w:p w14:paraId="52BD0BBA" w14:textId="77777777" w:rsidR="00302D64" w:rsidRDefault="00000000">
            <w:pPr>
              <w:pStyle w:val="Oznaenseznam"/>
              <w:spacing w:after="16"/>
            </w:pPr>
            <w:r>
              <w:rPr>
                <w:color w:val="000000"/>
                <w:sz w:val="16"/>
              </w:rPr>
              <w:t>Kaj si opazil/-a in kateri dokaz to pokaže?</w:t>
            </w:r>
          </w:p>
          <w:p w14:paraId="3977C273" w14:textId="77777777" w:rsidR="00302D64" w:rsidRDefault="00000000">
            <w:pPr>
              <w:pStyle w:val="Oznaenseznam"/>
              <w:spacing w:after="16"/>
            </w:pPr>
            <w:r>
              <w:rPr>
                <w:color w:val="000000"/>
                <w:sz w:val="16"/>
              </w:rPr>
              <w:t>Kako si prišel/-la do svoje odločitve?</w:t>
            </w:r>
          </w:p>
          <w:p w14:paraId="426B947D" w14:textId="77777777" w:rsidR="00302D64" w:rsidRDefault="00000000">
            <w:pPr>
              <w:pStyle w:val="Oznaenseznam"/>
              <w:spacing w:after="16"/>
            </w:pPr>
            <w:r>
              <w:rPr>
                <w:color w:val="000000"/>
                <w:sz w:val="16"/>
              </w:rPr>
              <w:t>Kaj si pri ponovnem poskusu ohranil/-a enako in kaj spremenil/-a?</w:t>
            </w:r>
          </w:p>
          <w:p w14:paraId="342C49AA" w14:textId="77777777" w:rsidR="00302D64" w:rsidRDefault="00000000">
            <w:pPr>
              <w:pStyle w:val="Oznaenseznam"/>
              <w:spacing w:after="16"/>
            </w:pPr>
            <w:r>
              <w:rPr>
                <w:color w:val="000000"/>
                <w:sz w:val="16"/>
              </w:rPr>
              <w:t>Kateri kriterij že dosegaš? Kaj bo tvoj naslednji korak?</w:t>
            </w:r>
          </w:p>
          <w:p w14:paraId="2212D8D3"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6283CFAC" w14:textId="77777777">
              <w:trPr>
                <w:jc w:val="center"/>
              </w:trPr>
              <w:tc>
                <w:tcPr>
                  <w:tcW w:w="7087" w:type="dxa"/>
                  <w:shd w:val="clear" w:color="auto" w:fill="C6E7F3"/>
                  <w:tcMar>
                    <w:top w:w="45" w:type="dxa"/>
                    <w:left w:w="70" w:type="dxa"/>
                    <w:bottom w:w="45" w:type="dxa"/>
                    <w:right w:w="70" w:type="dxa"/>
                  </w:tcMar>
                </w:tcPr>
                <w:p w14:paraId="4814D6DE" w14:textId="77777777" w:rsidR="00302D64" w:rsidRDefault="00000000">
                  <w:pPr>
                    <w:keepNext/>
                  </w:pPr>
                  <w:r>
                    <w:rPr>
                      <w:b/>
                      <w:color w:val="000000"/>
                    </w:rPr>
                    <w:t>ZAKLJUČNI DEL – UTRJEVANJE IN REFLEKSIJA (10–15 min)</w:t>
                  </w:r>
                </w:p>
              </w:tc>
            </w:tr>
          </w:tbl>
          <w:p w14:paraId="75C2EF32" w14:textId="77777777" w:rsidR="00302D64" w:rsidRDefault="00302D64">
            <w:pPr>
              <w:spacing w:line="20" w:lineRule="exact"/>
            </w:pPr>
          </w:p>
          <w:p w14:paraId="525F38B7"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34677F65" w14:textId="77777777">
              <w:trPr>
                <w:jc w:val="center"/>
              </w:trPr>
              <w:tc>
                <w:tcPr>
                  <w:tcW w:w="7087" w:type="dxa"/>
                  <w:shd w:val="clear" w:color="auto" w:fill="EDC9EA"/>
                  <w:tcMar>
                    <w:top w:w="45" w:type="dxa"/>
                    <w:left w:w="70" w:type="dxa"/>
                    <w:bottom w:w="45" w:type="dxa"/>
                    <w:right w:w="70" w:type="dxa"/>
                  </w:tcMar>
                </w:tcPr>
                <w:p w14:paraId="2A0F9F85" w14:textId="77777777" w:rsidR="00302D64" w:rsidRDefault="00000000">
                  <w:pPr>
                    <w:keepNext/>
                  </w:pPr>
                  <w:r>
                    <w:rPr>
                      <w:b/>
                      <w:color w:val="000000"/>
                    </w:rPr>
                    <w:t>SAMOVREDNOTENJE</w:t>
                  </w:r>
                </w:p>
              </w:tc>
            </w:tr>
          </w:tbl>
          <w:p w14:paraId="018F0383" w14:textId="77777777" w:rsidR="00302D64" w:rsidRDefault="00302D64">
            <w:pPr>
              <w:spacing w:line="20" w:lineRule="exact"/>
            </w:pPr>
          </w:p>
          <w:p w14:paraId="66866672"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3A35F8E3" w14:textId="77777777">
              <w:trPr>
                <w:jc w:val="center"/>
              </w:trPr>
              <w:tc>
                <w:tcPr>
                  <w:tcW w:w="7087" w:type="dxa"/>
                  <w:shd w:val="clear" w:color="auto" w:fill="EDC9EA"/>
                  <w:tcMar>
                    <w:top w:w="45" w:type="dxa"/>
                    <w:left w:w="70" w:type="dxa"/>
                    <w:bottom w:w="45" w:type="dxa"/>
                    <w:right w:w="70" w:type="dxa"/>
                  </w:tcMar>
                </w:tcPr>
                <w:p w14:paraId="4D15038C" w14:textId="77777777" w:rsidR="00302D64" w:rsidRDefault="00000000">
                  <w:pPr>
                    <w:keepNext/>
                  </w:pPr>
                  <w:r>
                    <w:rPr>
                      <w:b/>
                      <w:color w:val="000000"/>
                    </w:rPr>
                    <w:t>VRSTNIŠKO VREDNOTENJE</w:t>
                  </w:r>
                </w:p>
              </w:tc>
            </w:tr>
          </w:tbl>
          <w:p w14:paraId="4399ECF0" w14:textId="77777777" w:rsidR="00302D64" w:rsidRDefault="00302D64">
            <w:pPr>
              <w:spacing w:line="20" w:lineRule="exact"/>
            </w:pPr>
          </w:p>
          <w:p w14:paraId="0323902D"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7EA2D1C7" w14:textId="77777777">
              <w:trPr>
                <w:jc w:val="center"/>
              </w:trPr>
              <w:tc>
                <w:tcPr>
                  <w:tcW w:w="7087" w:type="dxa"/>
                  <w:shd w:val="clear" w:color="auto" w:fill="EDC9EA"/>
                  <w:tcMar>
                    <w:top w:w="45" w:type="dxa"/>
                    <w:left w:w="70" w:type="dxa"/>
                    <w:bottom w:w="45" w:type="dxa"/>
                    <w:right w:w="70" w:type="dxa"/>
                  </w:tcMar>
                </w:tcPr>
                <w:p w14:paraId="065ED1C9" w14:textId="77777777" w:rsidR="00302D64" w:rsidRDefault="00000000">
                  <w:pPr>
                    <w:keepNext/>
                  </w:pPr>
                  <w:r>
                    <w:rPr>
                      <w:b/>
                      <w:color w:val="000000"/>
                    </w:rPr>
                    <w:t>SKUPNI POVZETEK</w:t>
                  </w:r>
                </w:p>
              </w:tc>
            </w:tr>
          </w:tbl>
          <w:p w14:paraId="4756B43F" w14:textId="77777777" w:rsidR="00302D64" w:rsidRDefault="00302D64"/>
          <w:p w14:paraId="644DB445" w14:textId="77777777" w:rsidR="00302D64" w:rsidRDefault="00000000">
            <w:pPr>
              <w:spacing w:before="20" w:after="40" w:line="245" w:lineRule="auto"/>
            </w:pPr>
            <w:r>
              <w:rPr>
                <w:b/>
                <w:color w:val="000000"/>
                <w:sz w:val="17"/>
              </w:rPr>
              <w:t>Pot načrtujem varno in premišljeno. Kadar je mogoče, izberem gibanje ali javni prevoz in upoštevam vpliv na okolje.</w:t>
            </w:r>
          </w:p>
        </w:tc>
        <w:tc>
          <w:tcPr>
            <w:tcW w:w="2551" w:type="dxa"/>
            <w:tcMar>
              <w:top w:w="70" w:type="dxa"/>
              <w:left w:w="90" w:type="dxa"/>
              <w:bottom w:w="70" w:type="dxa"/>
              <w:right w:w="90" w:type="dxa"/>
            </w:tcMar>
          </w:tcPr>
          <w:p w14:paraId="14099DAD" w14:textId="77777777" w:rsidR="00302D64" w:rsidRDefault="00302D64"/>
          <w:p w14:paraId="4FF2AAD2" w14:textId="77777777" w:rsidR="00302D64" w:rsidRDefault="00000000">
            <w:pPr>
              <w:spacing w:after="100" w:line="245" w:lineRule="auto"/>
            </w:pPr>
            <w:r>
              <w:rPr>
                <w:color w:val="000000"/>
                <w:sz w:val="16"/>
              </w:rPr>
              <w:t>Odgovarja na podporna vprašanja in se sklicuje na svoj dokaz.</w:t>
            </w:r>
          </w:p>
          <w:p w14:paraId="2B90243D" w14:textId="77777777" w:rsidR="00302D64" w:rsidRDefault="00000000">
            <w:pPr>
              <w:spacing w:after="100" w:line="245" w:lineRule="auto"/>
            </w:pPr>
            <w:r>
              <w:rPr>
                <w:color w:val="000000"/>
                <w:sz w:val="16"/>
              </w:rPr>
              <w:t>Primerja začetno zamisel z ugotovitvijo ter pove ali pokaže, kaj se je naučil/-a.</w:t>
            </w:r>
          </w:p>
          <w:p w14:paraId="53CB0BDB" w14:textId="77777777" w:rsidR="00302D64" w:rsidRDefault="00000000">
            <w:pPr>
              <w:spacing w:after="100" w:line="245" w:lineRule="auto"/>
            </w:pPr>
            <w:r>
              <w:rPr>
                <w:color w:val="000000"/>
                <w:sz w:val="16"/>
              </w:rPr>
              <w:t>Izbere raven doseganja in določi naslednji korak.</w:t>
            </w:r>
          </w:p>
          <w:p w14:paraId="2F92A647" w14:textId="77777777" w:rsidR="00302D64" w:rsidRDefault="00000000">
            <w:pPr>
              <w:spacing w:after="100" w:line="245" w:lineRule="auto"/>
            </w:pPr>
            <w:r>
              <w:rPr>
                <w:color w:val="000000"/>
                <w:sz w:val="16"/>
              </w:rPr>
              <w:t>Sošolcu poda prijazen, konkreten odziv.</w:t>
            </w:r>
          </w:p>
          <w:p w14:paraId="2801C3D7" w14:textId="77777777" w:rsidR="00302D64" w:rsidRDefault="00000000">
            <w:pPr>
              <w:spacing w:after="20" w:line="245" w:lineRule="auto"/>
            </w:pPr>
            <w:r>
              <w:rPr>
                <w:b/>
                <w:color w:val="D95BC6"/>
                <w:sz w:val="17"/>
              </w:rPr>
              <w:t>DOKAZ O UČENJU</w:t>
            </w:r>
          </w:p>
          <w:p w14:paraId="66C2E4F9" w14:textId="77777777" w:rsidR="00302D64" w:rsidRDefault="00000000">
            <w:pPr>
              <w:spacing w:after="30" w:line="245" w:lineRule="auto"/>
            </w:pPr>
            <w:r>
              <w:rPr>
                <w:color w:val="D95BC6"/>
                <w:sz w:val="16"/>
              </w:rPr>
              <w:t>izvedba ali izdelek, razlaga, samovrednotenje in odziv na povratno informacijo</w:t>
            </w:r>
          </w:p>
        </w:tc>
      </w:tr>
    </w:tbl>
    <w:p w14:paraId="1CD230A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592143B6" w14:textId="77777777">
        <w:trPr>
          <w:cantSplit/>
          <w:jc w:val="center"/>
        </w:trPr>
        <w:tc>
          <w:tcPr>
            <w:tcW w:w="14060" w:type="dxa"/>
            <w:gridSpan w:val="6"/>
            <w:tcMar>
              <w:top w:w="70" w:type="dxa"/>
              <w:left w:w="90" w:type="dxa"/>
              <w:bottom w:w="70" w:type="dxa"/>
              <w:right w:w="90" w:type="dxa"/>
            </w:tcMar>
            <w:vAlign w:val="center"/>
          </w:tcPr>
          <w:p w14:paraId="46A23D94" w14:textId="77777777" w:rsidR="00302D64" w:rsidRDefault="00000000">
            <w:pPr>
              <w:jc w:val="center"/>
            </w:pPr>
            <w:r>
              <w:rPr>
                <w:b/>
                <w:color w:val="000000"/>
                <w:sz w:val="24"/>
              </w:rPr>
              <w:lastRenderedPageBreak/>
              <w:t>UČNA PRIPRAVA 36/39</w:t>
            </w:r>
          </w:p>
        </w:tc>
      </w:tr>
      <w:tr w:rsidR="00302D64" w14:paraId="50128EB7" w14:textId="77777777">
        <w:trPr>
          <w:jc w:val="center"/>
        </w:trPr>
        <w:tc>
          <w:tcPr>
            <w:tcW w:w="2665" w:type="dxa"/>
            <w:tcMar>
              <w:top w:w="70" w:type="dxa"/>
              <w:left w:w="90" w:type="dxa"/>
              <w:bottom w:w="70" w:type="dxa"/>
              <w:right w:w="90" w:type="dxa"/>
            </w:tcMar>
            <w:vAlign w:val="center"/>
          </w:tcPr>
          <w:p w14:paraId="6C2F7B00"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48E9FB0"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1E912A56"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211E169" w14:textId="77777777" w:rsidR="00302D64" w:rsidRDefault="00000000">
            <w:r>
              <w:rPr>
                <w:b/>
                <w:color w:val="000000"/>
                <w:sz w:val="16"/>
              </w:rPr>
              <w:t xml:space="preserve">NAČRTOVANI TERMIN: </w:t>
            </w:r>
            <w:r>
              <w:rPr>
                <w:color w:val="000000"/>
                <w:sz w:val="16"/>
              </w:rPr>
              <w:t>36. teden • 31. 5.–4. 6. 2027</w:t>
            </w:r>
          </w:p>
        </w:tc>
        <w:tc>
          <w:tcPr>
            <w:tcW w:w="2268" w:type="dxa"/>
            <w:tcMar>
              <w:top w:w="70" w:type="dxa"/>
              <w:left w:w="90" w:type="dxa"/>
              <w:bottom w:w="70" w:type="dxa"/>
              <w:right w:w="90" w:type="dxa"/>
            </w:tcMar>
            <w:vAlign w:val="center"/>
          </w:tcPr>
          <w:p w14:paraId="43014D84"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40788A9" w14:textId="77777777" w:rsidR="00302D64" w:rsidRDefault="00000000">
            <w:r>
              <w:rPr>
                <w:b/>
                <w:color w:val="000000"/>
                <w:sz w:val="16"/>
              </w:rPr>
              <w:t xml:space="preserve">ŠTEVILO UR: </w:t>
            </w:r>
            <w:r>
              <w:rPr>
                <w:color w:val="000000"/>
                <w:sz w:val="16"/>
              </w:rPr>
              <w:t>3</w:t>
            </w:r>
          </w:p>
        </w:tc>
      </w:tr>
      <w:tr w:rsidR="00302D64" w14:paraId="766F087E" w14:textId="77777777">
        <w:trPr>
          <w:jc w:val="center"/>
        </w:trPr>
        <w:tc>
          <w:tcPr>
            <w:tcW w:w="14061" w:type="dxa"/>
            <w:gridSpan w:val="6"/>
            <w:tcMar>
              <w:top w:w="70" w:type="dxa"/>
              <w:left w:w="90" w:type="dxa"/>
              <w:bottom w:w="70" w:type="dxa"/>
              <w:right w:w="90" w:type="dxa"/>
            </w:tcMar>
            <w:vAlign w:val="center"/>
          </w:tcPr>
          <w:p w14:paraId="72F9DBB8" w14:textId="77777777" w:rsidR="00302D64" w:rsidRDefault="00000000">
            <w:r>
              <w:t>TIP UČNE URE: obravnava, izkušenjsko raziskovanje, učenje po postajah, utrjevanje in formativno spremljanje</w:t>
            </w:r>
          </w:p>
        </w:tc>
      </w:tr>
      <w:tr w:rsidR="00302D64" w14:paraId="10BF2459" w14:textId="77777777">
        <w:trPr>
          <w:cantSplit/>
          <w:jc w:val="center"/>
        </w:trPr>
        <w:tc>
          <w:tcPr>
            <w:tcW w:w="14060" w:type="dxa"/>
            <w:gridSpan w:val="6"/>
            <w:tcMar>
              <w:top w:w="70" w:type="dxa"/>
              <w:left w:w="90" w:type="dxa"/>
              <w:bottom w:w="70" w:type="dxa"/>
              <w:right w:w="90" w:type="dxa"/>
            </w:tcMar>
            <w:vAlign w:val="center"/>
          </w:tcPr>
          <w:p w14:paraId="1CA5C449" w14:textId="77777777" w:rsidR="00302D64" w:rsidRDefault="00302D64"/>
          <w:p w14:paraId="1E67D766" w14:textId="77777777" w:rsidR="00302D64" w:rsidRDefault="00000000">
            <w:pPr>
              <w:spacing w:line="245" w:lineRule="auto"/>
            </w:pPr>
            <w:r>
              <w:rPr>
                <w:b/>
                <w:color w:val="000000"/>
                <w:sz w:val="17"/>
              </w:rPr>
              <w:t xml:space="preserve">UČNI SKLOP: </w:t>
            </w:r>
            <w:r>
              <w:rPr>
                <w:color w:val="000000"/>
                <w:sz w:val="17"/>
              </w:rPr>
              <w:t>POLETJE, SKUPNOST IN ZAKLJUČEK</w:t>
            </w:r>
          </w:p>
        </w:tc>
      </w:tr>
      <w:tr w:rsidR="00302D64" w14:paraId="6D5C83ED" w14:textId="77777777">
        <w:trPr>
          <w:cantSplit/>
          <w:jc w:val="center"/>
        </w:trPr>
        <w:tc>
          <w:tcPr>
            <w:tcW w:w="14060" w:type="dxa"/>
            <w:gridSpan w:val="6"/>
            <w:tcMar>
              <w:top w:w="70" w:type="dxa"/>
              <w:left w:w="90" w:type="dxa"/>
              <w:bottom w:w="70" w:type="dxa"/>
              <w:right w:w="90" w:type="dxa"/>
            </w:tcMar>
            <w:vAlign w:val="center"/>
          </w:tcPr>
          <w:p w14:paraId="0FE217F7" w14:textId="77777777" w:rsidR="00302D64" w:rsidRDefault="00302D64"/>
          <w:p w14:paraId="6FBE29F5" w14:textId="77777777" w:rsidR="00302D64" w:rsidRDefault="00000000">
            <w:pPr>
              <w:spacing w:line="245" w:lineRule="auto"/>
            </w:pPr>
            <w:r>
              <w:rPr>
                <w:b/>
                <w:color w:val="000000"/>
                <w:sz w:val="17"/>
              </w:rPr>
              <w:t xml:space="preserve">UČNA TEMA: </w:t>
            </w:r>
            <w:r>
              <w:rPr>
                <w:color w:val="000000"/>
                <w:sz w:val="17"/>
              </w:rPr>
              <w:t>POLETNE SPREMEMBE</w:t>
            </w:r>
          </w:p>
        </w:tc>
      </w:tr>
      <w:tr w:rsidR="00302D64" w14:paraId="506878B3" w14:textId="77777777">
        <w:trPr>
          <w:cantSplit/>
          <w:jc w:val="center"/>
        </w:trPr>
        <w:tc>
          <w:tcPr>
            <w:tcW w:w="14060" w:type="dxa"/>
            <w:gridSpan w:val="6"/>
            <w:tcMar>
              <w:top w:w="70" w:type="dxa"/>
              <w:left w:w="90" w:type="dxa"/>
              <w:bottom w:w="70" w:type="dxa"/>
              <w:right w:w="90" w:type="dxa"/>
            </w:tcMar>
            <w:vAlign w:val="center"/>
          </w:tcPr>
          <w:p w14:paraId="113E18E8" w14:textId="77777777" w:rsidR="00302D64" w:rsidRDefault="00302D64"/>
          <w:p w14:paraId="164E2EDC" w14:textId="77777777" w:rsidR="00302D64" w:rsidRDefault="00000000">
            <w:pPr>
              <w:spacing w:line="245" w:lineRule="auto"/>
            </w:pPr>
            <w:r>
              <w:rPr>
                <w:b/>
                <w:color w:val="000000"/>
                <w:sz w:val="17"/>
              </w:rPr>
              <w:t xml:space="preserve">KNJIŽEVNO IZHODIŠČE IN MOTIV: </w:t>
            </w:r>
            <w:r>
              <w:rPr>
                <w:color w:val="000000"/>
                <w:sz w:val="17"/>
              </w:rPr>
              <w:t>»Sonček boža tačice« – Srečko Kosovel • NADALJEVANJE • poletje, sonce, varnost in doživljanje narave</w:t>
            </w:r>
          </w:p>
        </w:tc>
      </w:tr>
      <w:tr w:rsidR="00302D64" w14:paraId="051641A8" w14:textId="77777777">
        <w:trPr>
          <w:cantSplit/>
          <w:jc w:val="center"/>
        </w:trPr>
        <w:tc>
          <w:tcPr>
            <w:tcW w:w="14060" w:type="dxa"/>
            <w:gridSpan w:val="6"/>
            <w:tcMar>
              <w:top w:w="70" w:type="dxa"/>
              <w:left w:w="90" w:type="dxa"/>
              <w:bottom w:w="70" w:type="dxa"/>
              <w:right w:w="90" w:type="dxa"/>
            </w:tcMar>
            <w:vAlign w:val="center"/>
          </w:tcPr>
          <w:p w14:paraId="52EB4F81" w14:textId="77777777" w:rsidR="00302D64" w:rsidRDefault="00302D64"/>
          <w:p w14:paraId="2855F7F5" w14:textId="77777777" w:rsidR="00302D64" w:rsidRDefault="00000000">
            <w:pPr>
              <w:spacing w:line="245" w:lineRule="auto"/>
            </w:pPr>
            <w:r>
              <w:rPr>
                <w:b/>
                <w:color w:val="000000"/>
                <w:sz w:val="17"/>
              </w:rPr>
              <w:t xml:space="preserve">UČNE ENOTE: </w:t>
            </w:r>
            <w:r>
              <w:rPr>
                <w:color w:val="000000"/>
                <w:sz w:val="17"/>
              </w:rPr>
              <w:t>1. ura – Poletna opazovalna pot • 2. ura – Sonce in senca – primerjava • 3. ura – Kovček varnega poletja</w:t>
            </w:r>
          </w:p>
        </w:tc>
      </w:tr>
      <w:tr w:rsidR="00302D64" w14:paraId="3D5ADB3E" w14:textId="77777777">
        <w:trPr>
          <w:cantSplit/>
          <w:jc w:val="center"/>
        </w:trPr>
        <w:tc>
          <w:tcPr>
            <w:tcW w:w="14060" w:type="dxa"/>
            <w:gridSpan w:val="6"/>
            <w:tcMar>
              <w:top w:w="70" w:type="dxa"/>
              <w:left w:w="90" w:type="dxa"/>
              <w:bottom w:w="70" w:type="dxa"/>
              <w:right w:w="90" w:type="dxa"/>
            </w:tcMar>
            <w:vAlign w:val="center"/>
          </w:tcPr>
          <w:p w14:paraId="41E180BB" w14:textId="77777777" w:rsidR="00302D64" w:rsidRDefault="00302D64"/>
          <w:p w14:paraId="03145057"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704453A1" w14:textId="77777777">
        <w:trPr>
          <w:cantSplit/>
          <w:jc w:val="center"/>
        </w:trPr>
        <w:tc>
          <w:tcPr>
            <w:tcW w:w="14060" w:type="dxa"/>
            <w:gridSpan w:val="6"/>
            <w:tcMar>
              <w:top w:w="70" w:type="dxa"/>
              <w:left w:w="90" w:type="dxa"/>
              <w:bottom w:w="70" w:type="dxa"/>
              <w:right w:w="90" w:type="dxa"/>
            </w:tcMar>
            <w:vAlign w:val="center"/>
          </w:tcPr>
          <w:p w14:paraId="6199B7DC" w14:textId="77777777" w:rsidR="00302D64" w:rsidRDefault="00302D64"/>
          <w:p w14:paraId="612F57B3"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097222A5" w14:textId="77777777">
        <w:trPr>
          <w:cantSplit/>
          <w:jc w:val="center"/>
        </w:trPr>
        <w:tc>
          <w:tcPr>
            <w:tcW w:w="14060" w:type="dxa"/>
            <w:gridSpan w:val="6"/>
            <w:tcMar>
              <w:top w:w="70" w:type="dxa"/>
              <w:left w:w="90" w:type="dxa"/>
              <w:bottom w:w="70" w:type="dxa"/>
              <w:right w:w="90" w:type="dxa"/>
            </w:tcMar>
            <w:vAlign w:val="center"/>
          </w:tcPr>
          <w:p w14:paraId="08492D05" w14:textId="77777777" w:rsidR="00302D64" w:rsidRDefault="00302D64"/>
          <w:p w14:paraId="7A50D116"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3A1FF07A" w14:textId="77777777">
        <w:trPr>
          <w:cantSplit/>
          <w:jc w:val="center"/>
        </w:trPr>
        <w:tc>
          <w:tcPr>
            <w:tcW w:w="14060" w:type="dxa"/>
            <w:gridSpan w:val="6"/>
            <w:tcMar>
              <w:top w:w="70" w:type="dxa"/>
              <w:left w:w="90" w:type="dxa"/>
              <w:bottom w:w="70" w:type="dxa"/>
              <w:right w:w="90" w:type="dxa"/>
            </w:tcMar>
            <w:vAlign w:val="center"/>
          </w:tcPr>
          <w:p w14:paraId="7AA7CBE9" w14:textId="77777777" w:rsidR="00302D64" w:rsidRDefault="00302D64"/>
          <w:p w14:paraId="12469DC9" w14:textId="77777777" w:rsidR="00302D64" w:rsidRDefault="00000000">
            <w:pPr>
              <w:spacing w:line="245" w:lineRule="auto"/>
            </w:pPr>
            <w:r>
              <w:rPr>
                <w:b/>
                <w:color w:val="000000"/>
                <w:sz w:val="17"/>
              </w:rPr>
              <w:t xml:space="preserve">MEDPREDMETNE POVEZAVE: </w:t>
            </w:r>
            <w:r>
              <w:rPr>
                <w:color w:val="000000"/>
                <w:sz w:val="17"/>
              </w:rPr>
              <w:t>MAT – merjenje in primerjanje; ŠPO – varno gibanje poleti; SLJ – razlaga ravnanja; LUM – poletni simboli</w:t>
            </w:r>
          </w:p>
        </w:tc>
      </w:tr>
      <w:tr w:rsidR="00302D64" w14:paraId="556C75EE" w14:textId="77777777">
        <w:trPr>
          <w:cantSplit/>
          <w:jc w:val="center"/>
        </w:trPr>
        <w:tc>
          <w:tcPr>
            <w:tcW w:w="14060" w:type="dxa"/>
            <w:gridSpan w:val="6"/>
            <w:tcMar>
              <w:top w:w="70" w:type="dxa"/>
              <w:left w:w="90" w:type="dxa"/>
              <w:bottom w:w="70" w:type="dxa"/>
              <w:right w:w="90" w:type="dxa"/>
            </w:tcMar>
            <w:vAlign w:val="center"/>
          </w:tcPr>
          <w:p w14:paraId="76594498" w14:textId="77777777" w:rsidR="00302D64" w:rsidRDefault="00302D64"/>
          <w:p w14:paraId="59A977F9" w14:textId="77777777" w:rsidR="00302D64" w:rsidRDefault="00000000">
            <w:pPr>
              <w:spacing w:line="245" w:lineRule="auto"/>
            </w:pPr>
            <w:r>
              <w:rPr>
                <w:b/>
                <w:color w:val="000000"/>
                <w:sz w:val="17"/>
              </w:rPr>
              <w:t xml:space="preserve">UČNA SREDSTVA IN PRIPOMOČKI: </w:t>
            </w:r>
            <w:r>
              <w:rPr>
                <w:color w:val="000000"/>
                <w:sz w:val="17"/>
              </w:rPr>
              <w:t>Sonček boža tačice, opazovalni list, vremenski simboli, termometer pod nadzorom, klobuk, oblačila, krema kot slikovni primer, steklenica vode, kartice situacij</w:t>
            </w:r>
          </w:p>
        </w:tc>
      </w:tr>
      <w:tr w:rsidR="00302D64" w14:paraId="1A40231A" w14:textId="77777777">
        <w:trPr>
          <w:cantSplit/>
          <w:jc w:val="center"/>
        </w:trPr>
        <w:tc>
          <w:tcPr>
            <w:tcW w:w="14060" w:type="dxa"/>
            <w:gridSpan w:val="6"/>
            <w:tcMar>
              <w:top w:w="70" w:type="dxa"/>
              <w:left w:w="90" w:type="dxa"/>
              <w:bottom w:w="70" w:type="dxa"/>
              <w:right w:w="90" w:type="dxa"/>
            </w:tcMar>
            <w:vAlign w:val="center"/>
          </w:tcPr>
          <w:p w14:paraId="3CF50992" w14:textId="77777777" w:rsidR="00302D64" w:rsidRDefault="00302D64"/>
          <w:p w14:paraId="1F7D0546"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02314EF6" w14:textId="77777777">
        <w:trPr>
          <w:cantSplit/>
          <w:jc w:val="center"/>
        </w:trPr>
        <w:tc>
          <w:tcPr>
            <w:tcW w:w="14060" w:type="dxa"/>
            <w:gridSpan w:val="6"/>
            <w:tcMar>
              <w:top w:w="70" w:type="dxa"/>
              <w:left w:w="90" w:type="dxa"/>
              <w:bottom w:w="70" w:type="dxa"/>
              <w:right w:w="90" w:type="dxa"/>
            </w:tcMar>
            <w:vAlign w:val="center"/>
          </w:tcPr>
          <w:p w14:paraId="298F59AA" w14:textId="77777777" w:rsidR="00302D64" w:rsidRDefault="00302D64"/>
          <w:p w14:paraId="7B6F9197"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0656BD39" w14:textId="77777777">
        <w:trPr>
          <w:cantSplit/>
          <w:jc w:val="center"/>
        </w:trPr>
        <w:tc>
          <w:tcPr>
            <w:tcW w:w="14060" w:type="dxa"/>
            <w:gridSpan w:val="6"/>
            <w:tcMar>
              <w:top w:w="70" w:type="dxa"/>
              <w:left w:w="90" w:type="dxa"/>
              <w:bottom w:w="70" w:type="dxa"/>
              <w:right w:w="90" w:type="dxa"/>
            </w:tcMar>
            <w:vAlign w:val="center"/>
          </w:tcPr>
          <w:p w14:paraId="38AEE5A5" w14:textId="77777777" w:rsidR="00302D64" w:rsidRDefault="00302D64"/>
          <w:p w14:paraId="28ACC037" w14:textId="77777777" w:rsidR="00302D64" w:rsidRDefault="00000000">
            <w:pPr>
              <w:spacing w:line="245" w:lineRule="auto"/>
            </w:pPr>
            <w:r>
              <w:rPr>
                <w:b/>
                <w:color w:val="000000"/>
                <w:sz w:val="16"/>
              </w:rPr>
              <w:t xml:space="preserve">VARNOST: </w:t>
            </w:r>
            <w:r>
              <w:rPr>
                <w:color w:val="000000"/>
                <w:sz w:val="16"/>
              </w:rPr>
              <w:t>Zunanje dejavnosti potekajo v primernem času, s senco, vodo in zaščito; neposrednega gledanja v sonce ni.</w:t>
            </w:r>
          </w:p>
        </w:tc>
      </w:tr>
    </w:tbl>
    <w:p w14:paraId="48A5F2D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045572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1633393"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BE4AB7" w14:textId="77777777" w:rsidR="00302D64" w:rsidRDefault="00000000">
            <w:pPr>
              <w:jc w:val="center"/>
            </w:pPr>
            <w:r>
              <w:rPr>
                <w:b/>
                <w:color w:val="000000"/>
                <w:sz w:val="20"/>
              </w:rPr>
              <w:t>UČNE DEJAVNOSTI, METODE IN FORMATIVNO SPREMLJANJE</w:t>
            </w:r>
          </w:p>
        </w:tc>
      </w:tr>
      <w:tr w:rsidR="00302D64" w14:paraId="5DF10544" w14:textId="77777777">
        <w:trPr>
          <w:tblHeader/>
          <w:jc w:val="center"/>
        </w:trPr>
        <w:tc>
          <w:tcPr>
            <w:tcW w:w="4422" w:type="dxa"/>
            <w:vMerge/>
            <w:tcMar>
              <w:top w:w="70" w:type="dxa"/>
              <w:left w:w="90" w:type="dxa"/>
              <w:bottom w:w="70" w:type="dxa"/>
              <w:right w:w="90" w:type="dxa"/>
            </w:tcMar>
            <w:vAlign w:val="center"/>
          </w:tcPr>
          <w:p w14:paraId="1F2D32A2" w14:textId="77777777" w:rsidR="00302D64" w:rsidRDefault="00302D64"/>
        </w:tc>
        <w:tc>
          <w:tcPr>
            <w:tcW w:w="7087" w:type="dxa"/>
            <w:shd w:val="clear" w:color="auto" w:fill="FFFFFF"/>
            <w:tcMar>
              <w:top w:w="70" w:type="dxa"/>
              <w:left w:w="90" w:type="dxa"/>
              <w:bottom w:w="70" w:type="dxa"/>
              <w:right w:w="90" w:type="dxa"/>
            </w:tcMar>
            <w:vAlign w:val="center"/>
          </w:tcPr>
          <w:p w14:paraId="23FC44E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FECE3EF" w14:textId="77777777" w:rsidR="00302D64" w:rsidRDefault="00000000">
            <w:pPr>
              <w:jc w:val="center"/>
            </w:pPr>
            <w:r>
              <w:rPr>
                <w:b/>
                <w:color w:val="000000"/>
              </w:rPr>
              <w:t>UČENEC</w:t>
            </w:r>
          </w:p>
        </w:tc>
      </w:tr>
      <w:tr w:rsidR="00302D64" w14:paraId="55B1F9AA" w14:textId="77777777">
        <w:trPr>
          <w:jc w:val="center"/>
        </w:trPr>
        <w:tc>
          <w:tcPr>
            <w:tcW w:w="4422" w:type="dxa"/>
            <w:tcMar>
              <w:top w:w="70" w:type="dxa"/>
              <w:left w:w="90" w:type="dxa"/>
              <w:bottom w:w="70" w:type="dxa"/>
              <w:right w:w="90" w:type="dxa"/>
            </w:tcMar>
          </w:tcPr>
          <w:p w14:paraId="0263D973" w14:textId="77777777" w:rsidR="00302D64" w:rsidRDefault="00302D64"/>
          <w:p w14:paraId="4B99B8CA" w14:textId="77777777" w:rsidR="00302D64" w:rsidRDefault="00000000">
            <w:pPr>
              <w:spacing w:after="60" w:line="245" w:lineRule="auto"/>
            </w:pPr>
            <w:r>
              <w:rPr>
                <w:b/>
                <w:color w:val="000000"/>
              </w:rPr>
              <w:t>UČNI CILJI</w:t>
            </w:r>
          </w:p>
          <w:p w14:paraId="6352F713" w14:textId="77777777" w:rsidR="00302D64" w:rsidRDefault="00000000">
            <w:pPr>
              <w:spacing w:after="20" w:line="245" w:lineRule="auto"/>
            </w:pPr>
            <w:r>
              <w:rPr>
                <w:b/>
                <w:color w:val="000000"/>
                <w:sz w:val="17"/>
              </w:rPr>
              <w:t>SPLOŠNI</w:t>
            </w:r>
          </w:p>
          <w:p w14:paraId="00DD6EA5" w14:textId="77777777" w:rsidR="00302D64" w:rsidRDefault="00000000">
            <w:pPr>
              <w:pStyle w:val="Oznaenseznam"/>
              <w:spacing w:after="16"/>
            </w:pPr>
            <w:r>
              <w:rPr>
                <w:color w:val="000000"/>
                <w:sz w:val="16"/>
              </w:rPr>
              <w:t>razvija radovednost ter sistematično opazuje, primerja, razvršča in sporoča ugotovitve</w:t>
            </w:r>
          </w:p>
          <w:p w14:paraId="49EA6225" w14:textId="77777777" w:rsidR="00302D64" w:rsidRDefault="00000000">
            <w:pPr>
              <w:pStyle w:val="Oznaenseznam"/>
              <w:spacing w:after="16"/>
            </w:pPr>
            <w:r>
              <w:rPr>
                <w:color w:val="000000"/>
                <w:sz w:val="16"/>
              </w:rPr>
              <w:t>sodeluje, posluša druge in svoja opažanja izraža na razvojno primeren način</w:t>
            </w:r>
          </w:p>
          <w:p w14:paraId="3FC3F3BE" w14:textId="77777777" w:rsidR="00302D64" w:rsidRDefault="00000000">
            <w:pPr>
              <w:pStyle w:val="Oznaenseznam"/>
              <w:spacing w:after="16"/>
            </w:pPr>
            <w:r>
              <w:rPr>
                <w:color w:val="000000"/>
                <w:sz w:val="16"/>
              </w:rPr>
              <w:t>ravna varno, odgovorno in skrbno do sebe, drugih ter okolja</w:t>
            </w:r>
          </w:p>
          <w:p w14:paraId="5B6A9E35" w14:textId="77777777" w:rsidR="00302D64" w:rsidRDefault="00000000">
            <w:pPr>
              <w:pStyle w:val="Oznaenseznam"/>
              <w:spacing w:after="16"/>
            </w:pPr>
            <w:r>
              <w:rPr>
                <w:color w:val="000000"/>
                <w:sz w:val="16"/>
              </w:rPr>
              <w:t>ob kriterijih spremlja svoje učenje in sprejema opisno povratno informacijo</w:t>
            </w:r>
          </w:p>
          <w:p w14:paraId="24443D75" w14:textId="77777777" w:rsidR="00302D64" w:rsidRDefault="00000000">
            <w:pPr>
              <w:spacing w:before="40" w:after="20" w:line="245" w:lineRule="auto"/>
            </w:pPr>
            <w:r>
              <w:rPr>
                <w:b/>
                <w:color w:val="000000"/>
                <w:sz w:val="17"/>
              </w:rPr>
              <w:t>OPERATIVNI</w:t>
            </w:r>
          </w:p>
          <w:p w14:paraId="68F6820D" w14:textId="77777777" w:rsidR="00302D64" w:rsidRDefault="00000000">
            <w:pPr>
              <w:pStyle w:val="Oznaenseznam"/>
              <w:spacing w:after="16"/>
            </w:pPr>
            <w:r>
              <w:rPr>
                <w:color w:val="000000"/>
                <w:sz w:val="16"/>
              </w:rPr>
              <w:t>opazuje vreme in živa bitja</w:t>
            </w:r>
          </w:p>
          <w:p w14:paraId="53E810AD" w14:textId="77777777" w:rsidR="00302D64" w:rsidRDefault="00000000">
            <w:pPr>
              <w:pStyle w:val="Oznaenseznam"/>
              <w:spacing w:after="16"/>
            </w:pPr>
            <w:r>
              <w:rPr>
                <w:color w:val="000000"/>
                <w:sz w:val="16"/>
              </w:rPr>
              <w:t>primerja letne čase</w:t>
            </w:r>
          </w:p>
          <w:p w14:paraId="08D4A287" w14:textId="77777777" w:rsidR="00302D64" w:rsidRDefault="00000000">
            <w:pPr>
              <w:pStyle w:val="Oznaenseznam"/>
              <w:spacing w:after="16"/>
            </w:pPr>
            <w:r>
              <w:rPr>
                <w:color w:val="000000"/>
                <w:sz w:val="16"/>
              </w:rPr>
              <w:t>pojasni varno ravnanje na soncu</w:t>
            </w:r>
          </w:p>
          <w:p w14:paraId="606BDB2D" w14:textId="77777777" w:rsidR="00302D64" w:rsidRDefault="00000000">
            <w:pPr>
              <w:spacing w:before="40" w:after="20" w:line="245" w:lineRule="auto"/>
            </w:pPr>
            <w:r>
              <w:rPr>
                <w:b/>
                <w:color w:val="000000"/>
                <w:sz w:val="17"/>
              </w:rPr>
              <w:t>PRIČAKOVANI DOSEŽKI / STANDARDI</w:t>
            </w:r>
          </w:p>
          <w:p w14:paraId="24C427CA" w14:textId="77777777" w:rsidR="00302D64" w:rsidRDefault="00000000">
            <w:pPr>
              <w:pStyle w:val="Oznaenseznam"/>
              <w:spacing w:after="16"/>
            </w:pPr>
            <w:r>
              <w:rPr>
                <w:color w:val="000000"/>
                <w:sz w:val="16"/>
              </w:rPr>
              <w:t>ob konkretni ali slikovni opori opazuje vreme in živa bitja</w:t>
            </w:r>
          </w:p>
          <w:p w14:paraId="14372D14" w14:textId="77777777" w:rsidR="00302D64" w:rsidRDefault="00000000">
            <w:pPr>
              <w:pStyle w:val="Oznaenseznam"/>
              <w:spacing w:after="16"/>
            </w:pPr>
            <w:r>
              <w:rPr>
                <w:color w:val="000000"/>
                <w:sz w:val="16"/>
              </w:rPr>
              <w:t>ob konkretni ali slikovni opori primerja letne čase</w:t>
            </w:r>
          </w:p>
          <w:p w14:paraId="23C910B0" w14:textId="77777777" w:rsidR="00302D64" w:rsidRDefault="00000000">
            <w:pPr>
              <w:pStyle w:val="Oznaenseznam"/>
              <w:spacing w:after="16"/>
            </w:pPr>
            <w:r>
              <w:rPr>
                <w:color w:val="000000"/>
                <w:sz w:val="16"/>
              </w:rPr>
              <w:t>ob konkretni ali slikovni opori pojasni varno ravnanje na soncu</w:t>
            </w:r>
          </w:p>
        </w:tc>
        <w:tc>
          <w:tcPr>
            <w:tcW w:w="7087" w:type="dxa"/>
            <w:tcMar>
              <w:top w:w="70" w:type="dxa"/>
              <w:left w:w="90" w:type="dxa"/>
              <w:bottom w:w="70" w:type="dxa"/>
              <w:right w:w="90" w:type="dxa"/>
            </w:tcMar>
          </w:tcPr>
          <w:p w14:paraId="73920128"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98D93C6" w14:textId="77777777">
              <w:trPr>
                <w:jc w:val="center"/>
              </w:trPr>
              <w:tc>
                <w:tcPr>
                  <w:tcW w:w="7087" w:type="dxa"/>
                  <w:shd w:val="clear" w:color="auto" w:fill="C6E7F3"/>
                  <w:tcMar>
                    <w:top w:w="45" w:type="dxa"/>
                    <w:left w:w="70" w:type="dxa"/>
                    <w:bottom w:w="45" w:type="dxa"/>
                    <w:right w:w="70" w:type="dxa"/>
                  </w:tcMar>
                </w:tcPr>
                <w:p w14:paraId="434357D6" w14:textId="77777777" w:rsidR="00302D64" w:rsidRDefault="00000000">
                  <w:pPr>
                    <w:keepNext/>
                  </w:pPr>
                  <w:r>
                    <w:rPr>
                      <w:b/>
                      <w:color w:val="000000"/>
                    </w:rPr>
                    <w:t>UVODNI DEL – motivacija, aktivacija predznanja in namen učenja (15–20 min)</w:t>
                  </w:r>
                </w:p>
              </w:tc>
            </w:tr>
          </w:tbl>
          <w:p w14:paraId="176ABD0B" w14:textId="77777777" w:rsidR="00302D64" w:rsidRDefault="00302D64">
            <w:pPr>
              <w:spacing w:line="20" w:lineRule="exact"/>
            </w:pPr>
          </w:p>
          <w:p w14:paraId="74E3059E" w14:textId="77777777" w:rsidR="00302D64" w:rsidRDefault="00000000">
            <w:pPr>
              <w:spacing w:before="40" w:after="60" w:line="245" w:lineRule="auto"/>
            </w:pPr>
            <w:r>
              <w:rPr>
                <w:color w:val="000000"/>
                <w:sz w:val="17"/>
              </w:rPr>
              <w:t>Kosovelov sonček postane raziskovalni predmet. Učenci opazujejo poletne znake in se vprašajo, kdaj nam sonce koristi ter kdaj potrebujemo zaščito.</w:t>
            </w:r>
          </w:p>
          <w:tbl>
            <w:tblPr>
              <w:tblStyle w:val="Tabelamrea"/>
              <w:tblW w:w="0" w:type="auto"/>
              <w:jc w:val="center"/>
              <w:tblLayout w:type="fixed"/>
              <w:tblLook w:val="04A0" w:firstRow="1" w:lastRow="0" w:firstColumn="1" w:lastColumn="0" w:noHBand="0" w:noVBand="1"/>
            </w:tblPr>
            <w:tblGrid>
              <w:gridCol w:w="7087"/>
            </w:tblGrid>
            <w:tr w:rsidR="00302D64" w14:paraId="01B9324A" w14:textId="77777777">
              <w:trPr>
                <w:jc w:val="center"/>
              </w:trPr>
              <w:tc>
                <w:tcPr>
                  <w:tcW w:w="7087" w:type="dxa"/>
                  <w:shd w:val="clear" w:color="auto" w:fill="EDC9EA"/>
                  <w:tcMar>
                    <w:top w:w="45" w:type="dxa"/>
                    <w:left w:w="70" w:type="dxa"/>
                    <w:bottom w:w="45" w:type="dxa"/>
                    <w:right w:w="70" w:type="dxa"/>
                  </w:tcMar>
                </w:tcPr>
                <w:p w14:paraId="445B6832" w14:textId="77777777" w:rsidR="00302D64" w:rsidRDefault="00000000">
                  <w:pPr>
                    <w:keepNext/>
                  </w:pPr>
                  <w:r>
                    <w:rPr>
                      <w:b/>
                      <w:color w:val="000000"/>
                    </w:rPr>
                    <w:t>NAMENI UČENJA</w:t>
                  </w:r>
                </w:p>
              </w:tc>
            </w:tr>
          </w:tbl>
          <w:p w14:paraId="38CAF87B" w14:textId="77777777" w:rsidR="00302D64" w:rsidRDefault="00302D64">
            <w:pPr>
              <w:spacing w:line="20" w:lineRule="exact"/>
            </w:pPr>
          </w:p>
          <w:p w14:paraId="5DAB57FB" w14:textId="77777777" w:rsidR="00302D64" w:rsidRDefault="00000000">
            <w:pPr>
              <w:spacing w:before="20" w:after="20" w:line="245" w:lineRule="auto"/>
            </w:pPr>
            <w:r>
              <w:rPr>
                <w:color w:val="000000"/>
                <w:sz w:val="16"/>
              </w:rPr>
              <w:t>Učimo se zato, da bomo lažje razumeli in odgovorno uporabili znanje v vsakdanjih situacijah.</w:t>
            </w:r>
          </w:p>
          <w:p w14:paraId="115B2C1A" w14:textId="77777777" w:rsidR="00302D64" w:rsidRDefault="00000000">
            <w:pPr>
              <w:pStyle w:val="Oznaenseznam"/>
              <w:spacing w:after="16"/>
            </w:pPr>
            <w:r>
              <w:rPr>
                <w:color w:val="000000"/>
                <w:sz w:val="16"/>
              </w:rPr>
              <w:t>opazujem vreme in živa bitja</w:t>
            </w:r>
          </w:p>
          <w:p w14:paraId="71B794D8" w14:textId="77777777" w:rsidR="00302D64" w:rsidRDefault="00000000">
            <w:pPr>
              <w:pStyle w:val="Oznaenseznam"/>
              <w:spacing w:after="16"/>
            </w:pPr>
            <w:r>
              <w:rPr>
                <w:color w:val="000000"/>
                <w:sz w:val="16"/>
              </w:rPr>
              <w:t>primerjam letne čase</w:t>
            </w:r>
          </w:p>
          <w:p w14:paraId="2AD6138A" w14:textId="77777777" w:rsidR="00302D64" w:rsidRDefault="00000000">
            <w:pPr>
              <w:pStyle w:val="Oznaenseznam"/>
              <w:spacing w:after="16"/>
            </w:pPr>
            <w:r>
              <w:rPr>
                <w:color w:val="000000"/>
                <w:sz w:val="16"/>
              </w:rPr>
              <w:t>pojasnim varno ravnanje na soncu</w:t>
            </w:r>
          </w:p>
          <w:tbl>
            <w:tblPr>
              <w:tblStyle w:val="Tabelamrea"/>
              <w:tblW w:w="0" w:type="auto"/>
              <w:jc w:val="center"/>
              <w:tblLayout w:type="fixed"/>
              <w:tblLook w:val="04A0" w:firstRow="1" w:lastRow="0" w:firstColumn="1" w:lastColumn="0" w:noHBand="0" w:noVBand="1"/>
            </w:tblPr>
            <w:tblGrid>
              <w:gridCol w:w="7087"/>
            </w:tblGrid>
            <w:tr w:rsidR="00302D64" w14:paraId="465613E1" w14:textId="77777777">
              <w:trPr>
                <w:jc w:val="center"/>
              </w:trPr>
              <w:tc>
                <w:tcPr>
                  <w:tcW w:w="7087" w:type="dxa"/>
                  <w:shd w:val="clear" w:color="auto" w:fill="EDC9EA"/>
                  <w:tcMar>
                    <w:top w:w="45" w:type="dxa"/>
                    <w:left w:w="70" w:type="dxa"/>
                    <w:bottom w:w="45" w:type="dxa"/>
                    <w:right w:w="70" w:type="dxa"/>
                  </w:tcMar>
                </w:tcPr>
                <w:p w14:paraId="71B84C5A" w14:textId="77777777" w:rsidR="00302D64" w:rsidRDefault="00000000">
                  <w:pPr>
                    <w:keepNext/>
                  </w:pPr>
                  <w:r>
                    <w:rPr>
                      <w:b/>
                      <w:color w:val="000000"/>
                    </w:rPr>
                    <w:t>PREVERJANJE PREDZNANJA</w:t>
                  </w:r>
                </w:p>
              </w:tc>
            </w:tr>
          </w:tbl>
          <w:p w14:paraId="6F4569E4" w14:textId="77777777" w:rsidR="00302D64" w:rsidRDefault="00302D64">
            <w:pPr>
              <w:spacing w:line="20" w:lineRule="exact"/>
            </w:pPr>
          </w:p>
          <w:p w14:paraId="54FC30C9" w14:textId="77777777" w:rsidR="00302D64" w:rsidRDefault="00000000">
            <w:pPr>
              <w:pStyle w:val="Oznaenseznam"/>
              <w:spacing w:after="16"/>
            </w:pPr>
            <w:r>
              <w:rPr>
                <w:color w:val="000000"/>
                <w:sz w:val="16"/>
              </w:rPr>
              <w:t>Po katerih spremembah prepoznam začetek poletja?</w:t>
            </w:r>
          </w:p>
          <w:p w14:paraId="69E86AA8" w14:textId="77777777" w:rsidR="00302D64" w:rsidRDefault="00000000">
            <w:pPr>
              <w:pStyle w:val="Oznaenseznam"/>
              <w:spacing w:after="16"/>
            </w:pPr>
            <w:r>
              <w:rPr>
                <w:color w:val="000000"/>
                <w:sz w:val="16"/>
              </w:rPr>
              <w:t>Kako se zaščitim pred soncem in vročino?</w:t>
            </w:r>
          </w:p>
          <w:p w14:paraId="14508E7E"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061EACC4" w14:textId="77777777">
              <w:trPr>
                <w:jc w:val="center"/>
              </w:trPr>
              <w:tc>
                <w:tcPr>
                  <w:tcW w:w="7087" w:type="dxa"/>
                  <w:shd w:val="clear" w:color="auto" w:fill="EDC9EA"/>
                  <w:tcMar>
                    <w:top w:w="45" w:type="dxa"/>
                    <w:left w:w="70" w:type="dxa"/>
                    <w:bottom w:w="45" w:type="dxa"/>
                    <w:right w:w="70" w:type="dxa"/>
                  </w:tcMar>
                </w:tcPr>
                <w:p w14:paraId="71773AFB" w14:textId="77777777" w:rsidR="00302D64" w:rsidRDefault="00000000">
                  <w:pPr>
                    <w:keepNext/>
                  </w:pPr>
                  <w:r>
                    <w:rPr>
                      <w:b/>
                      <w:color w:val="000000"/>
                    </w:rPr>
                    <w:t>KRITERIJI USPEŠNOSTI</w:t>
                  </w:r>
                </w:p>
              </w:tc>
            </w:tr>
          </w:tbl>
          <w:p w14:paraId="61D69F29" w14:textId="77777777" w:rsidR="00302D64" w:rsidRDefault="00302D64"/>
          <w:p w14:paraId="01A4DE6F" w14:textId="77777777" w:rsidR="00302D64" w:rsidRDefault="00000000">
            <w:pPr>
              <w:spacing w:before="20" w:after="20" w:line="245" w:lineRule="auto"/>
            </w:pPr>
            <w:r>
              <w:rPr>
                <w:b/>
                <w:color w:val="000000"/>
                <w:sz w:val="16"/>
              </w:rPr>
              <w:t>Uspešen/-na bom, ko:</w:t>
            </w:r>
          </w:p>
          <w:p w14:paraId="2CF60970" w14:textId="77777777" w:rsidR="00302D64" w:rsidRDefault="00000000">
            <w:pPr>
              <w:pStyle w:val="Oznaenseznam"/>
              <w:spacing w:after="16"/>
            </w:pPr>
            <w:r>
              <w:rPr>
                <w:color w:val="000000"/>
                <w:sz w:val="16"/>
              </w:rPr>
              <w:t>opazujem vreme in živa bitja</w:t>
            </w:r>
          </w:p>
          <w:p w14:paraId="75D4E19B" w14:textId="77777777" w:rsidR="00302D64" w:rsidRDefault="00000000">
            <w:pPr>
              <w:pStyle w:val="Oznaenseznam"/>
              <w:spacing w:after="16"/>
            </w:pPr>
            <w:r>
              <w:rPr>
                <w:color w:val="000000"/>
                <w:sz w:val="16"/>
              </w:rPr>
              <w:t>primerjam letne čase</w:t>
            </w:r>
          </w:p>
          <w:p w14:paraId="02DFED70" w14:textId="77777777" w:rsidR="00302D64" w:rsidRDefault="00000000">
            <w:pPr>
              <w:pStyle w:val="Oznaenseznam"/>
              <w:spacing w:after="16"/>
            </w:pPr>
            <w:r>
              <w:rPr>
                <w:color w:val="000000"/>
                <w:sz w:val="16"/>
              </w:rPr>
              <w:t>pojasnim varno ravnanje na soncu</w:t>
            </w:r>
          </w:p>
          <w:p w14:paraId="63A48FC4"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3B2C473E" w14:textId="77777777" w:rsidR="00302D64" w:rsidRDefault="00302D64"/>
          <w:p w14:paraId="2CB5FBBA" w14:textId="77777777" w:rsidR="00302D64" w:rsidRDefault="00000000">
            <w:pPr>
              <w:spacing w:after="80" w:line="245" w:lineRule="auto"/>
            </w:pPr>
            <w:r>
              <w:rPr>
                <w:color w:val="000000"/>
                <w:sz w:val="16"/>
              </w:rPr>
              <w:t>Posluša ali opazuje književno oziroma predmetno izhodišče ter se vključi z gibom, sliko ali besedo.</w:t>
            </w:r>
          </w:p>
          <w:p w14:paraId="5C86DF1E" w14:textId="77777777" w:rsidR="00302D64" w:rsidRDefault="00000000">
            <w:pPr>
              <w:spacing w:after="80" w:line="245" w:lineRule="auto"/>
            </w:pPr>
            <w:r>
              <w:rPr>
                <w:color w:val="000000"/>
                <w:sz w:val="16"/>
              </w:rPr>
              <w:t>Pove, pokaže ali nariše, kaj že ve. Posluša zamisli drugih.</w:t>
            </w:r>
          </w:p>
          <w:p w14:paraId="3D2A65DA" w14:textId="77777777" w:rsidR="00302D64" w:rsidRDefault="00000000">
            <w:pPr>
              <w:spacing w:after="100" w:line="245" w:lineRule="auto"/>
            </w:pPr>
            <w:r>
              <w:rPr>
                <w:color w:val="000000"/>
                <w:sz w:val="16"/>
              </w:rPr>
              <w:t>Sodeluje pri razumevanju namenov in kriterijev uspešnosti.</w:t>
            </w:r>
          </w:p>
          <w:p w14:paraId="1E9241E0" w14:textId="77777777" w:rsidR="00302D64" w:rsidRDefault="00000000">
            <w:pPr>
              <w:spacing w:after="20" w:line="245" w:lineRule="auto"/>
            </w:pPr>
            <w:r>
              <w:rPr>
                <w:b/>
                <w:color w:val="D95BC6"/>
                <w:sz w:val="17"/>
              </w:rPr>
              <w:t>DOKAZ O UČENJU</w:t>
            </w:r>
          </w:p>
          <w:p w14:paraId="6BF5F481" w14:textId="77777777" w:rsidR="00302D64" w:rsidRDefault="00000000">
            <w:pPr>
              <w:spacing w:after="30" w:line="245" w:lineRule="auto"/>
            </w:pPr>
            <w:r>
              <w:rPr>
                <w:color w:val="D95BC6"/>
                <w:sz w:val="16"/>
              </w:rPr>
              <w:t>začetna zamisel, razvrstitev, risba ali ustni odgovor</w:t>
            </w:r>
          </w:p>
        </w:tc>
      </w:tr>
    </w:tbl>
    <w:p w14:paraId="27C3D1E4"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2CC987B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57D738"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E84C72" w14:textId="77777777" w:rsidR="00302D64" w:rsidRDefault="00000000">
            <w:pPr>
              <w:jc w:val="center"/>
            </w:pPr>
            <w:r>
              <w:rPr>
                <w:b/>
                <w:color w:val="000000"/>
                <w:sz w:val="20"/>
              </w:rPr>
              <w:t>UČNE DEJAVNOSTI, METODE IN FORMATIVNO SPREMLJANJE</w:t>
            </w:r>
          </w:p>
        </w:tc>
      </w:tr>
      <w:tr w:rsidR="00302D64" w14:paraId="30FE9B6C" w14:textId="77777777">
        <w:trPr>
          <w:tblHeader/>
          <w:jc w:val="center"/>
        </w:trPr>
        <w:tc>
          <w:tcPr>
            <w:tcW w:w="4422" w:type="dxa"/>
            <w:vMerge/>
            <w:tcMar>
              <w:top w:w="70" w:type="dxa"/>
              <w:left w:w="90" w:type="dxa"/>
              <w:bottom w:w="70" w:type="dxa"/>
              <w:right w:w="90" w:type="dxa"/>
            </w:tcMar>
            <w:vAlign w:val="center"/>
          </w:tcPr>
          <w:p w14:paraId="4A68F45D" w14:textId="77777777" w:rsidR="00302D64" w:rsidRDefault="00302D64"/>
        </w:tc>
        <w:tc>
          <w:tcPr>
            <w:tcW w:w="7087" w:type="dxa"/>
            <w:shd w:val="clear" w:color="auto" w:fill="FFFFFF"/>
            <w:tcMar>
              <w:top w:w="70" w:type="dxa"/>
              <w:left w:w="90" w:type="dxa"/>
              <w:bottom w:w="70" w:type="dxa"/>
              <w:right w:w="90" w:type="dxa"/>
            </w:tcMar>
            <w:vAlign w:val="center"/>
          </w:tcPr>
          <w:p w14:paraId="37736F0C"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780256" w14:textId="77777777" w:rsidR="00302D64" w:rsidRDefault="00000000">
            <w:pPr>
              <w:jc w:val="center"/>
            </w:pPr>
            <w:r>
              <w:rPr>
                <w:b/>
                <w:color w:val="000000"/>
              </w:rPr>
              <w:t>UČENEC</w:t>
            </w:r>
          </w:p>
        </w:tc>
      </w:tr>
      <w:tr w:rsidR="00302D64" w14:paraId="657B4E70" w14:textId="77777777">
        <w:trPr>
          <w:jc w:val="center"/>
        </w:trPr>
        <w:tc>
          <w:tcPr>
            <w:tcW w:w="4422" w:type="dxa"/>
            <w:tcMar>
              <w:top w:w="70" w:type="dxa"/>
              <w:left w:w="90" w:type="dxa"/>
              <w:bottom w:w="70" w:type="dxa"/>
              <w:right w:w="90" w:type="dxa"/>
            </w:tcMar>
          </w:tcPr>
          <w:p w14:paraId="329D5394" w14:textId="77777777" w:rsidR="00302D64" w:rsidRDefault="00302D64"/>
          <w:p w14:paraId="589C2A55" w14:textId="77777777" w:rsidR="00302D64" w:rsidRDefault="00000000">
            <w:pPr>
              <w:spacing w:after="40" w:line="245" w:lineRule="auto"/>
            </w:pPr>
            <w:r>
              <w:rPr>
                <w:b/>
                <w:color w:val="000000"/>
              </w:rPr>
              <w:t>KLJUČNI POJMI</w:t>
            </w:r>
          </w:p>
          <w:p w14:paraId="7A10E959" w14:textId="77777777" w:rsidR="00302D64" w:rsidRDefault="00000000">
            <w:pPr>
              <w:spacing w:after="80" w:line="245" w:lineRule="auto"/>
            </w:pPr>
            <w:r>
              <w:rPr>
                <w:color w:val="000000"/>
                <w:sz w:val="16"/>
              </w:rPr>
              <w:t>poletje, vročina, sonce, senca, zaščita, klobuk, pitje vode, nevihta, varnost ob vodi, primerjanje</w:t>
            </w:r>
          </w:p>
          <w:p w14:paraId="75D4FFCD" w14:textId="77777777" w:rsidR="00302D64" w:rsidRDefault="00000000">
            <w:pPr>
              <w:spacing w:after="20" w:line="245" w:lineRule="auto"/>
            </w:pPr>
            <w:r>
              <w:rPr>
                <w:b/>
                <w:color w:val="000000"/>
              </w:rPr>
              <w:t>DOKAZI O UČENJU</w:t>
            </w:r>
          </w:p>
          <w:p w14:paraId="07666113" w14:textId="77777777" w:rsidR="00302D64" w:rsidRDefault="00000000">
            <w:pPr>
              <w:pStyle w:val="Oznaenseznam"/>
              <w:spacing w:after="16"/>
            </w:pPr>
            <w:r>
              <w:rPr>
                <w:color w:val="000000"/>
                <w:sz w:val="16"/>
              </w:rPr>
              <w:t>poletni opazovalni zapis</w:t>
            </w:r>
          </w:p>
          <w:p w14:paraId="7DA6C448" w14:textId="77777777" w:rsidR="00302D64" w:rsidRDefault="00000000">
            <w:pPr>
              <w:pStyle w:val="Oznaenseznam"/>
              <w:spacing w:after="16"/>
            </w:pPr>
            <w:r>
              <w:rPr>
                <w:color w:val="000000"/>
                <w:sz w:val="16"/>
              </w:rPr>
              <w:t>primerjalni zapis sonce–senca</w:t>
            </w:r>
          </w:p>
          <w:p w14:paraId="01C4E8B5" w14:textId="77777777" w:rsidR="00302D64" w:rsidRDefault="00000000">
            <w:pPr>
              <w:pStyle w:val="Oznaenseznam"/>
              <w:spacing w:after="16"/>
            </w:pPr>
            <w:r>
              <w:rPr>
                <w:color w:val="000000"/>
                <w:sz w:val="16"/>
              </w:rPr>
              <w:t>slikovni opomnik varnega poletja</w:t>
            </w:r>
          </w:p>
          <w:p w14:paraId="7A20269E" w14:textId="77777777" w:rsidR="00302D64" w:rsidRDefault="00000000">
            <w:pPr>
              <w:spacing w:before="40" w:after="20" w:line="245" w:lineRule="auto"/>
            </w:pPr>
            <w:r>
              <w:rPr>
                <w:b/>
                <w:color w:val="000000"/>
              </w:rPr>
              <w:t>MEDPREDMETNA POVEZAVA</w:t>
            </w:r>
          </w:p>
          <w:p w14:paraId="3E766473" w14:textId="77777777" w:rsidR="00302D64" w:rsidRDefault="00000000">
            <w:pPr>
              <w:spacing w:after="60" w:line="245" w:lineRule="auto"/>
            </w:pPr>
            <w:r>
              <w:rPr>
                <w:color w:val="000000"/>
                <w:sz w:val="16"/>
              </w:rPr>
              <w:t>MAT – merjenje in primerjanje; ŠPO – varno gibanje poleti; SLJ – razlaga ravnanja; LUM – poletni simboli</w:t>
            </w:r>
          </w:p>
          <w:p w14:paraId="5EF873A8" w14:textId="77777777" w:rsidR="00302D64" w:rsidRDefault="00000000">
            <w:pPr>
              <w:spacing w:after="20" w:line="245" w:lineRule="auto"/>
            </w:pPr>
            <w:r>
              <w:rPr>
                <w:b/>
                <w:color w:val="000000"/>
              </w:rPr>
              <w:t>POUČEVANJE V GIBANJU</w:t>
            </w:r>
          </w:p>
          <w:p w14:paraId="7C79D2BD"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68968D46" w14:textId="77777777" w:rsidR="00302D64" w:rsidRDefault="00000000">
            <w:pPr>
              <w:spacing w:after="20" w:line="245" w:lineRule="auto"/>
            </w:pPr>
            <w:r>
              <w:rPr>
                <w:b/>
                <w:color w:val="000000"/>
              </w:rPr>
              <w:t>UČENJE PO ŠTIRIH POSTAJAH</w:t>
            </w:r>
          </w:p>
          <w:p w14:paraId="72B6B6EE"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6694B601" w14:textId="77777777" w:rsidR="00302D64" w:rsidRDefault="00000000">
            <w:pPr>
              <w:spacing w:after="20" w:line="245" w:lineRule="auto"/>
            </w:pPr>
            <w:r>
              <w:rPr>
                <w:b/>
                <w:color w:val="000000"/>
              </w:rPr>
              <w:t>DIFERENCIACIJA IN VKLJUČEVANJE</w:t>
            </w:r>
          </w:p>
          <w:p w14:paraId="721733C7" w14:textId="77777777" w:rsidR="00302D64" w:rsidRDefault="00000000">
            <w:pPr>
              <w:spacing w:after="60" w:line="245" w:lineRule="auto"/>
            </w:pPr>
            <w:r>
              <w:rPr>
                <w:color w:val="000000"/>
                <w:sz w:val="16"/>
              </w:rPr>
              <w:t>Opazovanje se skrajša in izvede v senci; učenec uporablja slikovni izbor; naprednejši poveže več zaščitnih ukrepov z razlogi.</w:t>
            </w:r>
          </w:p>
          <w:p w14:paraId="7F2A5D50" w14:textId="77777777" w:rsidR="00302D64" w:rsidRDefault="00000000">
            <w:pPr>
              <w:spacing w:after="20" w:line="245" w:lineRule="auto"/>
            </w:pPr>
            <w:r>
              <w:rPr>
                <w:b/>
                <w:color w:val="000000"/>
              </w:rPr>
              <w:t>SPREMLJANJE</w:t>
            </w:r>
          </w:p>
          <w:p w14:paraId="174AC85E"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2AF56CD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A336A80" w14:textId="77777777">
              <w:trPr>
                <w:jc w:val="center"/>
              </w:trPr>
              <w:tc>
                <w:tcPr>
                  <w:tcW w:w="7087" w:type="dxa"/>
                  <w:shd w:val="clear" w:color="auto" w:fill="C6E7F3"/>
                  <w:tcMar>
                    <w:top w:w="45" w:type="dxa"/>
                    <w:left w:w="70" w:type="dxa"/>
                    <w:bottom w:w="45" w:type="dxa"/>
                    <w:right w:w="70" w:type="dxa"/>
                  </w:tcMar>
                </w:tcPr>
                <w:p w14:paraId="245CE113" w14:textId="77777777" w:rsidR="00302D64" w:rsidRDefault="00000000">
                  <w:pPr>
                    <w:keepNext/>
                  </w:pPr>
                  <w:r>
                    <w:t>GLAVNI DEL – IZKUŠENJSKO IN POSTAJNO UČENJE (3 šolske ure)</w:t>
                  </w:r>
                </w:p>
              </w:tc>
            </w:tr>
          </w:tbl>
          <w:p w14:paraId="418966C0" w14:textId="77777777" w:rsidR="00302D64" w:rsidRDefault="00302D64">
            <w:pPr>
              <w:spacing w:line="20" w:lineRule="exact"/>
            </w:pPr>
          </w:p>
          <w:p w14:paraId="4F379AB5" w14:textId="77777777" w:rsidR="00302D64" w:rsidRDefault="00000000">
            <w:pPr>
              <w:keepNext/>
              <w:spacing w:before="60" w:after="20" w:line="245" w:lineRule="auto"/>
            </w:pPr>
            <w:r>
              <w:rPr>
                <w:b/>
                <w:color w:val="000000"/>
              </w:rPr>
              <w:t>1. URA – Poletna opazovalna pot</w:t>
            </w:r>
          </w:p>
          <w:p w14:paraId="2336EC1F" w14:textId="77777777" w:rsidR="00302D64" w:rsidRDefault="00000000">
            <w:pPr>
              <w:spacing w:after="20" w:line="245" w:lineRule="auto"/>
            </w:pPr>
            <w:r>
              <w:rPr>
                <w:b/>
                <w:color w:val="000000"/>
                <w:sz w:val="16"/>
              </w:rPr>
              <w:t xml:space="preserve">Dejavnost učiteljice: </w:t>
            </w:r>
            <w:r>
              <w:rPr>
                <w:color w:val="000000"/>
                <w:sz w:val="16"/>
              </w:rPr>
              <w:t>Vodi opazovanje vremena, rastlin, živali, senc in dejavnosti ljudi ter primerjanje s pomladjo.</w:t>
            </w:r>
          </w:p>
          <w:p w14:paraId="0D0D16FD" w14:textId="77777777" w:rsidR="00302D64" w:rsidRDefault="00000000">
            <w:pPr>
              <w:spacing w:after="20" w:line="245" w:lineRule="auto"/>
            </w:pPr>
            <w:r>
              <w:rPr>
                <w:b/>
                <w:color w:val="000000"/>
                <w:sz w:val="16"/>
              </w:rPr>
              <w:t xml:space="preserve">Dejavnost učencev: </w:t>
            </w:r>
            <w:r>
              <w:rPr>
                <w:color w:val="000000"/>
                <w:sz w:val="16"/>
              </w:rPr>
              <w:t>Zberejo tri dokaze poletja, jih zabeležijo in izberejo primerno ravnanje za ta dan.</w:t>
            </w:r>
          </w:p>
          <w:p w14:paraId="4A37A474" w14:textId="77777777" w:rsidR="00302D64" w:rsidRDefault="00000000">
            <w:pPr>
              <w:spacing w:after="40" w:line="245" w:lineRule="auto"/>
            </w:pPr>
            <w:r>
              <w:rPr>
                <w:i/>
                <w:color w:val="D95BC6"/>
                <w:sz w:val="16"/>
              </w:rPr>
              <w:t>Predvideni dokaz: poletni opazovalni zapis.</w:t>
            </w:r>
          </w:p>
          <w:p w14:paraId="53ACC6FD" w14:textId="77777777" w:rsidR="00302D64" w:rsidRDefault="00000000">
            <w:pPr>
              <w:keepNext/>
              <w:spacing w:before="60" w:after="20" w:line="245" w:lineRule="auto"/>
            </w:pPr>
            <w:r>
              <w:rPr>
                <w:b/>
                <w:color w:val="000000"/>
              </w:rPr>
              <w:t>2. URA – Sonce in senca – primerjava</w:t>
            </w:r>
          </w:p>
          <w:p w14:paraId="265AB160" w14:textId="77777777" w:rsidR="00302D64" w:rsidRDefault="00000000">
            <w:pPr>
              <w:spacing w:after="20" w:line="245" w:lineRule="auto"/>
            </w:pPr>
            <w:r>
              <w:rPr>
                <w:b/>
                <w:color w:val="000000"/>
                <w:sz w:val="16"/>
              </w:rPr>
              <w:t xml:space="preserve">Dejavnost učiteljice: </w:t>
            </w:r>
            <w:r>
              <w:rPr>
                <w:color w:val="000000"/>
                <w:sz w:val="16"/>
              </w:rPr>
              <w:t>Na soncu in v senci primerja občutek temperature ali varno meri temperaturo površine/zraka ter poudari enake pogoje.</w:t>
            </w:r>
          </w:p>
          <w:p w14:paraId="00538513" w14:textId="77777777" w:rsidR="00302D64" w:rsidRDefault="00000000">
            <w:pPr>
              <w:spacing w:after="20" w:line="245" w:lineRule="auto"/>
            </w:pPr>
            <w:r>
              <w:rPr>
                <w:b/>
                <w:color w:val="000000"/>
                <w:sz w:val="16"/>
              </w:rPr>
              <w:t xml:space="preserve">Dejavnost učencev: </w:t>
            </w:r>
            <w:r>
              <w:rPr>
                <w:color w:val="000000"/>
                <w:sz w:val="16"/>
              </w:rPr>
              <w:t>Napovejo, opazujejo ali merijo, primerjajo in pojasnijo pomen sence.</w:t>
            </w:r>
          </w:p>
          <w:p w14:paraId="1F24CB2C" w14:textId="77777777" w:rsidR="00302D64" w:rsidRDefault="00000000">
            <w:pPr>
              <w:spacing w:after="40" w:line="245" w:lineRule="auto"/>
            </w:pPr>
            <w:r>
              <w:rPr>
                <w:i/>
                <w:color w:val="D95BC6"/>
                <w:sz w:val="16"/>
              </w:rPr>
              <w:t>Predvideni dokaz: primerjalni zapis sonce–senca.</w:t>
            </w:r>
          </w:p>
          <w:p w14:paraId="61932356" w14:textId="77777777" w:rsidR="00302D64" w:rsidRDefault="00000000">
            <w:pPr>
              <w:keepNext/>
              <w:spacing w:before="60" w:after="20" w:line="245" w:lineRule="auto"/>
            </w:pPr>
            <w:r>
              <w:rPr>
                <w:b/>
                <w:color w:val="000000"/>
              </w:rPr>
              <w:t>3. URA – Kovček varnega poletja</w:t>
            </w:r>
          </w:p>
          <w:p w14:paraId="64BF85FD" w14:textId="77777777" w:rsidR="00302D64" w:rsidRDefault="00000000">
            <w:pPr>
              <w:spacing w:after="20" w:line="245" w:lineRule="auto"/>
            </w:pPr>
            <w:r>
              <w:rPr>
                <w:b/>
                <w:color w:val="000000"/>
                <w:sz w:val="16"/>
              </w:rPr>
              <w:t xml:space="preserve">Dejavnost učiteljice: </w:t>
            </w:r>
            <w:r>
              <w:rPr>
                <w:color w:val="000000"/>
                <w:sz w:val="16"/>
              </w:rPr>
              <w:t>Ponudi predmete in slike za sonce, vodo, nevihto, izlet ter hidracijo.</w:t>
            </w:r>
          </w:p>
          <w:p w14:paraId="22841C65" w14:textId="77777777" w:rsidR="00302D64" w:rsidRDefault="00000000">
            <w:pPr>
              <w:spacing w:after="20" w:line="245" w:lineRule="auto"/>
            </w:pPr>
            <w:r>
              <w:rPr>
                <w:b/>
                <w:color w:val="000000"/>
                <w:sz w:val="16"/>
              </w:rPr>
              <w:t xml:space="preserve">Dejavnost učencev: </w:t>
            </w:r>
            <w:r>
              <w:rPr>
                <w:color w:val="000000"/>
                <w:sz w:val="16"/>
              </w:rPr>
              <w:t>Izberejo potrebne predmete, odigrajo varno ravnanje in sestavijo osebni slikovni opomnik.</w:t>
            </w:r>
          </w:p>
          <w:p w14:paraId="41420E3B" w14:textId="77777777" w:rsidR="00302D64" w:rsidRDefault="00000000">
            <w:pPr>
              <w:spacing w:after="40" w:line="245" w:lineRule="auto"/>
            </w:pPr>
            <w:r>
              <w:rPr>
                <w:i/>
                <w:color w:val="D95BC6"/>
                <w:sz w:val="16"/>
              </w:rPr>
              <w:t>Predvideni dokaz: slikovni opomnik varnega poletja.</w:t>
            </w:r>
          </w:p>
          <w:tbl>
            <w:tblPr>
              <w:tblStyle w:val="Tabelamrea"/>
              <w:tblW w:w="0" w:type="auto"/>
              <w:jc w:val="center"/>
              <w:tblLayout w:type="fixed"/>
              <w:tblLook w:val="04A0" w:firstRow="1" w:lastRow="0" w:firstColumn="1" w:lastColumn="0" w:noHBand="0" w:noVBand="1"/>
            </w:tblPr>
            <w:tblGrid>
              <w:gridCol w:w="7087"/>
            </w:tblGrid>
            <w:tr w:rsidR="00302D64" w14:paraId="1D9F9809" w14:textId="77777777">
              <w:trPr>
                <w:jc w:val="center"/>
              </w:trPr>
              <w:tc>
                <w:tcPr>
                  <w:tcW w:w="7087" w:type="dxa"/>
                  <w:shd w:val="clear" w:color="auto" w:fill="EDC9EA"/>
                  <w:tcMar>
                    <w:top w:w="45" w:type="dxa"/>
                    <w:left w:w="70" w:type="dxa"/>
                    <w:bottom w:w="45" w:type="dxa"/>
                    <w:right w:w="70" w:type="dxa"/>
                  </w:tcMar>
                </w:tcPr>
                <w:p w14:paraId="1E28C879" w14:textId="77777777" w:rsidR="00302D64" w:rsidRDefault="00000000">
                  <w:pPr>
                    <w:keepNext/>
                  </w:pPr>
                  <w:r>
                    <w:rPr>
                      <w:b/>
                      <w:color w:val="000000"/>
                    </w:rPr>
                    <w:t>UČENJE PO ŠTIRIH POSTAJAH (6–8 min na postajo)</w:t>
                  </w:r>
                </w:p>
              </w:tc>
            </w:tr>
          </w:tbl>
          <w:p w14:paraId="0E984F17"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041ED337" w14:textId="77777777" w:rsidR="00302D64" w:rsidRDefault="00000000">
            <w:pPr>
              <w:spacing w:after="20" w:line="245" w:lineRule="auto"/>
            </w:pPr>
            <w:r>
              <w:rPr>
                <w:b/>
                <w:color w:val="000000"/>
                <w:sz w:val="16"/>
              </w:rPr>
              <w:t xml:space="preserve">RAZISKOVALNA POSTAJA – Poletna opazovalna pot: </w:t>
            </w:r>
            <w:r>
              <w:rPr>
                <w:color w:val="000000"/>
                <w:sz w:val="16"/>
              </w:rPr>
              <w:t>Zberejo tri dokaze poletja, jih zabeležijo in izberejo primerno ravnanje za ta dan.</w:t>
            </w:r>
          </w:p>
          <w:p w14:paraId="2D999EC0" w14:textId="77777777" w:rsidR="00302D64" w:rsidRDefault="00000000">
            <w:pPr>
              <w:spacing w:after="20" w:line="245" w:lineRule="auto"/>
            </w:pPr>
            <w:r>
              <w:rPr>
                <w:b/>
                <w:color w:val="000000"/>
                <w:sz w:val="16"/>
              </w:rPr>
              <w:t xml:space="preserve">PRAKTIČNA POSTAJA – Sonce in senca – primerjava: </w:t>
            </w:r>
            <w:r>
              <w:rPr>
                <w:color w:val="000000"/>
                <w:sz w:val="16"/>
              </w:rPr>
              <w:t>Napovejo, opazujejo ali merijo, primerjajo in pojasnijo pomen sence.</w:t>
            </w:r>
          </w:p>
          <w:p w14:paraId="796C074F" w14:textId="77777777" w:rsidR="00302D64" w:rsidRDefault="00000000">
            <w:pPr>
              <w:spacing w:after="20" w:line="245" w:lineRule="auto"/>
            </w:pPr>
            <w:r>
              <w:rPr>
                <w:b/>
                <w:color w:val="000000"/>
                <w:sz w:val="16"/>
              </w:rPr>
              <w:t xml:space="preserve">GIBALNO-SODELOVALNA POSTAJA – Kovček varnega poletja: </w:t>
            </w:r>
            <w:r>
              <w:rPr>
                <w:color w:val="000000"/>
                <w:sz w:val="16"/>
              </w:rPr>
              <w:t>Izberejo potrebne predmete, odigrajo varno ravnanje in sestavijo osebni slikovni opomnik.</w:t>
            </w:r>
          </w:p>
          <w:p w14:paraId="4061608E" w14:textId="77777777" w:rsidR="00302D64" w:rsidRDefault="00000000">
            <w:pPr>
              <w:spacing w:after="20" w:line="245" w:lineRule="auto"/>
            </w:pPr>
            <w:r>
              <w:rPr>
                <w:b/>
                <w:color w:val="000000"/>
                <w:sz w:val="16"/>
              </w:rPr>
              <w:t xml:space="preserve">POSTAJA DOKAZA IN REFLEKSIJE: </w:t>
            </w:r>
            <w:r>
              <w:rPr>
                <w:color w:val="000000"/>
                <w:sz w:val="16"/>
              </w:rPr>
              <w:t>Izberejo en dokaz (poletni opazovalni zapis, primerjalni zapis sonce–senca),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14FA6416" w14:textId="77777777">
              <w:trPr>
                <w:jc w:val="center"/>
              </w:trPr>
              <w:tc>
                <w:tcPr>
                  <w:tcW w:w="7087" w:type="dxa"/>
                  <w:shd w:val="clear" w:color="auto" w:fill="EDC9EA"/>
                  <w:tcMar>
                    <w:top w:w="45" w:type="dxa"/>
                    <w:left w:w="70" w:type="dxa"/>
                    <w:bottom w:w="45" w:type="dxa"/>
                    <w:right w:w="70" w:type="dxa"/>
                  </w:tcMar>
                </w:tcPr>
                <w:p w14:paraId="72C1EEFD" w14:textId="77777777" w:rsidR="00302D64" w:rsidRDefault="00000000">
                  <w:pPr>
                    <w:keepNext/>
                  </w:pPr>
                  <w:r>
                    <w:rPr>
                      <w:b/>
                      <w:color w:val="000000"/>
                    </w:rPr>
                    <w:t>POVRATNA INFORMACIJA UČITELJICE MED DELOM</w:t>
                  </w:r>
                </w:p>
              </w:tc>
            </w:tr>
          </w:tbl>
          <w:p w14:paraId="64DE635A" w14:textId="77777777" w:rsidR="00302D64" w:rsidRDefault="00302D64"/>
          <w:p w14:paraId="429658D9"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CDB5EEA" w14:textId="77777777" w:rsidR="00302D64" w:rsidRDefault="00302D64"/>
          <w:p w14:paraId="26D507EF" w14:textId="77777777" w:rsidR="00302D64" w:rsidRDefault="00000000">
            <w:pPr>
              <w:spacing w:after="20" w:line="245" w:lineRule="auto"/>
            </w:pPr>
            <w:r>
              <w:rPr>
                <w:b/>
                <w:color w:val="000000"/>
                <w:sz w:val="17"/>
              </w:rPr>
              <w:t>1. URA</w:t>
            </w:r>
          </w:p>
          <w:p w14:paraId="559E15E5" w14:textId="77777777" w:rsidR="00302D64" w:rsidRDefault="00000000">
            <w:pPr>
              <w:spacing w:after="40" w:line="245" w:lineRule="auto"/>
            </w:pPr>
            <w:r>
              <w:rPr>
                <w:color w:val="000000"/>
                <w:sz w:val="16"/>
              </w:rPr>
              <w:t>Zberejo tri dokaze poletja, jih zabeležijo in izberejo primerno ravnanje za ta dan.</w:t>
            </w:r>
          </w:p>
          <w:p w14:paraId="2CBAC344" w14:textId="77777777" w:rsidR="00302D64" w:rsidRDefault="00000000">
            <w:pPr>
              <w:spacing w:line="245" w:lineRule="auto"/>
            </w:pPr>
            <w:r>
              <w:rPr>
                <w:b/>
                <w:color w:val="D95BC6"/>
                <w:sz w:val="16"/>
              </w:rPr>
              <w:t>DOKAZ</w:t>
            </w:r>
          </w:p>
          <w:p w14:paraId="13E1CFB6" w14:textId="77777777" w:rsidR="00302D64" w:rsidRDefault="00000000">
            <w:pPr>
              <w:spacing w:after="60" w:line="245" w:lineRule="auto"/>
            </w:pPr>
            <w:r>
              <w:rPr>
                <w:color w:val="D95BC6"/>
                <w:sz w:val="16"/>
              </w:rPr>
              <w:t>poletni opazovalni zapis</w:t>
            </w:r>
          </w:p>
          <w:p w14:paraId="58EA41F2" w14:textId="77777777" w:rsidR="00302D64" w:rsidRDefault="00000000">
            <w:pPr>
              <w:spacing w:after="20" w:line="245" w:lineRule="auto"/>
            </w:pPr>
            <w:r>
              <w:rPr>
                <w:b/>
                <w:color w:val="000000"/>
                <w:sz w:val="17"/>
              </w:rPr>
              <w:t>2. URA</w:t>
            </w:r>
          </w:p>
          <w:p w14:paraId="2DF0D009" w14:textId="77777777" w:rsidR="00302D64" w:rsidRDefault="00000000">
            <w:pPr>
              <w:spacing w:after="40" w:line="245" w:lineRule="auto"/>
            </w:pPr>
            <w:r>
              <w:rPr>
                <w:color w:val="000000"/>
                <w:sz w:val="16"/>
              </w:rPr>
              <w:t>Napovejo, opazujejo ali merijo, primerjajo in pojasnijo pomen sence.</w:t>
            </w:r>
          </w:p>
          <w:p w14:paraId="0A69AB0F" w14:textId="77777777" w:rsidR="00302D64" w:rsidRDefault="00000000">
            <w:pPr>
              <w:spacing w:line="245" w:lineRule="auto"/>
            </w:pPr>
            <w:r>
              <w:rPr>
                <w:b/>
                <w:color w:val="D95BC6"/>
                <w:sz w:val="16"/>
              </w:rPr>
              <w:t>DOKAZ</w:t>
            </w:r>
          </w:p>
          <w:p w14:paraId="12D4245C" w14:textId="77777777" w:rsidR="00302D64" w:rsidRDefault="00000000">
            <w:pPr>
              <w:spacing w:after="60" w:line="245" w:lineRule="auto"/>
            </w:pPr>
            <w:r>
              <w:rPr>
                <w:color w:val="D95BC6"/>
                <w:sz w:val="16"/>
              </w:rPr>
              <w:t>primerjalni zapis sonce–senca</w:t>
            </w:r>
          </w:p>
          <w:p w14:paraId="6F83A2F4" w14:textId="77777777" w:rsidR="00302D64" w:rsidRDefault="00000000">
            <w:pPr>
              <w:spacing w:after="20" w:line="245" w:lineRule="auto"/>
            </w:pPr>
            <w:r>
              <w:rPr>
                <w:b/>
                <w:color w:val="000000"/>
                <w:sz w:val="17"/>
              </w:rPr>
              <w:t>3. URA</w:t>
            </w:r>
          </w:p>
          <w:p w14:paraId="280F5A10" w14:textId="77777777" w:rsidR="00302D64" w:rsidRDefault="00000000">
            <w:pPr>
              <w:spacing w:after="40" w:line="245" w:lineRule="auto"/>
            </w:pPr>
            <w:r>
              <w:rPr>
                <w:color w:val="000000"/>
                <w:sz w:val="16"/>
              </w:rPr>
              <w:t>Izberejo potrebne predmete, odigrajo varno ravnanje in sestavijo osebni slikovni opomnik.</w:t>
            </w:r>
          </w:p>
          <w:p w14:paraId="6FFECF2F" w14:textId="77777777" w:rsidR="00302D64" w:rsidRDefault="00000000">
            <w:pPr>
              <w:spacing w:line="245" w:lineRule="auto"/>
            </w:pPr>
            <w:r>
              <w:rPr>
                <w:b/>
                <w:color w:val="D95BC6"/>
                <w:sz w:val="16"/>
              </w:rPr>
              <w:t>DOKAZ</w:t>
            </w:r>
          </w:p>
          <w:p w14:paraId="1D5F20D5" w14:textId="77777777" w:rsidR="00302D64" w:rsidRDefault="00000000">
            <w:pPr>
              <w:spacing w:after="60" w:line="245" w:lineRule="auto"/>
            </w:pPr>
            <w:r>
              <w:rPr>
                <w:color w:val="D95BC6"/>
                <w:sz w:val="16"/>
              </w:rPr>
              <w:t>slikovni opomnik varnega poletja</w:t>
            </w:r>
          </w:p>
        </w:tc>
      </w:tr>
    </w:tbl>
    <w:p w14:paraId="467D0E55"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3CBB93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9B9F15"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B32B80D" w14:textId="77777777" w:rsidR="00302D64" w:rsidRDefault="00000000">
            <w:pPr>
              <w:jc w:val="center"/>
            </w:pPr>
            <w:r>
              <w:rPr>
                <w:b/>
                <w:color w:val="000000"/>
                <w:sz w:val="20"/>
              </w:rPr>
              <w:t>UČNE DEJAVNOSTI, METODE IN FORMATIVNO SPREMLJANJE</w:t>
            </w:r>
          </w:p>
        </w:tc>
      </w:tr>
      <w:tr w:rsidR="00302D64" w14:paraId="6836A9F9" w14:textId="77777777">
        <w:trPr>
          <w:tblHeader/>
          <w:jc w:val="center"/>
        </w:trPr>
        <w:tc>
          <w:tcPr>
            <w:tcW w:w="4422" w:type="dxa"/>
            <w:vMerge/>
            <w:tcMar>
              <w:top w:w="70" w:type="dxa"/>
              <w:left w:w="90" w:type="dxa"/>
              <w:bottom w:w="70" w:type="dxa"/>
              <w:right w:w="90" w:type="dxa"/>
            </w:tcMar>
            <w:vAlign w:val="center"/>
          </w:tcPr>
          <w:p w14:paraId="798E564A" w14:textId="77777777" w:rsidR="00302D64" w:rsidRDefault="00302D64"/>
        </w:tc>
        <w:tc>
          <w:tcPr>
            <w:tcW w:w="7087" w:type="dxa"/>
            <w:shd w:val="clear" w:color="auto" w:fill="FFFFFF"/>
            <w:tcMar>
              <w:top w:w="70" w:type="dxa"/>
              <w:left w:w="90" w:type="dxa"/>
              <w:bottom w:w="70" w:type="dxa"/>
              <w:right w:w="90" w:type="dxa"/>
            </w:tcMar>
            <w:vAlign w:val="center"/>
          </w:tcPr>
          <w:p w14:paraId="64913BC2"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AE6A74" w14:textId="77777777" w:rsidR="00302D64" w:rsidRDefault="00000000">
            <w:pPr>
              <w:jc w:val="center"/>
            </w:pPr>
            <w:r>
              <w:rPr>
                <w:b/>
                <w:color w:val="000000"/>
              </w:rPr>
              <w:t>UČENEC</w:t>
            </w:r>
          </w:p>
        </w:tc>
      </w:tr>
      <w:tr w:rsidR="00302D64" w14:paraId="4A3E7986" w14:textId="77777777">
        <w:trPr>
          <w:jc w:val="center"/>
        </w:trPr>
        <w:tc>
          <w:tcPr>
            <w:tcW w:w="4422" w:type="dxa"/>
            <w:tcMar>
              <w:top w:w="70" w:type="dxa"/>
              <w:left w:w="90" w:type="dxa"/>
              <w:bottom w:w="70" w:type="dxa"/>
              <w:right w:w="90" w:type="dxa"/>
            </w:tcMar>
          </w:tcPr>
          <w:p w14:paraId="14239A63" w14:textId="77777777" w:rsidR="00302D64" w:rsidRDefault="00302D64"/>
          <w:p w14:paraId="34E69524" w14:textId="77777777" w:rsidR="00302D64" w:rsidRDefault="00000000">
            <w:pPr>
              <w:spacing w:after="40" w:line="245" w:lineRule="auto"/>
            </w:pPr>
            <w:r>
              <w:rPr>
                <w:b/>
                <w:color w:val="000000"/>
              </w:rPr>
              <w:t>FORMATIVNO SPREMLJANJE</w:t>
            </w:r>
          </w:p>
          <w:p w14:paraId="0CF4635E" w14:textId="77777777" w:rsidR="00302D64" w:rsidRDefault="00000000">
            <w:pPr>
              <w:pStyle w:val="Oznaenseznam"/>
              <w:spacing w:after="16"/>
            </w:pPr>
            <w:r>
              <w:rPr>
                <w:color w:val="000000"/>
                <w:sz w:val="16"/>
              </w:rPr>
              <w:t>predznanje: začetni odgovor, razvrstitev ali prikaz</w:t>
            </w:r>
          </w:p>
          <w:p w14:paraId="1694C619" w14:textId="77777777" w:rsidR="00302D64" w:rsidRDefault="00000000">
            <w:pPr>
              <w:pStyle w:val="Oznaenseznam"/>
              <w:spacing w:after="16"/>
            </w:pPr>
            <w:r>
              <w:rPr>
                <w:color w:val="000000"/>
                <w:sz w:val="16"/>
              </w:rPr>
              <w:t>dokazi med učenjem: izvedba, skica, model, opazovalni zapis ali razlaga</w:t>
            </w:r>
          </w:p>
          <w:p w14:paraId="6480625B" w14:textId="77777777" w:rsidR="00302D64" w:rsidRDefault="00000000">
            <w:pPr>
              <w:pStyle w:val="Oznaenseznam"/>
              <w:spacing w:after="16"/>
            </w:pPr>
            <w:r>
              <w:rPr>
                <w:color w:val="000000"/>
                <w:sz w:val="16"/>
              </w:rPr>
              <w:t>povratna informacija: konkretna, vezana na kriterij in usmerjena v naslednji korak</w:t>
            </w:r>
          </w:p>
          <w:p w14:paraId="2C4A1C85" w14:textId="77777777" w:rsidR="00302D64" w:rsidRDefault="00000000">
            <w:pPr>
              <w:pStyle w:val="Oznaenseznam"/>
              <w:spacing w:after="16"/>
            </w:pPr>
            <w:r>
              <w:rPr>
                <w:color w:val="000000"/>
                <w:sz w:val="16"/>
              </w:rPr>
              <w:t>samovrednotenje: semafor, prsti, izbrani simbol ali kratka poved</w:t>
            </w:r>
          </w:p>
          <w:p w14:paraId="3234DD87" w14:textId="77777777" w:rsidR="00302D64" w:rsidRDefault="00000000">
            <w:pPr>
              <w:spacing w:before="40" w:after="20" w:line="245" w:lineRule="auto"/>
            </w:pPr>
            <w:r>
              <w:rPr>
                <w:b/>
                <w:color w:val="000000"/>
              </w:rPr>
              <w:t>VARNOST IN ODGOVORNOST</w:t>
            </w:r>
          </w:p>
          <w:p w14:paraId="31235B43" w14:textId="77777777" w:rsidR="00302D64" w:rsidRDefault="00000000">
            <w:pPr>
              <w:spacing w:after="60" w:line="245" w:lineRule="auto"/>
            </w:pPr>
            <w:r>
              <w:rPr>
                <w:color w:val="000000"/>
                <w:sz w:val="16"/>
              </w:rPr>
              <w:t>Zunanje dejavnosti potekajo v primernem času, s senco, vodo in zaščito; neposrednega gledanja v sonce ni.</w:t>
            </w:r>
          </w:p>
          <w:p w14:paraId="3470DD4D" w14:textId="77777777" w:rsidR="00302D64" w:rsidRDefault="00000000">
            <w:pPr>
              <w:spacing w:after="20" w:line="245" w:lineRule="auto"/>
            </w:pPr>
            <w:r>
              <w:rPr>
                <w:b/>
                <w:color w:val="000000"/>
              </w:rPr>
              <w:t>EVIDENCA PO IZVEDBI</w:t>
            </w:r>
          </w:p>
          <w:p w14:paraId="68E6A325"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730DA9EA"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FACB182" w14:textId="77777777">
              <w:trPr>
                <w:jc w:val="center"/>
              </w:trPr>
              <w:tc>
                <w:tcPr>
                  <w:tcW w:w="7087" w:type="dxa"/>
                  <w:shd w:val="clear" w:color="auto" w:fill="EDC9EA"/>
                  <w:tcMar>
                    <w:top w:w="45" w:type="dxa"/>
                    <w:left w:w="70" w:type="dxa"/>
                    <w:bottom w:w="45" w:type="dxa"/>
                    <w:right w:w="70" w:type="dxa"/>
                  </w:tcMar>
                </w:tcPr>
                <w:p w14:paraId="6E3C704A" w14:textId="77777777" w:rsidR="00302D64" w:rsidRDefault="00000000">
                  <w:pPr>
                    <w:keepNext/>
                  </w:pPr>
                  <w:r>
                    <w:rPr>
                      <w:b/>
                      <w:color w:val="000000"/>
                    </w:rPr>
                    <w:t>VPRAŠANJA V PODPORO UČENJU</w:t>
                  </w:r>
                </w:p>
              </w:tc>
            </w:tr>
          </w:tbl>
          <w:p w14:paraId="3F228DFC" w14:textId="77777777" w:rsidR="00302D64" w:rsidRDefault="00302D64">
            <w:pPr>
              <w:spacing w:line="20" w:lineRule="exact"/>
            </w:pPr>
          </w:p>
          <w:p w14:paraId="2BADDA82" w14:textId="77777777" w:rsidR="00302D64" w:rsidRDefault="00000000">
            <w:pPr>
              <w:pStyle w:val="Oznaenseznam"/>
              <w:spacing w:after="16"/>
            </w:pPr>
            <w:r>
              <w:rPr>
                <w:color w:val="000000"/>
                <w:sz w:val="16"/>
              </w:rPr>
              <w:t>Kaj si opazil/-a in kateri dokaz to pokaže?</w:t>
            </w:r>
          </w:p>
          <w:p w14:paraId="47A47E86" w14:textId="77777777" w:rsidR="00302D64" w:rsidRDefault="00000000">
            <w:pPr>
              <w:pStyle w:val="Oznaenseznam"/>
              <w:spacing w:after="16"/>
            </w:pPr>
            <w:r>
              <w:rPr>
                <w:color w:val="000000"/>
                <w:sz w:val="16"/>
              </w:rPr>
              <w:t>Kako si prišel/-la do svoje odločitve?</w:t>
            </w:r>
          </w:p>
          <w:p w14:paraId="0C96B798" w14:textId="77777777" w:rsidR="00302D64" w:rsidRDefault="00000000">
            <w:pPr>
              <w:pStyle w:val="Oznaenseznam"/>
              <w:spacing w:after="16"/>
            </w:pPr>
            <w:r>
              <w:rPr>
                <w:color w:val="000000"/>
                <w:sz w:val="16"/>
              </w:rPr>
              <w:t>Kaj si pri ponovnem poskusu ohranil/-a enako in kaj spremenil/-a?</w:t>
            </w:r>
          </w:p>
          <w:p w14:paraId="0D0DFEB0" w14:textId="77777777" w:rsidR="00302D64" w:rsidRDefault="00000000">
            <w:pPr>
              <w:pStyle w:val="Oznaenseznam"/>
              <w:spacing w:after="16"/>
            </w:pPr>
            <w:r>
              <w:rPr>
                <w:color w:val="000000"/>
                <w:sz w:val="16"/>
              </w:rPr>
              <w:t>Kateri kriterij že dosegaš? Kaj bo tvoj naslednji korak?</w:t>
            </w:r>
          </w:p>
          <w:p w14:paraId="6CF06FD0"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64E1B07B" w14:textId="77777777">
              <w:trPr>
                <w:jc w:val="center"/>
              </w:trPr>
              <w:tc>
                <w:tcPr>
                  <w:tcW w:w="7087" w:type="dxa"/>
                  <w:shd w:val="clear" w:color="auto" w:fill="C6E7F3"/>
                  <w:tcMar>
                    <w:top w:w="45" w:type="dxa"/>
                    <w:left w:w="70" w:type="dxa"/>
                    <w:bottom w:w="45" w:type="dxa"/>
                    <w:right w:w="70" w:type="dxa"/>
                  </w:tcMar>
                </w:tcPr>
                <w:p w14:paraId="5EFE8282" w14:textId="77777777" w:rsidR="00302D64" w:rsidRDefault="00000000">
                  <w:pPr>
                    <w:keepNext/>
                  </w:pPr>
                  <w:r>
                    <w:rPr>
                      <w:b/>
                      <w:color w:val="000000"/>
                    </w:rPr>
                    <w:t>ZAKLJUČNI DEL – UTRJEVANJE IN REFLEKSIJA (10–15 min)</w:t>
                  </w:r>
                </w:p>
              </w:tc>
            </w:tr>
          </w:tbl>
          <w:p w14:paraId="413C572B" w14:textId="77777777" w:rsidR="00302D64" w:rsidRDefault="00302D64">
            <w:pPr>
              <w:spacing w:line="20" w:lineRule="exact"/>
            </w:pPr>
          </w:p>
          <w:p w14:paraId="42E8E975"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4BE12926" w14:textId="77777777">
              <w:trPr>
                <w:jc w:val="center"/>
              </w:trPr>
              <w:tc>
                <w:tcPr>
                  <w:tcW w:w="7087" w:type="dxa"/>
                  <w:shd w:val="clear" w:color="auto" w:fill="EDC9EA"/>
                  <w:tcMar>
                    <w:top w:w="45" w:type="dxa"/>
                    <w:left w:w="70" w:type="dxa"/>
                    <w:bottom w:w="45" w:type="dxa"/>
                    <w:right w:w="70" w:type="dxa"/>
                  </w:tcMar>
                </w:tcPr>
                <w:p w14:paraId="7C51095D" w14:textId="77777777" w:rsidR="00302D64" w:rsidRDefault="00000000">
                  <w:pPr>
                    <w:keepNext/>
                  </w:pPr>
                  <w:r>
                    <w:rPr>
                      <w:b/>
                      <w:color w:val="000000"/>
                    </w:rPr>
                    <w:t>SAMOVREDNOTENJE</w:t>
                  </w:r>
                </w:p>
              </w:tc>
            </w:tr>
          </w:tbl>
          <w:p w14:paraId="17F47418" w14:textId="77777777" w:rsidR="00302D64" w:rsidRDefault="00302D64">
            <w:pPr>
              <w:spacing w:line="20" w:lineRule="exact"/>
            </w:pPr>
          </w:p>
          <w:p w14:paraId="181675AB"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71A9C026" w14:textId="77777777">
              <w:trPr>
                <w:jc w:val="center"/>
              </w:trPr>
              <w:tc>
                <w:tcPr>
                  <w:tcW w:w="7087" w:type="dxa"/>
                  <w:shd w:val="clear" w:color="auto" w:fill="EDC9EA"/>
                  <w:tcMar>
                    <w:top w:w="45" w:type="dxa"/>
                    <w:left w:w="70" w:type="dxa"/>
                    <w:bottom w:w="45" w:type="dxa"/>
                    <w:right w:w="70" w:type="dxa"/>
                  </w:tcMar>
                </w:tcPr>
                <w:p w14:paraId="30ACD665" w14:textId="77777777" w:rsidR="00302D64" w:rsidRDefault="00000000">
                  <w:pPr>
                    <w:keepNext/>
                  </w:pPr>
                  <w:r>
                    <w:rPr>
                      <w:b/>
                      <w:color w:val="000000"/>
                    </w:rPr>
                    <w:t>VRSTNIŠKO VREDNOTENJE</w:t>
                  </w:r>
                </w:p>
              </w:tc>
            </w:tr>
          </w:tbl>
          <w:p w14:paraId="183D5B62" w14:textId="77777777" w:rsidR="00302D64" w:rsidRDefault="00302D64">
            <w:pPr>
              <w:spacing w:line="20" w:lineRule="exact"/>
            </w:pPr>
          </w:p>
          <w:p w14:paraId="04E76F89"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6A57D24B" w14:textId="77777777">
              <w:trPr>
                <w:jc w:val="center"/>
              </w:trPr>
              <w:tc>
                <w:tcPr>
                  <w:tcW w:w="7087" w:type="dxa"/>
                  <w:shd w:val="clear" w:color="auto" w:fill="EDC9EA"/>
                  <w:tcMar>
                    <w:top w:w="45" w:type="dxa"/>
                    <w:left w:w="70" w:type="dxa"/>
                    <w:bottom w:w="45" w:type="dxa"/>
                    <w:right w:w="70" w:type="dxa"/>
                  </w:tcMar>
                </w:tcPr>
                <w:p w14:paraId="3DAE7F56" w14:textId="77777777" w:rsidR="00302D64" w:rsidRDefault="00000000">
                  <w:pPr>
                    <w:keepNext/>
                  </w:pPr>
                  <w:r>
                    <w:rPr>
                      <w:b/>
                      <w:color w:val="000000"/>
                    </w:rPr>
                    <w:t>SKUPNI POVZETEK</w:t>
                  </w:r>
                </w:p>
              </w:tc>
            </w:tr>
          </w:tbl>
          <w:p w14:paraId="462B6F19" w14:textId="77777777" w:rsidR="00302D64" w:rsidRDefault="00302D64"/>
          <w:p w14:paraId="0B51E27C" w14:textId="77777777" w:rsidR="00302D64" w:rsidRDefault="00000000">
            <w:pPr>
              <w:spacing w:before="20" w:after="40" w:line="245" w:lineRule="auto"/>
            </w:pPr>
            <w:r>
              <w:rPr>
                <w:b/>
                <w:color w:val="000000"/>
                <w:sz w:val="17"/>
              </w:rPr>
              <w:t>Poletje prepoznam po vremenu in spremembah živih bitij. Pred soncem, vročino in nevarnostmi ob vodi se ustrezno zaščitim.</w:t>
            </w:r>
          </w:p>
        </w:tc>
        <w:tc>
          <w:tcPr>
            <w:tcW w:w="2551" w:type="dxa"/>
            <w:tcMar>
              <w:top w:w="70" w:type="dxa"/>
              <w:left w:w="90" w:type="dxa"/>
              <w:bottom w:w="70" w:type="dxa"/>
              <w:right w:w="90" w:type="dxa"/>
            </w:tcMar>
          </w:tcPr>
          <w:p w14:paraId="5F6A5EB3" w14:textId="77777777" w:rsidR="00302D64" w:rsidRDefault="00302D64"/>
          <w:p w14:paraId="0EBFE6F3" w14:textId="77777777" w:rsidR="00302D64" w:rsidRDefault="00000000">
            <w:pPr>
              <w:spacing w:after="100" w:line="245" w:lineRule="auto"/>
            </w:pPr>
            <w:r>
              <w:rPr>
                <w:color w:val="000000"/>
                <w:sz w:val="16"/>
              </w:rPr>
              <w:t>Odgovarja na podporna vprašanja in se sklicuje na svoj dokaz.</w:t>
            </w:r>
          </w:p>
          <w:p w14:paraId="730BBDA8" w14:textId="77777777" w:rsidR="00302D64" w:rsidRDefault="00000000">
            <w:pPr>
              <w:spacing w:after="100" w:line="245" w:lineRule="auto"/>
            </w:pPr>
            <w:r>
              <w:rPr>
                <w:color w:val="000000"/>
                <w:sz w:val="16"/>
              </w:rPr>
              <w:t>Primerja začetno zamisel z ugotovitvijo ter pove ali pokaže, kaj se je naučil/-a.</w:t>
            </w:r>
          </w:p>
          <w:p w14:paraId="2477DDE1" w14:textId="77777777" w:rsidR="00302D64" w:rsidRDefault="00000000">
            <w:pPr>
              <w:spacing w:after="100" w:line="245" w:lineRule="auto"/>
            </w:pPr>
            <w:r>
              <w:rPr>
                <w:color w:val="000000"/>
                <w:sz w:val="16"/>
              </w:rPr>
              <w:t>Izbere raven doseganja in določi naslednji korak.</w:t>
            </w:r>
          </w:p>
          <w:p w14:paraId="2587C05B" w14:textId="77777777" w:rsidR="00302D64" w:rsidRDefault="00000000">
            <w:pPr>
              <w:spacing w:after="100" w:line="245" w:lineRule="auto"/>
            </w:pPr>
            <w:r>
              <w:rPr>
                <w:color w:val="000000"/>
                <w:sz w:val="16"/>
              </w:rPr>
              <w:t>Sošolcu poda prijazen, konkreten odziv.</w:t>
            </w:r>
          </w:p>
          <w:p w14:paraId="63EB1EB3" w14:textId="77777777" w:rsidR="00302D64" w:rsidRDefault="00000000">
            <w:pPr>
              <w:spacing w:after="20" w:line="245" w:lineRule="auto"/>
            </w:pPr>
            <w:r>
              <w:rPr>
                <w:b/>
                <w:color w:val="D95BC6"/>
                <w:sz w:val="17"/>
              </w:rPr>
              <w:t>DOKAZ O UČENJU</w:t>
            </w:r>
          </w:p>
          <w:p w14:paraId="4E05A958" w14:textId="77777777" w:rsidR="00302D64" w:rsidRDefault="00000000">
            <w:pPr>
              <w:spacing w:after="30" w:line="245" w:lineRule="auto"/>
            </w:pPr>
            <w:r>
              <w:rPr>
                <w:color w:val="D95BC6"/>
                <w:sz w:val="16"/>
              </w:rPr>
              <w:t>izvedba ali izdelek, razlaga, samovrednotenje in odziv na povratno informacijo</w:t>
            </w:r>
          </w:p>
        </w:tc>
      </w:tr>
    </w:tbl>
    <w:p w14:paraId="59C8DA60"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7034EAA3" w14:textId="77777777">
        <w:trPr>
          <w:cantSplit/>
          <w:jc w:val="center"/>
        </w:trPr>
        <w:tc>
          <w:tcPr>
            <w:tcW w:w="14060" w:type="dxa"/>
            <w:gridSpan w:val="6"/>
            <w:tcMar>
              <w:top w:w="70" w:type="dxa"/>
              <w:left w:w="90" w:type="dxa"/>
              <w:bottom w:w="70" w:type="dxa"/>
              <w:right w:w="90" w:type="dxa"/>
            </w:tcMar>
            <w:vAlign w:val="center"/>
          </w:tcPr>
          <w:p w14:paraId="096E86C5" w14:textId="77777777" w:rsidR="00302D64" w:rsidRDefault="00000000">
            <w:pPr>
              <w:jc w:val="center"/>
            </w:pPr>
            <w:r>
              <w:rPr>
                <w:b/>
                <w:color w:val="000000"/>
                <w:sz w:val="24"/>
              </w:rPr>
              <w:lastRenderedPageBreak/>
              <w:t>UČNA PRIPRAVA 37/39</w:t>
            </w:r>
          </w:p>
        </w:tc>
      </w:tr>
      <w:tr w:rsidR="00302D64" w14:paraId="3C16E252" w14:textId="77777777">
        <w:trPr>
          <w:jc w:val="center"/>
        </w:trPr>
        <w:tc>
          <w:tcPr>
            <w:tcW w:w="2665" w:type="dxa"/>
            <w:tcMar>
              <w:top w:w="70" w:type="dxa"/>
              <w:left w:w="90" w:type="dxa"/>
              <w:bottom w:w="70" w:type="dxa"/>
              <w:right w:w="90" w:type="dxa"/>
            </w:tcMar>
            <w:vAlign w:val="center"/>
          </w:tcPr>
          <w:p w14:paraId="391A5C76"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359EE6A"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6C1C2049"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E0F912D" w14:textId="77777777" w:rsidR="00302D64" w:rsidRDefault="00000000">
            <w:r>
              <w:rPr>
                <w:b/>
                <w:color w:val="000000"/>
                <w:sz w:val="16"/>
              </w:rPr>
              <w:t xml:space="preserve">NAČRTOVANI TERMIN: </w:t>
            </w:r>
            <w:r>
              <w:rPr>
                <w:color w:val="000000"/>
                <w:sz w:val="16"/>
              </w:rPr>
              <w:t>37. teden • 7.–11. 6. 2027</w:t>
            </w:r>
          </w:p>
        </w:tc>
        <w:tc>
          <w:tcPr>
            <w:tcW w:w="2268" w:type="dxa"/>
            <w:tcMar>
              <w:top w:w="70" w:type="dxa"/>
              <w:left w:w="90" w:type="dxa"/>
              <w:bottom w:w="70" w:type="dxa"/>
              <w:right w:w="90" w:type="dxa"/>
            </w:tcMar>
            <w:vAlign w:val="center"/>
          </w:tcPr>
          <w:p w14:paraId="06411A2F"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A961E59" w14:textId="77777777" w:rsidR="00302D64" w:rsidRDefault="00000000">
            <w:r>
              <w:rPr>
                <w:b/>
                <w:color w:val="000000"/>
                <w:sz w:val="16"/>
              </w:rPr>
              <w:t xml:space="preserve">ŠTEVILO UR: </w:t>
            </w:r>
            <w:r>
              <w:rPr>
                <w:color w:val="000000"/>
                <w:sz w:val="16"/>
              </w:rPr>
              <w:t>3</w:t>
            </w:r>
          </w:p>
        </w:tc>
      </w:tr>
      <w:tr w:rsidR="00302D64" w14:paraId="5FD13515" w14:textId="77777777">
        <w:trPr>
          <w:jc w:val="center"/>
        </w:trPr>
        <w:tc>
          <w:tcPr>
            <w:tcW w:w="14061" w:type="dxa"/>
            <w:gridSpan w:val="6"/>
            <w:tcMar>
              <w:top w:w="70" w:type="dxa"/>
              <w:left w:w="90" w:type="dxa"/>
              <w:bottom w:w="70" w:type="dxa"/>
              <w:right w:w="90" w:type="dxa"/>
            </w:tcMar>
            <w:vAlign w:val="center"/>
          </w:tcPr>
          <w:p w14:paraId="54F54126" w14:textId="77777777" w:rsidR="00302D64" w:rsidRDefault="00000000">
            <w:r>
              <w:t>TIP UČNE URE: obravnava, izkušenjsko raziskovanje, učenje po postajah, utrjevanje in formativno spremljanje</w:t>
            </w:r>
          </w:p>
        </w:tc>
      </w:tr>
      <w:tr w:rsidR="00302D64" w14:paraId="7C7EF08E" w14:textId="77777777">
        <w:trPr>
          <w:cantSplit/>
          <w:jc w:val="center"/>
        </w:trPr>
        <w:tc>
          <w:tcPr>
            <w:tcW w:w="14060" w:type="dxa"/>
            <w:gridSpan w:val="6"/>
            <w:tcMar>
              <w:top w:w="70" w:type="dxa"/>
              <w:left w:w="90" w:type="dxa"/>
              <w:bottom w:w="70" w:type="dxa"/>
              <w:right w:w="90" w:type="dxa"/>
            </w:tcMar>
            <w:vAlign w:val="center"/>
          </w:tcPr>
          <w:p w14:paraId="77EE3E24" w14:textId="77777777" w:rsidR="00302D64" w:rsidRDefault="00302D64"/>
          <w:p w14:paraId="09D2F147" w14:textId="77777777" w:rsidR="00302D64" w:rsidRDefault="00000000">
            <w:pPr>
              <w:spacing w:line="245" w:lineRule="auto"/>
            </w:pPr>
            <w:r>
              <w:rPr>
                <w:b/>
                <w:color w:val="000000"/>
                <w:sz w:val="17"/>
              </w:rPr>
              <w:t xml:space="preserve">UČNI SKLOP: </w:t>
            </w:r>
            <w:r>
              <w:rPr>
                <w:color w:val="000000"/>
                <w:sz w:val="17"/>
              </w:rPr>
              <w:t>POLETJE, SKUPNOST IN ZAKLJUČEK</w:t>
            </w:r>
          </w:p>
        </w:tc>
      </w:tr>
      <w:tr w:rsidR="00302D64" w14:paraId="64C5B9F1" w14:textId="77777777">
        <w:trPr>
          <w:cantSplit/>
          <w:jc w:val="center"/>
        </w:trPr>
        <w:tc>
          <w:tcPr>
            <w:tcW w:w="14060" w:type="dxa"/>
            <w:gridSpan w:val="6"/>
            <w:tcMar>
              <w:top w:w="70" w:type="dxa"/>
              <w:left w:w="90" w:type="dxa"/>
              <w:bottom w:w="70" w:type="dxa"/>
              <w:right w:w="90" w:type="dxa"/>
            </w:tcMar>
            <w:vAlign w:val="center"/>
          </w:tcPr>
          <w:p w14:paraId="2CDF6788" w14:textId="77777777" w:rsidR="00302D64" w:rsidRDefault="00302D64"/>
          <w:p w14:paraId="11938E45" w14:textId="77777777" w:rsidR="00302D64" w:rsidRDefault="00000000">
            <w:pPr>
              <w:spacing w:line="245" w:lineRule="auto"/>
            </w:pPr>
            <w:r>
              <w:rPr>
                <w:b/>
                <w:color w:val="000000"/>
                <w:sz w:val="17"/>
              </w:rPr>
              <w:t xml:space="preserve">UČNA TEMA: </w:t>
            </w:r>
            <w:r>
              <w:rPr>
                <w:color w:val="000000"/>
                <w:sz w:val="17"/>
              </w:rPr>
              <w:t>SKRB ZA OKOLJE</w:t>
            </w:r>
          </w:p>
        </w:tc>
      </w:tr>
      <w:tr w:rsidR="00302D64" w14:paraId="68152B0D" w14:textId="77777777">
        <w:trPr>
          <w:cantSplit/>
          <w:jc w:val="center"/>
        </w:trPr>
        <w:tc>
          <w:tcPr>
            <w:tcW w:w="14060" w:type="dxa"/>
            <w:gridSpan w:val="6"/>
            <w:tcMar>
              <w:top w:w="70" w:type="dxa"/>
              <w:left w:w="90" w:type="dxa"/>
              <w:bottom w:w="70" w:type="dxa"/>
              <w:right w:w="90" w:type="dxa"/>
            </w:tcMar>
            <w:vAlign w:val="center"/>
          </w:tcPr>
          <w:p w14:paraId="107B3A54" w14:textId="77777777" w:rsidR="00302D64" w:rsidRDefault="00302D64"/>
          <w:p w14:paraId="627971F2" w14:textId="77777777" w:rsidR="00302D64" w:rsidRDefault="00000000">
            <w:pPr>
              <w:spacing w:line="245" w:lineRule="auto"/>
            </w:pPr>
            <w:r>
              <w:rPr>
                <w:b/>
                <w:color w:val="000000"/>
                <w:sz w:val="17"/>
              </w:rPr>
              <w:t xml:space="preserve">KNJIŽEVNO IZHODIŠČE IN MOTIV: </w:t>
            </w:r>
            <w:r>
              <w:rPr>
                <w:color w:val="000000"/>
                <w:sz w:val="17"/>
              </w:rPr>
              <w:t>»Zakaj?« – Lila Prap • NADALJEVANJE • okoljska vprašanja, ponovna uporaba in ustvarjalne rešitve</w:t>
            </w:r>
          </w:p>
        </w:tc>
      </w:tr>
      <w:tr w:rsidR="00302D64" w14:paraId="3E421A2E" w14:textId="77777777">
        <w:trPr>
          <w:cantSplit/>
          <w:jc w:val="center"/>
        </w:trPr>
        <w:tc>
          <w:tcPr>
            <w:tcW w:w="14060" w:type="dxa"/>
            <w:gridSpan w:val="6"/>
            <w:tcMar>
              <w:top w:w="70" w:type="dxa"/>
              <w:left w:w="90" w:type="dxa"/>
              <w:bottom w:w="70" w:type="dxa"/>
              <w:right w:w="90" w:type="dxa"/>
            </w:tcMar>
            <w:vAlign w:val="center"/>
          </w:tcPr>
          <w:p w14:paraId="0F217F45" w14:textId="77777777" w:rsidR="00302D64" w:rsidRDefault="00302D64"/>
          <w:p w14:paraId="131C42FA" w14:textId="77777777" w:rsidR="00302D64" w:rsidRDefault="00000000">
            <w:pPr>
              <w:spacing w:line="245" w:lineRule="auto"/>
            </w:pPr>
            <w:r>
              <w:rPr>
                <w:b/>
                <w:color w:val="000000"/>
                <w:sz w:val="17"/>
              </w:rPr>
              <w:t xml:space="preserve">UČNE ENOTE: </w:t>
            </w:r>
            <w:r>
              <w:rPr>
                <w:color w:val="000000"/>
                <w:sz w:val="17"/>
              </w:rPr>
              <w:t>1. ura – Mali pregled odpadkov • 2. ura – Izboljšajmo prostor • 3. ura – Ocenjevalni pogovor o napredku</w:t>
            </w:r>
          </w:p>
        </w:tc>
      </w:tr>
      <w:tr w:rsidR="00302D64" w14:paraId="773905B5" w14:textId="77777777">
        <w:trPr>
          <w:cantSplit/>
          <w:jc w:val="center"/>
        </w:trPr>
        <w:tc>
          <w:tcPr>
            <w:tcW w:w="14060" w:type="dxa"/>
            <w:gridSpan w:val="6"/>
            <w:tcMar>
              <w:top w:w="70" w:type="dxa"/>
              <w:left w:w="90" w:type="dxa"/>
              <w:bottom w:w="70" w:type="dxa"/>
              <w:right w:w="90" w:type="dxa"/>
            </w:tcMar>
            <w:vAlign w:val="center"/>
          </w:tcPr>
          <w:p w14:paraId="08F33ABE" w14:textId="77777777" w:rsidR="00302D64" w:rsidRDefault="00302D64"/>
          <w:p w14:paraId="7621514E"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6F9A4893" w14:textId="77777777">
        <w:trPr>
          <w:cantSplit/>
          <w:jc w:val="center"/>
        </w:trPr>
        <w:tc>
          <w:tcPr>
            <w:tcW w:w="14060" w:type="dxa"/>
            <w:gridSpan w:val="6"/>
            <w:tcMar>
              <w:top w:w="70" w:type="dxa"/>
              <w:left w:w="90" w:type="dxa"/>
              <w:bottom w:w="70" w:type="dxa"/>
              <w:right w:w="90" w:type="dxa"/>
            </w:tcMar>
            <w:vAlign w:val="center"/>
          </w:tcPr>
          <w:p w14:paraId="619CF201" w14:textId="77777777" w:rsidR="00302D64" w:rsidRDefault="00302D64"/>
          <w:p w14:paraId="5CFCF6F0"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745C53BF" w14:textId="77777777">
        <w:trPr>
          <w:cantSplit/>
          <w:jc w:val="center"/>
        </w:trPr>
        <w:tc>
          <w:tcPr>
            <w:tcW w:w="14060" w:type="dxa"/>
            <w:gridSpan w:val="6"/>
            <w:tcMar>
              <w:top w:w="70" w:type="dxa"/>
              <w:left w:w="90" w:type="dxa"/>
              <w:bottom w:w="70" w:type="dxa"/>
              <w:right w:w="90" w:type="dxa"/>
            </w:tcMar>
            <w:vAlign w:val="center"/>
          </w:tcPr>
          <w:p w14:paraId="0CDF251E" w14:textId="77777777" w:rsidR="00302D64" w:rsidRDefault="00302D64"/>
          <w:p w14:paraId="679FB129"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5401FBD6" w14:textId="77777777">
        <w:trPr>
          <w:cantSplit/>
          <w:jc w:val="center"/>
        </w:trPr>
        <w:tc>
          <w:tcPr>
            <w:tcW w:w="14060" w:type="dxa"/>
            <w:gridSpan w:val="6"/>
            <w:tcMar>
              <w:top w:w="70" w:type="dxa"/>
              <w:left w:w="90" w:type="dxa"/>
              <w:bottom w:w="70" w:type="dxa"/>
              <w:right w:w="90" w:type="dxa"/>
            </w:tcMar>
            <w:vAlign w:val="center"/>
          </w:tcPr>
          <w:p w14:paraId="1505CF22" w14:textId="77777777" w:rsidR="00302D64" w:rsidRDefault="00302D64"/>
          <w:p w14:paraId="1AE811DD" w14:textId="77777777" w:rsidR="00302D64" w:rsidRDefault="00000000">
            <w:pPr>
              <w:spacing w:line="245" w:lineRule="auto"/>
            </w:pPr>
            <w:r>
              <w:rPr>
                <w:b/>
                <w:color w:val="000000"/>
                <w:sz w:val="17"/>
              </w:rPr>
              <w:t xml:space="preserve">MEDPREDMETNE POVEZAVE: </w:t>
            </w:r>
            <w:r>
              <w:rPr>
                <w:color w:val="000000"/>
                <w:sz w:val="17"/>
              </w:rPr>
              <w:t>MAT – prikaz podatkov; LUM/TEHNIKA – izboljšava prostora; SLJ – predstavitev dokaza; DRUŽBENA ODGOVORNOST – skupni prostor</w:t>
            </w:r>
          </w:p>
        </w:tc>
      </w:tr>
      <w:tr w:rsidR="00302D64" w14:paraId="275855A7" w14:textId="77777777">
        <w:trPr>
          <w:cantSplit/>
          <w:jc w:val="center"/>
        </w:trPr>
        <w:tc>
          <w:tcPr>
            <w:tcW w:w="14060" w:type="dxa"/>
            <w:gridSpan w:val="6"/>
            <w:tcMar>
              <w:top w:w="70" w:type="dxa"/>
              <w:left w:w="90" w:type="dxa"/>
              <w:bottom w:w="70" w:type="dxa"/>
              <w:right w:w="90" w:type="dxa"/>
            </w:tcMar>
            <w:vAlign w:val="center"/>
          </w:tcPr>
          <w:p w14:paraId="6B27358E" w14:textId="77777777" w:rsidR="00302D64" w:rsidRDefault="00302D64"/>
          <w:p w14:paraId="5A3E693E" w14:textId="77777777" w:rsidR="00302D64" w:rsidRDefault="00000000">
            <w:pPr>
              <w:spacing w:line="245" w:lineRule="auto"/>
            </w:pPr>
            <w:r>
              <w:rPr>
                <w:b/>
                <w:color w:val="000000"/>
                <w:sz w:val="17"/>
              </w:rPr>
              <w:t xml:space="preserve">UČNA SREDSTVA IN PRIPOMOČKI: </w:t>
            </w:r>
            <w:r>
              <w:rPr>
                <w:color w:val="000000"/>
                <w:sz w:val="17"/>
              </w:rPr>
              <w:t>Zakaj?, čisti vzorci odpadkov, rokavice in prijemalke, slikovni zabojniki, piktogrami za prikaz podatkov, material za izboljšavo, mapa dosežkov, kartica pogovora</w:t>
            </w:r>
          </w:p>
        </w:tc>
      </w:tr>
      <w:tr w:rsidR="00302D64" w14:paraId="04C1B3AD" w14:textId="77777777">
        <w:trPr>
          <w:cantSplit/>
          <w:jc w:val="center"/>
        </w:trPr>
        <w:tc>
          <w:tcPr>
            <w:tcW w:w="14060" w:type="dxa"/>
            <w:gridSpan w:val="6"/>
            <w:tcMar>
              <w:top w:w="70" w:type="dxa"/>
              <w:left w:w="90" w:type="dxa"/>
              <w:bottom w:w="70" w:type="dxa"/>
              <w:right w:w="90" w:type="dxa"/>
            </w:tcMar>
            <w:vAlign w:val="center"/>
          </w:tcPr>
          <w:p w14:paraId="02DAB140" w14:textId="77777777" w:rsidR="00302D64" w:rsidRDefault="00302D64"/>
          <w:p w14:paraId="1ACEA5F7"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101AD818" w14:textId="77777777">
        <w:trPr>
          <w:cantSplit/>
          <w:jc w:val="center"/>
        </w:trPr>
        <w:tc>
          <w:tcPr>
            <w:tcW w:w="14060" w:type="dxa"/>
            <w:gridSpan w:val="6"/>
            <w:tcMar>
              <w:top w:w="70" w:type="dxa"/>
              <w:left w:w="90" w:type="dxa"/>
              <w:bottom w:w="70" w:type="dxa"/>
              <w:right w:w="90" w:type="dxa"/>
            </w:tcMar>
            <w:vAlign w:val="center"/>
          </w:tcPr>
          <w:p w14:paraId="1616AE25" w14:textId="77777777" w:rsidR="00302D64" w:rsidRDefault="00302D64"/>
          <w:p w14:paraId="7F23810D" w14:textId="77777777" w:rsidR="00302D64" w:rsidRDefault="00000000">
            <w:pPr>
              <w:spacing w:line="245" w:lineRule="auto"/>
            </w:pPr>
            <w:r>
              <w:rPr>
                <w:b/>
                <w:color w:val="000000"/>
                <w:sz w:val="16"/>
              </w:rPr>
              <w:t xml:space="preserve">OCENJEVANJE / DAN DEJAVNOSTI: </w:t>
            </w:r>
            <w:r>
              <w:rPr>
                <w:color w:val="000000"/>
                <w:sz w:val="16"/>
              </w:rPr>
              <w:t>OCENJEVANJE 5: izbor dokazov iz mape dosežkov in kratek pogovor o osebnem napredku</w:t>
            </w:r>
          </w:p>
        </w:tc>
      </w:tr>
      <w:tr w:rsidR="00302D64" w14:paraId="7CF9997A" w14:textId="77777777">
        <w:trPr>
          <w:cantSplit/>
          <w:jc w:val="center"/>
        </w:trPr>
        <w:tc>
          <w:tcPr>
            <w:tcW w:w="14060" w:type="dxa"/>
            <w:gridSpan w:val="6"/>
            <w:tcMar>
              <w:top w:w="70" w:type="dxa"/>
              <w:left w:w="90" w:type="dxa"/>
              <w:bottom w:w="70" w:type="dxa"/>
              <w:right w:w="90" w:type="dxa"/>
            </w:tcMar>
            <w:vAlign w:val="center"/>
          </w:tcPr>
          <w:p w14:paraId="70E0DAAC" w14:textId="77777777" w:rsidR="00302D64" w:rsidRDefault="00302D64"/>
          <w:p w14:paraId="7D31DD09" w14:textId="77777777" w:rsidR="00302D64" w:rsidRDefault="00000000">
            <w:pPr>
              <w:spacing w:line="245" w:lineRule="auto"/>
            </w:pPr>
            <w:r>
              <w:rPr>
                <w:b/>
                <w:color w:val="000000"/>
                <w:sz w:val="16"/>
              </w:rPr>
              <w:t xml:space="preserve">VARNOST: </w:t>
            </w:r>
            <w:r>
              <w:rPr>
                <w:color w:val="000000"/>
                <w:sz w:val="16"/>
              </w:rPr>
              <w:t>Pregledujejo se le čisti in varni odpadki; nevarnih, ostrih ali higiensko spornih predmetov učenci ne prijemajo.</w:t>
            </w:r>
          </w:p>
        </w:tc>
      </w:tr>
    </w:tbl>
    <w:p w14:paraId="0E81DD3A"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24E684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10AFF2"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63AA165" w14:textId="77777777" w:rsidR="00302D64" w:rsidRDefault="00000000">
            <w:pPr>
              <w:jc w:val="center"/>
            </w:pPr>
            <w:r>
              <w:rPr>
                <w:b/>
                <w:color w:val="000000"/>
                <w:sz w:val="20"/>
              </w:rPr>
              <w:t>UČNE DEJAVNOSTI, METODE IN FORMATIVNO SPREMLJANJE</w:t>
            </w:r>
          </w:p>
        </w:tc>
      </w:tr>
      <w:tr w:rsidR="00302D64" w14:paraId="25C9BFDD" w14:textId="77777777">
        <w:trPr>
          <w:tblHeader/>
          <w:jc w:val="center"/>
        </w:trPr>
        <w:tc>
          <w:tcPr>
            <w:tcW w:w="4422" w:type="dxa"/>
            <w:vMerge/>
            <w:tcMar>
              <w:top w:w="70" w:type="dxa"/>
              <w:left w:w="90" w:type="dxa"/>
              <w:bottom w:w="70" w:type="dxa"/>
              <w:right w:w="90" w:type="dxa"/>
            </w:tcMar>
            <w:vAlign w:val="center"/>
          </w:tcPr>
          <w:p w14:paraId="250405D3" w14:textId="77777777" w:rsidR="00302D64" w:rsidRDefault="00302D64"/>
        </w:tc>
        <w:tc>
          <w:tcPr>
            <w:tcW w:w="7087" w:type="dxa"/>
            <w:shd w:val="clear" w:color="auto" w:fill="FFFFFF"/>
            <w:tcMar>
              <w:top w:w="70" w:type="dxa"/>
              <w:left w:w="90" w:type="dxa"/>
              <w:bottom w:w="70" w:type="dxa"/>
              <w:right w:w="90" w:type="dxa"/>
            </w:tcMar>
            <w:vAlign w:val="center"/>
          </w:tcPr>
          <w:p w14:paraId="26603DCE"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52FCC9F" w14:textId="77777777" w:rsidR="00302D64" w:rsidRDefault="00000000">
            <w:pPr>
              <w:jc w:val="center"/>
            </w:pPr>
            <w:r>
              <w:rPr>
                <w:b/>
                <w:color w:val="000000"/>
              </w:rPr>
              <w:t>UČENEC</w:t>
            </w:r>
          </w:p>
        </w:tc>
      </w:tr>
      <w:tr w:rsidR="00302D64" w14:paraId="4F500A74" w14:textId="77777777">
        <w:trPr>
          <w:jc w:val="center"/>
        </w:trPr>
        <w:tc>
          <w:tcPr>
            <w:tcW w:w="4422" w:type="dxa"/>
            <w:tcMar>
              <w:top w:w="70" w:type="dxa"/>
              <w:left w:w="90" w:type="dxa"/>
              <w:bottom w:w="70" w:type="dxa"/>
              <w:right w:w="90" w:type="dxa"/>
            </w:tcMar>
          </w:tcPr>
          <w:p w14:paraId="47D23B6E" w14:textId="77777777" w:rsidR="00302D64" w:rsidRDefault="00302D64"/>
          <w:p w14:paraId="673EC300" w14:textId="77777777" w:rsidR="00302D64" w:rsidRDefault="00000000">
            <w:pPr>
              <w:spacing w:after="60" w:line="245" w:lineRule="auto"/>
            </w:pPr>
            <w:r>
              <w:rPr>
                <w:b/>
                <w:color w:val="000000"/>
              </w:rPr>
              <w:t>UČNI CILJI</w:t>
            </w:r>
          </w:p>
          <w:p w14:paraId="6DCBC13F" w14:textId="77777777" w:rsidR="00302D64" w:rsidRDefault="00000000">
            <w:pPr>
              <w:spacing w:after="20" w:line="245" w:lineRule="auto"/>
            </w:pPr>
            <w:r>
              <w:rPr>
                <w:b/>
                <w:color w:val="000000"/>
                <w:sz w:val="17"/>
              </w:rPr>
              <w:t>SPLOŠNI</w:t>
            </w:r>
          </w:p>
          <w:p w14:paraId="3CC17D75" w14:textId="77777777" w:rsidR="00302D64" w:rsidRDefault="00000000">
            <w:pPr>
              <w:pStyle w:val="Oznaenseznam"/>
              <w:spacing w:after="16"/>
            </w:pPr>
            <w:r>
              <w:rPr>
                <w:color w:val="000000"/>
                <w:sz w:val="16"/>
              </w:rPr>
              <w:t>razvija radovednost ter sistematično opazuje, primerja, razvršča in sporoča ugotovitve</w:t>
            </w:r>
          </w:p>
          <w:p w14:paraId="65F6B6D0" w14:textId="77777777" w:rsidR="00302D64" w:rsidRDefault="00000000">
            <w:pPr>
              <w:pStyle w:val="Oznaenseznam"/>
              <w:spacing w:after="16"/>
            </w:pPr>
            <w:r>
              <w:rPr>
                <w:color w:val="000000"/>
                <w:sz w:val="16"/>
              </w:rPr>
              <w:t>sodeluje, posluša druge in svoja opažanja izraža na razvojno primeren način</w:t>
            </w:r>
          </w:p>
          <w:p w14:paraId="44D02413" w14:textId="77777777" w:rsidR="00302D64" w:rsidRDefault="00000000">
            <w:pPr>
              <w:pStyle w:val="Oznaenseznam"/>
              <w:spacing w:after="16"/>
            </w:pPr>
            <w:r>
              <w:rPr>
                <w:color w:val="000000"/>
                <w:sz w:val="16"/>
              </w:rPr>
              <w:t>ravna varno, odgovorno in skrbno do sebe, drugih ter okolja</w:t>
            </w:r>
          </w:p>
          <w:p w14:paraId="0004D6EE" w14:textId="77777777" w:rsidR="00302D64" w:rsidRDefault="00000000">
            <w:pPr>
              <w:pStyle w:val="Oznaenseznam"/>
              <w:spacing w:after="16"/>
            </w:pPr>
            <w:r>
              <w:rPr>
                <w:color w:val="000000"/>
                <w:sz w:val="16"/>
              </w:rPr>
              <w:t>ob kriterijih spremlja svoje učenje in sprejema opisno povratno informacijo</w:t>
            </w:r>
          </w:p>
          <w:p w14:paraId="54B61CC3" w14:textId="77777777" w:rsidR="00302D64" w:rsidRDefault="00000000">
            <w:pPr>
              <w:spacing w:before="40" w:after="20" w:line="245" w:lineRule="auto"/>
            </w:pPr>
            <w:r>
              <w:rPr>
                <w:b/>
                <w:color w:val="000000"/>
                <w:sz w:val="17"/>
              </w:rPr>
              <w:t>OPERATIVNI</w:t>
            </w:r>
          </w:p>
          <w:p w14:paraId="697A3670" w14:textId="77777777" w:rsidR="00302D64" w:rsidRDefault="00000000">
            <w:pPr>
              <w:pStyle w:val="Oznaenseznam"/>
              <w:spacing w:after="16"/>
            </w:pPr>
            <w:r>
              <w:rPr>
                <w:color w:val="000000"/>
                <w:sz w:val="16"/>
              </w:rPr>
              <w:t>prepozna posledice ravnanja</w:t>
            </w:r>
          </w:p>
          <w:p w14:paraId="108746F9" w14:textId="77777777" w:rsidR="00302D64" w:rsidRDefault="00000000">
            <w:pPr>
              <w:pStyle w:val="Oznaenseznam"/>
              <w:spacing w:after="16"/>
            </w:pPr>
            <w:r>
              <w:rPr>
                <w:color w:val="000000"/>
                <w:sz w:val="16"/>
              </w:rPr>
              <w:t>ločuje odpadke</w:t>
            </w:r>
          </w:p>
          <w:p w14:paraId="30BA8198" w14:textId="77777777" w:rsidR="00302D64" w:rsidRDefault="00000000">
            <w:pPr>
              <w:pStyle w:val="Oznaenseznam"/>
              <w:spacing w:after="16"/>
            </w:pPr>
            <w:r>
              <w:rPr>
                <w:color w:val="000000"/>
                <w:sz w:val="16"/>
              </w:rPr>
              <w:t>sodeluje pri izboljšavi prostora</w:t>
            </w:r>
          </w:p>
          <w:p w14:paraId="7E0A7477" w14:textId="77777777" w:rsidR="00302D64" w:rsidRDefault="00000000">
            <w:pPr>
              <w:spacing w:before="40" w:after="20" w:line="245" w:lineRule="auto"/>
            </w:pPr>
            <w:r>
              <w:rPr>
                <w:b/>
                <w:color w:val="000000"/>
                <w:sz w:val="17"/>
              </w:rPr>
              <w:t>PRIČAKOVANI DOSEŽKI / STANDARDI</w:t>
            </w:r>
          </w:p>
          <w:p w14:paraId="7222E7AC" w14:textId="77777777" w:rsidR="00302D64" w:rsidRDefault="00000000">
            <w:pPr>
              <w:pStyle w:val="Oznaenseznam"/>
              <w:spacing w:after="16"/>
            </w:pPr>
            <w:r>
              <w:rPr>
                <w:color w:val="000000"/>
                <w:sz w:val="16"/>
              </w:rPr>
              <w:t>ob konkretni ali slikovni opori prepozna posledice ravnanja</w:t>
            </w:r>
          </w:p>
          <w:p w14:paraId="401EA7CC" w14:textId="77777777" w:rsidR="00302D64" w:rsidRDefault="00000000">
            <w:pPr>
              <w:pStyle w:val="Oznaenseznam"/>
              <w:spacing w:after="16"/>
            </w:pPr>
            <w:r>
              <w:rPr>
                <w:color w:val="000000"/>
                <w:sz w:val="16"/>
              </w:rPr>
              <w:t>ob konkretni ali slikovni opori ločuje odpadke</w:t>
            </w:r>
          </w:p>
          <w:p w14:paraId="73180FC1" w14:textId="77777777" w:rsidR="00302D64" w:rsidRDefault="00000000">
            <w:pPr>
              <w:pStyle w:val="Oznaenseznam"/>
              <w:spacing w:after="16"/>
            </w:pPr>
            <w:r>
              <w:rPr>
                <w:color w:val="000000"/>
                <w:sz w:val="16"/>
              </w:rPr>
              <w:t>ob konkretni ali slikovni opori sodeluje pri izboljšavi prostora</w:t>
            </w:r>
          </w:p>
        </w:tc>
        <w:tc>
          <w:tcPr>
            <w:tcW w:w="7087" w:type="dxa"/>
            <w:tcMar>
              <w:top w:w="70" w:type="dxa"/>
              <w:left w:w="90" w:type="dxa"/>
              <w:bottom w:w="70" w:type="dxa"/>
              <w:right w:w="90" w:type="dxa"/>
            </w:tcMar>
          </w:tcPr>
          <w:p w14:paraId="7D21465C"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94432B2" w14:textId="77777777">
              <w:trPr>
                <w:jc w:val="center"/>
              </w:trPr>
              <w:tc>
                <w:tcPr>
                  <w:tcW w:w="7087" w:type="dxa"/>
                  <w:shd w:val="clear" w:color="auto" w:fill="C6E7F3"/>
                  <w:tcMar>
                    <w:top w:w="45" w:type="dxa"/>
                    <w:left w:w="70" w:type="dxa"/>
                    <w:bottom w:w="45" w:type="dxa"/>
                    <w:right w:w="70" w:type="dxa"/>
                  </w:tcMar>
                </w:tcPr>
                <w:p w14:paraId="00954351" w14:textId="77777777" w:rsidR="00302D64" w:rsidRDefault="00000000">
                  <w:pPr>
                    <w:keepNext/>
                  </w:pPr>
                  <w:r>
                    <w:rPr>
                      <w:b/>
                      <w:color w:val="000000"/>
                    </w:rPr>
                    <w:t>UVODNI DEL – motivacija, aktivacija predznanja in namen učenja (15–20 min)</w:t>
                  </w:r>
                </w:p>
              </w:tc>
            </w:tr>
          </w:tbl>
          <w:p w14:paraId="4859C050" w14:textId="77777777" w:rsidR="00302D64" w:rsidRDefault="00302D64">
            <w:pPr>
              <w:spacing w:line="20" w:lineRule="exact"/>
            </w:pPr>
          </w:p>
          <w:p w14:paraId="3633A6CA" w14:textId="77777777" w:rsidR="00302D64" w:rsidRDefault="00000000">
            <w:pPr>
              <w:spacing w:before="40" w:after="60" w:line="245" w:lineRule="auto"/>
            </w:pPr>
            <w:r>
              <w:rPr>
                <w:color w:val="000000"/>
                <w:sz w:val="17"/>
              </w:rPr>
              <w:t>Lila Prap znova vpraša »Zakaj?« – zakaj je v nekaterih delih šole več odpadkov, zakaj porabljamo material in kaj lahko resnično izboljšamo.</w:t>
            </w:r>
          </w:p>
          <w:tbl>
            <w:tblPr>
              <w:tblStyle w:val="Tabelamrea"/>
              <w:tblW w:w="0" w:type="auto"/>
              <w:jc w:val="center"/>
              <w:tblLayout w:type="fixed"/>
              <w:tblLook w:val="04A0" w:firstRow="1" w:lastRow="0" w:firstColumn="1" w:lastColumn="0" w:noHBand="0" w:noVBand="1"/>
            </w:tblPr>
            <w:tblGrid>
              <w:gridCol w:w="7087"/>
            </w:tblGrid>
            <w:tr w:rsidR="00302D64" w14:paraId="66674410" w14:textId="77777777">
              <w:trPr>
                <w:jc w:val="center"/>
              </w:trPr>
              <w:tc>
                <w:tcPr>
                  <w:tcW w:w="7087" w:type="dxa"/>
                  <w:shd w:val="clear" w:color="auto" w:fill="EDC9EA"/>
                  <w:tcMar>
                    <w:top w:w="45" w:type="dxa"/>
                    <w:left w:w="70" w:type="dxa"/>
                    <w:bottom w:w="45" w:type="dxa"/>
                    <w:right w:w="70" w:type="dxa"/>
                  </w:tcMar>
                </w:tcPr>
                <w:p w14:paraId="7692522B" w14:textId="77777777" w:rsidR="00302D64" w:rsidRDefault="00000000">
                  <w:pPr>
                    <w:keepNext/>
                  </w:pPr>
                  <w:r>
                    <w:rPr>
                      <w:b/>
                      <w:color w:val="000000"/>
                    </w:rPr>
                    <w:t>NAMENI UČENJA</w:t>
                  </w:r>
                </w:p>
              </w:tc>
            </w:tr>
          </w:tbl>
          <w:p w14:paraId="22AB112D" w14:textId="77777777" w:rsidR="00302D64" w:rsidRDefault="00302D64">
            <w:pPr>
              <w:spacing w:line="20" w:lineRule="exact"/>
            </w:pPr>
          </w:p>
          <w:p w14:paraId="17BEAC63" w14:textId="77777777" w:rsidR="00302D64" w:rsidRDefault="00000000">
            <w:pPr>
              <w:spacing w:before="20" w:after="20" w:line="245" w:lineRule="auto"/>
            </w:pPr>
            <w:r>
              <w:rPr>
                <w:color w:val="000000"/>
                <w:sz w:val="16"/>
              </w:rPr>
              <w:t>Učimo se zato, da bomo lažje razumeli in odgovorno uporabili znanje v vsakdanjih situacijah.</w:t>
            </w:r>
          </w:p>
          <w:p w14:paraId="08E81EEB" w14:textId="77777777" w:rsidR="00302D64" w:rsidRDefault="00000000">
            <w:pPr>
              <w:pStyle w:val="Oznaenseznam"/>
              <w:spacing w:after="16"/>
            </w:pPr>
            <w:r>
              <w:rPr>
                <w:color w:val="000000"/>
                <w:sz w:val="16"/>
              </w:rPr>
              <w:t>prepoznam posledice ravnanja</w:t>
            </w:r>
          </w:p>
          <w:p w14:paraId="4BF6E5C0" w14:textId="77777777" w:rsidR="00302D64" w:rsidRDefault="00000000">
            <w:pPr>
              <w:pStyle w:val="Oznaenseznam"/>
              <w:spacing w:after="16"/>
            </w:pPr>
            <w:r>
              <w:rPr>
                <w:color w:val="000000"/>
                <w:sz w:val="16"/>
              </w:rPr>
              <w:t>ločuje odpadke</w:t>
            </w:r>
          </w:p>
          <w:p w14:paraId="59D8E26C" w14:textId="77777777" w:rsidR="00302D64" w:rsidRDefault="00000000">
            <w:pPr>
              <w:pStyle w:val="Oznaenseznam"/>
              <w:spacing w:after="16"/>
            </w:pPr>
            <w:r>
              <w:rPr>
                <w:color w:val="000000"/>
                <w:sz w:val="16"/>
              </w:rPr>
              <w:t>sodelujem pri izboljšavi prostora</w:t>
            </w:r>
          </w:p>
          <w:tbl>
            <w:tblPr>
              <w:tblStyle w:val="Tabelamrea"/>
              <w:tblW w:w="0" w:type="auto"/>
              <w:jc w:val="center"/>
              <w:tblLayout w:type="fixed"/>
              <w:tblLook w:val="04A0" w:firstRow="1" w:lastRow="0" w:firstColumn="1" w:lastColumn="0" w:noHBand="0" w:noVBand="1"/>
            </w:tblPr>
            <w:tblGrid>
              <w:gridCol w:w="7087"/>
            </w:tblGrid>
            <w:tr w:rsidR="00302D64" w14:paraId="0C2F406A" w14:textId="77777777">
              <w:trPr>
                <w:jc w:val="center"/>
              </w:trPr>
              <w:tc>
                <w:tcPr>
                  <w:tcW w:w="7087" w:type="dxa"/>
                  <w:shd w:val="clear" w:color="auto" w:fill="EDC9EA"/>
                  <w:tcMar>
                    <w:top w:w="45" w:type="dxa"/>
                    <w:left w:w="70" w:type="dxa"/>
                    <w:bottom w:w="45" w:type="dxa"/>
                    <w:right w:w="70" w:type="dxa"/>
                  </w:tcMar>
                </w:tcPr>
                <w:p w14:paraId="707323BF" w14:textId="77777777" w:rsidR="00302D64" w:rsidRDefault="00000000">
                  <w:pPr>
                    <w:keepNext/>
                  </w:pPr>
                  <w:r>
                    <w:rPr>
                      <w:b/>
                      <w:color w:val="000000"/>
                    </w:rPr>
                    <w:t>PREVERJANJE PREDZNANJA</w:t>
                  </w:r>
                </w:p>
              </w:tc>
            </w:tr>
          </w:tbl>
          <w:p w14:paraId="0BC6D6E3" w14:textId="77777777" w:rsidR="00302D64" w:rsidRDefault="00302D64">
            <w:pPr>
              <w:spacing w:line="20" w:lineRule="exact"/>
            </w:pPr>
          </w:p>
          <w:p w14:paraId="662E74AA" w14:textId="77777777" w:rsidR="00302D64" w:rsidRDefault="00000000">
            <w:pPr>
              <w:pStyle w:val="Oznaenseznam"/>
              <w:spacing w:after="16"/>
            </w:pPr>
            <w:r>
              <w:rPr>
                <w:color w:val="000000"/>
                <w:sz w:val="16"/>
              </w:rPr>
              <w:t>Kakšne posledice ima naše ravnanje za skupni prostor?</w:t>
            </w:r>
          </w:p>
          <w:p w14:paraId="1F3E926C" w14:textId="77777777" w:rsidR="00302D64" w:rsidRDefault="00000000">
            <w:pPr>
              <w:pStyle w:val="Oznaenseznam"/>
              <w:spacing w:after="16"/>
            </w:pPr>
            <w:r>
              <w:rPr>
                <w:color w:val="000000"/>
                <w:sz w:val="16"/>
              </w:rPr>
              <w:t>Kateri dokaz iz letošnjega učenja najbolje pokaže moj napredek?</w:t>
            </w:r>
          </w:p>
          <w:p w14:paraId="3E840BF5"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1BA8422E" w14:textId="77777777">
              <w:trPr>
                <w:jc w:val="center"/>
              </w:trPr>
              <w:tc>
                <w:tcPr>
                  <w:tcW w:w="7087" w:type="dxa"/>
                  <w:shd w:val="clear" w:color="auto" w:fill="EDC9EA"/>
                  <w:tcMar>
                    <w:top w:w="45" w:type="dxa"/>
                    <w:left w:w="70" w:type="dxa"/>
                    <w:bottom w:w="45" w:type="dxa"/>
                    <w:right w:w="70" w:type="dxa"/>
                  </w:tcMar>
                </w:tcPr>
                <w:p w14:paraId="6ACB7DDC" w14:textId="77777777" w:rsidR="00302D64" w:rsidRDefault="00000000">
                  <w:pPr>
                    <w:keepNext/>
                  </w:pPr>
                  <w:r>
                    <w:rPr>
                      <w:b/>
                      <w:color w:val="000000"/>
                    </w:rPr>
                    <w:t>KRITERIJI USPEŠNOSTI</w:t>
                  </w:r>
                </w:p>
              </w:tc>
            </w:tr>
          </w:tbl>
          <w:p w14:paraId="20FFAFDC" w14:textId="77777777" w:rsidR="00302D64" w:rsidRDefault="00302D64"/>
          <w:p w14:paraId="0C0A59E6" w14:textId="77777777" w:rsidR="00302D64" w:rsidRDefault="00000000">
            <w:pPr>
              <w:spacing w:before="20" w:after="20" w:line="245" w:lineRule="auto"/>
            </w:pPr>
            <w:r>
              <w:rPr>
                <w:b/>
                <w:color w:val="000000"/>
                <w:sz w:val="16"/>
              </w:rPr>
              <w:t>Uspešen/-na bom, ko:</w:t>
            </w:r>
          </w:p>
          <w:p w14:paraId="04279145" w14:textId="77777777" w:rsidR="00302D64" w:rsidRDefault="00000000">
            <w:pPr>
              <w:pStyle w:val="Oznaenseznam"/>
              <w:spacing w:after="16"/>
            </w:pPr>
            <w:r>
              <w:rPr>
                <w:color w:val="000000"/>
                <w:sz w:val="16"/>
              </w:rPr>
              <w:t>prepoznam posledice ravnanja</w:t>
            </w:r>
          </w:p>
          <w:p w14:paraId="7CFCA6D4" w14:textId="77777777" w:rsidR="00302D64" w:rsidRDefault="00000000">
            <w:pPr>
              <w:pStyle w:val="Oznaenseznam"/>
              <w:spacing w:after="16"/>
            </w:pPr>
            <w:r>
              <w:rPr>
                <w:color w:val="000000"/>
                <w:sz w:val="16"/>
              </w:rPr>
              <w:t>ločuje odpadke</w:t>
            </w:r>
          </w:p>
          <w:p w14:paraId="03991E03" w14:textId="77777777" w:rsidR="00302D64" w:rsidRDefault="00000000">
            <w:pPr>
              <w:pStyle w:val="Oznaenseznam"/>
              <w:spacing w:after="16"/>
            </w:pPr>
            <w:r>
              <w:rPr>
                <w:color w:val="000000"/>
                <w:sz w:val="16"/>
              </w:rPr>
              <w:t>sodelujem pri izboljšavi prostora</w:t>
            </w:r>
          </w:p>
          <w:p w14:paraId="24210A78"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229B6BF9" w14:textId="77777777" w:rsidR="00302D64" w:rsidRDefault="00302D64"/>
          <w:p w14:paraId="3F89E2C9" w14:textId="77777777" w:rsidR="00302D64" w:rsidRDefault="00000000">
            <w:pPr>
              <w:spacing w:after="80" w:line="245" w:lineRule="auto"/>
            </w:pPr>
            <w:r>
              <w:rPr>
                <w:color w:val="000000"/>
                <w:sz w:val="16"/>
              </w:rPr>
              <w:t>Posluša ali opazuje književno oziroma predmetno izhodišče ter se vključi z gibom, sliko ali besedo.</w:t>
            </w:r>
          </w:p>
          <w:p w14:paraId="27CDFCC2" w14:textId="77777777" w:rsidR="00302D64" w:rsidRDefault="00000000">
            <w:pPr>
              <w:spacing w:after="80" w:line="245" w:lineRule="auto"/>
            </w:pPr>
            <w:r>
              <w:rPr>
                <w:color w:val="000000"/>
                <w:sz w:val="16"/>
              </w:rPr>
              <w:t>Pove, pokaže ali nariše, kaj že ve. Posluša zamisli drugih.</w:t>
            </w:r>
          </w:p>
          <w:p w14:paraId="246659BF" w14:textId="77777777" w:rsidR="00302D64" w:rsidRDefault="00000000">
            <w:pPr>
              <w:spacing w:after="100" w:line="245" w:lineRule="auto"/>
            </w:pPr>
            <w:r>
              <w:rPr>
                <w:color w:val="000000"/>
                <w:sz w:val="16"/>
              </w:rPr>
              <w:t>Sodeluje pri razumevanju namenov in kriterijev uspešnosti.</w:t>
            </w:r>
          </w:p>
          <w:p w14:paraId="058DC1DE" w14:textId="77777777" w:rsidR="00302D64" w:rsidRDefault="00000000">
            <w:pPr>
              <w:spacing w:after="20" w:line="245" w:lineRule="auto"/>
            </w:pPr>
            <w:r>
              <w:rPr>
                <w:b/>
                <w:color w:val="D95BC6"/>
                <w:sz w:val="17"/>
              </w:rPr>
              <w:t>DOKAZ O UČENJU</w:t>
            </w:r>
          </w:p>
          <w:p w14:paraId="2A530E15" w14:textId="77777777" w:rsidR="00302D64" w:rsidRDefault="00000000">
            <w:pPr>
              <w:spacing w:after="30" w:line="245" w:lineRule="auto"/>
            </w:pPr>
            <w:r>
              <w:rPr>
                <w:color w:val="D95BC6"/>
                <w:sz w:val="16"/>
              </w:rPr>
              <w:t>začetna zamisel, razvrstitev, risba ali ustni odgovor</w:t>
            </w:r>
          </w:p>
        </w:tc>
      </w:tr>
    </w:tbl>
    <w:p w14:paraId="4CADE147"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75FD726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A8322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0995923" w14:textId="77777777" w:rsidR="00302D64" w:rsidRDefault="00000000">
            <w:pPr>
              <w:jc w:val="center"/>
            </w:pPr>
            <w:r>
              <w:rPr>
                <w:b/>
                <w:color w:val="000000"/>
                <w:sz w:val="20"/>
              </w:rPr>
              <w:t>UČNE DEJAVNOSTI, METODE IN FORMATIVNO SPREMLJANJE</w:t>
            </w:r>
          </w:p>
        </w:tc>
      </w:tr>
      <w:tr w:rsidR="00302D64" w14:paraId="512BFA81" w14:textId="77777777">
        <w:trPr>
          <w:tblHeader/>
          <w:jc w:val="center"/>
        </w:trPr>
        <w:tc>
          <w:tcPr>
            <w:tcW w:w="4422" w:type="dxa"/>
            <w:vMerge/>
            <w:tcMar>
              <w:top w:w="70" w:type="dxa"/>
              <w:left w:w="90" w:type="dxa"/>
              <w:bottom w:w="70" w:type="dxa"/>
              <w:right w:w="90" w:type="dxa"/>
            </w:tcMar>
            <w:vAlign w:val="center"/>
          </w:tcPr>
          <w:p w14:paraId="171B89DB" w14:textId="77777777" w:rsidR="00302D64" w:rsidRDefault="00302D64"/>
        </w:tc>
        <w:tc>
          <w:tcPr>
            <w:tcW w:w="7087" w:type="dxa"/>
            <w:shd w:val="clear" w:color="auto" w:fill="FFFFFF"/>
            <w:tcMar>
              <w:top w:w="70" w:type="dxa"/>
              <w:left w:w="90" w:type="dxa"/>
              <w:bottom w:w="70" w:type="dxa"/>
              <w:right w:w="90" w:type="dxa"/>
            </w:tcMar>
            <w:vAlign w:val="center"/>
          </w:tcPr>
          <w:p w14:paraId="16844A56"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C248C6C" w14:textId="77777777" w:rsidR="00302D64" w:rsidRDefault="00000000">
            <w:pPr>
              <w:jc w:val="center"/>
            </w:pPr>
            <w:r>
              <w:rPr>
                <w:b/>
                <w:color w:val="000000"/>
              </w:rPr>
              <w:t>UČENEC</w:t>
            </w:r>
          </w:p>
        </w:tc>
      </w:tr>
      <w:tr w:rsidR="00302D64" w14:paraId="4AB19B46" w14:textId="77777777">
        <w:trPr>
          <w:jc w:val="center"/>
        </w:trPr>
        <w:tc>
          <w:tcPr>
            <w:tcW w:w="4422" w:type="dxa"/>
            <w:tcMar>
              <w:top w:w="70" w:type="dxa"/>
              <w:left w:w="90" w:type="dxa"/>
              <w:bottom w:w="70" w:type="dxa"/>
              <w:right w:w="90" w:type="dxa"/>
            </w:tcMar>
          </w:tcPr>
          <w:p w14:paraId="1F35F6AA" w14:textId="77777777" w:rsidR="00302D64" w:rsidRDefault="00302D64"/>
          <w:p w14:paraId="74449C64" w14:textId="77777777" w:rsidR="00302D64" w:rsidRDefault="00000000">
            <w:pPr>
              <w:spacing w:after="40" w:line="245" w:lineRule="auto"/>
            </w:pPr>
            <w:r>
              <w:rPr>
                <w:b/>
                <w:color w:val="000000"/>
              </w:rPr>
              <w:t>KLJUČNI POJMI</w:t>
            </w:r>
          </w:p>
          <w:p w14:paraId="073090DB" w14:textId="77777777" w:rsidR="00302D64" w:rsidRDefault="00000000">
            <w:pPr>
              <w:spacing w:after="80" w:line="245" w:lineRule="auto"/>
            </w:pPr>
            <w:r>
              <w:rPr>
                <w:color w:val="000000"/>
                <w:sz w:val="16"/>
              </w:rPr>
              <w:t>okolje, odpadek, ločevanje, ponovna uporaba, poraba, posledica, izboljšava, dokaz učenja, napredek, naslednji korak</w:t>
            </w:r>
          </w:p>
          <w:p w14:paraId="6D31E404" w14:textId="77777777" w:rsidR="00302D64" w:rsidRDefault="00000000">
            <w:pPr>
              <w:spacing w:after="20" w:line="245" w:lineRule="auto"/>
            </w:pPr>
            <w:r>
              <w:rPr>
                <w:b/>
                <w:color w:val="000000"/>
              </w:rPr>
              <w:t>DOKAZI O UČENJU</w:t>
            </w:r>
          </w:p>
          <w:p w14:paraId="2E057214" w14:textId="77777777" w:rsidR="00302D64" w:rsidRDefault="00000000">
            <w:pPr>
              <w:pStyle w:val="Oznaenseznam"/>
              <w:spacing w:after="16"/>
            </w:pPr>
            <w:r>
              <w:rPr>
                <w:color w:val="000000"/>
                <w:sz w:val="16"/>
              </w:rPr>
              <w:t>slikovni prikaz odpadkov</w:t>
            </w:r>
          </w:p>
          <w:p w14:paraId="21F6303A" w14:textId="77777777" w:rsidR="00302D64" w:rsidRDefault="00000000">
            <w:pPr>
              <w:pStyle w:val="Oznaenseznam"/>
              <w:spacing w:after="16"/>
            </w:pPr>
            <w:r>
              <w:rPr>
                <w:color w:val="000000"/>
                <w:sz w:val="16"/>
              </w:rPr>
              <w:t>izvedena izboljšava in primerjava</w:t>
            </w:r>
          </w:p>
          <w:p w14:paraId="7CA4D511" w14:textId="77777777" w:rsidR="00302D64" w:rsidRDefault="00000000">
            <w:pPr>
              <w:pStyle w:val="Oznaenseznam"/>
              <w:spacing w:after="16"/>
            </w:pPr>
            <w:r>
              <w:rPr>
                <w:color w:val="000000"/>
                <w:sz w:val="16"/>
              </w:rPr>
              <w:t>izbrani dokaz, pogovor in samovrednotenje</w:t>
            </w:r>
          </w:p>
          <w:p w14:paraId="5A8EEFA0" w14:textId="77777777" w:rsidR="00302D64" w:rsidRDefault="00000000">
            <w:pPr>
              <w:spacing w:before="40" w:after="20" w:line="245" w:lineRule="auto"/>
            </w:pPr>
            <w:r>
              <w:rPr>
                <w:b/>
                <w:color w:val="000000"/>
              </w:rPr>
              <w:t>MEDPREDMETNA POVEZAVA</w:t>
            </w:r>
          </w:p>
          <w:p w14:paraId="388BB01B" w14:textId="77777777" w:rsidR="00302D64" w:rsidRDefault="00000000">
            <w:pPr>
              <w:spacing w:after="60" w:line="245" w:lineRule="auto"/>
            </w:pPr>
            <w:r>
              <w:rPr>
                <w:color w:val="000000"/>
                <w:sz w:val="16"/>
              </w:rPr>
              <w:t>MAT – prikaz podatkov; LUM/TEHNIKA – izboljšava prostora; SLJ – predstavitev dokaza; DRUŽBENA ODGOVORNOST – skupni prostor</w:t>
            </w:r>
          </w:p>
          <w:p w14:paraId="61EFD39F" w14:textId="77777777" w:rsidR="00302D64" w:rsidRDefault="00000000">
            <w:pPr>
              <w:spacing w:after="20" w:line="245" w:lineRule="auto"/>
            </w:pPr>
            <w:r>
              <w:rPr>
                <w:b/>
                <w:color w:val="000000"/>
              </w:rPr>
              <w:t>POUČEVANJE V GIBANJU</w:t>
            </w:r>
          </w:p>
          <w:p w14:paraId="48967678"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4F4BAF29" w14:textId="77777777" w:rsidR="00302D64" w:rsidRDefault="00000000">
            <w:pPr>
              <w:spacing w:after="20" w:line="245" w:lineRule="auto"/>
            </w:pPr>
            <w:r>
              <w:rPr>
                <w:b/>
                <w:color w:val="000000"/>
              </w:rPr>
              <w:t>UČENJE PO ŠTIRIH POSTAJAH</w:t>
            </w:r>
          </w:p>
          <w:p w14:paraId="258BA25F"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78E0CE41" w14:textId="77777777" w:rsidR="00302D64" w:rsidRDefault="00000000">
            <w:pPr>
              <w:spacing w:after="20" w:line="245" w:lineRule="auto"/>
            </w:pPr>
            <w:r>
              <w:rPr>
                <w:b/>
                <w:color w:val="000000"/>
              </w:rPr>
              <w:t>DIFERENCIACIJA IN VKLJUČEVANJE</w:t>
            </w:r>
          </w:p>
          <w:p w14:paraId="63559935" w14:textId="77777777" w:rsidR="00302D64" w:rsidRDefault="00000000">
            <w:pPr>
              <w:spacing w:after="60" w:line="245" w:lineRule="auto"/>
            </w:pPr>
            <w:r>
              <w:rPr>
                <w:color w:val="000000"/>
                <w:sz w:val="16"/>
              </w:rPr>
              <w:t>Učenec izbira med vnaprej ponujenimi dokazi in uporablja slikovni okvir povedi; način govornega dokazovanja se prilagodi, merilo razumevanja ostane.</w:t>
            </w:r>
          </w:p>
          <w:p w14:paraId="65E3815C" w14:textId="77777777" w:rsidR="00302D64" w:rsidRDefault="00000000">
            <w:pPr>
              <w:spacing w:after="20" w:line="245" w:lineRule="auto"/>
            </w:pPr>
            <w:r>
              <w:rPr>
                <w:b/>
                <w:color w:val="000000"/>
              </w:rPr>
              <w:t>SPREMLJANJE</w:t>
            </w:r>
          </w:p>
          <w:p w14:paraId="63E690F8"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1F545F2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1894F221" w14:textId="77777777">
              <w:trPr>
                <w:jc w:val="center"/>
              </w:trPr>
              <w:tc>
                <w:tcPr>
                  <w:tcW w:w="7087" w:type="dxa"/>
                  <w:shd w:val="clear" w:color="auto" w:fill="C6E7F3"/>
                  <w:tcMar>
                    <w:top w:w="45" w:type="dxa"/>
                    <w:left w:w="70" w:type="dxa"/>
                    <w:bottom w:w="45" w:type="dxa"/>
                    <w:right w:w="70" w:type="dxa"/>
                  </w:tcMar>
                </w:tcPr>
                <w:p w14:paraId="02D3F61A" w14:textId="77777777" w:rsidR="00302D64" w:rsidRDefault="00000000">
                  <w:pPr>
                    <w:keepNext/>
                  </w:pPr>
                  <w:r>
                    <w:t>GLAVNI DEL – IZKUŠENJSKO IN POSTAJNO UČENJE (3 šolske ure)</w:t>
                  </w:r>
                </w:p>
              </w:tc>
            </w:tr>
          </w:tbl>
          <w:p w14:paraId="251995B0" w14:textId="77777777" w:rsidR="00302D64" w:rsidRDefault="00302D64">
            <w:pPr>
              <w:spacing w:line="20" w:lineRule="exact"/>
            </w:pPr>
          </w:p>
          <w:p w14:paraId="6190462B" w14:textId="77777777" w:rsidR="00302D64" w:rsidRDefault="00000000">
            <w:pPr>
              <w:keepNext/>
              <w:spacing w:before="60" w:after="20" w:line="245" w:lineRule="auto"/>
            </w:pPr>
            <w:r>
              <w:rPr>
                <w:b/>
                <w:color w:val="000000"/>
              </w:rPr>
              <w:t>1. URA – Mali pregled odpadkov</w:t>
            </w:r>
          </w:p>
          <w:p w14:paraId="76E0D987" w14:textId="77777777" w:rsidR="00302D64" w:rsidRDefault="00000000">
            <w:pPr>
              <w:spacing w:after="20" w:line="245" w:lineRule="auto"/>
            </w:pPr>
            <w:r>
              <w:rPr>
                <w:b/>
                <w:color w:val="000000"/>
                <w:sz w:val="16"/>
              </w:rPr>
              <w:t xml:space="preserve">Dejavnost učiteljice: </w:t>
            </w:r>
            <w:r>
              <w:rPr>
                <w:color w:val="000000"/>
                <w:sz w:val="16"/>
              </w:rPr>
              <w:t>V rokavicah in brez nevarnih odpadkov vodi opazovanje vrste ter količine čistih šolskih odpadkov.</w:t>
            </w:r>
          </w:p>
          <w:p w14:paraId="2B05FE30" w14:textId="77777777" w:rsidR="00302D64" w:rsidRDefault="00000000">
            <w:pPr>
              <w:spacing w:after="20" w:line="245" w:lineRule="auto"/>
            </w:pPr>
            <w:r>
              <w:rPr>
                <w:b/>
                <w:color w:val="000000"/>
                <w:sz w:val="16"/>
              </w:rPr>
              <w:t xml:space="preserve">Dejavnost učencev: </w:t>
            </w:r>
            <w:r>
              <w:rPr>
                <w:color w:val="000000"/>
                <w:sz w:val="16"/>
              </w:rPr>
              <w:t>Razvrstijo, s simboli prikažejo najpogostejše in predlagajo vzrok brez obtoževanja.</w:t>
            </w:r>
          </w:p>
          <w:p w14:paraId="1FF551E1" w14:textId="77777777" w:rsidR="00302D64" w:rsidRDefault="00000000">
            <w:pPr>
              <w:spacing w:after="40" w:line="245" w:lineRule="auto"/>
            </w:pPr>
            <w:r>
              <w:rPr>
                <w:i/>
                <w:color w:val="D95BC6"/>
                <w:sz w:val="16"/>
              </w:rPr>
              <w:t>Predvideni dokaz: slikovni prikaz odpadkov.</w:t>
            </w:r>
          </w:p>
          <w:p w14:paraId="2152E16F" w14:textId="77777777" w:rsidR="00302D64" w:rsidRDefault="00000000">
            <w:pPr>
              <w:keepNext/>
              <w:spacing w:before="60" w:after="20" w:line="245" w:lineRule="auto"/>
            </w:pPr>
            <w:r>
              <w:rPr>
                <w:b/>
                <w:color w:val="000000"/>
              </w:rPr>
              <w:t>2. URA – Izboljšajmo prostor</w:t>
            </w:r>
          </w:p>
          <w:p w14:paraId="039F17C0" w14:textId="77777777" w:rsidR="00302D64" w:rsidRDefault="00000000">
            <w:pPr>
              <w:spacing w:after="20" w:line="245" w:lineRule="auto"/>
            </w:pPr>
            <w:r>
              <w:rPr>
                <w:b/>
                <w:color w:val="000000"/>
                <w:sz w:val="16"/>
              </w:rPr>
              <w:t xml:space="preserve">Dejavnost učiteljice: </w:t>
            </w:r>
            <w:r>
              <w:rPr>
                <w:color w:val="000000"/>
                <w:sz w:val="16"/>
              </w:rPr>
              <w:t>Skupinam ponudi resničen majhen izziv: oznake, ponovna uporaba, manj embalaže ali urejen kotiček.</w:t>
            </w:r>
          </w:p>
          <w:p w14:paraId="095ECB9D" w14:textId="77777777" w:rsidR="00302D64" w:rsidRDefault="00000000">
            <w:pPr>
              <w:spacing w:after="20" w:line="245" w:lineRule="auto"/>
            </w:pPr>
            <w:r>
              <w:rPr>
                <w:b/>
                <w:color w:val="000000"/>
                <w:sz w:val="16"/>
              </w:rPr>
              <w:t xml:space="preserve">Dejavnost učencev: </w:t>
            </w:r>
            <w:r>
              <w:rPr>
                <w:color w:val="000000"/>
                <w:sz w:val="16"/>
              </w:rPr>
              <w:t>Načrtujejo in izvedejo izboljšavo, jo preskusijo ter z dokazi pokažejo razliko prej–potem.</w:t>
            </w:r>
          </w:p>
          <w:p w14:paraId="14B5F59E" w14:textId="77777777" w:rsidR="00302D64" w:rsidRDefault="00000000">
            <w:pPr>
              <w:spacing w:after="40" w:line="245" w:lineRule="auto"/>
            </w:pPr>
            <w:r>
              <w:rPr>
                <w:i/>
                <w:color w:val="D95BC6"/>
                <w:sz w:val="16"/>
              </w:rPr>
              <w:t>Predvideni dokaz: izvedena izboljšava in primerjava.</w:t>
            </w:r>
          </w:p>
          <w:p w14:paraId="239C6EFD" w14:textId="77777777" w:rsidR="00302D64" w:rsidRDefault="00000000">
            <w:pPr>
              <w:keepNext/>
              <w:spacing w:before="60" w:after="20" w:line="245" w:lineRule="auto"/>
            </w:pPr>
            <w:r>
              <w:rPr>
                <w:b/>
                <w:color w:val="000000"/>
              </w:rPr>
              <w:t>3. URA – Ocenjevalni pogovor o napredku</w:t>
            </w:r>
          </w:p>
          <w:p w14:paraId="435AA96A" w14:textId="77777777" w:rsidR="00302D64" w:rsidRDefault="00000000">
            <w:pPr>
              <w:spacing w:after="20" w:line="245" w:lineRule="auto"/>
            </w:pPr>
            <w:r>
              <w:rPr>
                <w:b/>
                <w:color w:val="000000"/>
                <w:sz w:val="16"/>
              </w:rPr>
              <w:t xml:space="preserve">Dejavnost učiteljice: </w:t>
            </w:r>
            <w:r>
              <w:rPr>
                <w:color w:val="000000"/>
                <w:sz w:val="16"/>
              </w:rPr>
              <w:t>Posamezniku omogoči izbor dokazov iz mape in vodi kratek pogovor po kriterijih spoznal – pokazal – naslednji korak.</w:t>
            </w:r>
          </w:p>
          <w:p w14:paraId="0822289E" w14:textId="77777777" w:rsidR="00302D64" w:rsidRDefault="00000000">
            <w:pPr>
              <w:spacing w:after="20" w:line="245" w:lineRule="auto"/>
            </w:pPr>
            <w:r>
              <w:rPr>
                <w:b/>
                <w:color w:val="000000"/>
                <w:sz w:val="16"/>
              </w:rPr>
              <w:t xml:space="preserve">Dejavnost učencev: </w:t>
            </w:r>
            <w:r>
              <w:rPr>
                <w:color w:val="000000"/>
                <w:sz w:val="16"/>
              </w:rPr>
              <w:t>Izberejo dokaz, povedo kaj kaže, povežejo ga z učenjem in določijo dosegljiv naslednji korak.</w:t>
            </w:r>
          </w:p>
          <w:p w14:paraId="217CF876" w14:textId="77777777" w:rsidR="00302D64" w:rsidRDefault="00000000">
            <w:pPr>
              <w:spacing w:after="40" w:line="245" w:lineRule="auto"/>
            </w:pPr>
            <w:r>
              <w:rPr>
                <w:i/>
                <w:color w:val="D95BC6"/>
                <w:sz w:val="16"/>
              </w:rPr>
              <w:t>Predvideni dokaz: izbrani dokaz, pogovor in samovrednotenje.</w:t>
            </w:r>
          </w:p>
          <w:tbl>
            <w:tblPr>
              <w:tblStyle w:val="Tabelamrea"/>
              <w:tblW w:w="0" w:type="auto"/>
              <w:jc w:val="center"/>
              <w:tblLayout w:type="fixed"/>
              <w:tblLook w:val="04A0" w:firstRow="1" w:lastRow="0" w:firstColumn="1" w:lastColumn="0" w:noHBand="0" w:noVBand="1"/>
            </w:tblPr>
            <w:tblGrid>
              <w:gridCol w:w="7087"/>
            </w:tblGrid>
            <w:tr w:rsidR="00302D64" w14:paraId="112ACE03" w14:textId="77777777">
              <w:trPr>
                <w:jc w:val="center"/>
              </w:trPr>
              <w:tc>
                <w:tcPr>
                  <w:tcW w:w="7087" w:type="dxa"/>
                  <w:shd w:val="clear" w:color="auto" w:fill="EDC9EA"/>
                  <w:tcMar>
                    <w:top w:w="45" w:type="dxa"/>
                    <w:left w:w="70" w:type="dxa"/>
                    <w:bottom w:w="45" w:type="dxa"/>
                    <w:right w:w="70" w:type="dxa"/>
                  </w:tcMar>
                </w:tcPr>
                <w:p w14:paraId="52549025" w14:textId="77777777" w:rsidR="00302D64" w:rsidRDefault="00000000">
                  <w:pPr>
                    <w:keepNext/>
                  </w:pPr>
                  <w:r>
                    <w:rPr>
                      <w:b/>
                      <w:color w:val="000000"/>
                    </w:rPr>
                    <w:t>UČENJE PO ŠTIRIH POSTAJAH (6–8 min na postajo)</w:t>
                  </w:r>
                </w:p>
              </w:tc>
            </w:tr>
          </w:tbl>
          <w:p w14:paraId="322DF227"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27AF8A53" w14:textId="77777777" w:rsidR="00302D64" w:rsidRDefault="00000000">
            <w:pPr>
              <w:spacing w:after="20" w:line="245" w:lineRule="auto"/>
            </w:pPr>
            <w:r>
              <w:rPr>
                <w:b/>
                <w:color w:val="000000"/>
                <w:sz w:val="16"/>
              </w:rPr>
              <w:t xml:space="preserve">RAZISKOVALNA POSTAJA – Mali pregled odpadkov: </w:t>
            </w:r>
            <w:r>
              <w:rPr>
                <w:color w:val="000000"/>
                <w:sz w:val="16"/>
              </w:rPr>
              <w:t>Razvrstijo, s simboli prikažejo najpogostejše in predlagajo vzrok brez obtoževanja.</w:t>
            </w:r>
          </w:p>
          <w:p w14:paraId="145A68EC" w14:textId="77777777" w:rsidR="00302D64" w:rsidRDefault="00000000">
            <w:pPr>
              <w:spacing w:after="20" w:line="245" w:lineRule="auto"/>
            </w:pPr>
            <w:r>
              <w:rPr>
                <w:b/>
                <w:color w:val="000000"/>
                <w:sz w:val="16"/>
              </w:rPr>
              <w:t xml:space="preserve">PRAKTIČNA POSTAJA – Izboljšajmo prostor: </w:t>
            </w:r>
            <w:r>
              <w:rPr>
                <w:color w:val="000000"/>
                <w:sz w:val="16"/>
              </w:rPr>
              <w:t>Načrtujejo in izvedejo izboljšavo, jo preskusijo ter z dokazi pokažejo razliko prej–potem.</w:t>
            </w:r>
          </w:p>
          <w:p w14:paraId="6B77E63F" w14:textId="77777777" w:rsidR="00302D64" w:rsidRDefault="00000000">
            <w:pPr>
              <w:spacing w:after="20" w:line="245" w:lineRule="auto"/>
            </w:pPr>
            <w:r>
              <w:rPr>
                <w:b/>
                <w:color w:val="000000"/>
                <w:sz w:val="16"/>
              </w:rPr>
              <w:t xml:space="preserve">GIBALNO-SODELOVALNA POSTAJA – Ocenjevalni pogovor o napredku: </w:t>
            </w:r>
            <w:r>
              <w:rPr>
                <w:color w:val="000000"/>
                <w:sz w:val="16"/>
              </w:rPr>
              <w:t>Izberejo dokaz, povedo kaj kaže, povežejo ga z učenjem in določijo dosegljiv naslednji korak.</w:t>
            </w:r>
          </w:p>
          <w:p w14:paraId="71C8E7C9" w14:textId="77777777" w:rsidR="00302D64" w:rsidRDefault="00000000">
            <w:pPr>
              <w:spacing w:after="20" w:line="245" w:lineRule="auto"/>
            </w:pPr>
            <w:r>
              <w:rPr>
                <w:b/>
                <w:color w:val="000000"/>
                <w:sz w:val="16"/>
              </w:rPr>
              <w:t xml:space="preserve">POSTAJA DOKAZA IN REFLEKSIJE: </w:t>
            </w:r>
            <w:r>
              <w:rPr>
                <w:color w:val="000000"/>
                <w:sz w:val="16"/>
              </w:rPr>
              <w:t>Izberejo en dokaz (slikovni prikaz odpadkov, izvedena izboljšava in primerjava),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5E972D02" w14:textId="77777777">
              <w:trPr>
                <w:jc w:val="center"/>
              </w:trPr>
              <w:tc>
                <w:tcPr>
                  <w:tcW w:w="7087" w:type="dxa"/>
                  <w:shd w:val="clear" w:color="auto" w:fill="EDC9EA"/>
                  <w:tcMar>
                    <w:top w:w="45" w:type="dxa"/>
                    <w:left w:w="70" w:type="dxa"/>
                    <w:bottom w:w="45" w:type="dxa"/>
                    <w:right w:w="70" w:type="dxa"/>
                  </w:tcMar>
                </w:tcPr>
                <w:p w14:paraId="4370EF3F" w14:textId="77777777" w:rsidR="00302D64" w:rsidRDefault="00000000">
                  <w:pPr>
                    <w:keepNext/>
                  </w:pPr>
                  <w:r>
                    <w:rPr>
                      <w:b/>
                      <w:color w:val="000000"/>
                    </w:rPr>
                    <w:t>POVRATNA INFORMACIJA UČITELJICE MED DELOM</w:t>
                  </w:r>
                </w:p>
              </w:tc>
            </w:tr>
          </w:tbl>
          <w:p w14:paraId="68A69FDC" w14:textId="77777777" w:rsidR="00302D64" w:rsidRDefault="00302D64"/>
          <w:p w14:paraId="5B4F979B"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1778099A" w14:textId="77777777" w:rsidR="00302D64" w:rsidRDefault="00302D64"/>
          <w:p w14:paraId="731508D2" w14:textId="77777777" w:rsidR="00302D64" w:rsidRDefault="00000000">
            <w:pPr>
              <w:spacing w:after="20" w:line="245" w:lineRule="auto"/>
            </w:pPr>
            <w:r>
              <w:rPr>
                <w:b/>
                <w:color w:val="000000"/>
                <w:sz w:val="17"/>
              </w:rPr>
              <w:t>1. URA</w:t>
            </w:r>
          </w:p>
          <w:p w14:paraId="0900631E" w14:textId="77777777" w:rsidR="00302D64" w:rsidRDefault="00000000">
            <w:pPr>
              <w:spacing w:after="40" w:line="245" w:lineRule="auto"/>
            </w:pPr>
            <w:r>
              <w:rPr>
                <w:color w:val="000000"/>
                <w:sz w:val="16"/>
              </w:rPr>
              <w:t>Razvrstijo, s simboli prikažejo najpogostejše in predlagajo vzrok brez obtoževanja.</w:t>
            </w:r>
          </w:p>
          <w:p w14:paraId="6EE72F11" w14:textId="77777777" w:rsidR="00302D64" w:rsidRDefault="00000000">
            <w:pPr>
              <w:spacing w:line="245" w:lineRule="auto"/>
            </w:pPr>
            <w:r>
              <w:rPr>
                <w:b/>
                <w:color w:val="D95BC6"/>
                <w:sz w:val="16"/>
              </w:rPr>
              <w:t>DOKAZ</w:t>
            </w:r>
          </w:p>
          <w:p w14:paraId="36058FB8" w14:textId="77777777" w:rsidR="00302D64" w:rsidRDefault="00000000">
            <w:pPr>
              <w:spacing w:after="60" w:line="245" w:lineRule="auto"/>
            </w:pPr>
            <w:r>
              <w:rPr>
                <w:color w:val="D95BC6"/>
                <w:sz w:val="16"/>
              </w:rPr>
              <w:t>slikovni prikaz odpadkov</w:t>
            </w:r>
          </w:p>
          <w:p w14:paraId="0E675918" w14:textId="77777777" w:rsidR="00302D64" w:rsidRDefault="00000000">
            <w:pPr>
              <w:spacing w:after="20" w:line="245" w:lineRule="auto"/>
            </w:pPr>
            <w:r>
              <w:rPr>
                <w:b/>
                <w:color w:val="000000"/>
                <w:sz w:val="17"/>
              </w:rPr>
              <w:t>2. URA</w:t>
            </w:r>
          </w:p>
          <w:p w14:paraId="2DD199A1" w14:textId="77777777" w:rsidR="00302D64" w:rsidRDefault="00000000">
            <w:pPr>
              <w:spacing w:after="40" w:line="245" w:lineRule="auto"/>
            </w:pPr>
            <w:r>
              <w:rPr>
                <w:color w:val="000000"/>
                <w:sz w:val="16"/>
              </w:rPr>
              <w:t>Načrtujejo in izvedejo izboljšavo, jo preskusijo ter z dokazi pokažejo razliko prej–potem.</w:t>
            </w:r>
          </w:p>
          <w:p w14:paraId="5CFF79E5" w14:textId="77777777" w:rsidR="00302D64" w:rsidRDefault="00000000">
            <w:pPr>
              <w:spacing w:line="245" w:lineRule="auto"/>
            </w:pPr>
            <w:r>
              <w:rPr>
                <w:b/>
                <w:color w:val="D95BC6"/>
                <w:sz w:val="16"/>
              </w:rPr>
              <w:t>DOKAZ</w:t>
            </w:r>
          </w:p>
          <w:p w14:paraId="4FF4402D" w14:textId="77777777" w:rsidR="00302D64" w:rsidRDefault="00000000">
            <w:pPr>
              <w:spacing w:after="60" w:line="245" w:lineRule="auto"/>
            </w:pPr>
            <w:r>
              <w:rPr>
                <w:color w:val="D95BC6"/>
                <w:sz w:val="16"/>
              </w:rPr>
              <w:t>izvedena izboljšava in primerjava</w:t>
            </w:r>
          </w:p>
          <w:p w14:paraId="684ECD18" w14:textId="77777777" w:rsidR="00302D64" w:rsidRDefault="00000000">
            <w:pPr>
              <w:spacing w:after="20" w:line="245" w:lineRule="auto"/>
            </w:pPr>
            <w:r>
              <w:rPr>
                <w:b/>
                <w:color w:val="000000"/>
                <w:sz w:val="17"/>
              </w:rPr>
              <w:t>3. URA</w:t>
            </w:r>
          </w:p>
          <w:p w14:paraId="321F0E40" w14:textId="77777777" w:rsidR="00302D64" w:rsidRDefault="00000000">
            <w:pPr>
              <w:spacing w:after="40" w:line="245" w:lineRule="auto"/>
            </w:pPr>
            <w:r>
              <w:rPr>
                <w:color w:val="000000"/>
                <w:sz w:val="16"/>
              </w:rPr>
              <w:t>Izberejo dokaz, povedo kaj kaže, povežejo ga z učenjem in določijo dosegljiv naslednji korak.</w:t>
            </w:r>
          </w:p>
          <w:p w14:paraId="6C7282BE" w14:textId="77777777" w:rsidR="00302D64" w:rsidRDefault="00000000">
            <w:pPr>
              <w:spacing w:line="245" w:lineRule="auto"/>
            </w:pPr>
            <w:r>
              <w:rPr>
                <w:b/>
                <w:color w:val="D95BC6"/>
                <w:sz w:val="16"/>
              </w:rPr>
              <w:t>DOKAZ</w:t>
            </w:r>
          </w:p>
          <w:p w14:paraId="000E9688" w14:textId="77777777" w:rsidR="00302D64" w:rsidRDefault="00000000">
            <w:pPr>
              <w:spacing w:after="60" w:line="245" w:lineRule="auto"/>
            </w:pPr>
            <w:r>
              <w:rPr>
                <w:color w:val="D95BC6"/>
                <w:sz w:val="16"/>
              </w:rPr>
              <w:t>izbrani dokaz, pogovor in samovrednotenje</w:t>
            </w:r>
          </w:p>
        </w:tc>
      </w:tr>
    </w:tbl>
    <w:p w14:paraId="1A9EAB4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713A8A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41E1BB6"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19E930" w14:textId="77777777" w:rsidR="00302D64" w:rsidRDefault="00000000">
            <w:pPr>
              <w:jc w:val="center"/>
            </w:pPr>
            <w:r>
              <w:rPr>
                <w:b/>
                <w:color w:val="000000"/>
                <w:sz w:val="20"/>
              </w:rPr>
              <w:t>UČNE DEJAVNOSTI, METODE IN FORMATIVNO SPREMLJANJE</w:t>
            </w:r>
          </w:p>
        </w:tc>
      </w:tr>
      <w:tr w:rsidR="00302D64" w14:paraId="539DFA06" w14:textId="77777777">
        <w:trPr>
          <w:tblHeader/>
          <w:jc w:val="center"/>
        </w:trPr>
        <w:tc>
          <w:tcPr>
            <w:tcW w:w="4422" w:type="dxa"/>
            <w:vMerge/>
            <w:tcMar>
              <w:top w:w="70" w:type="dxa"/>
              <w:left w:w="90" w:type="dxa"/>
              <w:bottom w:w="70" w:type="dxa"/>
              <w:right w:w="90" w:type="dxa"/>
            </w:tcMar>
            <w:vAlign w:val="center"/>
          </w:tcPr>
          <w:p w14:paraId="283932A8" w14:textId="77777777" w:rsidR="00302D64" w:rsidRDefault="00302D64"/>
        </w:tc>
        <w:tc>
          <w:tcPr>
            <w:tcW w:w="7087" w:type="dxa"/>
            <w:shd w:val="clear" w:color="auto" w:fill="FFFFFF"/>
            <w:tcMar>
              <w:top w:w="70" w:type="dxa"/>
              <w:left w:w="90" w:type="dxa"/>
              <w:bottom w:w="70" w:type="dxa"/>
              <w:right w:w="90" w:type="dxa"/>
            </w:tcMar>
            <w:vAlign w:val="center"/>
          </w:tcPr>
          <w:p w14:paraId="35592EC6"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964304E" w14:textId="77777777" w:rsidR="00302D64" w:rsidRDefault="00000000">
            <w:pPr>
              <w:jc w:val="center"/>
            </w:pPr>
            <w:r>
              <w:rPr>
                <w:b/>
                <w:color w:val="000000"/>
              </w:rPr>
              <w:t>UČENEC</w:t>
            </w:r>
          </w:p>
        </w:tc>
      </w:tr>
      <w:tr w:rsidR="00302D64" w14:paraId="10B95104" w14:textId="77777777">
        <w:trPr>
          <w:jc w:val="center"/>
        </w:trPr>
        <w:tc>
          <w:tcPr>
            <w:tcW w:w="4422" w:type="dxa"/>
            <w:tcMar>
              <w:top w:w="70" w:type="dxa"/>
              <w:left w:w="90" w:type="dxa"/>
              <w:bottom w:w="70" w:type="dxa"/>
              <w:right w:w="90" w:type="dxa"/>
            </w:tcMar>
          </w:tcPr>
          <w:p w14:paraId="6E8DA247" w14:textId="77777777" w:rsidR="00302D64" w:rsidRDefault="00302D64"/>
          <w:p w14:paraId="4A975F6D" w14:textId="77777777" w:rsidR="00302D64" w:rsidRDefault="00000000">
            <w:pPr>
              <w:spacing w:after="40" w:line="245" w:lineRule="auto"/>
            </w:pPr>
            <w:r>
              <w:rPr>
                <w:b/>
                <w:color w:val="000000"/>
              </w:rPr>
              <w:t>FORMATIVNO SPREMLJANJE</w:t>
            </w:r>
          </w:p>
          <w:p w14:paraId="2C34A626" w14:textId="77777777" w:rsidR="00302D64" w:rsidRDefault="00000000">
            <w:pPr>
              <w:pStyle w:val="Oznaenseznam"/>
              <w:spacing w:after="16"/>
            </w:pPr>
            <w:r>
              <w:rPr>
                <w:color w:val="000000"/>
                <w:sz w:val="16"/>
              </w:rPr>
              <w:t>predznanje: začetni odgovor, razvrstitev ali prikaz</w:t>
            </w:r>
          </w:p>
          <w:p w14:paraId="7AD6D991" w14:textId="77777777" w:rsidR="00302D64" w:rsidRDefault="00000000">
            <w:pPr>
              <w:pStyle w:val="Oznaenseznam"/>
              <w:spacing w:after="16"/>
            </w:pPr>
            <w:r>
              <w:rPr>
                <w:color w:val="000000"/>
                <w:sz w:val="16"/>
              </w:rPr>
              <w:t>dokazi med učenjem: izvedba, skica, model, opazovalni zapis ali razlaga</w:t>
            </w:r>
          </w:p>
          <w:p w14:paraId="1F6580BF" w14:textId="77777777" w:rsidR="00302D64" w:rsidRDefault="00000000">
            <w:pPr>
              <w:pStyle w:val="Oznaenseznam"/>
              <w:spacing w:after="16"/>
            </w:pPr>
            <w:r>
              <w:rPr>
                <w:color w:val="000000"/>
                <w:sz w:val="16"/>
              </w:rPr>
              <w:t>povratna informacija: konkretna, vezana na kriterij in usmerjena v naslednji korak</w:t>
            </w:r>
          </w:p>
          <w:p w14:paraId="1408D69D" w14:textId="77777777" w:rsidR="00302D64" w:rsidRDefault="00000000">
            <w:pPr>
              <w:pStyle w:val="Oznaenseznam"/>
              <w:spacing w:after="16"/>
            </w:pPr>
            <w:r>
              <w:rPr>
                <w:color w:val="000000"/>
                <w:sz w:val="16"/>
              </w:rPr>
              <w:t>samovrednotenje: semafor, prsti, izbrani simbol ali kratka poved</w:t>
            </w:r>
          </w:p>
          <w:p w14:paraId="321DF37E" w14:textId="77777777" w:rsidR="00302D64" w:rsidRDefault="00000000">
            <w:pPr>
              <w:spacing w:before="40" w:after="20" w:line="245" w:lineRule="auto"/>
            </w:pPr>
            <w:r>
              <w:rPr>
                <w:b/>
                <w:color w:val="000000"/>
              </w:rPr>
              <w:t>VARNOST IN ODGOVORNOST</w:t>
            </w:r>
          </w:p>
          <w:p w14:paraId="4212F3ED" w14:textId="77777777" w:rsidR="00302D64" w:rsidRDefault="00000000">
            <w:pPr>
              <w:spacing w:after="60" w:line="245" w:lineRule="auto"/>
            </w:pPr>
            <w:r>
              <w:rPr>
                <w:color w:val="000000"/>
                <w:sz w:val="16"/>
              </w:rPr>
              <w:t>Pregledujejo se le čisti in varni odpadki; nevarnih, ostrih ali higiensko spornih predmetov učenci ne prijemajo.</w:t>
            </w:r>
          </w:p>
          <w:p w14:paraId="6C24AC0D" w14:textId="77777777" w:rsidR="00302D64" w:rsidRDefault="00000000">
            <w:pPr>
              <w:spacing w:after="20" w:line="245" w:lineRule="auto"/>
            </w:pPr>
            <w:r>
              <w:rPr>
                <w:b/>
                <w:color w:val="000000"/>
              </w:rPr>
              <w:t>EVIDENCA PO IZVEDBI</w:t>
            </w:r>
          </w:p>
          <w:p w14:paraId="55E97093"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779088F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2291DC95" w14:textId="77777777">
              <w:trPr>
                <w:jc w:val="center"/>
              </w:trPr>
              <w:tc>
                <w:tcPr>
                  <w:tcW w:w="7087" w:type="dxa"/>
                  <w:shd w:val="clear" w:color="auto" w:fill="EDC9EA"/>
                  <w:tcMar>
                    <w:top w:w="45" w:type="dxa"/>
                    <w:left w:w="70" w:type="dxa"/>
                    <w:bottom w:w="45" w:type="dxa"/>
                    <w:right w:w="70" w:type="dxa"/>
                  </w:tcMar>
                </w:tcPr>
                <w:p w14:paraId="7EE4976B" w14:textId="77777777" w:rsidR="00302D64" w:rsidRDefault="00000000">
                  <w:pPr>
                    <w:keepNext/>
                  </w:pPr>
                  <w:r>
                    <w:rPr>
                      <w:b/>
                      <w:color w:val="000000"/>
                    </w:rPr>
                    <w:t>VPRAŠANJA V PODPORO UČENJU</w:t>
                  </w:r>
                </w:p>
              </w:tc>
            </w:tr>
          </w:tbl>
          <w:p w14:paraId="50C80B95" w14:textId="77777777" w:rsidR="00302D64" w:rsidRDefault="00302D64">
            <w:pPr>
              <w:spacing w:line="20" w:lineRule="exact"/>
            </w:pPr>
          </w:p>
          <w:p w14:paraId="25712999" w14:textId="77777777" w:rsidR="00302D64" w:rsidRDefault="00000000">
            <w:pPr>
              <w:pStyle w:val="Oznaenseznam"/>
              <w:spacing w:after="16"/>
            </w:pPr>
            <w:r>
              <w:rPr>
                <w:color w:val="000000"/>
                <w:sz w:val="16"/>
              </w:rPr>
              <w:t>Kaj si opazil/-a in kateri dokaz to pokaže?</w:t>
            </w:r>
          </w:p>
          <w:p w14:paraId="01559D97" w14:textId="77777777" w:rsidR="00302D64" w:rsidRDefault="00000000">
            <w:pPr>
              <w:pStyle w:val="Oznaenseznam"/>
              <w:spacing w:after="16"/>
            </w:pPr>
            <w:r>
              <w:rPr>
                <w:color w:val="000000"/>
                <w:sz w:val="16"/>
              </w:rPr>
              <w:t>Kako si prišel/-la do svoje odločitve?</w:t>
            </w:r>
          </w:p>
          <w:p w14:paraId="4C8B5683" w14:textId="77777777" w:rsidR="00302D64" w:rsidRDefault="00000000">
            <w:pPr>
              <w:pStyle w:val="Oznaenseznam"/>
              <w:spacing w:after="16"/>
            </w:pPr>
            <w:r>
              <w:rPr>
                <w:color w:val="000000"/>
                <w:sz w:val="16"/>
              </w:rPr>
              <w:t>Kaj si pri ponovnem poskusu ohranil/-a enako in kaj spremenil/-a?</w:t>
            </w:r>
          </w:p>
          <w:p w14:paraId="1882C353" w14:textId="77777777" w:rsidR="00302D64" w:rsidRDefault="00000000">
            <w:pPr>
              <w:pStyle w:val="Oznaenseznam"/>
              <w:spacing w:after="16"/>
            </w:pPr>
            <w:r>
              <w:rPr>
                <w:color w:val="000000"/>
                <w:sz w:val="16"/>
              </w:rPr>
              <w:t>Kateri kriterij že dosegaš? Kaj bo tvoj naslednji korak?</w:t>
            </w:r>
          </w:p>
          <w:p w14:paraId="6B8BFD06"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0AB16EF0" w14:textId="77777777">
              <w:trPr>
                <w:jc w:val="center"/>
              </w:trPr>
              <w:tc>
                <w:tcPr>
                  <w:tcW w:w="7087" w:type="dxa"/>
                  <w:shd w:val="clear" w:color="auto" w:fill="C6E7F3"/>
                  <w:tcMar>
                    <w:top w:w="45" w:type="dxa"/>
                    <w:left w:w="70" w:type="dxa"/>
                    <w:bottom w:w="45" w:type="dxa"/>
                    <w:right w:w="70" w:type="dxa"/>
                  </w:tcMar>
                </w:tcPr>
                <w:p w14:paraId="7476C005" w14:textId="77777777" w:rsidR="00302D64" w:rsidRDefault="00000000">
                  <w:pPr>
                    <w:keepNext/>
                  </w:pPr>
                  <w:r>
                    <w:rPr>
                      <w:b/>
                      <w:color w:val="000000"/>
                    </w:rPr>
                    <w:t>ZAKLJUČNI DEL – UTRJEVANJE IN REFLEKSIJA (10–15 min)</w:t>
                  </w:r>
                </w:p>
              </w:tc>
            </w:tr>
          </w:tbl>
          <w:p w14:paraId="53F9AF0C" w14:textId="77777777" w:rsidR="00302D64" w:rsidRDefault="00302D64">
            <w:pPr>
              <w:spacing w:line="20" w:lineRule="exact"/>
            </w:pPr>
          </w:p>
          <w:p w14:paraId="2CBD529A"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5CEC55DA" w14:textId="77777777">
              <w:trPr>
                <w:jc w:val="center"/>
              </w:trPr>
              <w:tc>
                <w:tcPr>
                  <w:tcW w:w="7087" w:type="dxa"/>
                  <w:shd w:val="clear" w:color="auto" w:fill="EDC9EA"/>
                  <w:tcMar>
                    <w:top w:w="45" w:type="dxa"/>
                    <w:left w:w="70" w:type="dxa"/>
                    <w:bottom w:w="45" w:type="dxa"/>
                    <w:right w:w="70" w:type="dxa"/>
                  </w:tcMar>
                </w:tcPr>
                <w:p w14:paraId="76169F5B" w14:textId="77777777" w:rsidR="00302D64" w:rsidRDefault="00000000">
                  <w:pPr>
                    <w:keepNext/>
                  </w:pPr>
                  <w:r>
                    <w:rPr>
                      <w:b/>
                      <w:color w:val="000000"/>
                    </w:rPr>
                    <w:t>SAMOVREDNOTENJE</w:t>
                  </w:r>
                </w:p>
              </w:tc>
            </w:tr>
          </w:tbl>
          <w:p w14:paraId="71A66655" w14:textId="77777777" w:rsidR="00302D64" w:rsidRDefault="00302D64">
            <w:pPr>
              <w:spacing w:line="20" w:lineRule="exact"/>
            </w:pPr>
          </w:p>
          <w:p w14:paraId="17B0B86D"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20C64255" w14:textId="77777777">
              <w:trPr>
                <w:jc w:val="center"/>
              </w:trPr>
              <w:tc>
                <w:tcPr>
                  <w:tcW w:w="7087" w:type="dxa"/>
                  <w:shd w:val="clear" w:color="auto" w:fill="EDC9EA"/>
                  <w:tcMar>
                    <w:top w:w="45" w:type="dxa"/>
                    <w:left w:w="70" w:type="dxa"/>
                    <w:bottom w:w="45" w:type="dxa"/>
                    <w:right w:w="70" w:type="dxa"/>
                  </w:tcMar>
                </w:tcPr>
                <w:p w14:paraId="719FF6A6" w14:textId="77777777" w:rsidR="00302D64" w:rsidRDefault="00000000">
                  <w:pPr>
                    <w:keepNext/>
                  </w:pPr>
                  <w:r>
                    <w:rPr>
                      <w:b/>
                      <w:color w:val="000000"/>
                    </w:rPr>
                    <w:t>VRSTNIŠKO VREDNOTENJE</w:t>
                  </w:r>
                </w:p>
              </w:tc>
            </w:tr>
          </w:tbl>
          <w:p w14:paraId="70EB6C73" w14:textId="77777777" w:rsidR="00302D64" w:rsidRDefault="00302D64">
            <w:pPr>
              <w:spacing w:line="20" w:lineRule="exact"/>
            </w:pPr>
          </w:p>
          <w:p w14:paraId="12AC731D"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3F3CECCC" w14:textId="77777777">
              <w:trPr>
                <w:jc w:val="center"/>
              </w:trPr>
              <w:tc>
                <w:tcPr>
                  <w:tcW w:w="7087" w:type="dxa"/>
                  <w:shd w:val="clear" w:color="auto" w:fill="EDC9EA"/>
                  <w:tcMar>
                    <w:top w:w="45" w:type="dxa"/>
                    <w:left w:w="70" w:type="dxa"/>
                    <w:bottom w:w="45" w:type="dxa"/>
                    <w:right w:w="70" w:type="dxa"/>
                  </w:tcMar>
                </w:tcPr>
                <w:p w14:paraId="7CC8D268" w14:textId="77777777" w:rsidR="00302D64" w:rsidRDefault="00000000">
                  <w:pPr>
                    <w:keepNext/>
                  </w:pPr>
                  <w:r>
                    <w:rPr>
                      <w:b/>
                      <w:color w:val="000000"/>
                    </w:rPr>
                    <w:t>SKUPNI POVZETEK</w:t>
                  </w:r>
                </w:p>
              </w:tc>
            </w:tr>
          </w:tbl>
          <w:p w14:paraId="1F552242" w14:textId="77777777" w:rsidR="00302D64" w:rsidRDefault="00302D64">
            <w:pPr>
              <w:spacing w:line="20" w:lineRule="exact"/>
            </w:pPr>
          </w:p>
          <w:p w14:paraId="200FF0C8" w14:textId="77777777" w:rsidR="00302D64" w:rsidRDefault="00000000">
            <w:pPr>
              <w:spacing w:before="20" w:after="40" w:line="245" w:lineRule="auto"/>
            </w:pPr>
            <w:r>
              <w:rPr>
                <w:b/>
                <w:color w:val="000000"/>
                <w:sz w:val="17"/>
              </w:rPr>
              <w:t>Prepoznam posledice svojega ravnanja, sodelujem pri izboljšavi okolja ter z dokazom predstavim svoj napredek in naslednji korak.</w:t>
            </w:r>
          </w:p>
          <w:tbl>
            <w:tblPr>
              <w:tblStyle w:val="Tabelamrea"/>
              <w:tblW w:w="0" w:type="auto"/>
              <w:jc w:val="center"/>
              <w:tblLayout w:type="fixed"/>
              <w:tblLook w:val="04A0" w:firstRow="1" w:lastRow="0" w:firstColumn="1" w:lastColumn="0" w:noHBand="0" w:noVBand="1"/>
            </w:tblPr>
            <w:tblGrid>
              <w:gridCol w:w="7087"/>
            </w:tblGrid>
            <w:tr w:rsidR="00302D64" w14:paraId="50AE0BEF" w14:textId="77777777">
              <w:trPr>
                <w:jc w:val="center"/>
              </w:trPr>
              <w:tc>
                <w:tcPr>
                  <w:tcW w:w="7087" w:type="dxa"/>
                  <w:shd w:val="clear" w:color="auto" w:fill="EDC9EA"/>
                  <w:tcMar>
                    <w:top w:w="45" w:type="dxa"/>
                    <w:left w:w="70" w:type="dxa"/>
                    <w:bottom w:w="45" w:type="dxa"/>
                    <w:right w:w="70" w:type="dxa"/>
                  </w:tcMar>
                </w:tcPr>
                <w:p w14:paraId="1E94E1FB" w14:textId="77777777" w:rsidR="00302D64" w:rsidRDefault="00000000">
                  <w:pPr>
                    <w:keepNext/>
                  </w:pPr>
                  <w:r>
                    <w:rPr>
                      <w:b/>
                      <w:color w:val="000000"/>
                    </w:rPr>
                    <w:t>OPISNO OCENJEVANJE</w:t>
                  </w:r>
                </w:p>
              </w:tc>
            </w:tr>
          </w:tbl>
          <w:p w14:paraId="400CC10B" w14:textId="77777777" w:rsidR="00302D64" w:rsidRDefault="00302D64"/>
          <w:p w14:paraId="44568814" w14:textId="77777777" w:rsidR="00302D64" w:rsidRDefault="00000000">
            <w:pPr>
              <w:spacing w:before="20" w:after="30" w:line="245" w:lineRule="auto"/>
            </w:pPr>
            <w:r>
              <w:rPr>
                <w:color w:val="000000"/>
                <w:sz w:val="16"/>
              </w:rPr>
              <w:t>OCENJEVANJE 5: izbor dokazov iz mape dosežkov in kratek pogovor o osebnem napredku</w:t>
            </w:r>
          </w:p>
        </w:tc>
        <w:tc>
          <w:tcPr>
            <w:tcW w:w="2551" w:type="dxa"/>
            <w:tcMar>
              <w:top w:w="70" w:type="dxa"/>
              <w:left w:w="90" w:type="dxa"/>
              <w:bottom w:w="70" w:type="dxa"/>
              <w:right w:w="90" w:type="dxa"/>
            </w:tcMar>
          </w:tcPr>
          <w:p w14:paraId="46AF533D" w14:textId="77777777" w:rsidR="00302D64" w:rsidRDefault="00302D64"/>
          <w:p w14:paraId="4F191B2F" w14:textId="77777777" w:rsidR="00302D64" w:rsidRDefault="00000000">
            <w:pPr>
              <w:spacing w:after="100" w:line="245" w:lineRule="auto"/>
            </w:pPr>
            <w:r>
              <w:rPr>
                <w:color w:val="000000"/>
                <w:sz w:val="16"/>
              </w:rPr>
              <w:t>Odgovarja na podporna vprašanja in se sklicuje na svoj dokaz.</w:t>
            </w:r>
          </w:p>
          <w:p w14:paraId="1134B39E" w14:textId="77777777" w:rsidR="00302D64" w:rsidRDefault="00000000">
            <w:pPr>
              <w:spacing w:after="100" w:line="245" w:lineRule="auto"/>
            </w:pPr>
            <w:r>
              <w:rPr>
                <w:color w:val="000000"/>
                <w:sz w:val="16"/>
              </w:rPr>
              <w:t>Primerja začetno zamisel z ugotovitvijo ter pove ali pokaže, kaj se je naučil/-a.</w:t>
            </w:r>
          </w:p>
          <w:p w14:paraId="2DDB6A33" w14:textId="77777777" w:rsidR="00302D64" w:rsidRDefault="00000000">
            <w:pPr>
              <w:spacing w:after="100" w:line="245" w:lineRule="auto"/>
            </w:pPr>
            <w:r>
              <w:rPr>
                <w:color w:val="000000"/>
                <w:sz w:val="16"/>
              </w:rPr>
              <w:t>Izbere raven doseganja in določi naslednji korak.</w:t>
            </w:r>
          </w:p>
          <w:p w14:paraId="5585EA09" w14:textId="77777777" w:rsidR="00302D64" w:rsidRDefault="00000000">
            <w:pPr>
              <w:spacing w:after="100" w:line="245" w:lineRule="auto"/>
            </w:pPr>
            <w:r>
              <w:rPr>
                <w:color w:val="000000"/>
                <w:sz w:val="16"/>
              </w:rPr>
              <w:t>Sošolcu poda prijazen, konkreten odziv.</w:t>
            </w:r>
          </w:p>
          <w:p w14:paraId="0D704E5D" w14:textId="77777777" w:rsidR="00302D64" w:rsidRDefault="00000000">
            <w:pPr>
              <w:spacing w:after="20" w:line="245" w:lineRule="auto"/>
            </w:pPr>
            <w:r>
              <w:rPr>
                <w:b/>
                <w:color w:val="D95BC6"/>
                <w:sz w:val="17"/>
              </w:rPr>
              <w:t>DOKAZ O UČENJU</w:t>
            </w:r>
          </w:p>
          <w:p w14:paraId="287AF943" w14:textId="77777777" w:rsidR="00302D64" w:rsidRDefault="00000000">
            <w:pPr>
              <w:spacing w:after="30" w:line="245" w:lineRule="auto"/>
            </w:pPr>
            <w:r>
              <w:rPr>
                <w:color w:val="D95BC6"/>
                <w:sz w:val="16"/>
              </w:rPr>
              <w:t>izvedba ali izdelek, razlaga, samovrednotenje in odziv na povratno informacijo</w:t>
            </w:r>
          </w:p>
        </w:tc>
      </w:tr>
    </w:tbl>
    <w:p w14:paraId="3065B97B"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38E3C366" w14:textId="77777777">
        <w:trPr>
          <w:cantSplit/>
          <w:jc w:val="center"/>
        </w:trPr>
        <w:tc>
          <w:tcPr>
            <w:tcW w:w="14060" w:type="dxa"/>
            <w:gridSpan w:val="6"/>
            <w:tcMar>
              <w:top w:w="70" w:type="dxa"/>
              <w:left w:w="90" w:type="dxa"/>
              <w:bottom w:w="70" w:type="dxa"/>
              <w:right w:w="90" w:type="dxa"/>
            </w:tcMar>
            <w:vAlign w:val="center"/>
          </w:tcPr>
          <w:p w14:paraId="498971E9" w14:textId="77777777" w:rsidR="00302D64" w:rsidRDefault="00000000">
            <w:pPr>
              <w:jc w:val="center"/>
            </w:pPr>
            <w:r>
              <w:rPr>
                <w:b/>
                <w:color w:val="000000"/>
                <w:sz w:val="24"/>
              </w:rPr>
              <w:lastRenderedPageBreak/>
              <w:t>UČNA PRIPRAVA 38/39</w:t>
            </w:r>
          </w:p>
        </w:tc>
      </w:tr>
      <w:tr w:rsidR="00302D64" w14:paraId="3B0BECCC" w14:textId="77777777">
        <w:trPr>
          <w:jc w:val="center"/>
        </w:trPr>
        <w:tc>
          <w:tcPr>
            <w:tcW w:w="2665" w:type="dxa"/>
            <w:tcMar>
              <w:top w:w="70" w:type="dxa"/>
              <w:left w:w="90" w:type="dxa"/>
              <w:bottom w:w="70" w:type="dxa"/>
              <w:right w:w="90" w:type="dxa"/>
            </w:tcMar>
            <w:vAlign w:val="center"/>
          </w:tcPr>
          <w:p w14:paraId="14CBEC0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E2ACFC9"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B724CE6"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AFD0F8F" w14:textId="77777777" w:rsidR="00302D64" w:rsidRDefault="00000000">
            <w:r>
              <w:rPr>
                <w:b/>
                <w:color w:val="000000"/>
                <w:sz w:val="16"/>
              </w:rPr>
              <w:t xml:space="preserve">NAČRTOVANI TERMIN: </w:t>
            </w:r>
            <w:r>
              <w:rPr>
                <w:color w:val="000000"/>
                <w:sz w:val="16"/>
              </w:rPr>
              <w:t>38. teden • 14.–18. 6. 2027</w:t>
            </w:r>
          </w:p>
        </w:tc>
        <w:tc>
          <w:tcPr>
            <w:tcW w:w="2268" w:type="dxa"/>
            <w:tcMar>
              <w:top w:w="70" w:type="dxa"/>
              <w:left w:w="90" w:type="dxa"/>
              <w:bottom w:w="70" w:type="dxa"/>
              <w:right w:w="90" w:type="dxa"/>
            </w:tcMar>
            <w:vAlign w:val="center"/>
          </w:tcPr>
          <w:p w14:paraId="094AD278"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6790044" w14:textId="77777777" w:rsidR="00302D64" w:rsidRDefault="00000000">
            <w:r>
              <w:rPr>
                <w:b/>
                <w:color w:val="000000"/>
                <w:sz w:val="16"/>
              </w:rPr>
              <w:t xml:space="preserve">ŠTEVILO UR: </w:t>
            </w:r>
            <w:r>
              <w:rPr>
                <w:color w:val="000000"/>
                <w:sz w:val="16"/>
              </w:rPr>
              <w:t>3</w:t>
            </w:r>
          </w:p>
        </w:tc>
      </w:tr>
      <w:tr w:rsidR="00302D64" w14:paraId="27943C6B" w14:textId="77777777">
        <w:trPr>
          <w:jc w:val="center"/>
        </w:trPr>
        <w:tc>
          <w:tcPr>
            <w:tcW w:w="14061" w:type="dxa"/>
            <w:gridSpan w:val="6"/>
            <w:tcMar>
              <w:top w:w="70" w:type="dxa"/>
              <w:left w:w="90" w:type="dxa"/>
              <w:bottom w:w="70" w:type="dxa"/>
              <w:right w:w="90" w:type="dxa"/>
            </w:tcMar>
            <w:vAlign w:val="center"/>
          </w:tcPr>
          <w:p w14:paraId="53881B82" w14:textId="77777777" w:rsidR="00302D64" w:rsidRDefault="00000000">
            <w:r>
              <w:t>TIP UČNE URE: obravnava, izkušenjsko raziskovanje, učenje po postajah, utrjevanje in formativno spremljanje</w:t>
            </w:r>
          </w:p>
        </w:tc>
      </w:tr>
      <w:tr w:rsidR="00302D64" w14:paraId="0E2409FC" w14:textId="77777777">
        <w:trPr>
          <w:cantSplit/>
          <w:jc w:val="center"/>
        </w:trPr>
        <w:tc>
          <w:tcPr>
            <w:tcW w:w="14060" w:type="dxa"/>
            <w:gridSpan w:val="6"/>
            <w:tcMar>
              <w:top w:w="70" w:type="dxa"/>
              <w:left w:w="90" w:type="dxa"/>
              <w:bottom w:w="70" w:type="dxa"/>
              <w:right w:w="90" w:type="dxa"/>
            </w:tcMar>
            <w:vAlign w:val="center"/>
          </w:tcPr>
          <w:p w14:paraId="7CDEA7D0" w14:textId="77777777" w:rsidR="00302D64" w:rsidRDefault="00302D64"/>
          <w:p w14:paraId="04D8D9B1" w14:textId="77777777" w:rsidR="00302D64" w:rsidRDefault="00000000">
            <w:pPr>
              <w:spacing w:line="245" w:lineRule="auto"/>
            </w:pPr>
            <w:r>
              <w:rPr>
                <w:b/>
                <w:color w:val="000000"/>
                <w:sz w:val="17"/>
              </w:rPr>
              <w:t xml:space="preserve">UČNI SKLOP: </w:t>
            </w:r>
            <w:r>
              <w:rPr>
                <w:color w:val="000000"/>
                <w:sz w:val="17"/>
              </w:rPr>
              <w:t>POLETJE, SKUPNOST IN ZAKLJUČEK</w:t>
            </w:r>
          </w:p>
        </w:tc>
      </w:tr>
      <w:tr w:rsidR="00302D64" w14:paraId="775DF082" w14:textId="77777777">
        <w:trPr>
          <w:cantSplit/>
          <w:jc w:val="center"/>
        </w:trPr>
        <w:tc>
          <w:tcPr>
            <w:tcW w:w="14060" w:type="dxa"/>
            <w:gridSpan w:val="6"/>
            <w:tcMar>
              <w:top w:w="70" w:type="dxa"/>
              <w:left w:w="90" w:type="dxa"/>
              <w:bottom w:w="70" w:type="dxa"/>
              <w:right w:w="90" w:type="dxa"/>
            </w:tcMar>
            <w:vAlign w:val="center"/>
          </w:tcPr>
          <w:p w14:paraId="179FC23F" w14:textId="77777777" w:rsidR="00302D64" w:rsidRDefault="00302D64"/>
          <w:p w14:paraId="66EB991E" w14:textId="77777777" w:rsidR="00302D64" w:rsidRDefault="00000000">
            <w:pPr>
              <w:spacing w:line="245" w:lineRule="auto"/>
            </w:pPr>
            <w:r>
              <w:rPr>
                <w:b/>
                <w:color w:val="000000"/>
                <w:sz w:val="17"/>
              </w:rPr>
              <w:t xml:space="preserve">UČNA TEMA: </w:t>
            </w:r>
            <w:r>
              <w:rPr>
                <w:color w:val="000000"/>
                <w:sz w:val="17"/>
              </w:rPr>
              <w:t>MOJ NAPREDEK</w:t>
            </w:r>
          </w:p>
        </w:tc>
      </w:tr>
      <w:tr w:rsidR="00302D64" w14:paraId="558FFFAA" w14:textId="77777777">
        <w:trPr>
          <w:cantSplit/>
          <w:jc w:val="center"/>
        </w:trPr>
        <w:tc>
          <w:tcPr>
            <w:tcW w:w="14060" w:type="dxa"/>
            <w:gridSpan w:val="6"/>
            <w:tcMar>
              <w:top w:w="70" w:type="dxa"/>
              <w:left w:w="90" w:type="dxa"/>
              <w:bottom w:w="70" w:type="dxa"/>
              <w:right w:w="90" w:type="dxa"/>
            </w:tcMar>
            <w:vAlign w:val="center"/>
          </w:tcPr>
          <w:p w14:paraId="69E0988B" w14:textId="77777777" w:rsidR="00302D64" w:rsidRDefault="00302D64"/>
          <w:p w14:paraId="68490D4C" w14:textId="77777777" w:rsidR="00302D64" w:rsidRDefault="00000000">
            <w:pPr>
              <w:spacing w:line="245" w:lineRule="auto"/>
            </w:pPr>
            <w:r>
              <w:rPr>
                <w:b/>
                <w:color w:val="000000"/>
                <w:sz w:val="17"/>
              </w:rPr>
              <w:t xml:space="preserve">KNJIŽEVNO IZHODIŠČE IN MOTIV: </w:t>
            </w:r>
            <w:r>
              <w:rPr>
                <w:color w:val="000000"/>
                <w:sz w:val="17"/>
              </w:rPr>
              <w:t>»Pedenjped« – Niko Grafenauer • NADALJEVANJE • osebni napredek, samovrednotenje in igrivost učenja</w:t>
            </w:r>
          </w:p>
        </w:tc>
      </w:tr>
      <w:tr w:rsidR="00302D64" w14:paraId="14FA6CCA" w14:textId="77777777">
        <w:trPr>
          <w:cantSplit/>
          <w:jc w:val="center"/>
        </w:trPr>
        <w:tc>
          <w:tcPr>
            <w:tcW w:w="14060" w:type="dxa"/>
            <w:gridSpan w:val="6"/>
            <w:tcMar>
              <w:top w:w="70" w:type="dxa"/>
              <w:left w:w="90" w:type="dxa"/>
              <w:bottom w:w="70" w:type="dxa"/>
              <w:right w:w="90" w:type="dxa"/>
            </w:tcMar>
            <w:vAlign w:val="center"/>
          </w:tcPr>
          <w:p w14:paraId="104FFB8C" w14:textId="77777777" w:rsidR="00302D64" w:rsidRDefault="00302D64"/>
          <w:p w14:paraId="6771D4B7" w14:textId="77777777" w:rsidR="00302D64" w:rsidRDefault="00000000">
            <w:pPr>
              <w:spacing w:line="245" w:lineRule="auto"/>
            </w:pPr>
            <w:r>
              <w:rPr>
                <w:b/>
                <w:color w:val="000000"/>
                <w:sz w:val="17"/>
              </w:rPr>
              <w:t xml:space="preserve">UČNE ENOTE: </w:t>
            </w:r>
            <w:r>
              <w:rPr>
                <w:color w:val="000000"/>
                <w:sz w:val="17"/>
              </w:rPr>
              <w:t>1. ura – Galerija dokazov • 2. ura – Postaje znanja • 3. ura – Moj naslednji korak</w:t>
            </w:r>
          </w:p>
        </w:tc>
      </w:tr>
      <w:tr w:rsidR="00302D64" w14:paraId="4FD6DC79" w14:textId="77777777">
        <w:trPr>
          <w:cantSplit/>
          <w:jc w:val="center"/>
        </w:trPr>
        <w:tc>
          <w:tcPr>
            <w:tcW w:w="14060" w:type="dxa"/>
            <w:gridSpan w:val="6"/>
            <w:tcMar>
              <w:top w:w="70" w:type="dxa"/>
              <w:left w:w="90" w:type="dxa"/>
              <w:bottom w:w="70" w:type="dxa"/>
              <w:right w:w="90" w:type="dxa"/>
            </w:tcMar>
            <w:vAlign w:val="center"/>
          </w:tcPr>
          <w:p w14:paraId="662C41F8" w14:textId="77777777" w:rsidR="00302D64" w:rsidRDefault="00302D64"/>
          <w:p w14:paraId="4AEBB6F6"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328A314E" w14:textId="77777777">
        <w:trPr>
          <w:cantSplit/>
          <w:jc w:val="center"/>
        </w:trPr>
        <w:tc>
          <w:tcPr>
            <w:tcW w:w="14060" w:type="dxa"/>
            <w:gridSpan w:val="6"/>
            <w:tcMar>
              <w:top w:w="70" w:type="dxa"/>
              <w:left w:w="90" w:type="dxa"/>
              <w:bottom w:w="70" w:type="dxa"/>
              <w:right w:w="90" w:type="dxa"/>
            </w:tcMar>
            <w:vAlign w:val="center"/>
          </w:tcPr>
          <w:p w14:paraId="00D4F763" w14:textId="77777777" w:rsidR="00302D64" w:rsidRDefault="00302D64"/>
          <w:p w14:paraId="052333E3"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40C24724" w14:textId="77777777">
        <w:trPr>
          <w:cantSplit/>
          <w:jc w:val="center"/>
        </w:trPr>
        <w:tc>
          <w:tcPr>
            <w:tcW w:w="14060" w:type="dxa"/>
            <w:gridSpan w:val="6"/>
            <w:tcMar>
              <w:top w:w="70" w:type="dxa"/>
              <w:left w:w="90" w:type="dxa"/>
              <w:bottom w:w="70" w:type="dxa"/>
              <w:right w:w="90" w:type="dxa"/>
            </w:tcMar>
            <w:vAlign w:val="center"/>
          </w:tcPr>
          <w:p w14:paraId="7A925841" w14:textId="77777777" w:rsidR="00302D64" w:rsidRDefault="00302D64"/>
          <w:p w14:paraId="5B50AB23"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756A6B9F" w14:textId="77777777">
        <w:trPr>
          <w:cantSplit/>
          <w:jc w:val="center"/>
        </w:trPr>
        <w:tc>
          <w:tcPr>
            <w:tcW w:w="14060" w:type="dxa"/>
            <w:gridSpan w:val="6"/>
            <w:tcMar>
              <w:top w:w="70" w:type="dxa"/>
              <w:left w:w="90" w:type="dxa"/>
              <w:bottom w:w="70" w:type="dxa"/>
              <w:right w:w="90" w:type="dxa"/>
            </w:tcMar>
            <w:vAlign w:val="center"/>
          </w:tcPr>
          <w:p w14:paraId="782FF95B" w14:textId="77777777" w:rsidR="00302D64" w:rsidRDefault="00302D64"/>
          <w:p w14:paraId="637E0A9F" w14:textId="77777777" w:rsidR="00302D64" w:rsidRDefault="00000000">
            <w:pPr>
              <w:spacing w:line="245" w:lineRule="auto"/>
            </w:pPr>
            <w:r>
              <w:rPr>
                <w:b/>
                <w:color w:val="000000"/>
                <w:sz w:val="17"/>
              </w:rPr>
              <w:t xml:space="preserve">MEDPREDMETNE POVEZAVE: </w:t>
            </w:r>
            <w:r>
              <w:rPr>
                <w:color w:val="000000"/>
                <w:sz w:val="17"/>
              </w:rPr>
              <w:t>SLJ – opis in povratna informacija; MAT – zaporedje napredka; LUM – vizualni osebni cilj; ŠPO – postajno delo</w:t>
            </w:r>
          </w:p>
        </w:tc>
      </w:tr>
      <w:tr w:rsidR="00302D64" w14:paraId="54DC4571" w14:textId="77777777">
        <w:trPr>
          <w:cantSplit/>
          <w:jc w:val="center"/>
        </w:trPr>
        <w:tc>
          <w:tcPr>
            <w:tcW w:w="14060" w:type="dxa"/>
            <w:gridSpan w:val="6"/>
            <w:tcMar>
              <w:top w:w="70" w:type="dxa"/>
              <w:left w:w="90" w:type="dxa"/>
              <w:bottom w:w="70" w:type="dxa"/>
              <w:right w:w="90" w:type="dxa"/>
            </w:tcMar>
            <w:vAlign w:val="center"/>
          </w:tcPr>
          <w:p w14:paraId="0EAFA841" w14:textId="77777777" w:rsidR="00302D64" w:rsidRDefault="00302D64"/>
          <w:p w14:paraId="03D671E6" w14:textId="77777777" w:rsidR="00302D64" w:rsidRDefault="00000000">
            <w:pPr>
              <w:spacing w:line="245" w:lineRule="auto"/>
            </w:pPr>
            <w:r>
              <w:rPr>
                <w:b/>
                <w:color w:val="000000"/>
                <w:sz w:val="17"/>
              </w:rPr>
              <w:t xml:space="preserve">UČNA SREDSTVA IN PRIPOMOČKI: </w:t>
            </w:r>
            <w:r>
              <w:rPr>
                <w:color w:val="000000"/>
                <w:sz w:val="17"/>
              </w:rPr>
              <w:t>Pedenjped, mape dosežkov, listki za povratno informacijo, praktične postaje in konkretni material, simboli uspeha, kartica naslednjega koraka</w:t>
            </w:r>
          </w:p>
        </w:tc>
      </w:tr>
      <w:tr w:rsidR="00302D64" w14:paraId="6734A80D" w14:textId="77777777">
        <w:trPr>
          <w:cantSplit/>
          <w:jc w:val="center"/>
        </w:trPr>
        <w:tc>
          <w:tcPr>
            <w:tcW w:w="14060" w:type="dxa"/>
            <w:gridSpan w:val="6"/>
            <w:tcMar>
              <w:top w:w="70" w:type="dxa"/>
              <w:left w:w="90" w:type="dxa"/>
              <w:bottom w:w="70" w:type="dxa"/>
              <w:right w:w="90" w:type="dxa"/>
            </w:tcMar>
            <w:vAlign w:val="center"/>
          </w:tcPr>
          <w:p w14:paraId="2160E56E" w14:textId="77777777" w:rsidR="00302D64" w:rsidRDefault="00302D64"/>
          <w:p w14:paraId="1D4E7D96"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6E855CAC" w14:textId="77777777">
        <w:trPr>
          <w:cantSplit/>
          <w:jc w:val="center"/>
        </w:trPr>
        <w:tc>
          <w:tcPr>
            <w:tcW w:w="14060" w:type="dxa"/>
            <w:gridSpan w:val="6"/>
            <w:tcMar>
              <w:top w:w="70" w:type="dxa"/>
              <w:left w:w="90" w:type="dxa"/>
              <w:bottom w:w="70" w:type="dxa"/>
              <w:right w:w="90" w:type="dxa"/>
            </w:tcMar>
            <w:vAlign w:val="center"/>
          </w:tcPr>
          <w:p w14:paraId="6A1FDC47" w14:textId="77777777" w:rsidR="00302D64" w:rsidRDefault="00302D64"/>
          <w:p w14:paraId="63527CA9"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27F5498E" w14:textId="77777777">
        <w:trPr>
          <w:cantSplit/>
          <w:jc w:val="center"/>
        </w:trPr>
        <w:tc>
          <w:tcPr>
            <w:tcW w:w="14060" w:type="dxa"/>
            <w:gridSpan w:val="6"/>
            <w:tcMar>
              <w:top w:w="70" w:type="dxa"/>
              <w:left w:w="90" w:type="dxa"/>
              <w:bottom w:w="70" w:type="dxa"/>
              <w:right w:w="90" w:type="dxa"/>
            </w:tcMar>
            <w:vAlign w:val="center"/>
          </w:tcPr>
          <w:p w14:paraId="0D41274D" w14:textId="77777777" w:rsidR="00302D64" w:rsidRDefault="00302D64"/>
          <w:p w14:paraId="178D6F58" w14:textId="77777777" w:rsidR="00302D64" w:rsidRDefault="00000000">
            <w:pPr>
              <w:spacing w:line="245" w:lineRule="auto"/>
            </w:pPr>
            <w:r>
              <w:rPr>
                <w:b/>
                <w:color w:val="000000"/>
                <w:sz w:val="16"/>
              </w:rPr>
              <w:t xml:space="preserve">VARNOST: </w:t>
            </w:r>
            <w:r>
              <w:rPr>
                <w:color w:val="000000"/>
                <w:sz w:val="16"/>
              </w:rPr>
              <w:t>Upošteva dogovorjena pravila varnega, spoštljivega in odgovornega dela.</w:t>
            </w:r>
          </w:p>
        </w:tc>
      </w:tr>
    </w:tbl>
    <w:p w14:paraId="0813841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9E426F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FBFF080"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17A3F89" w14:textId="77777777" w:rsidR="00302D64" w:rsidRDefault="00000000">
            <w:pPr>
              <w:jc w:val="center"/>
            </w:pPr>
            <w:r>
              <w:rPr>
                <w:b/>
                <w:color w:val="000000"/>
                <w:sz w:val="20"/>
              </w:rPr>
              <w:t>UČNE DEJAVNOSTI, METODE IN FORMATIVNO SPREMLJANJE</w:t>
            </w:r>
          </w:p>
        </w:tc>
      </w:tr>
      <w:tr w:rsidR="00302D64" w14:paraId="7BFDFB78" w14:textId="77777777">
        <w:trPr>
          <w:tblHeader/>
          <w:jc w:val="center"/>
        </w:trPr>
        <w:tc>
          <w:tcPr>
            <w:tcW w:w="4422" w:type="dxa"/>
            <w:vMerge/>
            <w:tcMar>
              <w:top w:w="70" w:type="dxa"/>
              <w:left w:w="90" w:type="dxa"/>
              <w:bottom w:w="70" w:type="dxa"/>
              <w:right w:w="90" w:type="dxa"/>
            </w:tcMar>
            <w:vAlign w:val="center"/>
          </w:tcPr>
          <w:p w14:paraId="00B69990" w14:textId="77777777" w:rsidR="00302D64" w:rsidRDefault="00302D64"/>
        </w:tc>
        <w:tc>
          <w:tcPr>
            <w:tcW w:w="7087" w:type="dxa"/>
            <w:shd w:val="clear" w:color="auto" w:fill="FFFFFF"/>
            <w:tcMar>
              <w:top w:w="70" w:type="dxa"/>
              <w:left w:w="90" w:type="dxa"/>
              <w:bottom w:w="70" w:type="dxa"/>
              <w:right w:w="90" w:type="dxa"/>
            </w:tcMar>
            <w:vAlign w:val="center"/>
          </w:tcPr>
          <w:p w14:paraId="782DCAA7"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FC4625B" w14:textId="77777777" w:rsidR="00302D64" w:rsidRDefault="00000000">
            <w:pPr>
              <w:jc w:val="center"/>
            </w:pPr>
            <w:r>
              <w:rPr>
                <w:b/>
                <w:color w:val="000000"/>
              </w:rPr>
              <w:t>UČENEC</w:t>
            </w:r>
          </w:p>
        </w:tc>
      </w:tr>
      <w:tr w:rsidR="00302D64" w14:paraId="563DF1F4" w14:textId="77777777">
        <w:trPr>
          <w:jc w:val="center"/>
        </w:trPr>
        <w:tc>
          <w:tcPr>
            <w:tcW w:w="4422" w:type="dxa"/>
            <w:tcMar>
              <w:top w:w="70" w:type="dxa"/>
              <w:left w:w="90" w:type="dxa"/>
              <w:bottom w:w="70" w:type="dxa"/>
              <w:right w:w="90" w:type="dxa"/>
            </w:tcMar>
          </w:tcPr>
          <w:p w14:paraId="59A5368F" w14:textId="77777777" w:rsidR="00302D64" w:rsidRDefault="00302D64"/>
          <w:p w14:paraId="322AF17A" w14:textId="77777777" w:rsidR="00302D64" w:rsidRDefault="00000000">
            <w:pPr>
              <w:spacing w:after="60" w:line="245" w:lineRule="auto"/>
            </w:pPr>
            <w:r>
              <w:rPr>
                <w:b/>
                <w:color w:val="000000"/>
              </w:rPr>
              <w:t>UČNI CILJI</w:t>
            </w:r>
          </w:p>
          <w:p w14:paraId="347EB3E1" w14:textId="77777777" w:rsidR="00302D64" w:rsidRDefault="00000000">
            <w:pPr>
              <w:spacing w:after="20" w:line="245" w:lineRule="auto"/>
            </w:pPr>
            <w:r>
              <w:rPr>
                <w:b/>
                <w:color w:val="000000"/>
                <w:sz w:val="17"/>
              </w:rPr>
              <w:t>SPLOŠNI</w:t>
            </w:r>
          </w:p>
          <w:p w14:paraId="7BC7A16A" w14:textId="77777777" w:rsidR="00302D64" w:rsidRDefault="00000000">
            <w:pPr>
              <w:pStyle w:val="Oznaenseznam"/>
              <w:spacing w:after="16"/>
            </w:pPr>
            <w:r>
              <w:rPr>
                <w:color w:val="000000"/>
                <w:sz w:val="16"/>
              </w:rPr>
              <w:t>razvija radovednost ter sistematično opazuje, primerja, razvršča in sporoča ugotovitve</w:t>
            </w:r>
          </w:p>
          <w:p w14:paraId="3488682E" w14:textId="77777777" w:rsidR="00302D64" w:rsidRDefault="00000000">
            <w:pPr>
              <w:pStyle w:val="Oznaenseznam"/>
              <w:spacing w:after="16"/>
            </w:pPr>
            <w:r>
              <w:rPr>
                <w:color w:val="000000"/>
                <w:sz w:val="16"/>
              </w:rPr>
              <w:t>sodeluje, posluša druge in svoja opažanja izraža na razvojno primeren način</w:t>
            </w:r>
          </w:p>
          <w:p w14:paraId="70116C2C" w14:textId="77777777" w:rsidR="00302D64" w:rsidRDefault="00000000">
            <w:pPr>
              <w:pStyle w:val="Oznaenseznam"/>
              <w:spacing w:after="16"/>
            </w:pPr>
            <w:r>
              <w:rPr>
                <w:color w:val="000000"/>
                <w:sz w:val="16"/>
              </w:rPr>
              <w:t>ravna varno, odgovorno in skrbno do sebe, drugih ter okolja</w:t>
            </w:r>
          </w:p>
          <w:p w14:paraId="676FCE6A" w14:textId="77777777" w:rsidR="00302D64" w:rsidRDefault="00000000">
            <w:pPr>
              <w:pStyle w:val="Oznaenseznam"/>
              <w:spacing w:after="16"/>
            </w:pPr>
            <w:r>
              <w:rPr>
                <w:color w:val="000000"/>
                <w:sz w:val="16"/>
              </w:rPr>
              <w:t>ob kriterijih spremlja svoje učenje in sprejema opisno povratno informacijo</w:t>
            </w:r>
          </w:p>
          <w:p w14:paraId="474EB138" w14:textId="77777777" w:rsidR="00302D64" w:rsidRDefault="00000000">
            <w:pPr>
              <w:spacing w:before="40" w:after="20" w:line="245" w:lineRule="auto"/>
            </w:pPr>
            <w:r>
              <w:rPr>
                <w:b/>
                <w:color w:val="000000"/>
                <w:sz w:val="17"/>
              </w:rPr>
              <w:t>OPERATIVNI</w:t>
            </w:r>
          </w:p>
          <w:p w14:paraId="30F17CB9" w14:textId="77777777" w:rsidR="00302D64" w:rsidRDefault="00000000">
            <w:pPr>
              <w:pStyle w:val="Oznaenseznam"/>
              <w:spacing w:after="16"/>
            </w:pPr>
            <w:r>
              <w:rPr>
                <w:color w:val="000000"/>
                <w:sz w:val="16"/>
              </w:rPr>
              <w:t>pove, kaj je spoznal</w:t>
            </w:r>
          </w:p>
          <w:p w14:paraId="3B4A94B5" w14:textId="77777777" w:rsidR="00302D64" w:rsidRDefault="00000000">
            <w:pPr>
              <w:pStyle w:val="Oznaenseznam"/>
              <w:spacing w:after="16"/>
            </w:pPr>
            <w:r>
              <w:rPr>
                <w:color w:val="000000"/>
                <w:sz w:val="16"/>
              </w:rPr>
              <w:t>predstavi dokaz učenja</w:t>
            </w:r>
          </w:p>
          <w:p w14:paraId="3737B2E1" w14:textId="77777777" w:rsidR="00302D64" w:rsidRDefault="00000000">
            <w:pPr>
              <w:pStyle w:val="Oznaenseznam"/>
              <w:spacing w:after="16"/>
            </w:pPr>
            <w:r>
              <w:rPr>
                <w:color w:val="000000"/>
                <w:sz w:val="16"/>
              </w:rPr>
              <w:t>načrtuje naslednji korak</w:t>
            </w:r>
          </w:p>
          <w:p w14:paraId="6ED63462" w14:textId="77777777" w:rsidR="00302D64" w:rsidRDefault="00000000">
            <w:pPr>
              <w:spacing w:before="40" w:after="20" w:line="245" w:lineRule="auto"/>
            </w:pPr>
            <w:r>
              <w:rPr>
                <w:b/>
                <w:color w:val="000000"/>
                <w:sz w:val="17"/>
              </w:rPr>
              <w:t>PRIČAKOVANI DOSEŽKI / STANDARDI</w:t>
            </w:r>
          </w:p>
          <w:p w14:paraId="2AA47ADB" w14:textId="77777777" w:rsidR="00302D64" w:rsidRDefault="00000000">
            <w:pPr>
              <w:pStyle w:val="Oznaenseznam"/>
              <w:spacing w:after="16"/>
            </w:pPr>
            <w:r>
              <w:rPr>
                <w:color w:val="000000"/>
                <w:sz w:val="16"/>
              </w:rPr>
              <w:t>ob konkretni ali slikovni opori pove, kaj je spoznal</w:t>
            </w:r>
          </w:p>
          <w:p w14:paraId="0309E2BA" w14:textId="77777777" w:rsidR="00302D64" w:rsidRDefault="00000000">
            <w:pPr>
              <w:pStyle w:val="Oznaenseznam"/>
              <w:spacing w:after="16"/>
            </w:pPr>
            <w:r>
              <w:rPr>
                <w:color w:val="000000"/>
                <w:sz w:val="16"/>
              </w:rPr>
              <w:t>ob konkretni ali slikovni opori predstavi dokaz učenja</w:t>
            </w:r>
          </w:p>
          <w:p w14:paraId="2D4BB1C5" w14:textId="77777777" w:rsidR="00302D64" w:rsidRDefault="00000000">
            <w:pPr>
              <w:pStyle w:val="Oznaenseznam"/>
              <w:spacing w:after="16"/>
            </w:pPr>
            <w:r>
              <w:rPr>
                <w:color w:val="000000"/>
                <w:sz w:val="16"/>
              </w:rPr>
              <w:t>ob konkretni ali slikovni opori načrtuje naslednji korak</w:t>
            </w:r>
          </w:p>
        </w:tc>
        <w:tc>
          <w:tcPr>
            <w:tcW w:w="7087" w:type="dxa"/>
            <w:tcMar>
              <w:top w:w="70" w:type="dxa"/>
              <w:left w:w="90" w:type="dxa"/>
              <w:bottom w:w="70" w:type="dxa"/>
              <w:right w:w="90" w:type="dxa"/>
            </w:tcMar>
          </w:tcPr>
          <w:p w14:paraId="4BEF8EE3"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BF731E8" w14:textId="77777777">
              <w:trPr>
                <w:jc w:val="center"/>
              </w:trPr>
              <w:tc>
                <w:tcPr>
                  <w:tcW w:w="7087" w:type="dxa"/>
                  <w:shd w:val="clear" w:color="auto" w:fill="C6E7F3"/>
                  <w:tcMar>
                    <w:top w:w="45" w:type="dxa"/>
                    <w:left w:w="70" w:type="dxa"/>
                    <w:bottom w:w="45" w:type="dxa"/>
                    <w:right w:w="70" w:type="dxa"/>
                  </w:tcMar>
                </w:tcPr>
                <w:p w14:paraId="40496D69" w14:textId="77777777" w:rsidR="00302D64" w:rsidRDefault="00000000">
                  <w:pPr>
                    <w:keepNext/>
                  </w:pPr>
                  <w:r>
                    <w:rPr>
                      <w:b/>
                      <w:color w:val="000000"/>
                    </w:rPr>
                    <w:t>UVODNI DEL – motivacija, aktivacija predznanja in namen učenja (15–20 min)</w:t>
                  </w:r>
                </w:p>
              </w:tc>
            </w:tr>
          </w:tbl>
          <w:p w14:paraId="3542662D" w14:textId="77777777" w:rsidR="00302D64" w:rsidRDefault="00302D64">
            <w:pPr>
              <w:spacing w:line="20" w:lineRule="exact"/>
            </w:pPr>
          </w:p>
          <w:p w14:paraId="4F569E78" w14:textId="77777777" w:rsidR="00302D64" w:rsidRDefault="00000000">
            <w:pPr>
              <w:spacing w:before="40" w:after="60" w:line="245" w:lineRule="auto"/>
            </w:pPr>
            <w:r>
              <w:rPr>
                <w:color w:val="000000"/>
                <w:sz w:val="17"/>
              </w:rPr>
              <w:t>Pedenjped odpre mapo iz začetka šolskega leta. Učenci opazijo, da napredek ni pri vseh enak in da ga dokazujemo z različnimi izdelki, dejanji in razlagami.</w:t>
            </w:r>
          </w:p>
          <w:tbl>
            <w:tblPr>
              <w:tblStyle w:val="Tabelamrea"/>
              <w:tblW w:w="0" w:type="auto"/>
              <w:jc w:val="center"/>
              <w:tblLayout w:type="fixed"/>
              <w:tblLook w:val="04A0" w:firstRow="1" w:lastRow="0" w:firstColumn="1" w:lastColumn="0" w:noHBand="0" w:noVBand="1"/>
            </w:tblPr>
            <w:tblGrid>
              <w:gridCol w:w="7087"/>
            </w:tblGrid>
            <w:tr w:rsidR="00302D64" w14:paraId="2909DDD3" w14:textId="77777777">
              <w:trPr>
                <w:jc w:val="center"/>
              </w:trPr>
              <w:tc>
                <w:tcPr>
                  <w:tcW w:w="7087" w:type="dxa"/>
                  <w:shd w:val="clear" w:color="auto" w:fill="EDC9EA"/>
                  <w:tcMar>
                    <w:top w:w="45" w:type="dxa"/>
                    <w:left w:w="70" w:type="dxa"/>
                    <w:bottom w:w="45" w:type="dxa"/>
                    <w:right w:w="70" w:type="dxa"/>
                  </w:tcMar>
                </w:tcPr>
                <w:p w14:paraId="490A3E6E" w14:textId="77777777" w:rsidR="00302D64" w:rsidRDefault="00000000">
                  <w:pPr>
                    <w:keepNext/>
                  </w:pPr>
                  <w:r>
                    <w:rPr>
                      <w:b/>
                      <w:color w:val="000000"/>
                    </w:rPr>
                    <w:t>NAMENI UČENJA</w:t>
                  </w:r>
                </w:p>
              </w:tc>
            </w:tr>
          </w:tbl>
          <w:p w14:paraId="7A8FB5A6" w14:textId="77777777" w:rsidR="00302D64" w:rsidRDefault="00302D64">
            <w:pPr>
              <w:spacing w:line="20" w:lineRule="exact"/>
            </w:pPr>
          </w:p>
          <w:p w14:paraId="7638A4E0" w14:textId="77777777" w:rsidR="00302D64" w:rsidRDefault="00000000">
            <w:pPr>
              <w:spacing w:before="20" w:after="20" w:line="245" w:lineRule="auto"/>
            </w:pPr>
            <w:r>
              <w:rPr>
                <w:color w:val="000000"/>
                <w:sz w:val="16"/>
              </w:rPr>
              <w:t>Učimo se zato, da bomo lažje razumeli in odgovorno uporabili znanje v vsakdanjih situacijah.</w:t>
            </w:r>
          </w:p>
          <w:p w14:paraId="761A2413" w14:textId="77777777" w:rsidR="00302D64" w:rsidRDefault="00000000">
            <w:pPr>
              <w:pStyle w:val="Oznaenseznam"/>
              <w:spacing w:after="16"/>
            </w:pPr>
            <w:r>
              <w:rPr>
                <w:color w:val="000000"/>
                <w:sz w:val="16"/>
              </w:rPr>
              <w:t>povem, kaj je spoznal</w:t>
            </w:r>
          </w:p>
          <w:p w14:paraId="63E6F319" w14:textId="77777777" w:rsidR="00302D64" w:rsidRDefault="00000000">
            <w:pPr>
              <w:pStyle w:val="Oznaenseznam"/>
              <w:spacing w:after="16"/>
            </w:pPr>
            <w:r>
              <w:rPr>
                <w:color w:val="000000"/>
                <w:sz w:val="16"/>
              </w:rPr>
              <w:t>predstavi dokaz učenja</w:t>
            </w:r>
          </w:p>
          <w:p w14:paraId="2E08EC36" w14:textId="77777777" w:rsidR="00302D64" w:rsidRDefault="00000000">
            <w:pPr>
              <w:pStyle w:val="Oznaenseznam"/>
              <w:spacing w:after="16"/>
            </w:pPr>
            <w:r>
              <w:rPr>
                <w:color w:val="000000"/>
                <w:sz w:val="16"/>
              </w:rPr>
              <w:t>načrtujem naslednji korak</w:t>
            </w:r>
          </w:p>
          <w:tbl>
            <w:tblPr>
              <w:tblStyle w:val="Tabelamrea"/>
              <w:tblW w:w="0" w:type="auto"/>
              <w:jc w:val="center"/>
              <w:tblLayout w:type="fixed"/>
              <w:tblLook w:val="04A0" w:firstRow="1" w:lastRow="0" w:firstColumn="1" w:lastColumn="0" w:noHBand="0" w:noVBand="1"/>
            </w:tblPr>
            <w:tblGrid>
              <w:gridCol w:w="7087"/>
            </w:tblGrid>
            <w:tr w:rsidR="00302D64" w14:paraId="5A4D6F3D" w14:textId="77777777">
              <w:trPr>
                <w:jc w:val="center"/>
              </w:trPr>
              <w:tc>
                <w:tcPr>
                  <w:tcW w:w="7087" w:type="dxa"/>
                  <w:shd w:val="clear" w:color="auto" w:fill="EDC9EA"/>
                  <w:tcMar>
                    <w:top w:w="45" w:type="dxa"/>
                    <w:left w:w="70" w:type="dxa"/>
                    <w:bottom w:w="45" w:type="dxa"/>
                    <w:right w:w="70" w:type="dxa"/>
                  </w:tcMar>
                </w:tcPr>
                <w:p w14:paraId="275A9D33" w14:textId="77777777" w:rsidR="00302D64" w:rsidRDefault="00000000">
                  <w:pPr>
                    <w:keepNext/>
                  </w:pPr>
                  <w:r>
                    <w:rPr>
                      <w:b/>
                      <w:color w:val="000000"/>
                    </w:rPr>
                    <w:t>PREVERJANJE PREDZNANJA</w:t>
                  </w:r>
                </w:p>
              </w:tc>
            </w:tr>
          </w:tbl>
          <w:p w14:paraId="67B15C76" w14:textId="77777777" w:rsidR="00302D64" w:rsidRDefault="00302D64">
            <w:pPr>
              <w:spacing w:line="20" w:lineRule="exact"/>
            </w:pPr>
          </w:p>
          <w:p w14:paraId="1A350AE3" w14:textId="77777777" w:rsidR="00302D64" w:rsidRDefault="00000000">
            <w:pPr>
              <w:pStyle w:val="Oznaenseznam"/>
              <w:spacing w:after="16"/>
            </w:pPr>
            <w:r>
              <w:rPr>
                <w:color w:val="000000"/>
                <w:sz w:val="16"/>
              </w:rPr>
              <w:t>Kaj danes zmorem, česar septembra še nisem?</w:t>
            </w:r>
          </w:p>
          <w:p w14:paraId="7FEF6F24" w14:textId="77777777" w:rsidR="00302D64" w:rsidRDefault="00000000">
            <w:pPr>
              <w:pStyle w:val="Oznaenseznam"/>
              <w:spacing w:after="16"/>
            </w:pPr>
            <w:r>
              <w:rPr>
                <w:color w:val="000000"/>
                <w:sz w:val="16"/>
              </w:rPr>
              <w:t>Kateri dokaz jasno pokaže moje znanje in trud?</w:t>
            </w:r>
          </w:p>
          <w:p w14:paraId="1F87BFA0"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720CE8F" w14:textId="77777777">
              <w:trPr>
                <w:jc w:val="center"/>
              </w:trPr>
              <w:tc>
                <w:tcPr>
                  <w:tcW w:w="7087" w:type="dxa"/>
                  <w:shd w:val="clear" w:color="auto" w:fill="EDC9EA"/>
                  <w:tcMar>
                    <w:top w:w="45" w:type="dxa"/>
                    <w:left w:w="70" w:type="dxa"/>
                    <w:bottom w:w="45" w:type="dxa"/>
                    <w:right w:w="70" w:type="dxa"/>
                  </w:tcMar>
                </w:tcPr>
                <w:p w14:paraId="35CF273B" w14:textId="77777777" w:rsidR="00302D64" w:rsidRDefault="00000000">
                  <w:pPr>
                    <w:keepNext/>
                  </w:pPr>
                  <w:r>
                    <w:rPr>
                      <w:b/>
                      <w:color w:val="000000"/>
                    </w:rPr>
                    <w:t>KRITERIJI USPEŠNOSTI</w:t>
                  </w:r>
                </w:p>
              </w:tc>
            </w:tr>
          </w:tbl>
          <w:p w14:paraId="70A132C4" w14:textId="77777777" w:rsidR="00302D64" w:rsidRDefault="00302D64"/>
          <w:p w14:paraId="73257BD7" w14:textId="77777777" w:rsidR="00302D64" w:rsidRDefault="00000000">
            <w:pPr>
              <w:spacing w:before="20" w:after="20" w:line="245" w:lineRule="auto"/>
            </w:pPr>
            <w:r>
              <w:rPr>
                <w:b/>
                <w:color w:val="000000"/>
                <w:sz w:val="16"/>
              </w:rPr>
              <w:t>Uspešen/-na bom, ko:</w:t>
            </w:r>
          </w:p>
          <w:p w14:paraId="000CE404" w14:textId="77777777" w:rsidR="00302D64" w:rsidRDefault="00000000">
            <w:pPr>
              <w:pStyle w:val="Oznaenseznam"/>
              <w:spacing w:after="16"/>
            </w:pPr>
            <w:r>
              <w:rPr>
                <w:color w:val="000000"/>
                <w:sz w:val="16"/>
              </w:rPr>
              <w:t>povem, kaj je spoznal</w:t>
            </w:r>
          </w:p>
          <w:p w14:paraId="09941924" w14:textId="77777777" w:rsidR="00302D64" w:rsidRDefault="00000000">
            <w:pPr>
              <w:pStyle w:val="Oznaenseznam"/>
              <w:spacing w:after="16"/>
            </w:pPr>
            <w:r>
              <w:rPr>
                <w:color w:val="000000"/>
                <w:sz w:val="16"/>
              </w:rPr>
              <w:t>predstavi dokaz učenja</w:t>
            </w:r>
          </w:p>
          <w:p w14:paraId="11952996" w14:textId="77777777" w:rsidR="00302D64" w:rsidRDefault="00000000">
            <w:pPr>
              <w:pStyle w:val="Oznaenseznam"/>
              <w:spacing w:after="16"/>
            </w:pPr>
            <w:r>
              <w:rPr>
                <w:color w:val="000000"/>
                <w:sz w:val="16"/>
              </w:rPr>
              <w:t>načrtujem naslednji korak</w:t>
            </w:r>
          </w:p>
          <w:p w14:paraId="226926C5"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37011B98" w14:textId="77777777" w:rsidR="00302D64" w:rsidRDefault="00302D64"/>
          <w:p w14:paraId="408C572F" w14:textId="77777777" w:rsidR="00302D64" w:rsidRDefault="00000000">
            <w:pPr>
              <w:spacing w:after="80" w:line="245" w:lineRule="auto"/>
            </w:pPr>
            <w:r>
              <w:rPr>
                <w:color w:val="000000"/>
                <w:sz w:val="16"/>
              </w:rPr>
              <w:t>Posluša ali opazuje književno oziroma predmetno izhodišče ter se vključi z gibom, sliko ali besedo.</w:t>
            </w:r>
          </w:p>
          <w:p w14:paraId="62F96C0E" w14:textId="77777777" w:rsidR="00302D64" w:rsidRDefault="00000000">
            <w:pPr>
              <w:spacing w:after="80" w:line="245" w:lineRule="auto"/>
            </w:pPr>
            <w:r>
              <w:rPr>
                <w:color w:val="000000"/>
                <w:sz w:val="16"/>
              </w:rPr>
              <w:t>Pove, pokaže ali nariše, kaj že ve. Posluša zamisli drugih.</w:t>
            </w:r>
          </w:p>
          <w:p w14:paraId="15B347F4" w14:textId="77777777" w:rsidR="00302D64" w:rsidRDefault="00000000">
            <w:pPr>
              <w:spacing w:after="100" w:line="245" w:lineRule="auto"/>
            </w:pPr>
            <w:r>
              <w:rPr>
                <w:color w:val="000000"/>
                <w:sz w:val="16"/>
              </w:rPr>
              <w:t>Sodeluje pri razumevanju namenov in kriterijev uspešnosti.</w:t>
            </w:r>
          </w:p>
          <w:p w14:paraId="19DC2094" w14:textId="77777777" w:rsidR="00302D64" w:rsidRDefault="00000000">
            <w:pPr>
              <w:spacing w:after="20" w:line="245" w:lineRule="auto"/>
            </w:pPr>
            <w:r>
              <w:rPr>
                <w:b/>
                <w:color w:val="D95BC6"/>
                <w:sz w:val="17"/>
              </w:rPr>
              <w:t>DOKAZ O UČENJU</w:t>
            </w:r>
          </w:p>
          <w:p w14:paraId="2CDA8570" w14:textId="77777777" w:rsidR="00302D64" w:rsidRDefault="00000000">
            <w:pPr>
              <w:spacing w:after="30" w:line="245" w:lineRule="auto"/>
            </w:pPr>
            <w:r>
              <w:rPr>
                <w:color w:val="D95BC6"/>
                <w:sz w:val="16"/>
              </w:rPr>
              <w:t>začetna zamisel, razvrstitev, risba ali ustni odgovor</w:t>
            </w:r>
          </w:p>
        </w:tc>
      </w:tr>
    </w:tbl>
    <w:p w14:paraId="2177F66F"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4711C6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35BD2B"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A6E0FB" w14:textId="77777777" w:rsidR="00302D64" w:rsidRDefault="00000000">
            <w:pPr>
              <w:jc w:val="center"/>
            </w:pPr>
            <w:r>
              <w:rPr>
                <w:b/>
                <w:color w:val="000000"/>
                <w:sz w:val="20"/>
              </w:rPr>
              <w:t>UČNE DEJAVNOSTI, METODE IN FORMATIVNO SPREMLJANJE</w:t>
            </w:r>
          </w:p>
        </w:tc>
      </w:tr>
      <w:tr w:rsidR="00302D64" w14:paraId="73CAFAA5" w14:textId="77777777">
        <w:trPr>
          <w:tblHeader/>
          <w:jc w:val="center"/>
        </w:trPr>
        <w:tc>
          <w:tcPr>
            <w:tcW w:w="4422" w:type="dxa"/>
            <w:vMerge/>
            <w:tcMar>
              <w:top w:w="70" w:type="dxa"/>
              <w:left w:w="90" w:type="dxa"/>
              <w:bottom w:w="70" w:type="dxa"/>
              <w:right w:w="90" w:type="dxa"/>
            </w:tcMar>
            <w:vAlign w:val="center"/>
          </w:tcPr>
          <w:p w14:paraId="0FEC0FF4" w14:textId="77777777" w:rsidR="00302D64" w:rsidRDefault="00302D64"/>
        </w:tc>
        <w:tc>
          <w:tcPr>
            <w:tcW w:w="7087" w:type="dxa"/>
            <w:shd w:val="clear" w:color="auto" w:fill="FFFFFF"/>
            <w:tcMar>
              <w:top w:w="70" w:type="dxa"/>
              <w:left w:w="90" w:type="dxa"/>
              <w:bottom w:w="70" w:type="dxa"/>
              <w:right w:w="90" w:type="dxa"/>
            </w:tcMar>
            <w:vAlign w:val="center"/>
          </w:tcPr>
          <w:p w14:paraId="6E2CBD2F"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62A118" w14:textId="77777777" w:rsidR="00302D64" w:rsidRDefault="00000000">
            <w:pPr>
              <w:jc w:val="center"/>
            </w:pPr>
            <w:r>
              <w:rPr>
                <w:b/>
                <w:color w:val="000000"/>
              </w:rPr>
              <w:t>UČENEC</w:t>
            </w:r>
          </w:p>
        </w:tc>
      </w:tr>
      <w:tr w:rsidR="00302D64" w14:paraId="4EE80A03" w14:textId="77777777">
        <w:trPr>
          <w:jc w:val="center"/>
        </w:trPr>
        <w:tc>
          <w:tcPr>
            <w:tcW w:w="4422" w:type="dxa"/>
            <w:tcMar>
              <w:top w:w="70" w:type="dxa"/>
              <w:left w:w="90" w:type="dxa"/>
              <w:bottom w:w="70" w:type="dxa"/>
              <w:right w:w="90" w:type="dxa"/>
            </w:tcMar>
          </w:tcPr>
          <w:p w14:paraId="4CFE7F7B" w14:textId="77777777" w:rsidR="00302D64" w:rsidRDefault="00302D64"/>
          <w:p w14:paraId="5A6D6F1E" w14:textId="77777777" w:rsidR="00302D64" w:rsidRDefault="00000000">
            <w:pPr>
              <w:spacing w:after="40" w:line="245" w:lineRule="auto"/>
            </w:pPr>
            <w:r>
              <w:rPr>
                <w:b/>
                <w:color w:val="000000"/>
              </w:rPr>
              <w:t>KLJUČNI POJMI</w:t>
            </w:r>
          </w:p>
          <w:p w14:paraId="334CBF25" w14:textId="77777777" w:rsidR="00302D64" w:rsidRDefault="00000000">
            <w:pPr>
              <w:spacing w:after="80" w:line="245" w:lineRule="auto"/>
            </w:pPr>
            <w:r>
              <w:rPr>
                <w:color w:val="000000"/>
                <w:sz w:val="16"/>
              </w:rPr>
              <w:t>dokaz učenja, napredek, trud, strategija, povratna informacija, samovrednotenje, cilj, naslednji korak</w:t>
            </w:r>
          </w:p>
          <w:p w14:paraId="224DC1D7" w14:textId="77777777" w:rsidR="00302D64" w:rsidRDefault="00000000">
            <w:pPr>
              <w:spacing w:after="20" w:line="245" w:lineRule="auto"/>
            </w:pPr>
            <w:r>
              <w:rPr>
                <w:b/>
                <w:color w:val="000000"/>
              </w:rPr>
              <w:t>DOKAZI O UČENJU</w:t>
            </w:r>
          </w:p>
          <w:p w14:paraId="1C120EF4" w14:textId="77777777" w:rsidR="00302D64" w:rsidRDefault="00000000">
            <w:pPr>
              <w:pStyle w:val="Oznaenseznam"/>
              <w:spacing w:after="16"/>
            </w:pPr>
            <w:r>
              <w:rPr>
                <w:color w:val="000000"/>
                <w:sz w:val="16"/>
              </w:rPr>
              <w:t>primerjava dokazov in vrstniški odziv</w:t>
            </w:r>
          </w:p>
          <w:p w14:paraId="7BD462CE" w14:textId="77777777" w:rsidR="00302D64" w:rsidRDefault="00000000">
            <w:pPr>
              <w:pStyle w:val="Oznaenseznam"/>
              <w:spacing w:after="16"/>
            </w:pPr>
            <w:r>
              <w:rPr>
                <w:color w:val="000000"/>
                <w:sz w:val="16"/>
              </w:rPr>
              <w:t>praktični dokazi na postajah</w:t>
            </w:r>
          </w:p>
          <w:p w14:paraId="1DDF7392" w14:textId="77777777" w:rsidR="00302D64" w:rsidRDefault="00000000">
            <w:pPr>
              <w:pStyle w:val="Oznaenseznam"/>
              <w:spacing w:after="16"/>
            </w:pPr>
            <w:r>
              <w:rPr>
                <w:color w:val="000000"/>
                <w:sz w:val="16"/>
              </w:rPr>
              <w:t>osebni načrt naslednjega koraka</w:t>
            </w:r>
          </w:p>
          <w:p w14:paraId="20616FE6" w14:textId="77777777" w:rsidR="00302D64" w:rsidRDefault="00000000">
            <w:pPr>
              <w:spacing w:before="40" w:after="20" w:line="245" w:lineRule="auto"/>
            </w:pPr>
            <w:r>
              <w:rPr>
                <w:b/>
                <w:color w:val="000000"/>
              </w:rPr>
              <w:t>MEDPREDMETNA POVEZAVA</w:t>
            </w:r>
          </w:p>
          <w:p w14:paraId="550E8573" w14:textId="77777777" w:rsidR="00302D64" w:rsidRDefault="00000000">
            <w:pPr>
              <w:spacing w:after="60" w:line="245" w:lineRule="auto"/>
            </w:pPr>
            <w:r>
              <w:rPr>
                <w:color w:val="000000"/>
                <w:sz w:val="16"/>
              </w:rPr>
              <w:t>SLJ – opis in povratna informacija; MAT – zaporedje napredka; LUM – vizualni osebni cilj; ŠPO – postajno delo</w:t>
            </w:r>
          </w:p>
          <w:p w14:paraId="29225DC7" w14:textId="77777777" w:rsidR="00302D64" w:rsidRDefault="00000000">
            <w:pPr>
              <w:spacing w:after="20" w:line="245" w:lineRule="auto"/>
            </w:pPr>
            <w:r>
              <w:rPr>
                <w:b/>
                <w:color w:val="000000"/>
              </w:rPr>
              <w:t>POUČEVANJE V GIBANJU</w:t>
            </w:r>
          </w:p>
          <w:p w14:paraId="26745C55"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5906F5D4" w14:textId="77777777" w:rsidR="00302D64" w:rsidRDefault="00000000">
            <w:pPr>
              <w:spacing w:after="20" w:line="245" w:lineRule="auto"/>
            </w:pPr>
            <w:r>
              <w:rPr>
                <w:b/>
                <w:color w:val="000000"/>
              </w:rPr>
              <w:t>UČENJE PO ŠTIRIH POSTAJAH</w:t>
            </w:r>
          </w:p>
          <w:p w14:paraId="7B11B4C2"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71506225" w14:textId="77777777" w:rsidR="00302D64" w:rsidRDefault="00000000">
            <w:pPr>
              <w:spacing w:after="20" w:line="245" w:lineRule="auto"/>
            </w:pPr>
            <w:r>
              <w:rPr>
                <w:b/>
                <w:color w:val="000000"/>
              </w:rPr>
              <w:t>DIFERENCIACIJA IN VKLJUČEVANJE</w:t>
            </w:r>
          </w:p>
          <w:p w14:paraId="33D22665" w14:textId="77777777" w:rsidR="00302D64" w:rsidRDefault="00000000">
            <w:pPr>
              <w:spacing w:after="60" w:line="245" w:lineRule="auto"/>
            </w:pPr>
            <w:r>
              <w:rPr>
                <w:color w:val="000000"/>
                <w:sz w:val="16"/>
              </w:rPr>
              <w:t>Učenec primerja en jasen par dokazov; cilj izbere iz slikovnih predlogov; naprednejši pojasni, katera strategija je prispevala k napredku.</w:t>
            </w:r>
          </w:p>
          <w:p w14:paraId="2017BB66" w14:textId="77777777" w:rsidR="00302D64" w:rsidRDefault="00000000">
            <w:pPr>
              <w:spacing w:after="20" w:line="245" w:lineRule="auto"/>
            </w:pPr>
            <w:r>
              <w:rPr>
                <w:b/>
                <w:color w:val="000000"/>
              </w:rPr>
              <w:t>SPREMLJANJE</w:t>
            </w:r>
          </w:p>
          <w:p w14:paraId="497CEF34"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58F16BBD"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00536F32" w14:textId="77777777">
              <w:trPr>
                <w:jc w:val="center"/>
              </w:trPr>
              <w:tc>
                <w:tcPr>
                  <w:tcW w:w="7087" w:type="dxa"/>
                  <w:shd w:val="clear" w:color="auto" w:fill="C6E7F3"/>
                  <w:tcMar>
                    <w:top w:w="45" w:type="dxa"/>
                    <w:left w:w="70" w:type="dxa"/>
                    <w:bottom w:w="45" w:type="dxa"/>
                    <w:right w:w="70" w:type="dxa"/>
                  </w:tcMar>
                </w:tcPr>
                <w:p w14:paraId="40BF274C" w14:textId="77777777" w:rsidR="00302D64" w:rsidRDefault="00000000">
                  <w:pPr>
                    <w:keepNext/>
                  </w:pPr>
                  <w:r>
                    <w:t>GLAVNI DEL – IZKUŠENJSKO IN POSTAJNO UČENJE (3 šolske ure)</w:t>
                  </w:r>
                </w:p>
              </w:tc>
            </w:tr>
          </w:tbl>
          <w:p w14:paraId="1BDD89D0" w14:textId="77777777" w:rsidR="00302D64" w:rsidRDefault="00302D64">
            <w:pPr>
              <w:spacing w:line="20" w:lineRule="exact"/>
            </w:pPr>
          </w:p>
          <w:p w14:paraId="1CFCB055" w14:textId="77777777" w:rsidR="00302D64" w:rsidRDefault="00000000">
            <w:pPr>
              <w:keepNext/>
              <w:spacing w:before="60" w:after="20" w:line="245" w:lineRule="auto"/>
            </w:pPr>
            <w:r>
              <w:rPr>
                <w:b/>
                <w:color w:val="000000"/>
              </w:rPr>
              <w:t>1. URA – Galerija dokazov</w:t>
            </w:r>
          </w:p>
          <w:p w14:paraId="25055E7C" w14:textId="77777777" w:rsidR="00302D64" w:rsidRDefault="00000000">
            <w:pPr>
              <w:spacing w:after="20" w:line="245" w:lineRule="auto"/>
            </w:pPr>
            <w:r>
              <w:rPr>
                <w:b/>
                <w:color w:val="000000"/>
                <w:sz w:val="16"/>
              </w:rPr>
              <w:t xml:space="preserve">Dejavnost učiteljice: </w:t>
            </w:r>
            <w:r>
              <w:rPr>
                <w:color w:val="000000"/>
                <w:sz w:val="16"/>
              </w:rPr>
              <w:t>Uredi miren ogled map in modelira opisno povratno informacijo: opazim – pohvalim – vprašam.</w:t>
            </w:r>
          </w:p>
          <w:p w14:paraId="5A0677F6" w14:textId="77777777" w:rsidR="00302D64" w:rsidRDefault="00000000">
            <w:pPr>
              <w:spacing w:after="20" w:line="245" w:lineRule="auto"/>
            </w:pPr>
            <w:r>
              <w:rPr>
                <w:b/>
                <w:color w:val="000000"/>
                <w:sz w:val="16"/>
              </w:rPr>
              <w:t xml:space="preserve">Dejavnost učencev: </w:t>
            </w:r>
            <w:r>
              <w:rPr>
                <w:color w:val="000000"/>
                <w:sz w:val="16"/>
              </w:rPr>
              <w:t>Izberejo dva dokaza, primerjajo začetek in sedanjost ter vrstniku povedo konkretno pohvalo.</w:t>
            </w:r>
          </w:p>
          <w:p w14:paraId="45350C0E" w14:textId="77777777" w:rsidR="00302D64" w:rsidRDefault="00000000">
            <w:pPr>
              <w:spacing w:after="40" w:line="245" w:lineRule="auto"/>
            </w:pPr>
            <w:r>
              <w:rPr>
                <w:i/>
                <w:color w:val="D95BC6"/>
                <w:sz w:val="16"/>
              </w:rPr>
              <w:t>Predvideni dokaz: primerjava dokazov in vrstniški odziv.</w:t>
            </w:r>
          </w:p>
          <w:p w14:paraId="1F1C6050" w14:textId="77777777" w:rsidR="00302D64" w:rsidRDefault="00000000">
            <w:pPr>
              <w:keepNext/>
              <w:spacing w:before="60" w:after="20" w:line="245" w:lineRule="auto"/>
            </w:pPr>
            <w:r>
              <w:rPr>
                <w:b/>
                <w:color w:val="000000"/>
              </w:rPr>
              <w:t>2. URA – Postaje znanja</w:t>
            </w:r>
          </w:p>
          <w:p w14:paraId="1EA78DC5" w14:textId="77777777" w:rsidR="00302D64" w:rsidRDefault="00000000">
            <w:pPr>
              <w:spacing w:after="20" w:line="245" w:lineRule="auto"/>
            </w:pPr>
            <w:r>
              <w:rPr>
                <w:b/>
                <w:color w:val="000000"/>
                <w:sz w:val="16"/>
              </w:rPr>
              <w:t xml:space="preserve">Dejavnost učiteljice: </w:t>
            </w:r>
            <w:r>
              <w:rPr>
                <w:color w:val="000000"/>
                <w:sz w:val="16"/>
              </w:rPr>
              <w:t>Pripravi kratke praktične postaje: skupnost, varnost, čas, živo, snovi, pojavi in prostor.</w:t>
            </w:r>
          </w:p>
          <w:p w14:paraId="1CF67498" w14:textId="77777777" w:rsidR="00302D64" w:rsidRDefault="00000000">
            <w:pPr>
              <w:spacing w:after="20" w:line="245" w:lineRule="auto"/>
            </w:pPr>
            <w:r>
              <w:rPr>
                <w:b/>
                <w:color w:val="000000"/>
                <w:sz w:val="16"/>
              </w:rPr>
              <w:t xml:space="preserve">Dejavnost učencev: </w:t>
            </w:r>
            <w:r>
              <w:rPr>
                <w:color w:val="000000"/>
                <w:sz w:val="16"/>
              </w:rPr>
              <w:t>Na postajah pokažejo izbrano spretnost, zbirajo simbole uspeha in označijo področje za vajo.</w:t>
            </w:r>
          </w:p>
          <w:p w14:paraId="35E39D46" w14:textId="77777777" w:rsidR="00302D64" w:rsidRDefault="00000000">
            <w:pPr>
              <w:spacing w:after="40" w:line="245" w:lineRule="auto"/>
            </w:pPr>
            <w:r>
              <w:rPr>
                <w:i/>
                <w:color w:val="D95BC6"/>
                <w:sz w:val="16"/>
              </w:rPr>
              <w:t>Predvideni dokaz: praktični dokazi na postajah.</w:t>
            </w:r>
          </w:p>
          <w:p w14:paraId="781546CA" w14:textId="77777777" w:rsidR="00302D64" w:rsidRDefault="00000000">
            <w:pPr>
              <w:keepNext/>
              <w:spacing w:before="60" w:after="20" w:line="245" w:lineRule="auto"/>
            </w:pPr>
            <w:r>
              <w:rPr>
                <w:b/>
                <w:color w:val="000000"/>
              </w:rPr>
              <w:t>3. URA – Moj naslednji korak</w:t>
            </w:r>
          </w:p>
          <w:p w14:paraId="6349B4B5" w14:textId="77777777" w:rsidR="00302D64" w:rsidRDefault="00000000">
            <w:pPr>
              <w:spacing w:after="20" w:line="245" w:lineRule="auto"/>
            </w:pPr>
            <w:r>
              <w:rPr>
                <w:b/>
                <w:color w:val="000000"/>
                <w:sz w:val="16"/>
              </w:rPr>
              <w:t xml:space="preserve">Dejavnost učiteljice: </w:t>
            </w:r>
            <w:r>
              <w:rPr>
                <w:color w:val="000000"/>
                <w:sz w:val="16"/>
              </w:rPr>
              <w:t>Vodi realistično izbiro cilja ter načrt kaj bom naredil/-a, kdo mi pomaga in po čem bom vedel/-a.</w:t>
            </w:r>
          </w:p>
          <w:p w14:paraId="1DA67160" w14:textId="77777777" w:rsidR="00302D64" w:rsidRDefault="00000000">
            <w:pPr>
              <w:spacing w:after="20" w:line="245" w:lineRule="auto"/>
            </w:pPr>
            <w:r>
              <w:rPr>
                <w:b/>
                <w:color w:val="000000"/>
                <w:sz w:val="16"/>
              </w:rPr>
              <w:t xml:space="preserve">Dejavnost učencev: </w:t>
            </w:r>
            <w:r>
              <w:rPr>
                <w:color w:val="000000"/>
                <w:sz w:val="16"/>
              </w:rPr>
              <w:t>Narišejo ali narekujejo svoj cilj, izberejo pomoč in ga predstavijo v paru.</w:t>
            </w:r>
          </w:p>
          <w:p w14:paraId="15583FC0" w14:textId="77777777" w:rsidR="00302D64" w:rsidRDefault="00000000">
            <w:pPr>
              <w:spacing w:after="40" w:line="245" w:lineRule="auto"/>
            </w:pPr>
            <w:r>
              <w:rPr>
                <w:i/>
                <w:color w:val="D95BC6"/>
                <w:sz w:val="16"/>
              </w:rPr>
              <w:t>Predvideni dokaz: osebni načrt naslednjega koraka.</w:t>
            </w:r>
          </w:p>
          <w:tbl>
            <w:tblPr>
              <w:tblStyle w:val="Tabelamrea"/>
              <w:tblW w:w="0" w:type="auto"/>
              <w:jc w:val="center"/>
              <w:tblLayout w:type="fixed"/>
              <w:tblLook w:val="04A0" w:firstRow="1" w:lastRow="0" w:firstColumn="1" w:lastColumn="0" w:noHBand="0" w:noVBand="1"/>
            </w:tblPr>
            <w:tblGrid>
              <w:gridCol w:w="7087"/>
            </w:tblGrid>
            <w:tr w:rsidR="00302D64" w14:paraId="0E86851A" w14:textId="77777777">
              <w:trPr>
                <w:jc w:val="center"/>
              </w:trPr>
              <w:tc>
                <w:tcPr>
                  <w:tcW w:w="7087" w:type="dxa"/>
                  <w:shd w:val="clear" w:color="auto" w:fill="EDC9EA"/>
                  <w:tcMar>
                    <w:top w:w="45" w:type="dxa"/>
                    <w:left w:w="70" w:type="dxa"/>
                    <w:bottom w:w="45" w:type="dxa"/>
                    <w:right w:w="70" w:type="dxa"/>
                  </w:tcMar>
                </w:tcPr>
                <w:p w14:paraId="7592745A" w14:textId="77777777" w:rsidR="00302D64" w:rsidRDefault="00000000">
                  <w:pPr>
                    <w:keepNext/>
                  </w:pPr>
                  <w:r>
                    <w:rPr>
                      <w:b/>
                      <w:color w:val="000000"/>
                    </w:rPr>
                    <w:t>UČENJE PO ŠTIRIH POSTAJAH (6–8 min na postajo)</w:t>
                  </w:r>
                </w:p>
              </w:tc>
            </w:tr>
          </w:tbl>
          <w:p w14:paraId="59ACF935"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5BE13A06" w14:textId="77777777" w:rsidR="00302D64" w:rsidRDefault="00000000">
            <w:pPr>
              <w:spacing w:after="20" w:line="245" w:lineRule="auto"/>
            </w:pPr>
            <w:r>
              <w:rPr>
                <w:b/>
                <w:color w:val="000000"/>
                <w:sz w:val="16"/>
              </w:rPr>
              <w:t xml:space="preserve">RAZISKOVALNA POSTAJA – Galerija dokazov: </w:t>
            </w:r>
            <w:r>
              <w:rPr>
                <w:color w:val="000000"/>
                <w:sz w:val="16"/>
              </w:rPr>
              <w:t>Izberejo dva dokaza, primerjajo začetek in sedanjost ter vrstniku povedo konkretno pohvalo.</w:t>
            </w:r>
          </w:p>
          <w:p w14:paraId="6A7BD4DD" w14:textId="77777777" w:rsidR="00302D64" w:rsidRDefault="00000000">
            <w:pPr>
              <w:spacing w:after="20" w:line="245" w:lineRule="auto"/>
            </w:pPr>
            <w:r>
              <w:rPr>
                <w:b/>
                <w:color w:val="000000"/>
                <w:sz w:val="16"/>
              </w:rPr>
              <w:t xml:space="preserve">PRAKTIČNA POSTAJA – Postaje znanja: </w:t>
            </w:r>
            <w:r>
              <w:rPr>
                <w:color w:val="000000"/>
                <w:sz w:val="16"/>
              </w:rPr>
              <w:t>Na postajah pokažejo izbrano spretnost, zbirajo simbole uspeha in označijo področje za vajo.</w:t>
            </w:r>
          </w:p>
          <w:p w14:paraId="2BA21693" w14:textId="77777777" w:rsidR="00302D64" w:rsidRDefault="00000000">
            <w:pPr>
              <w:spacing w:after="20" w:line="245" w:lineRule="auto"/>
            </w:pPr>
            <w:r>
              <w:rPr>
                <w:b/>
                <w:color w:val="000000"/>
                <w:sz w:val="16"/>
              </w:rPr>
              <w:t xml:space="preserve">GIBALNO-SODELOVALNA POSTAJA – Moj naslednji korak: </w:t>
            </w:r>
            <w:r>
              <w:rPr>
                <w:color w:val="000000"/>
                <w:sz w:val="16"/>
              </w:rPr>
              <w:t>Narišejo ali narekujejo svoj cilj, izberejo pomoč in ga predstavijo v paru.</w:t>
            </w:r>
          </w:p>
          <w:p w14:paraId="0448DBA6" w14:textId="77777777" w:rsidR="00302D64" w:rsidRDefault="00000000">
            <w:pPr>
              <w:spacing w:after="20" w:line="245" w:lineRule="auto"/>
            </w:pPr>
            <w:r>
              <w:rPr>
                <w:b/>
                <w:color w:val="000000"/>
                <w:sz w:val="16"/>
              </w:rPr>
              <w:t xml:space="preserve">POSTAJA DOKAZA IN REFLEKSIJE: </w:t>
            </w:r>
            <w:r>
              <w:rPr>
                <w:color w:val="000000"/>
                <w:sz w:val="16"/>
              </w:rPr>
              <w:t>Izberejo en dokaz (primerjava dokazov in vrstniški odziv, praktični dokazi na postajah),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17EABFCE" w14:textId="77777777">
              <w:trPr>
                <w:jc w:val="center"/>
              </w:trPr>
              <w:tc>
                <w:tcPr>
                  <w:tcW w:w="7087" w:type="dxa"/>
                  <w:shd w:val="clear" w:color="auto" w:fill="EDC9EA"/>
                  <w:tcMar>
                    <w:top w:w="45" w:type="dxa"/>
                    <w:left w:w="70" w:type="dxa"/>
                    <w:bottom w:w="45" w:type="dxa"/>
                    <w:right w:w="70" w:type="dxa"/>
                  </w:tcMar>
                </w:tcPr>
                <w:p w14:paraId="7A1F2566" w14:textId="77777777" w:rsidR="00302D64" w:rsidRDefault="00000000">
                  <w:pPr>
                    <w:keepNext/>
                  </w:pPr>
                  <w:r>
                    <w:rPr>
                      <w:b/>
                      <w:color w:val="000000"/>
                    </w:rPr>
                    <w:t>POVRATNA INFORMACIJA UČITELJICE MED DELOM</w:t>
                  </w:r>
                </w:p>
              </w:tc>
            </w:tr>
          </w:tbl>
          <w:p w14:paraId="23CCFE28" w14:textId="77777777" w:rsidR="00302D64" w:rsidRDefault="00302D64"/>
          <w:p w14:paraId="0A3F007A"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2E0207C9" w14:textId="77777777" w:rsidR="00302D64" w:rsidRDefault="00302D64"/>
          <w:p w14:paraId="1EF17E17" w14:textId="77777777" w:rsidR="00302D64" w:rsidRDefault="00000000">
            <w:pPr>
              <w:spacing w:after="20" w:line="245" w:lineRule="auto"/>
            </w:pPr>
            <w:r>
              <w:rPr>
                <w:b/>
                <w:color w:val="000000"/>
                <w:sz w:val="17"/>
              </w:rPr>
              <w:t>1. URA</w:t>
            </w:r>
          </w:p>
          <w:p w14:paraId="317F0A8E" w14:textId="77777777" w:rsidR="00302D64" w:rsidRDefault="00000000">
            <w:pPr>
              <w:spacing w:after="40" w:line="245" w:lineRule="auto"/>
            </w:pPr>
            <w:r>
              <w:rPr>
                <w:color w:val="000000"/>
                <w:sz w:val="16"/>
              </w:rPr>
              <w:t>Izberejo dva dokaza, primerjajo začetek in sedanjost ter vrstniku povedo konkretno pohvalo.</w:t>
            </w:r>
          </w:p>
          <w:p w14:paraId="71C4A706" w14:textId="77777777" w:rsidR="00302D64" w:rsidRDefault="00000000">
            <w:pPr>
              <w:spacing w:line="245" w:lineRule="auto"/>
            </w:pPr>
            <w:r>
              <w:rPr>
                <w:b/>
                <w:color w:val="D95BC6"/>
                <w:sz w:val="16"/>
              </w:rPr>
              <w:t>DOKAZ</w:t>
            </w:r>
          </w:p>
          <w:p w14:paraId="20488F49" w14:textId="77777777" w:rsidR="00302D64" w:rsidRDefault="00000000">
            <w:pPr>
              <w:spacing w:after="60" w:line="245" w:lineRule="auto"/>
            </w:pPr>
            <w:r>
              <w:rPr>
                <w:color w:val="D95BC6"/>
                <w:sz w:val="16"/>
              </w:rPr>
              <w:t>primerjava dokazov in vrstniški odziv</w:t>
            </w:r>
          </w:p>
          <w:p w14:paraId="1AADB1F9" w14:textId="77777777" w:rsidR="00302D64" w:rsidRDefault="00000000">
            <w:pPr>
              <w:spacing w:after="20" w:line="245" w:lineRule="auto"/>
            </w:pPr>
            <w:r>
              <w:rPr>
                <w:b/>
                <w:color w:val="000000"/>
                <w:sz w:val="17"/>
              </w:rPr>
              <w:t>2. URA</w:t>
            </w:r>
          </w:p>
          <w:p w14:paraId="149157C1" w14:textId="77777777" w:rsidR="00302D64" w:rsidRDefault="00000000">
            <w:pPr>
              <w:spacing w:after="40" w:line="245" w:lineRule="auto"/>
            </w:pPr>
            <w:r>
              <w:rPr>
                <w:color w:val="000000"/>
                <w:sz w:val="16"/>
              </w:rPr>
              <w:t>Na postajah pokažejo izbrano spretnost, zbirajo simbole uspeha in označijo področje za vajo.</w:t>
            </w:r>
          </w:p>
          <w:p w14:paraId="26E046BB" w14:textId="77777777" w:rsidR="00302D64" w:rsidRDefault="00000000">
            <w:pPr>
              <w:spacing w:line="245" w:lineRule="auto"/>
            </w:pPr>
            <w:r>
              <w:rPr>
                <w:b/>
                <w:color w:val="D95BC6"/>
                <w:sz w:val="16"/>
              </w:rPr>
              <w:t>DOKAZ</w:t>
            </w:r>
          </w:p>
          <w:p w14:paraId="05062F95" w14:textId="77777777" w:rsidR="00302D64" w:rsidRDefault="00000000">
            <w:pPr>
              <w:spacing w:after="60" w:line="245" w:lineRule="auto"/>
            </w:pPr>
            <w:r>
              <w:rPr>
                <w:color w:val="D95BC6"/>
                <w:sz w:val="16"/>
              </w:rPr>
              <w:t>praktični dokazi na postajah</w:t>
            </w:r>
          </w:p>
          <w:p w14:paraId="595C0AB8" w14:textId="77777777" w:rsidR="00302D64" w:rsidRDefault="00000000">
            <w:pPr>
              <w:spacing w:after="20" w:line="245" w:lineRule="auto"/>
            </w:pPr>
            <w:r>
              <w:rPr>
                <w:b/>
                <w:color w:val="000000"/>
                <w:sz w:val="17"/>
              </w:rPr>
              <w:t>3. URA</w:t>
            </w:r>
          </w:p>
          <w:p w14:paraId="3B141966" w14:textId="77777777" w:rsidR="00302D64" w:rsidRDefault="00000000">
            <w:pPr>
              <w:spacing w:after="40" w:line="245" w:lineRule="auto"/>
            </w:pPr>
            <w:r>
              <w:rPr>
                <w:color w:val="000000"/>
                <w:sz w:val="16"/>
              </w:rPr>
              <w:t>Narišejo ali narekujejo svoj cilj, izberejo pomoč in ga predstavijo v paru.</w:t>
            </w:r>
          </w:p>
          <w:p w14:paraId="0D1F2EC2" w14:textId="77777777" w:rsidR="00302D64" w:rsidRDefault="00000000">
            <w:pPr>
              <w:spacing w:line="245" w:lineRule="auto"/>
            </w:pPr>
            <w:r>
              <w:rPr>
                <w:b/>
                <w:color w:val="D95BC6"/>
                <w:sz w:val="16"/>
              </w:rPr>
              <w:t>DOKAZ</w:t>
            </w:r>
          </w:p>
          <w:p w14:paraId="00516DA5" w14:textId="77777777" w:rsidR="00302D64" w:rsidRDefault="00000000">
            <w:pPr>
              <w:spacing w:after="60" w:line="245" w:lineRule="auto"/>
            </w:pPr>
            <w:r>
              <w:rPr>
                <w:color w:val="D95BC6"/>
                <w:sz w:val="16"/>
              </w:rPr>
              <w:t>osebni načrt naslednjega koraka</w:t>
            </w:r>
          </w:p>
        </w:tc>
      </w:tr>
    </w:tbl>
    <w:p w14:paraId="36D50256"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642E65C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C77F0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60E498" w14:textId="77777777" w:rsidR="00302D64" w:rsidRDefault="00000000">
            <w:pPr>
              <w:jc w:val="center"/>
            </w:pPr>
            <w:r>
              <w:rPr>
                <w:b/>
                <w:color w:val="000000"/>
                <w:sz w:val="20"/>
              </w:rPr>
              <w:t>UČNE DEJAVNOSTI, METODE IN FORMATIVNO SPREMLJANJE</w:t>
            </w:r>
          </w:p>
        </w:tc>
      </w:tr>
      <w:tr w:rsidR="00302D64" w14:paraId="648F49AB" w14:textId="77777777">
        <w:trPr>
          <w:tblHeader/>
          <w:jc w:val="center"/>
        </w:trPr>
        <w:tc>
          <w:tcPr>
            <w:tcW w:w="4422" w:type="dxa"/>
            <w:vMerge/>
            <w:tcMar>
              <w:top w:w="70" w:type="dxa"/>
              <w:left w:w="90" w:type="dxa"/>
              <w:bottom w:w="70" w:type="dxa"/>
              <w:right w:w="90" w:type="dxa"/>
            </w:tcMar>
            <w:vAlign w:val="center"/>
          </w:tcPr>
          <w:p w14:paraId="63032C80" w14:textId="77777777" w:rsidR="00302D64" w:rsidRDefault="00302D64"/>
        </w:tc>
        <w:tc>
          <w:tcPr>
            <w:tcW w:w="7087" w:type="dxa"/>
            <w:shd w:val="clear" w:color="auto" w:fill="FFFFFF"/>
            <w:tcMar>
              <w:top w:w="70" w:type="dxa"/>
              <w:left w:w="90" w:type="dxa"/>
              <w:bottom w:w="70" w:type="dxa"/>
              <w:right w:w="90" w:type="dxa"/>
            </w:tcMar>
            <w:vAlign w:val="center"/>
          </w:tcPr>
          <w:p w14:paraId="0BCF26F6"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165388" w14:textId="77777777" w:rsidR="00302D64" w:rsidRDefault="00000000">
            <w:pPr>
              <w:jc w:val="center"/>
            </w:pPr>
            <w:r>
              <w:rPr>
                <w:b/>
                <w:color w:val="000000"/>
              </w:rPr>
              <w:t>UČENEC</w:t>
            </w:r>
          </w:p>
        </w:tc>
      </w:tr>
      <w:tr w:rsidR="00302D64" w14:paraId="40EA6F72" w14:textId="77777777">
        <w:trPr>
          <w:jc w:val="center"/>
        </w:trPr>
        <w:tc>
          <w:tcPr>
            <w:tcW w:w="4422" w:type="dxa"/>
            <w:tcMar>
              <w:top w:w="70" w:type="dxa"/>
              <w:left w:w="90" w:type="dxa"/>
              <w:bottom w:w="70" w:type="dxa"/>
              <w:right w:w="90" w:type="dxa"/>
            </w:tcMar>
          </w:tcPr>
          <w:p w14:paraId="680A06FA" w14:textId="77777777" w:rsidR="00302D64" w:rsidRDefault="00302D64"/>
          <w:p w14:paraId="63BA8733" w14:textId="77777777" w:rsidR="00302D64" w:rsidRDefault="00000000">
            <w:pPr>
              <w:spacing w:after="40" w:line="245" w:lineRule="auto"/>
            </w:pPr>
            <w:r>
              <w:rPr>
                <w:b/>
                <w:color w:val="000000"/>
              </w:rPr>
              <w:t>FORMATIVNO SPREMLJANJE</w:t>
            </w:r>
          </w:p>
          <w:p w14:paraId="05E19C54" w14:textId="77777777" w:rsidR="00302D64" w:rsidRDefault="00000000">
            <w:pPr>
              <w:pStyle w:val="Oznaenseznam"/>
              <w:spacing w:after="16"/>
            </w:pPr>
            <w:r>
              <w:rPr>
                <w:color w:val="000000"/>
                <w:sz w:val="16"/>
              </w:rPr>
              <w:t>predznanje: začetni odgovor, razvrstitev ali prikaz</w:t>
            </w:r>
          </w:p>
          <w:p w14:paraId="3B36EC1A" w14:textId="77777777" w:rsidR="00302D64" w:rsidRDefault="00000000">
            <w:pPr>
              <w:pStyle w:val="Oznaenseznam"/>
              <w:spacing w:after="16"/>
            </w:pPr>
            <w:r>
              <w:rPr>
                <w:color w:val="000000"/>
                <w:sz w:val="16"/>
              </w:rPr>
              <w:t>dokazi med učenjem: izvedba, skica, model, opazovalni zapis ali razlaga</w:t>
            </w:r>
          </w:p>
          <w:p w14:paraId="450C7404" w14:textId="77777777" w:rsidR="00302D64" w:rsidRDefault="00000000">
            <w:pPr>
              <w:pStyle w:val="Oznaenseznam"/>
              <w:spacing w:after="16"/>
            </w:pPr>
            <w:r>
              <w:rPr>
                <w:color w:val="000000"/>
                <w:sz w:val="16"/>
              </w:rPr>
              <w:t>povratna informacija: konkretna, vezana na kriterij in usmerjena v naslednji korak</w:t>
            </w:r>
          </w:p>
          <w:p w14:paraId="09CB9DBD" w14:textId="77777777" w:rsidR="00302D64" w:rsidRDefault="00000000">
            <w:pPr>
              <w:pStyle w:val="Oznaenseznam"/>
              <w:spacing w:after="16"/>
            </w:pPr>
            <w:r>
              <w:rPr>
                <w:color w:val="000000"/>
                <w:sz w:val="16"/>
              </w:rPr>
              <w:t>samovrednotenje: semafor, prsti, izbrani simbol ali kratka poved</w:t>
            </w:r>
          </w:p>
          <w:p w14:paraId="636F1ECB" w14:textId="77777777" w:rsidR="00302D64" w:rsidRDefault="00000000">
            <w:pPr>
              <w:spacing w:before="40" w:after="20" w:line="245" w:lineRule="auto"/>
            </w:pPr>
            <w:r>
              <w:rPr>
                <w:b/>
                <w:color w:val="000000"/>
              </w:rPr>
              <w:t>VARNOST IN ODGOVORNOST</w:t>
            </w:r>
          </w:p>
          <w:p w14:paraId="38FD485C" w14:textId="77777777" w:rsidR="00302D64" w:rsidRDefault="00000000">
            <w:pPr>
              <w:spacing w:after="60" w:line="245" w:lineRule="auto"/>
            </w:pPr>
            <w:r>
              <w:rPr>
                <w:color w:val="000000"/>
                <w:sz w:val="16"/>
              </w:rPr>
              <w:t>Upošteva dogovorjena pravila varnega, spoštljivega in odgovornega dela.</w:t>
            </w:r>
          </w:p>
          <w:p w14:paraId="67CDB980" w14:textId="77777777" w:rsidR="00302D64" w:rsidRDefault="00000000">
            <w:pPr>
              <w:spacing w:after="20" w:line="245" w:lineRule="auto"/>
            </w:pPr>
            <w:r>
              <w:rPr>
                <w:b/>
                <w:color w:val="000000"/>
              </w:rPr>
              <w:t>EVIDENCA PO IZVEDBI</w:t>
            </w:r>
          </w:p>
          <w:p w14:paraId="5A5259A9"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24469365"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5B17D2F2" w14:textId="77777777">
              <w:trPr>
                <w:jc w:val="center"/>
              </w:trPr>
              <w:tc>
                <w:tcPr>
                  <w:tcW w:w="7087" w:type="dxa"/>
                  <w:shd w:val="clear" w:color="auto" w:fill="EDC9EA"/>
                  <w:tcMar>
                    <w:top w:w="45" w:type="dxa"/>
                    <w:left w:w="70" w:type="dxa"/>
                    <w:bottom w:w="45" w:type="dxa"/>
                    <w:right w:w="70" w:type="dxa"/>
                  </w:tcMar>
                </w:tcPr>
                <w:p w14:paraId="42914BDA" w14:textId="77777777" w:rsidR="00302D64" w:rsidRDefault="00000000">
                  <w:pPr>
                    <w:keepNext/>
                  </w:pPr>
                  <w:r>
                    <w:rPr>
                      <w:b/>
                      <w:color w:val="000000"/>
                    </w:rPr>
                    <w:t>VPRAŠANJA V PODPORO UČENJU</w:t>
                  </w:r>
                </w:p>
              </w:tc>
            </w:tr>
          </w:tbl>
          <w:p w14:paraId="3C046535" w14:textId="77777777" w:rsidR="00302D64" w:rsidRDefault="00302D64">
            <w:pPr>
              <w:spacing w:line="20" w:lineRule="exact"/>
            </w:pPr>
          </w:p>
          <w:p w14:paraId="0FAB6D2F" w14:textId="77777777" w:rsidR="00302D64" w:rsidRDefault="00000000">
            <w:pPr>
              <w:pStyle w:val="Oznaenseznam"/>
              <w:spacing w:after="16"/>
            </w:pPr>
            <w:r>
              <w:rPr>
                <w:color w:val="000000"/>
                <w:sz w:val="16"/>
              </w:rPr>
              <w:t>Kaj si opazil/-a in kateri dokaz to pokaže?</w:t>
            </w:r>
          </w:p>
          <w:p w14:paraId="3E887020" w14:textId="77777777" w:rsidR="00302D64" w:rsidRDefault="00000000">
            <w:pPr>
              <w:pStyle w:val="Oznaenseznam"/>
              <w:spacing w:after="16"/>
            </w:pPr>
            <w:r>
              <w:rPr>
                <w:color w:val="000000"/>
                <w:sz w:val="16"/>
              </w:rPr>
              <w:t>Kako si prišel/-la do svoje odločitve?</w:t>
            </w:r>
          </w:p>
          <w:p w14:paraId="1342637B" w14:textId="77777777" w:rsidR="00302D64" w:rsidRDefault="00000000">
            <w:pPr>
              <w:pStyle w:val="Oznaenseznam"/>
              <w:spacing w:after="16"/>
            </w:pPr>
            <w:r>
              <w:rPr>
                <w:color w:val="000000"/>
                <w:sz w:val="16"/>
              </w:rPr>
              <w:t>Kaj si pri ponovnem poskusu ohranil/-a enako in kaj spremenil/-a?</w:t>
            </w:r>
          </w:p>
          <w:p w14:paraId="74EF0FB7" w14:textId="77777777" w:rsidR="00302D64" w:rsidRDefault="00000000">
            <w:pPr>
              <w:pStyle w:val="Oznaenseznam"/>
              <w:spacing w:after="16"/>
            </w:pPr>
            <w:r>
              <w:rPr>
                <w:color w:val="000000"/>
                <w:sz w:val="16"/>
              </w:rPr>
              <w:t>Kateri kriterij že dosegaš? Kaj bo tvoj naslednji korak?</w:t>
            </w:r>
          </w:p>
          <w:p w14:paraId="123ADBDD"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73BC47D9" w14:textId="77777777">
              <w:trPr>
                <w:jc w:val="center"/>
              </w:trPr>
              <w:tc>
                <w:tcPr>
                  <w:tcW w:w="7087" w:type="dxa"/>
                  <w:shd w:val="clear" w:color="auto" w:fill="C6E7F3"/>
                  <w:tcMar>
                    <w:top w:w="45" w:type="dxa"/>
                    <w:left w:w="70" w:type="dxa"/>
                    <w:bottom w:w="45" w:type="dxa"/>
                    <w:right w:w="70" w:type="dxa"/>
                  </w:tcMar>
                </w:tcPr>
                <w:p w14:paraId="771174D7" w14:textId="77777777" w:rsidR="00302D64" w:rsidRDefault="00000000">
                  <w:pPr>
                    <w:keepNext/>
                  </w:pPr>
                  <w:r>
                    <w:rPr>
                      <w:b/>
                      <w:color w:val="000000"/>
                    </w:rPr>
                    <w:t>ZAKLJUČNI DEL – UTRJEVANJE IN REFLEKSIJA (10–15 min)</w:t>
                  </w:r>
                </w:p>
              </w:tc>
            </w:tr>
          </w:tbl>
          <w:p w14:paraId="191D57D4" w14:textId="77777777" w:rsidR="00302D64" w:rsidRDefault="00302D64">
            <w:pPr>
              <w:spacing w:line="20" w:lineRule="exact"/>
            </w:pPr>
          </w:p>
          <w:p w14:paraId="15BF2D92"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62F8D2C1" w14:textId="77777777">
              <w:trPr>
                <w:jc w:val="center"/>
              </w:trPr>
              <w:tc>
                <w:tcPr>
                  <w:tcW w:w="7087" w:type="dxa"/>
                  <w:shd w:val="clear" w:color="auto" w:fill="EDC9EA"/>
                  <w:tcMar>
                    <w:top w:w="45" w:type="dxa"/>
                    <w:left w:w="70" w:type="dxa"/>
                    <w:bottom w:w="45" w:type="dxa"/>
                    <w:right w:w="70" w:type="dxa"/>
                  </w:tcMar>
                </w:tcPr>
                <w:p w14:paraId="6243ED70" w14:textId="77777777" w:rsidR="00302D64" w:rsidRDefault="00000000">
                  <w:pPr>
                    <w:keepNext/>
                  </w:pPr>
                  <w:r>
                    <w:rPr>
                      <w:b/>
                      <w:color w:val="000000"/>
                    </w:rPr>
                    <w:t>SAMOVREDNOTENJE</w:t>
                  </w:r>
                </w:p>
              </w:tc>
            </w:tr>
          </w:tbl>
          <w:p w14:paraId="7EBA139F" w14:textId="77777777" w:rsidR="00302D64" w:rsidRDefault="00302D64">
            <w:pPr>
              <w:spacing w:line="20" w:lineRule="exact"/>
            </w:pPr>
          </w:p>
          <w:p w14:paraId="438FAEFA"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6400652C" w14:textId="77777777">
              <w:trPr>
                <w:jc w:val="center"/>
              </w:trPr>
              <w:tc>
                <w:tcPr>
                  <w:tcW w:w="7087" w:type="dxa"/>
                  <w:shd w:val="clear" w:color="auto" w:fill="EDC9EA"/>
                  <w:tcMar>
                    <w:top w:w="45" w:type="dxa"/>
                    <w:left w:w="70" w:type="dxa"/>
                    <w:bottom w:w="45" w:type="dxa"/>
                    <w:right w:w="70" w:type="dxa"/>
                  </w:tcMar>
                </w:tcPr>
                <w:p w14:paraId="7A387C2B" w14:textId="77777777" w:rsidR="00302D64" w:rsidRDefault="00000000">
                  <w:pPr>
                    <w:keepNext/>
                  </w:pPr>
                  <w:r>
                    <w:rPr>
                      <w:b/>
                      <w:color w:val="000000"/>
                    </w:rPr>
                    <w:t>VRSTNIŠKO VREDNOTENJE</w:t>
                  </w:r>
                </w:p>
              </w:tc>
            </w:tr>
          </w:tbl>
          <w:p w14:paraId="7E362405" w14:textId="77777777" w:rsidR="00302D64" w:rsidRDefault="00302D64">
            <w:pPr>
              <w:spacing w:line="20" w:lineRule="exact"/>
            </w:pPr>
          </w:p>
          <w:p w14:paraId="7E10C840"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652484C8" w14:textId="77777777">
              <w:trPr>
                <w:jc w:val="center"/>
              </w:trPr>
              <w:tc>
                <w:tcPr>
                  <w:tcW w:w="7087" w:type="dxa"/>
                  <w:shd w:val="clear" w:color="auto" w:fill="EDC9EA"/>
                  <w:tcMar>
                    <w:top w:w="45" w:type="dxa"/>
                    <w:left w:w="70" w:type="dxa"/>
                    <w:bottom w:w="45" w:type="dxa"/>
                    <w:right w:w="70" w:type="dxa"/>
                  </w:tcMar>
                </w:tcPr>
                <w:p w14:paraId="64DF49F1" w14:textId="77777777" w:rsidR="00302D64" w:rsidRDefault="00000000">
                  <w:pPr>
                    <w:keepNext/>
                  </w:pPr>
                  <w:r>
                    <w:rPr>
                      <w:b/>
                      <w:color w:val="000000"/>
                    </w:rPr>
                    <w:t>SKUPNI POVZETEK</w:t>
                  </w:r>
                </w:p>
              </w:tc>
            </w:tr>
          </w:tbl>
          <w:p w14:paraId="4506CB84" w14:textId="77777777" w:rsidR="00302D64" w:rsidRDefault="00302D64"/>
          <w:p w14:paraId="30BA5F25" w14:textId="77777777" w:rsidR="00302D64" w:rsidRDefault="00000000">
            <w:pPr>
              <w:spacing w:before="20" w:after="40" w:line="245" w:lineRule="auto"/>
            </w:pPr>
            <w:r>
              <w:rPr>
                <w:b/>
                <w:color w:val="000000"/>
                <w:sz w:val="17"/>
              </w:rPr>
              <w:t>Svoj napredek prepoznam v dokazih, povratno informacijo sprejmem in izberem dosegljiv naslednji korak.</w:t>
            </w:r>
          </w:p>
        </w:tc>
        <w:tc>
          <w:tcPr>
            <w:tcW w:w="2551" w:type="dxa"/>
            <w:tcMar>
              <w:top w:w="70" w:type="dxa"/>
              <w:left w:w="90" w:type="dxa"/>
              <w:bottom w:w="70" w:type="dxa"/>
              <w:right w:w="90" w:type="dxa"/>
            </w:tcMar>
          </w:tcPr>
          <w:p w14:paraId="78E0E043" w14:textId="77777777" w:rsidR="00302D64" w:rsidRDefault="00302D64"/>
          <w:p w14:paraId="660851AA" w14:textId="77777777" w:rsidR="00302D64" w:rsidRDefault="00000000">
            <w:pPr>
              <w:spacing w:after="100" w:line="245" w:lineRule="auto"/>
            </w:pPr>
            <w:r>
              <w:rPr>
                <w:color w:val="000000"/>
                <w:sz w:val="16"/>
              </w:rPr>
              <w:t>Odgovarja na podporna vprašanja in se sklicuje na svoj dokaz.</w:t>
            </w:r>
          </w:p>
          <w:p w14:paraId="6831D32D" w14:textId="77777777" w:rsidR="00302D64" w:rsidRDefault="00000000">
            <w:pPr>
              <w:spacing w:after="100" w:line="245" w:lineRule="auto"/>
            </w:pPr>
            <w:r>
              <w:rPr>
                <w:color w:val="000000"/>
                <w:sz w:val="16"/>
              </w:rPr>
              <w:t>Primerja začetno zamisel z ugotovitvijo ter pove ali pokaže, kaj se je naučil/-a.</w:t>
            </w:r>
          </w:p>
          <w:p w14:paraId="5A7F5F2E" w14:textId="77777777" w:rsidR="00302D64" w:rsidRDefault="00000000">
            <w:pPr>
              <w:spacing w:after="100" w:line="245" w:lineRule="auto"/>
            </w:pPr>
            <w:r>
              <w:rPr>
                <w:color w:val="000000"/>
                <w:sz w:val="16"/>
              </w:rPr>
              <w:t>Izbere raven doseganja in določi naslednji korak.</w:t>
            </w:r>
          </w:p>
          <w:p w14:paraId="63734EE3" w14:textId="77777777" w:rsidR="00302D64" w:rsidRDefault="00000000">
            <w:pPr>
              <w:spacing w:after="100" w:line="245" w:lineRule="auto"/>
            </w:pPr>
            <w:r>
              <w:rPr>
                <w:color w:val="000000"/>
                <w:sz w:val="16"/>
              </w:rPr>
              <w:t>Sošolcu poda prijazen, konkreten odziv.</w:t>
            </w:r>
          </w:p>
          <w:p w14:paraId="59A638E0" w14:textId="77777777" w:rsidR="00302D64" w:rsidRDefault="00000000">
            <w:pPr>
              <w:spacing w:after="20" w:line="245" w:lineRule="auto"/>
            </w:pPr>
            <w:r>
              <w:rPr>
                <w:b/>
                <w:color w:val="D95BC6"/>
                <w:sz w:val="17"/>
              </w:rPr>
              <w:t>DOKAZ O UČENJU</w:t>
            </w:r>
          </w:p>
          <w:p w14:paraId="58E0BE1E" w14:textId="77777777" w:rsidR="00302D64" w:rsidRDefault="00000000">
            <w:pPr>
              <w:spacing w:after="30" w:line="245" w:lineRule="auto"/>
            </w:pPr>
            <w:r>
              <w:rPr>
                <w:color w:val="D95BC6"/>
                <w:sz w:val="16"/>
              </w:rPr>
              <w:t>izvedba ali izdelek, razlaga, samovrednotenje in odziv na povratno informacijo</w:t>
            </w:r>
          </w:p>
        </w:tc>
      </w:tr>
    </w:tbl>
    <w:p w14:paraId="7CC24D7D"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302D64" w14:paraId="06059A83" w14:textId="77777777">
        <w:trPr>
          <w:cantSplit/>
          <w:jc w:val="center"/>
        </w:trPr>
        <w:tc>
          <w:tcPr>
            <w:tcW w:w="14060" w:type="dxa"/>
            <w:gridSpan w:val="6"/>
            <w:tcMar>
              <w:top w:w="70" w:type="dxa"/>
              <w:left w:w="90" w:type="dxa"/>
              <w:bottom w:w="70" w:type="dxa"/>
              <w:right w:w="90" w:type="dxa"/>
            </w:tcMar>
            <w:vAlign w:val="center"/>
          </w:tcPr>
          <w:p w14:paraId="4523B5E3" w14:textId="77777777" w:rsidR="00302D64" w:rsidRDefault="00000000">
            <w:pPr>
              <w:jc w:val="center"/>
            </w:pPr>
            <w:r>
              <w:rPr>
                <w:b/>
                <w:color w:val="000000"/>
                <w:sz w:val="24"/>
              </w:rPr>
              <w:lastRenderedPageBreak/>
              <w:t>UČNA PRIPRAVA 39/39</w:t>
            </w:r>
          </w:p>
        </w:tc>
      </w:tr>
      <w:tr w:rsidR="00302D64" w14:paraId="63EA7F9D" w14:textId="77777777">
        <w:trPr>
          <w:jc w:val="center"/>
        </w:trPr>
        <w:tc>
          <w:tcPr>
            <w:tcW w:w="2665" w:type="dxa"/>
            <w:tcMar>
              <w:top w:w="70" w:type="dxa"/>
              <w:left w:w="90" w:type="dxa"/>
              <w:bottom w:w="70" w:type="dxa"/>
              <w:right w:w="90" w:type="dxa"/>
            </w:tcMar>
            <w:vAlign w:val="center"/>
          </w:tcPr>
          <w:p w14:paraId="20054D49" w14:textId="77777777" w:rsidR="00302D64"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672BE1E" w14:textId="77777777" w:rsidR="00302D64" w:rsidRDefault="00000000">
            <w:r>
              <w:rPr>
                <w:b/>
                <w:color w:val="000000"/>
                <w:sz w:val="16"/>
              </w:rPr>
              <w:t xml:space="preserve">PREDMET: </w:t>
            </w:r>
            <w:r>
              <w:rPr>
                <w:color w:val="000000"/>
                <w:sz w:val="16"/>
              </w:rPr>
              <w:t>Spoznavanje okolja</w:t>
            </w:r>
          </w:p>
        </w:tc>
        <w:tc>
          <w:tcPr>
            <w:tcW w:w="1701" w:type="dxa"/>
            <w:tcMar>
              <w:top w:w="70" w:type="dxa"/>
              <w:left w:w="90" w:type="dxa"/>
              <w:bottom w:w="70" w:type="dxa"/>
              <w:right w:w="90" w:type="dxa"/>
            </w:tcMar>
            <w:vAlign w:val="center"/>
          </w:tcPr>
          <w:p w14:paraId="7AF43B25" w14:textId="77777777" w:rsidR="00302D64"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68DE7C4" w14:textId="77777777" w:rsidR="00302D64" w:rsidRDefault="00000000">
            <w:r>
              <w:rPr>
                <w:b/>
                <w:color w:val="000000"/>
                <w:sz w:val="16"/>
              </w:rPr>
              <w:t xml:space="preserve">NAČRTOVANI TERMIN: </w:t>
            </w:r>
            <w:r>
              <w:rPr>
                <w:color w:val="000000"/>
                <w:sz w:val="16"/>
              </w:rPr>
              <w:t>39. teden • 21.–24. 6. 2027</w:t>
            </w:r>
          </w:p>
        </w:tc>
        <w:tc>
          <w:tcPr>
            <w:tcW w:w="2268" w:type="dxa"/>
            <w:tcMar>
              <w:top w:w="70" w:type="dxa"/>
              <w:left w:w="90" w:type="dxa"/>
              <w:bottom w:w="70" w:type="dxa"/>
              <w:right w:w="90" w:type="dxa"/>
            </w:tcMar>
            <w:vAlign w:val="center"/>
          </w:tcPr>
          <w:p w14:paraId="0D00FE48" w14:textId="77777777" w:rsidR="00302D64"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A27CCD8" w14:textId="77777777" w:rsidR="00302D64" w:rsidRDefault="00000000">
            <w:r>
              <w:rPr>
                <w:b/>
                <w:color w:val="000000"/>
                <w:sz w:val="16"/>
              </w:rPr>
              <w:t xml:space="preserve">ŠTEVILO UR: </w:t>
            </w:r>
            <w:r>
              <w:rPr>
                <w:color w:val="000000"/>
                <w:sz w:val="16"/>
              </w:rPr>
              <w:t>2</w:t>
            </w:r>
          </w:p>
        </w:tc>
      </w:tr>
      <w:tr w:rsidR="00302D64" w14:paraId="35FE0693" w14:textId="77777777">
        <w:trPr>
          <w:jc w:val="center"/>
        </w:trPr>
        <w:tc>
          <w:tcPr>
            <w:tcW w:w="14061" w:type="dxa"/>
            <w:gridSpan w:val="6"/>
            <w:tcMar>
              <w:top w:w="70" w:type="dxa"/>
              <w:left w:w="90" w:type="dxa"/>
              <w:bottom w:w="70" w:type="dxa"/>
              <w:right w:w="90" w:type="dxa"/>
            </w:tcMar>
            <w:vAlign w:val="center"/>
          </w:tcPr>
          <w:p w14:paraId="362EA1B2" w14:textId="77777777" w:rsidR="00302D64" w:rsidRDefault="00000000">
            <w:r>
              <w:t>TIP UČNE URE: obravnava, izkušenjsko raziskovanje, učenje po postajah, utrjevanje in formativno spremljanje</w:t>
            </w:r>
          </w:p>
        </w:tc>
      </w:tr>
      <w:tr w:rsidR="00302D64" w14:paraId="4D6BED95" w14:textId="77777777">
        <w:trPr>
          <w:cantSplit/>
          <w:jc w:val="center"/>
        </w:trPr>
        <w:tc>
          <w:tcPr>
            <w:tcW w:w="14060" w:type="dxa"/>
            <w:gridSpan w:val="6"/>
            <w:tcMar>
              <w:top w:w="70" w:type="dxa"/>
              <w:left w:w="90" w:type="dxa"/>
              <w:bottom w:w="70" w:type="dxa"/>
              <w:right w:w="90" w:type="dxa"/>
            </w:tcMar>
            <w:vAlign w:val="center"/>
          </w:tcPr>
          <w:p w14:paraId="6D4F183B" w14:textId="77777777" w:rsidR="00302D64" w:rsidRDefault="00302D64"/>
          <w:p w14:paraId="0E617FAE" w14:textId="77777777" w:rsidR="00302D64" w:rsidRDefault="00000000">
            <w:pPr>
              <w:spacing w:line="245" w:lineRule="auto"/>
            </w:pPr>
            <w:r>
              <w:rPr>
                <w:b/>
                <w:color w:val="000000"/>
                <w:sz w:val="17"/>
              </w:rPr>
              <w:t xml:space="preserve">UČNI SKLOP: </w:t>
            </w:r>
            <w:r>
              <w:rPr>
                <w:color w:val="000000"/>
                <w:sz w:val="17"/>
              </w:rPr>
              <w:t>POLETJE, SKUPNOST IN ZAKLJUČEK</w:t>
            </w:r>
          </w:p>
        </w:tc>
      </w:tr>
      <w:tr w:rsidR="00302D64" w14:paraId="2F6A9695" w14:textId="77777777">
        <w:trPr>
          <w:cantSplit/>
          <w:jc w:val="center"/>
        </w:trPr>
        <w:tc>
          <w:tcPr>
            <w:tcW w:w="14060" w:type="dxa"/>
            <w:gridSpan w:val="6"/>
            <w:tcMar>
              <w:top w:w="70" w:type="dxa"/>
              <w:left w:w="90" w:type="dxa"/>
              <w:bottom w:w="70" w:type="dxa"/>
              <w:right w:w="90" w:type="dxa"/>
            </w:tcMar>
            <w:vAlign w:val="center"/>
          </w:tcPr>
          <w:p w14:paraId="40864FE2" w14:textId="77777777" w:rsidR="00302D64" w:rsidRDefault="00302D64"/>
          <w:p w14:paraId="7BB37A5F" w14:textId="77777777" w:rsidR="00302D64" w:rsidRDefault="00000000">
            <w:pPr>
              <w:spacing w:line="245" w:lineRule="auto"/>
            </w:pPr>
            <w:r>
              <w:rPr>
                <w:b/>
                <w:color w:val="000000"/>
                <w:sz w:val="17"/>
              </w:rPr>
              <w:t xml:space="preserve">UČNA TEMA: </w:t>
            </w:r>
            <w:r>
              <w:rPr>
                <w:color w:val="000000"/>
                <w:sz w:val="17"/>
              </w:rPr>
              <w:t>SKUPNOST IN POČITNICE</w:t>
            </w:r>
          </w:p>
        </w:tc>
      </w:tr>
      <w:tr w:rsidR="00302D64" w14:paraId="11E2E278" w14:textId="77777777">
        <w:trPr>
          <w:cantSplit/>
          <w:jc w:val="center"/>
        </w:trPr>
        <w:tc>
          <w:tcPr>
            <w:tcW w:w="14060" w:type="dxa"/>
            <w:gridSpan w:val="6"/>
            <w:tcMar>
              <w:top w:w="70" w:type="dxa"/>
              <w:left w:w="90" w:type="dxa"/>
              <w:bottom w:w="70" w:type="dxa"/>
              <w:right w:w="90" w:type="dxa"/>
            </w:tcMar>
            <w:vAlign w:val="center"/>
          </w:tcPr>
          <w:p w14:paraId="271FA693" w14:textId="77777777" w:rsidR="00302D64" w:rsidRDefault="00302D64"/>
          <w:p w14:paraId="04462415" w14:textId="77777777" w:rsidR="00302D64" w:rsidRDefault="00000000">
            <w:pPr>
              <w:spacing w:line="245" w:lineRule="auto"/>
            </w:pPr>
            <w:r>
              <w:rPr>
                <w:b/>
                <w:color w:val="000000"/>
                <w:sz w:val="17"/>
              </w:rPr>
              <w:t xml:space="preserve">KNJIŽEVNO IZHODIŠČE IN MOTIV: </w:t>
            </w:r>
            <w:r>
              <w:rPr>
                <w:color w:val="000000"/>
                <w:sz w:val="17"/>
              </w:rPr>
              <w:t>»Moj prijatelj Piki Jakob« – Kajetan Kovič • NADALJEVANJE • prijateljstvo, hvaležnost, skupnost in varne počitnice</w:t>
            </w:r>
          </w:p>
        </w:tc>
      </w:tr>
      <w:tr w:rsidR="00302D64" w14:paraId="55C57855" w14:textId="77777777">
        <w:trPr>
          <w:cantSplit/>
          <w:jc w:val="center"/>
        </w:trPr>
        <w:tc>
          <w:tcPr>
            <w:tcW w:w="14060" w:type="dxa"/>
            <w:gridSpan w:val="6"/>
            <w:tcMar>
              <w:top w:w="70" w:type="dxa"/>
              <w:left w:w="90" w:type="dxa"/>
              <w:bottom w:w="70" w:type="dxa"/>
              <w:right w:w="90" w:type="dxa"/>
            </w:tcMar>
            <w:vAlign w:val="center"/>
          </w:tcPr>
          <w:p w14:paraId="4816C8D8" w14:textId="77777777" w:rsidR="00302D64" w:rsidRDefault="00302D64"/>
          <w:p w14:paraId="2D23E99A" w14:textId="77777777" w:rsidR="00302D64" w:rsidRDefault="00000000">
            <w:pPr>
              <w:spacing w:line="245" w:lineRule="auto"/>
            </w:pPr>
            <w:r>
              <w:rPr>
                <w:b/>
                <w:color w:val="000000"/>
                <w:sz w:val="17"/>
              </w:rPr>
              <w:t xml:space="preserve">UČNE ENOTE: </w:t>
            </w:r>
            <w:r>
              <w:rPr>
                <w:color w:val="000000"/>
                <w:sz w:val="17"/>
              </w:rPr>
              <w:t>1. ura – Mreža hvaležnosti • 2. ura – Varne počitnice – situacijska pot</w:t>
            </w:r>
          </w:p>
        </w:tc>
      </w:tr>
      <w:tr w:rsidR="00302D64" w14:paraId="392689F3" w14:textId="77777777">
        <w:trPr>
          <w:cantSplit/>
          <w:jc w:val="center"/>
        </w:trPr>
        <w:tc>
          <w:tcPr>
            <w:tcW w:w="14060" w:type="dxa"/>
            <w:gridSpan w:val="6"/>
            <w:tcMar>
              <w:top w:w="70" w:type="dxa"/>
              <w:left w:w="90" w:type="dxa"/>
              <w:bottom w:w="70" w:type="dxa"/>
              <w:right w:w="90" w:type="dxa"/>
            </w:tcMar>
            <w:vAlign w:val="center"/>
          </w:tcPr>
          <w:p w14:paraId="13A64859" w14:textId="77777777" w:rsidR="00302D64" w:rsidRDefault="00302D64"/>
          <w:p w14:paraId="6D322E49" w14:textId="77777777" w:rsidR="00302D64" w:rsidRDefault="00000000">
            <w:pPr>
              <w:spacing w:line="245" w:lineRule="auto"/>
            </w:pPr>
            <w:r>
              <w:rPr>
                <w:b/>
                <w:color w:val="000000"/>
                <w:sz w:val="17"/>
              </w:rPr>
              <w:t>UČNE METODE: pogovor in pripovedovanje; opazovanje in demonstracija; izkušenjsko, raziskovalno in problemsko učenje; praktično delo; učenje po postajah; učenje v gibanju; sodelovalno učenje; formativno spremljanje</w:t>
            </w:r>
          </w:p>
        </w:tc>
      </w:tr>
      <w:tr w:rsidR="00302D64" w14:paraId="3878213E" w14:textId="77777777">
        <w:trPr>
          <w:cantSplit/>
          <w:jc w:val="center"/>
        </w:trPr>
        <w:tc>
          <w:tcPr>
            <w:tcW w:w="14060" w:type="dxa"/>
            <w:gridSpan w:val="6"/>
            <w:tcMar>
              <w:top w:w="70" w:type="dxa"/>
              <w:left w:w="90" w:type="dxa"/>
              <w:bottom w:w="70" w:type="dxa"/>
              <w:right w:w="90" w:type="dxa"/>
            </w:tcMar>
            <w:vAlign w:val="center"/>
          </w:tcPr>
          <w:p w14:paraId="16870A9E" w14:textId="77777777" w:rsidR="00302D64" w:rsidRDefault="00302D64"/>
          <w:p w14:paraId="55AF12FC" w14:textId="77777777" w:rsidR="00302D64" w:rsidRDefault="00000000">
            <w:pPr>
              <w:spacing w:line="245" w:lineRule="auto"/>
            </w:pPr>
            <w:r>
              <w:rPr>
                <w:b/>
                <w:color w:val="000000"/>
                <w:sz w:val="17"/>
              </w:rPr>
              <w:t xml:space="preserve">UČNE OBLIKE: </w:t>
            </w:r>
            <w:r>
              <w:rPr>
                <w:color w:val="000000"/>
                <w:sz w:val="17"/>
              </w:rPr>
              <w:t>frontalno, individualno, delo v paru, skupinsko in postajno delo</w:t>
            </w:r>
          </w:p>
        </w:tc>
      </w:tr>
      <w:tr w:rsidR="00302D64" w14:paraId="5B72A7FB" w14:textId="77777777">
        <w:trPr>
          <w:cantSplit/>
          <w:jc w:val="center"/>
        </w:trPr>
        <w:tc>
          <w:tcPr>
            <w:tcW w:w="14060" w:type="dxa"/>
            <w:gridSpan w:val="6"/>
            <w:tcMar>
              <w:top w:w="70" w:type="dxa"/>
              <w:left w:w="90" w:type="dxa"/>
              <w:bottom w:w="70" w:type="dxa"/>
              <w:right w:w="90" w:type="dxa"/>
            </w:tcMar>
            <w:vAlign w:val="center"/>
          </w:tcPr>
          <w:p w14:paraId="73A01D3D" w14:textId="77777777" w:rsidR="00302D64" w:rsidRDefault="00302D64"/>
          <w:p w14:paraId="608EA591" w14:textId="77777777" w:rsidR="00302D64" w:rsidRDefault="00000000">
            <w:pPr>
              <w:spacing w:line="245" w:lineRule="auto"/>
            </w:pPr>
            <w:r>
              <w:rPr>
                <w:b/>
                <w:color w:val="000000"/>
                <w:sz w:val="17"/>
              </w:rPr>
              <w:t xml:space="preserve">DIDAKTIČNI POUDARKI: </w:t>
            </w:r>
            <w:r>
              <w:rPr>
                <w:color w:val="000000"/>
                <w:sz w:val="17"/>
              </w:rPr>
              <w:t>izkušenjski pouk s konkretnimi predmeti in resničnimi situacijami; poučevanje v gibanju z raziskovalno potjo, živim modelom, simulacijo, razvrščanjem v prostoru ali postajami; formativno spremljanje od predznanja do naslednjega koraka</w:t>
            </w:r>
          </w:p>
        </w:tc>
      </w:tr>
      <w:tr w:rsidR="00302D64" w14:paraId="40A51473" w14:textId="77777777">
        <w:trPr>
          <w:cantSplit/>
          <w:jc w:val="center"/>
        </w:trPr>
        <w:tc>
          <w:tcPr>
            <w:tcW w:w="14060" w:type="dxa"/>
            <w:gridSpan w:val="6"/>
            <w:tcMar>
              <w:top w:w="70" w:type="dxa"/>
              <w:left w:w="90" w:type="dxa"/>
              <w:bottom w:w="70" w:type="dxa"/>
              <w:right w:w="90" w:type="dxa"/>
            </w:tcMar>
            <w:vAlign w:val="center"/>
          </w:tcPr>
          <w:p w14:paraId="58A32F22" w14:textId="77777777" w:rsidR="00302D64" w:rsidRDefault="00302D64"/>
          <w:p w14:paraId="07541B39" w14:textId="77777777" w:rsidR="00302D64" w:rsidRDefault="00000000">
            <w:pPr>
              <w:spacing w:line="245" w:lineRule="auto"/>
            </w:pPr>
            <w:r>
              <w:rPr>
                <w:b/>
                <w:color w:val="000000"/>
                <w:sz w:val="17"/>
              </w:rPr>
              <w:t xml:space="preserve">MEDPREDMETNE POVEZAVE: </w:t>
            </w:r>
            <w:r>
              <w:rPr>
                <w:color w:val="000000"/>
                <w:sz w:val="17"/>
              </w:rPr>
              <w:t>SLJ – zahvala in dogovor; ŠPO – situacijska pot; LUM – razredni plakat; SOCIALNO-ČUSTVENO UČENJE – pripadnost</w:t>
            </w:r>
          </w:p>
        </w:tc>
      </w:tr>
      <w:tr w:rsidR="00302D64" w14:paraId="5D5A992F" w14:textId="77777777">
        <w:trPr>
          <w:cantSplit/>
          <w:jc w:val="center"/>
        </w:trPr>
        <w:tc>
          <w:tcPr>
            <w:tcW w:w="14060" w:type="dxa"/>
            <w:gridSpan w:val="6"/>
            <w:tcMar>
              <w:top w:w="70" w:type="dxa"/>
              <w:left w:w="90" w:type="dxa"/>
              <w:bottom w:w="70" w:type="dxa"/>
              <w:right w:w="90" w:type="dxa"/>
            </w:tcMar>
            <w:vAlign w:val="center"/>
          </w:tcPr>
          <w:p w14:paraId="180E6934" w14:textId="77777777" w:rsidR="00302D64" w:rsidRDefault="00302D64"/>
          <w:p w14:paraId="7BE6B92B" w14:textId="77777777" w:rsidR="00302D64" w:rsidRDefault="00000000">
            <w:pPr>
              <w:spacing w:line="245" w:lineRule="auto"/>
            </w:pPr>
            <w:r>
              <w:rPr>
                <w:b/>
                <w:color w:val="000000"/>
                <w:sz w:val="17"/>
              </w:rPr>
              <w:t xml:space="preserve">UČNA SREDSTVA IN PRIPOMOČKI: </w:t>
            </w:r>
            <w:r>
              <w:rPr>
                <w:color w:val="000000"/>
                <w:sz w:val="17"/>
              </w:rPr>
              <w:t>Moj prijatelj Piki Jakob, klobčič volne, kartice zahval, postajne kartice poletnih situacij, telefon-igrača, simboli varnega ravnanja, skupni plakat</w:t>
            </w:r>
          </w:p>
        </w:tc>
      </w:tr>
      <w:tr w:rsidR="00302D64" w14:paraId="7535BAB5" w14:textId="77777777">
        <w:trPr>
          <w:cantSplit/>
          <w:jc w:val="center"/>
        </w:trPr>
        <w:tc>
          <w:tcPr>
            <w:tcW w:w="14060" w:type="dxa"/>
            <w:gridSpan w:val="6"/>
            <w:tcMar>
              <w:top w:w="70" w:type="dxa"/>
              <w:left w:w="90" w:type="dxa"/>
              <w:bottom w:w="70" w:type="dxa"/>
              <w:right w:w="90" w:type="dxa"/>
            </w:tcMar>
            <w:vAlign w:val="center"/>
          </w:tcPr>
          <w:p w14:paraId="77B395EF" w14:textId="77777777" w:rsidR="00302D64" w:rsidRDefault="00302D64"/>
          <w:p w14:paraId="3F8BE750" w14:textId="77777777" w:rsidR="00302D64" w:rsidRDefault="00000000">
            <w:pPr>
              <w:spacing w:line="245" w:lineRule="auto"/>
            </w:pPr>
            <w:r>
              <w:rPr>
                <w:b/>
                <w:color w:val="000000"/>
                <w:sz w:val="16"/>
              </w:rPr>
              <w:t xml:space="preserve">LITERATURA IN VIRI: </w:t>
            </w:r>
            <w:r>
              <w:rPr>
                <w:color w:val="000000"/>
                <w:sz w:val="16"/>
              </w:rPr>
              <w:t>Učni načrt za prvo vzgojno-izobraževalno obdobje (MVI in ZRSŠ, 2025), področje Spoznavanje okolja; letna priprava 2026/27; navedeno književno delo; učiteljičina zbirka predmetnih in slikovnih virov.</w:t>
            </w:r>
          </w:p>
        </w:tc>
      </w:tr>
      <w:tr w:rsidR="00302D64" w14:paraId="08832964" w14:textId="77777777">
        <w:trPr>
          <w:cantSplit/>
          <w:jc w:val="center"/>
        </w:trPr>
        <w:tc>
          <w:tcPr>
            <w:tcW w:w="14060" w:type="dxa"/>
            <w:gridSpan w:val="6"/>
            <w:tcMar>
              <w:top w:w="70" w:type="dxa"/>
              <w:left w:w="90" w:type="dxa"/>
              <w:bottom w:w="70" w:type="dxa"/>
              <w:right w:w="90" w:type="dxa"/>
            </w:tcMar>
            <w:vAlign w:val="center"/>
          </w:tcPr>
          <w:p w14:paraId="29489902" w14:textId="77777777" w:rsidR="00302D64" w:rsidRDefault="00302D64"/>
          <w:p w14:paraId="6122A0E4" w14:textId="77777777" w:rsidR="00302D64"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302D64" w14:paraId="021B47B8" w14:textId="77777777">
        <w:trPr>
          <w:cantSplit/>
          <w:jc w:val="center"/>
        </w:trPr>
        <w:tc>
          <w:tcPr>
            <w:tcW w:w="14060" w:type="dxa"/>
            <w:gridSpan w:val="6"/>
            <w:tcMar>
              <w:top w:w="70" w:type="dxa"/>
              <w:left w:w="90" w:type="dxa"/>
              <w:bottom w:w="70" w:type="dxa"/>
              <w:right w:w="90" w:type="dxa"/>
            </w:tcMar>
            <w:vAlign w:val="center"/>
          </w:tcPr>
          <w:p w14:paraId="2AD79DA6" w14:textId="77777777" w:rsidR="00302D64" w:rsidRDefault="00302D64"/>
          <w:p w14:paraId="2CC7A540" w14:textId="77777777" w:rsidR="00302D64" w:rsidRDefault="00000000">
            <w:pPr>
              <w:spacing w:line="245" w:lineRule="auto"/>
            </w:pPr>
            <w:r>
              <w:rPr>
                <w:b/>
                <w:color w:val="000000"/>
                <w:sz w:val="16"/>
              </w:rPr>
              <w:t xml:space="preserve">VARNOST: </w:t>
            </w:r>
            <w:r>
              <w:rPr>
                <w:color w:val="000000"/>
                <w:sz w:val="16"/>
              </w:rPr>
              <w:t>Simulacije ne vključujejo nevarnih dejavnosti; poudarjena so jasna, razvojno primerna pravila in pomoč odraslih.</w:t>
            </w:r>
          </w:p>
        </w:tc>
      </w:tr>
    </w:tbl>
    <w:p w14:paraId="6B9B0B8C"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39D0FAE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616F26C"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95EEDAE" w14:textId="77777777" w:rsidR="00302D64" w:rsidRDefault="00000000">
            <w:pPr>
              <w:jc w:val="center"/>
            </w:pPr>
            <w:r>
              <w:rPr>
                <w:b/>
                <w:color w:val="000000"/>
                <w:sz w:val="20"/>
              </w:rPr>
              <w:t>UČNE DEJAVNOSTI, METODE IN FORMATIVNO SPREMLJANJE</w:t>
            </w:r>
          </w:p>
        </w:tc>
      </w:tr>
      <w:tr w:rsidR="00302D64" w14:paraId="11EC2055" w14:textId="77777777">
        <w:trPr>
          <w:tblHeader/>
          <w:jc w:val="center"/>
        </w:trPr>
        <w:tc>
          <w:tcPr>
            <w:tcW w:w="4422" w:type="dxa"/>
            <w:vMerge/>
            <w:tcMar>
              <w:top w:w="70" w:type="dxa"/>
              <w:left w:w="90" w:type="dxa"/>
              <w:bottom w:w="70" w:type="dxa"/>
              <w:right w:w="90" w:type="dxa"/>
            </w:tcMar>
            <w:vAlign w:val="center"/>
          </w:tcPr>
          <w:p w14:paraId="2135A5AB" w14:textId="77777777" w:rsidR="00302D64" w:rsidRDefault="00302D64"/>
        </w:tc>
        <w:tc>
          <w:tcPr>
            <w:tcW w:w="7087" w:type="dxa"/>
            <w:shd w:val="clear" w:color="auto" w:fill="FFFFFF"/>
            <w:tcMar>
              <w:top w:w="70" w:type="dxa"/>
              <w:left w:w="90" w:type="dxa"/>
              <w:bottom w:w="70" w:type="dxa"/>
              <w:right w:w="90" w:type="dxa"/>
            </w:tcMar>
            <w:vAlign w:val="center"/>
          </w:tcPr>
          <w:p w14:paraId="22214460"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48D3A4" w14:textId="77777777" w:rsidR="00302D64" w:rsidRDefault="00000000">
            <w:pPr>
              <w:jc w:val="center"/>
            </w:pPr>
            <w:r>
              <w:rPr>
                <w:b/>
                <w:color w:val="000000"/>
              </w:rPr>
              <w:t>UČENEC</w:t>
            </w:r>
          </w:p>
        </w:tc>
      </w:tr>
      <w:tr w:rsidR="00302D64" w14:paraId="5A595131" w14:textId="77777777">
        <w:trPr>
          <w:jc w:val="center"/>
        </w:trPr>
        <w:tc>
          <w:tcPr>
            <w:tcW w:w="4422" w:type="dxa"/>
            <w:tcMar>
              <w:top w:w="70" w:type="dxa"/>
              <w:left w:w="90" w:type="dxa"/>
              <w:bottom w:w="70" w:type="dxa"/>
              <w:right w:w="90" w:type="dxa"/>
            </w:tcMar>
          </w:tcPr>
          <w:p w14:paraId="2AA12A22" w14:textId="77777777" w:rsidR="00302D64" w:rsidRDefault="00302D64"/>
          <w:p w14:paraId="03DA183F" w14:textId="77777777" w:rsidR="00302D64" w:rsidRDefault="00000000">
            <w:pPr>
              <w:spacing w:after="60" w:line="245" w:lineRule="auto"/>
            </w:pPr>
            <w:r>
              <w:rPr>
                <w:b/>
                <w:color w:val="000000"/>
              </w:rPr>
              <w:t>UČNI CILJI</w:t>
            </w:r>
          </w:p>
          <w:p w14:paraId="60E0DDB6" w14:textId="77777777" w:rsidR="00302D64" w:rsidRDefault="00000000">
            <w:pPr>
              <w:spacing w:after="20" w:line="245" w:lineRule="auto"/>
            </w:pPr>
            <w:r>
              <w:rPr>
                <w:b/>
                <w:color w:val="000000"/>
                <w:sz w:val="17"/>
              </w:rPr>
              <w:t>SPLOŠNI</w:t>
            </w:r>
          </w:p>
          <w:p w14:paraId="2DA66B21" w14:textId="77777777" w:rsidR="00302D64" w:rsidRDefault="00000000">
            <w:pPr>
              <w:pStyle w:val="Oznaenseznam"/>
              <w:spacing w:after="16"/>
            </w:pPr>
            <w:r>
              <w:rPr>
                <w:color w:val="000000"/>
                <w:sz w:val="16"/>
              </w:rPr>
              <w:t>razvija radovednost ter sistematično opazuje, primerja, razvršča in sporoča ugotovitve</w:t>
            </w:r>
          </w:p>
          <w:p w14:paraId="6468ACEC" w14:textId="77777777" w:rsidR="00302D64" w:rsidRDefault="00000000">
            <w:pPr>
              <w:pStyle w:val="Oznaenseznam"/>
              <w:spacing w:after="16"/>
            </w:pPr>
            <w:r>
              <w:rPr>
                <w:color w:val="000000"/>
                <w:sz w:val="16"/>
              </w:rPr>
              <w:t>sodeluje, posluša druge in svoja opažanja izraža na razvojno primeren način</w:t>
            </w:r>
          </w:p>
          <w:p w14:paraId="1EBED512" w14:textId="77777777" w:rsidR="00302D64" w:rsidRDefault="00000000">
            <w:pPr>
              <w:pStyle w:val="Oznaenseznam"/>
              <w:spacing w:after="16"/>
            </w:pPr>
            <w:r>
              <w:rPr>
                <w:color w:val="000000"/>
                <w:sz w:val="16"/>
              </w:rPr>
              <w:t>ravna varno, odgovorno in skrbno do sebe, drugih ter okolja</w:t>
            </w:r>
          </w:p>
          <w:p w14:paraId="1A00C645" w14:textId="77777777" w:rsidR="00302D64" w:rsidRDefault="00000000">
            <w:pPr>
              <w:pStyle w:val="Oznaenseznam"/>
              <w:spacing w:after="16"/>
            </w:pPr>
            <w:r>
              <w:rPr>
                <w:color w:val="000000"/>
                <w:sz w:val="16"/>
              </w:rPr>
              <w:t>ob kriterijih spremlja svoje učenje in sprejema opisno povratno informacijo</w:t>
            </w:r>
          </w:p>
          <w:p w14:paraId="2AC2F76B" w14:textId="77777777" w:rsidR="00302D64" w:rsidRDefault="00000000">
            <w:pPr>
              <w:spacing w:before="40" w:after="20" w:line="245" w:lineRule="auto"/>
            </w:pPr>
            <w:r>
              <w:rPr>
                <w:b/>
                <w:color w:val="000000"/>
                <w:sz w:val="17"/>
              </w:rPr>
              <w:t>OPERATIVNI</w:t>
            </w:r>
          </w:p>
          <w:p w14:paraId="149AA01C" w14:textId="77777777" w:rsidR="00302D64" w:rsidRDefault="00000000">
            <w:pPr>
              <w:pStyle w:val="Oznaenseznam"/>
              <w:spacing w:after="16"/>
            </w:pPr>
            <w:r>
              <w:rPr>
                <w:color w:val="000000"/>
                <w:sz w:val="16"/>
              </w:rPr>
              <w:t>sodeluje pri zaključku</w:t>
            </w:r>
          </w:p>
          <w:p w14:paraId="0AFD1CA7" w14:textId="77777777" w:rsidR="00302D64" w:rsidRDefault="00000000">
            <w:pPr>
              <w:pStyle w:val="Oznaenseznam"/>
              <w:spacing w:after="16"/>
            </w:pPr>
            <w:r>
              <w:rPr>
                <w:color w:val="000000"/>
                <w:sz w:val="16"/>
              </w:rPr>
              <w:t>pozna pravila varnega poletja</w:t>
            </w:r>
          </w:p>
          <w:p w14:paraId="2B40FB46" w14:textId="77777777" w:rsidR="00302D64" w:rsidRDefault="00000000">
            <w:pPr>
              <w:pStyle w:val="Oznaenseznam"/>
              <w:spacing w:after="16"/>
            </w:pPr>
            <w:r>
              <w:rPr>
                <w:color w:val="000000"/>
                <w:sz w:val="16"/>
              </w:rPr>
              <w:t>izrazi hvaležnost</w:t>
            </w:r>
          </w:p>
          <w:p w14:paraId="76F486A4" w14:textId="77777777" w:rsidR="00302D64" w:rsidRDefault="00000000">
            <w:pPr>
              <w:spacing w:before="40" w:after="20" w:line="245" w:lineRule="auto"/>
            </w:pPr>
            <w:r>
              <w:rPr>
                <w:b/>
                <w:color w:val="000000"/>
                <w:sz w:val="17"/>
              </w:rPr>
              <w:t>PRIČAKOVANI DOSEŽKI / STANDARDI</w:t>
            </w:r>
          </w:p>
          <w:p w14:paraId="1DDE3618" w14:textId="77777777" w:rsidR="00302D64" w:rsidRDefault="00000000">
            <w:pPr>
              <w:pStyle w:val="Oznaenseznam"/>
              <w:spacing w:after="16"/>
            </w:pPr>
            <w:r>
              <w:rPr>
                <w:color w:val="000000"/>
                <w:sz w:val="16"/>
              </w:rPr>
              <w:t>ob konkretni ali slikovni opori sodeluje pri zaključku</w:t>
            </w:r>
          </w:p>
          <w:p w14:paraId="70CDFB93" w14:textId="77777777" w:rsidR="00302D64" w:rsidRDefault="00000000">
            <w:pPr>
              <w:pStyle w:val="Oznaenseznam"/>
              <w:spacing w:after="16"/>
            </w:pPr>
            <w:r>
              <w:rPr>
                <w:color w:val="000000"/>
                <w:sz w:val="16"/>
              </w:rPr>
              <w:t>ob konkretni ali slikovni opori pozna pravila varnega poletja</w:t>
            </w:r>
          </w:p>
          <w:p w14:paraId="293933D6" w14:textId="77777777" w:rsidR="00302D64" w:rsidRDefault="00000000">
            <w:pPr>
              <w:pStyle w:val="Oznaenseznam"/>
              <w:spacing w:after="16"/>
            </w:pPr>
            <w:r>
              <w:rPr>
                <w:color w:val="000000"/>
                <w:sz w:val="16"/>
              </w:rPr>
              <w:t>ob konkretni ali slikovni opori izrazi hvaležnost</w:t>
            </w:r>
          </w:p>
        </w:tc>
        <w:tc>
          <w:tcPr>
            <w:tcW w:w="7087" w:type="dxa"/>
            <w:tcMar>
              <w:top w:w="70" w:type="dxa"/>
              <w:left w:w="90" w:type="dxa"/>
              <w:bottom w:w="70" w:type="dxa"/>
              <w:right w:w="90" w:type="dxa"/>
            </w:tcMar>
          </w:tcPr>
          <w:p w14:paraId="12864EEB"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F3AA0E7" w14:textId="77777777">
              <w:trPr>
                <w:jc w:val="center"/>
              </w:trPr>
              <w:tc>
                <w:tcPr>
                  <w:tcW w:w="7087" w:type="dxa"/>
                  <w:shd w:val="clear" w:color="auto" w:fill="C6E7F3"/>
                  <w:tcMar>
                    <w:top w:w="45" w:type="dxa"/>
                    <w:left w:w="70" w:type="dxa"/>
                    <w:bottom w:w="45" w:type="dxa"/>
                    <w:right w:w="70" w:type="dxa"/>
                  </w:tcMar>
                </w:tcPr>
                <w:p w14:paraId="458E4D5C" w14:textId="77777777" w:rsidR="00302D64" w:rsidRDefault="00000000">
                  <w:pPr>
                    <w:keepNext/>
                  </w:pPr>
                  <w:r>
                    <w:rPr>
                      <w:b/>
                      <w:color w:val="000000"/>
                    </w:rPr>
                    <w:t>UVODNI DEL – motivacija, aktivacija predznanja in namen učenja (15–20 min)</w:t>
                  </w:r>
                </w:p>
              </w:tc>
            </w:tr>
          </w:tbl>
          <w:p w14:paraId="073BBFFF" w14:textId="77777777" w:rsidR="00302D64" w:rsidRDefault="00302D64">
            <w:pPr>
              <w:spacing w:line="20" w:lineRule="exact"/>
            </w:pPr>
          </w:p>
          <w:p w14:paraId="1A4159B4" w14:textId="77777777" w:rsidR="00302D64" w:rsidRDefault="00000000">
            <w:pPr>
              <w:spacing w:before="40" w:after="60" w:line="245" w:lineRule="auto"/>
            </w:pPr>
            <w:r>
              <w:rPr>
                <w:color w:val="000000"/>
                <w:sz w:val="17"/>
              </w:rPr>
              <w:t>Piki Jakob se poslovi od razreda in prinese klobčič hvaležnosti. Učenci se spomnijo, kdo jim je med letom pomagal, nato pogled usmerijo v varne počitnice.</w:t>
            </w:r>
          </w:p>
          <w:tbl>
            <w:tblPr>
              <w:tblStyle w:val="Tabelamrea"/>
              <w:tblW w:w="0" w:type="auto"/>
              <w:jc w:val="center"/>
              <w:tblLayout w:type="fixed"/>
              <w:tblLook w:val="04A0" w:firstRow="1" w:lastRow="0" w:firstColumn="1" w:lastColumn="0" w:noHBand="0" w:noVBand="1"/>
            </w:tblPr>
            <w:tblGrid>
              <w:gridCol w:w="7087"/>
            </w:tblGrid>
            <w:tr w:rsidR="00302D64" w14:paraId="20E0FF47" w14:textId="77777777">
              <w:trPr>
                <w:jc w:val="center"/>
              </w:trPr>
              <w:tc>
                <w:tcPr>
                  <w:tcW w:w="7087" w:type="dxa"/>
                  <w:shd w:val="clear" w:color="auto" w:fill="EDC9EA"/>
                  <w:tcMar>
                    <w:top w:w="45" w:type="dxa"/>
                    <w:left w:w="70" w:type="dxa"/>
                    <w:bottom w:w="45" w:type="dxa"/>
                    <w:right w:w="70" w:type="dxa"/>
                  </w:tcMar>
                </w:tcPr>
                <w:p w14:paraId="581B0D7B" w14:textId="77777777" w:rsidR="00302D64" w:rsidRDefault="00000000">
                  <w:pPr>
                    <w:keepNext/>
                  </w:pPr>
                  <w:r>
                    <w:rPr>
                      <w:b/>
                      <w:color w:val="000000"/>
                    </w:rPr>
                    <w:t>NAMENI UČENJA</w:t>
                  </w:r>
                </w:p>
              </w:tc>
            </w:tr>
          </w:tbl>
          <w:p w14:paraId="72AE073B" w14:textId="77777777" w:rsidR="00302D64" w:rsidRDefault="00302D64">
            <w:pPr>
              <w:spacing w:line="20" w:lineRule="exact"/>
            </w:pPr>
          </w:p>
          <w:p w14:paraId="1958445E" w14:textId="77777777" w:rsidR="00302D64" w:rsidRDefault="00000000">
            <w:pPr>
              <w:spacing w:before="20" w:after="20" w:line="245" w:lineRule="auto"/>
            </w:pPr>
            <w:r>
              <w:rPr>
                <w:color w:val="000000"/>
                <w:sz w:val="16"/>
              </w:rPr>
              <w:t>Učimo se zato, da bomo lažje razumeli in odgovorno uporabili znanje v vsakdanjih situacijah.</w:t>
            </w:r>
          </w:p>
          <w:p w14:paraId="6A438D35" w14:textId="77777777" w:rsidR="00302D64" w:rsidRDefault="00000000">
            <w:pPr>
              <w:pStyle w:val="Oznaenseznam"/>
              <w:spacing w:after="16"/>
            </w:pPr>
            <w:r>
              <w:rPr>
                <w:color w:val="000000"/>
                <w:sz w:val="16"/>
              </w:rPr>
              <w:t>sodelujem pri zaključku</w:t>
            </w:r>
          </w:p>
          <w:p w14:paraId="3C8D19E6" w14:textId="77777777" w:rsidR="00302D64" w:rsidRDefault="00000000">
            <w:pPr>
              <w:pStyle w:val="Oznaenseznam"/>
              <w:spacing w:after="16"/>
            </w:pPr>
            <w:r>
              <w:rPr>
                <w:color w:val="000000"/>
                <w:sz w:val="16"/>
              </w:rPr>
              <w:t>poznam pravila varnega poletja</w:t>
            </w:r>
          </w:p>
          <w:p w14:paraId="0C2758C3" w14:textId="77777777" w:rsidR="00302D64" w:rsidRDefault="00000000">
            <w:pPr>
              <w:pStyle w:val="Oznaenseznam"/>
              <w:spacing w:after="16"/>
            </w:pPr>
            <w:r>
              <w:rPr>
                <w:color w:val="000000"/>
                <w:sz w:val="16"/>
              </w:rPr>
              <w:t>izrazim hvaležnost</w:t>
            </w:r>
          </w:p>
          <w:tbl>
            <w:tblPr>
              <w:tblStyle w:val="Tabelamrea"/>
              <w:tblW w:w="0" w:type="auto"/>
              <w:jc w:val="center"/>
              <w:tblLayout w:type="fixed"/>
              <w:tblLook w:val="04A0" w:firstRow="1" w:lastRow="0" w:firstColumn="1" w:lastColumn="0" w:noHBand="0" w:noVBand="1"/>
            </w:tblPr>
            <w:tblGrid>
              <w:gridCol w:w="7087"/>
            </w:tblGrid>
            <w:tr w:rsidR="00302D64" w14:paraId="6FA83B12" w14:textId="77777777">
              <w:trPr>
                <w:jc w:val="center"/>
              </w:trPr>
              <w:tc>
                <w:tcPr>
                  <w:tcW w:w="7087" w:type="dxa"/>
                  <w:shd w:val="clear" w:color="auto" w:fill="EDC9EA"/>
                  <w:tcMar>
                    <w:top w:w="45" w:type="dxa"/>
                    <w:left w:w="70" w:type="dxa"/>
                    <w:bottom w:w="45" w:type="dxa"/>
                    <w:right w:w="70" w:type="dxa"/>
                  </w:tcMar>
                </w:tcPr>
                <w:p w14:paraId="5C84D9E6" w14:textId="77777777" w:rsidR="00302D64" w:rsidRDefault="00000000">
                  <w:pPr>
                    <w:keepNext/>
                  </w:pPr>
                  <w:r>
                    <w:rPr>
                      <w:b/>
                      <w:color w:val="000000"/>
                    </w:rPr>
                    <w:t>PREVERJANJE PREDZNANJA</w:t>
                  </w:r>
                </w:p>
              </w:tc>
            </w:tr>
          </w:tbl>
          <w:p w14:paraId="23EF1EAC" w14:textId="77777777" w:rsidR="00302D64" w:rsidRDefault="00302D64">
            <w:pPr>
              <w:spacing w:line="20" w:lineRule="exact"/>
            </w:pPr>
          </w:p>
          <w:p w14:paraId="27786D26" w14:textId="77777777" w:rsidR="00302D64" w:rsidRDefault="00000000">
            <w:pPr>
              <w:pStyle w:val="Oznaenseznam"/>
              <w:spacing w:after="16"/>
            </w:pPr>
            <w:r>
              <w:rPr>
                <w:color w:val="000000"/>
                <w:sz w:val="16"/>
              </w:rPr>
              <w:t>Kako lahko iskreno in konkretno izrazim hvaležnost?</w:t>
            </w:r>
          </w:p>
          <w:p w14:paraId="52001B47" w14:textId="77777777" w:rsidR="00302D64" w:rsidRDefault="00000000">
            <w:pPr>
              <w:pStyle w:val="Oznaenseznam"/>
              <w:spacing w:after="16"/>
            </w:pPr>
            <w:r>
              <w:rPr>
                <w:color w:val="000000"/>
                <w:sz w:val="16"/>
              </w:rPr>
              <w:t>Katera pravila mi pomagajo ostati varen/-na med poletnimi počitnicami?</w:t>
            </w:r>
          </w:p>
          <w:p w14:paraId="69234FC7" w14:textId="77777777" w:rsidR="00302D64" w:rsidRDefault="00000000">
            <w:pPr>
              <w:spacing w:after="40" w:line="245" w:lineRule="auto"/>
            </w:pPr>
            <w:r>
              <w:rPr>
                <w:i/>
                <w:color w:val="000000"/>
                <w:sz w:val="16"/>
              </w:rPr>
              <w:t>Učiteljica sprejme vse začetne zamisli, jih vidno zbere s simboli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302D64" w14:paraId="608AB17A" w14:textId="77777777">
              <w:trPr>
                <w:jc w:val="center"/>
              </w:trPr>
              <w:tc>
                <w:tcPr>
                  <w:tcW w:w="7087" w:type="dxa"/>
                  <w:shd w:val="clear" w:color="auto" w:fill="EDC9EA"/>
                  <w:tcMar>
                    <w:top w:w="45" w:type="dxa"/>
                    <w:left w:w="70" w:type="dxa"/>
                    <w:bottom w:w="45" w:type="dxa"/>
                    <w:right w:w="70" w:type="dxa"/>
                  </w:tcMar>
                </w:tcPr>
                <w:p w14:paraId="0AB86F18" w14:textId="77777777" w:rsidR="00302D64" w:rsidRDefault="00000000">
                  <w:pPr>
                    <w:keepNext/>
                  </w:pPr>
                  <w:r>
                    <w:rPr>
                      <w:b/>
                      <w:color w:val="000000"/>
                    </w:rPr>
                    <w:t>KRITERIJI USPEŠNOSTI</w:t>
                  </w:r>
                </w:p>
              </w:tc>
            </w:tr>
          </w:tbl>
          <w:p w14:paraId="43C77348" w14:textId="77777777" w:rsidR="00302D64" w:rsidRDefault="00302D64"/>
          <w:p w14:paraId="559E6274" w14:textId="77777777" w:rsidR="00302D64" w:rsidRDefault="00000000">
            <w:pPr>
              <w:spacing w:before="20" w:after="20" w:line="245" w:lineRule="auto"/>
            </w:pPr>
            <w:r>
              <w:rPr>
                <w:b/>
                <w:color w:val="000000"/>
                <w:sz w:val="16"/>
              </w:rPr>
              <w:t>Uspešen/-na bom, ko:</w:t>
            </w:r>
          </w:p>
          <w:p w14:paraId="3833D90D" w14:textId="77777777" w:rsidR="00302D64" w:rsidRDefault="00000000">
            <w:pPr>
              <w:pStyle w:val="Oznaenseznam"/>
              <w:spacing w:after="16"/>
            </w:pPr>
            <w:r>
              <w:rPr>
                <w:color w:val="000000"/>
                <w:sz w:val="16"/>
              </w:rPr>
              <w:t>sodelujem pri zaključku</w:t>
            </w:r>
          </w:p>
          <w:p w14:paraId="381AAA8E" w14:textId="77777777" w:rsidR="00302D64" w:rsidRDefault="00000000">
            <w:pPr>
              <w:pStyle w:val="Oznaenseznam"/>
              <w:spacing w:after="16"/>
            </w:pPr>
            <w:r>
              <w:rPr>
                <w:color w:val="000000"/>
                <w:sz w:val="16"/>
              </w:rPr>
              <w:t>poznam pravila varnega poletja</w:t>
            </w:r>
          </w:p>
          <w:p w14:paraId="720DD376" w14:textId="77777777" w:rsidR="00302D64" w:rsidRDefault="00000000">
            <w:pPr>
              <w:pStyle w:val="Oznaenseznam"/>
              <w:spacing w:after="16"/>
            </w:pPr>
            <w:r>
              <w:rPr>
                <w:color w:val="000000"/>
                <w:sz w:val="16"/>
              </w:rPr>
              <w:t>izrazim hvaležnost</w:t>
            </w:r>
          </w:p>
          <w:p w14:paraId="177659D2" w14:textId="77777777" w:rsidR="00302D64" w:rsidRDefault="00000000">
            <w:pPr>
              <w:pStyle w:val="Oznaenseznam"/>
              <w:spacing w:after="16"/>
            </w:pPr>
            <w:r>
              <w:rPr>
                <w:color w:val="000000"/>
                <w:sz w:val="16"/>
              </w:rPr>
              <w:t>svoj dokaz pokažem ali razložim ter po povratni informaciji naredim naslednji korak</w:t>
            </w:r>
          </w:p>
        </w:tc>
        <w:tc>
          <w:tcPr>
            <w:tcW w:w="2551" w:type="dxa"/>
            <w:tcMar>
              <w:top w:w="70" w:type="dxa"/>
              <w:left w:w="90" w:type="dxa"/>
              <w:bottom w:w="70" w:type="dxa"/>
              <w:right w:w="90" w:type="dxa"/>
            </w:tcMar>
          </w:tcPr>
          <w:p w14:paraId="32607BD2" w14:textId="77777777" w:rsidR="00302D64" w:rsidRDefault="00302D64"/>
          <w:p w14:paraId="3A7AF969" w14:textId="77777777" w:rsidR="00302D64" w:rsidRDefault="00000000">
            <w:pPr>
              <w:spacing w:after="80" w:line="245" w:lineRule="auto"/>
            </w:pPr>
            <w:r>
              <w:rPr>
                <w:color w:val="000000"/>
                <w:sz w:val="16"/>
              </w:rPr>
              <w:t>Posluša ali opazuje književno oziroma predmetno izhodišče ter se vključi z gibom, sliko ali besedo.</w:t>
            </w:r>
          </w:p>
          <w:p w14:paraId="1ABF0DFC" w14:textId="77777777" w:rsidR="00302D64" w:rsidRDefault="00000000">
            <w:pPr>
              <w:spacing w:after="80" w:line="245" w:lineRule="auto"/>
            </w:pPr>
            <w:r>
              <w:rPr>
                <w:color w:val="000000"/>
                <w:sz w:val="16"/>
              </w:rPr>
              <w:t>Pove, pokaže ali nariše, kaj že ve. Posluša zamisli drugih.</w:t>
            </w:r>
          </w:p>
          <w:p w14:paraId="2E88320C" w14:textId="77777777" w:rsidR="00302D64" w:rsidRDefault="00000000">
            <w:pPr>
              <w:spacing w:after="100" w:line="245" w:lineRule="auto"/>
            </w:pPr>
            <w:r>
              <w:rPr>
                <w:color w:val="000000"/>
                <w:sz w:val="16"/>
              </w:rPr>
              <w:t>Sodeluje pri razumevanju namenov in kriterijev uspešnosti.</w:t>
            </w:r>
          </w:p>
          <w:p w14:paraId="39F4C45C" w14:textId="77777777" w:rsidR="00302D64" w:rsidRDefault="00000000">
            <w:pPr>
              <w:spacing w:after="20" w:line="245" w:lineRule="auto"/>
            </w:pPr>
            <w:r>
              <w:rPr>
                <w:b/>
                <w:color w:val="D95BC6"/>
                <w:sz w:val="17"/>
              </w:rPr>
              <w:t>DOKAZ O UČENJU</w:t>
            </w:r>
          </w:p>
          <w:p w14:paraId="7E1DDAA1" w14:textId="77777777" w:rsidR="00302D64" w:rsidRDefault="00000000">
            <w:pPr>
              <w:spacing w:after="30" w:line="245" w:lineRule="auto"/>
            </w:pPr>
            <w:r>
              <w:rPr>
                <w:color w:val="D95BC6"/>
                <w:sz w:val="16"/>
              </w:rPr>
              <w:t>začetna zamisel, razvrstitev, risba ali ustni odgovor</w:t>
            </w:r>
          </w:p>
        </w:tc>
      </w:tr>
    </w:tbl>
    <w:p w14:paraId="2F8CA4A3"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18E1850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194C0E7"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2B946E6" w14:textId="77777777" w:rsidR="00302D64" w:rsidRDefault="00000000">
            <w:pPr>
              <w:jc w:val="center"/>
            </w:pPr>
            <w:r>
              <w:rPr>
                <w:b/>
                <w:color w:val="000000"/>
                <w:sz w:val="20"/>
              </w:rPr>
              <w:t>UČNE DEJAVNOSTI, METODE IN FORMATIVNO SPREMLJANJE</w:t>
            </w:r>
          </w:p>
        </w:tc>
      </w:tr>
      <w:tr w:rsidR="00302D64" w14:paraId="6EC4D323" w14:textId="77777777">
        <w:trPr>
          <w:tblHeader/>
          <w:jc w:val="center"/>
        </w:trPr>
        <w:tc>
          <w:tcPr>
            <w:tcW w:w="4422" w:type="dxa"/>
            <w:vMerge/>
            <w:tcMar>
              <w:top w:w="70" w:type="dxa"/>
              <w:left w:w="90" w:type="dxa"/>
              <w:bottom w:w="70" w:type="dxa"/>
              <w:right w:w="90" w:type="dxa"/>
            </w:tcMar>
            <w:vAlign w:val="center"/>
          </w:tcPr>
          <w:p w14:paraId="1EB91C1D" w14:textId="77777777" w:rsidR="00302D64" w:rsidRDefault="00302D64"/>
        </w:tc>
        <w:tc>
          <w:tcPr>
            <w:tcW w:w="7087" w:type="dxa"/>
            <w:shd w:val="clear" w:color="auto" w:fill="FFFFFF"/>
            <w:tcMar>
              <w:top w:w="70" w:type="dxa"/>
              <w:left w:w="90" w:type="dxa"/>
              <w:bottom w:w="70" w:type="dxa"/>
              <w:right w:w="90" w:type="dxa"/>
            </w:tcMar>
            <w:vAlign w:val="center"/>
          </w:tcPr>
          <w:p w14:paraId="3E78425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964AEB" w14:textId="77777777" w:rsidR="00302D64" w:rsidRDefault="00000000">
            <w:pPr>
              <w:jc w:val="center"/>
            </w:pPr>
            <w:r>
              <w:rPr>
                <w:b/>
                <w:color w:val="000000"/>
              </w:rPr>
              <w:t>UČENEC</w:t>
            </w:r>
          </w:p>
        </w:tc>
      </w:tr>
      <w:tr w:rsidR="00302D64" w14:paraId="73A94020" w14:textId="77777777">
        <w:trPr>
          <w:jc w:val="center"/>
        </w:trPr>
        <w:tc>
          <w:tcPr>
            <w:tcW w:w="4422" w:type="dxa"/>
            <w:tcMar>
              <w:top w:w="70" w:type="dxa"/>
              <w:left w:w="90" w:type="dxa"/>
              <w:bottom w:w="70" w:type="dxa"/>
              <w:right w:w="90" w:type="dxa"/>
            </w:tcMar>
          </w:tcPr>
          <w:p w14:paraId="0FE4E7A5" w14:textId="77777777" w:rsidR="00302D64" w:rsidRDefault="00302D64"/>
          <w:p w14:paraId="5B975738" w14:textId="77777777" w:rsidR="00302D64" w:rsidRDefault="00000000">
            <w:pPr>
              <w:spacing w:after="40" w:line="245" w:lineRule="auto"/>
            </w:pPr>
            <w:r>
              <w:rPr>
                <w:b/>
                <w:color w:val="000000"/>
              </w:rPr>
              <w:t>KLJUČNI POJMI</w:t>
            </w:r>
          </w:p>
          <w:p w14:paraId="57F9D49C" w14:textId="77777777" w:rsidR="00302D64" w:rsidRDefault="00000000">
            <w:pPr>
              <w:spacing w:after="80" w:line="245" w:lineRule="auto"/>
            </w:pPr>
            <w:r>
              <w:rPr>
                <w:color w:val="000000"/>
                <w:sz w:val="16"/>
              </w:rPr>
              <w:t>hvaležnost, skupnost, prispevek, počitnice, varnost, voda, sonce, promet, pomoč, dogovor</w:t>
            </w:r>
          </w:p>
          <w:p w14:paraId="265E59A3" w14:textId="77777777" w:rsidR="00302D64" w:rsidRDefault="00000000">
            <w:pPr>
              <w:spacing w:after="20" w:line="245" w:lineRule="auto"/>
            </w:pPr>
            <w:r>
              <w:rPr>
                <w:b/>
                <w:color w:val="000000"/>
              </w:rPr>
              <w:t>DOKAZI O UČENJU</w:t>
            </w:r>
          </w:p>
          <w:p w14:paraId="0CA18A73" w14:textId="77777777" w:rsidR="00302D64" w:rsidRDefault="00000000">
            <w:pPr>
              <w:pStyle w:val="Oznaenseznam"/>
              <w:spacing w:after="16"/>
            </w:pPr>
            <w:r>
              <w:rPr>
                <w:color w:val="000000"/>
                <w:sz w:val="16"/>
              </w:rPr>
              <w:t>izraz hvaležnosti in skupnostna mreža</w:t>
            </w:r>
          </w:p>
          <w:p w14:paraId="2C491527" w14:textId="77777777" w:rsidR="00302D64" w:rsidRDefault="00000000">
            <w:pPr>
              <w:pStyle w:val="Oznaenseznam"/>
              <w:spacing w:after="16"/>
            </w:pPr>
            <w:r>
              <w:rPr>
                <w:color w:val="000000"/>
                <w:sz w:val="16"/>
              </w:rPr>
              <w:t>praktični odzivi in slikovni dogovor</w:t>
            </w:r>
          </w:p>
          <w:p w14:paraId="0ABD3590" w14:textId="77777777" w:rsidR="00302D64" w:rsidRDefault="00000000">
            <w:pPr>
              <w:spacing w:before="40" w:after="20" w:line="245" w:lineRule="auto"/>
            </w:pPr>
            <w:r>
              <w:rPr>
                <w:b/>
                <w:color w:val="000000"/>
              </w:rPr>
              <w:t>MEDPREDMETNA POVEZAVA</w:t>
            </w:r>
          </w:p>
          <w:p w14:paraId="17BC983A" w14:textId="77777777" w:rsidR="00302D64" w:rsidRDefault="00000000">
            <w:pPr>
              <w:spacing w:after="60" w:line="245" w:lineRule="auto"/>
            </w:pPr>
            <w:r>
              <w:rPr>
                <w:color w:val="000000"/>
                <w:sz w:val="16"/>
              </w:rPr>
              <w:t>SLJ – zahvala in dogovor; ŠPO – situacijska pot; LUM – razredni plakat; SOCIALNO-ČUSTVENO UČENJE – pripadnost</w:t>
            </w:r>
          </w:p>
          <w:p w14:paraId="3928A46A" w14:textId="77777777" w:rsidR="00302D64" w:rsidRDefault="00000000">
            <w:pPr>
              <w:spacing w:after="20" w:line="245" w:lineRule="auto"/>
            </w:pPr>
            <w:r>
              <w:rPr>
                <w:b/>
                <w:color w:val="000000"/>
              </w:rPr>
              <w:t>POUČEVANJE V GIBANJU</w:t>
            </w:r>
          </w:p>
          <w:p w14:paraId="67384AF3" w14:textId="77777777" w:rsidR="00302D64" w:rsidRDefault="00000000">
            <w:pPr>
              <w:spacing w:after="60" w:line="245" w:lineRule="auto"/>
            </w:pPr>
            <w:r>
              <w:rPr>
                <w:color w:val="000000"/>
                <w:sz w:val="16"/>
              </w:rPr>
              <w:t>Učenci znanje telesno ponazorijo, razvrščajo v prostoru, se premikajo po raziskovalni poti ali med postajami ter izkušnjo povežejo z besedo, sliko ali dokazom.</w:t>
            </w:r>
          </w:p>
          <w:p w14:paraId="75A04150" w14:textId="77777777" w:rsidR="00302D64" w:rsidRDefault="00000000">
            <w:pPr>
              <w:spacing w:after="20" w:line="245" w:lineRule="auto"/>
            </w:pPr>
            <w:r>
              <w:rPr>
                <w:b/>
                <w:color w:val="000000"/>
              </w:rPr>
              <w:t>UČENJE PO ŠTIRIH POSTAJAH</w:t>
            </w:r>
          </w:p>
          <w:p w14:paraId="1FF68FA1" w14:textId="77777777" w:rsidR="00302D64" w:rsidRDefault="00000000">
            <w:pPr>
              <w:spacing w:after="60" w:line="245" w:lineRule="auto"/>
            </w:pPr>
            <w:r>
              <w:rPr>
                <w:color w:val="000000"/>
                <w:sz w:val="16"/>
              </w:rPr>
              <w:t>Heterogene skupine krožijo med štirimi postajami po 6–8 minut. Na vsaki so slikovno navodilo, osnovna naloga, podpora in izziv ter en jasen dokaz o učenju. Vloge izvajalca, opazovalca, skrbnika gradiva in poročevalca se menjujejo.</w:t>
            </w:r>
          </w:p>
          <w:p w14:paraId="50F0C6D0" w14:textId="77777777" w:rsidR="00302D64" w:rsidRDefault="00000000">
            <w:pPr>
              <w:spacing w:after="20" w:line="245" w:lineRule="auto"/>
            </w:pPr>
            <w:r>
              <w:rPr>
                <w:b/>
                <w:color w:val="000000"/>
              </w:rPr>
              <w:t>DIFERENCIACIJA IN VKLJUČEVANJE</w:t>
            </w:r>
          </w:p>
          <w:p w14:paraId="400803A9" w14:textId="77777777" w:rsidR="00302D64" w:rsidRDefault="00000000">
            <w:pPr>
              <w:spacing w:after="60" w:line="245" w:lineRule="auto"/>
            </w:pPr>
            <w:r>
              <w:rPr>
                <w:color w:val="000000"/>
                <w:sz w:val="16"/>
              </w:rPr>
              <w:t>Zahvala je lahko narisana ali povedana učiteljici; učenec vadi manj situacij z odraslo oporo; naprednejši pojasni posledice nevarne izbire.</w:t>
            </w:r>
          </w:p>
          <w:p w14:paraId="0E814C08" w14:textId="77777777" w:rsidR="00302D64" w:rsidRDefault="00000000">
            <w:pPr>
              <w:spacing w:after="20" w:line="245" w:lineRule="auto"/>
            </w:pPr>
            <w:r>
              <w:rPr>
                <w:b/>
                <w:color w:val="000000"/>
              </w:rPr>
              <w:t>SPREMLJANJE</w:t>
            </w:r>
          </w:p>
          <w:p w14:paraId="114E7606" w14:textId="77777777" w:rsidR="00302D64" w:rsidRDefault="00000000">
            <w:pPr>
              <w:spacing w:after="30" w:line="245" w:lineRule="auto"/>
            </w:pPr>
            <w:r>
              <w:rPr>
                <w:color w:val="000000"/>
                <w:sz w:val="16"/>
              </w:rPr>
              <w:t>Učiteljica sproti zapiše bistvena opažanja, uporabljene podpore, odziv na povratno informacijo in potreben naslednji korak.</w:t>
            </w:r>
          </w:p>
        </w:tc>
        <w:tc>
          <w:tcPr>
            <w:tcW w:w="7087" w:type="dxa"/>
            <w:tcMar>
              <w:top w:w="70" w:type="dxa"/>
              <w:left w:w="90" w:type="dxa"/>
              <w:bottom w:w="70" w:type="dxa"/>
              <w:right w:w="90" w:type="dxa"/>
            </w:tcMar>
          </w:tcPr>
          <w:p w14:paraId="0A12709E"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128A60E" w14:textId="77777777">
              <w:trPr>
                <w:jc w:val="center"/>
              </w:trPr>
              <w:tc>
                <w:tcPr>
                  <w:tcW w:w="7087" w:type="dxa"/>
                  <w:shd w:val="clear" w:color="auto" w:fill="C6E7F3"/>
                  <w:tcMar>
                    <w:top w:w="45" w:type="dxa"/>
                    <w:left w:w="70" w:type="dxa"/>
                    <w:bottom w:w="45" w:type="dxa"/>
                    <w:right w:w="70" w:type="dxa"/>
                  </w:tcMar>
                </w:tcPr>
                <w:p w14:paraId="007705DD" w14:textId="77777777" w:rsidR="00302D64" w:rsidRDefault="00000000">
                  <w:pPr>
                    <w:keepNext/>
                  </w:pPr>
                  <w:r>
                    <w:t>GLAVNI DEL – IZKUŠENJSKO IN POSTAJNO UČENJE (2 šolski uri)</w:t>
                  </w:r>
                </w:p>
              </w:tc>
            </w:tr>
          </w:tbl>
          <w:p w14:paraId="3F775ED3" w14:textId="77777777" w:rsidR="00302D64" w:rsidRDefault="00302D64">
            <w:pPr>
              <w:spacing w:line="20" w:lineRule="exact"/>
            </w:pPr>
          </w:p>
          <w:p w14:paraId="617D8DB5" w14:textId="77777777" w:rsidR="00302D64" w:rsidRDefault="00000000">
            <w:pPr>
              <w:keepNext/>
              <w:spacing w:before="60" w:after="20" w:line="245" w:lineRule="auto"/>
            </w:pPr>
            <w:r>
              <w:rPr>
                <w:b/>
                <w:color w:val="000000"/>
              </w:rPr>
              <w:t>1. URA – Mreža hvaležnosti</w:t>
            </w:r>
          </w:p>
          <w:p w14:paraId="28B2366B" w14:textId="77777777" w:rsidR="00302D64" w:rsidRDefault="00000000">
            <w:pPr>
              <w:spacing w:after="20" w:line="245" w:lineRule="auto"/>
            </w:pPr>
            <w:r>
              <w:rPr>
                <w:b/>
                <w:color w:val="000000"/>
                <w:sz w:val="16"/>
              </w:rPr>
              <w:t xml:space="preserve">Dejavnost učiteljice: </w:t>
            </w:r>
            <w:r>
              <w:rPr>
                <w:color w:val="000000"/>
                <w:sz w:val="16"/>
              </w:rPr>
              <w:t>Modelira konkretno zahvalo in skrbi, da je vsak učenec vključen brez prisile k telesnemu stiku.</w:t>
            </w:r>
          </w:p>
          <w:p w14:paraId="57DE5C4B" w14:textId="77777777" w:rsidR="00302D64" w:rsidRDefault="00000000">
            <w:pPr>
              <w:spacing w:after="20" w:line="245" w:lineRule="auto"/>
            </w:pPr>
            <w:r>
              <w:rPr>
                <w:b/>
                <w:color w:val="000000"/>
                <w:sz w:val="16"/>
              </w:rPr>
              <w:t xml:space="preserve">Dejavnost učencev: </w:t>
            </w:r>
            <w:r>
              <w:rPr>
                <w:color w:val="000000"/>
                <w:sz w:val="16"/>
              </w:rPr>
              <w:t>Z vrvico povežejo skupnost, povedo ali pokažejo zahvalo ter poimenujejo svoj prispevek razredu.</w:t>
            </w:r>
          </w:p>
          <w:p w14:paraId="088796A5" w14:textId="77777777" w:rsidR="00302D64" w:rsidRDefault="00000000">
            <w:pPr>
              <w:spacing w:after="40" w:line="245" w:lineRule="auto"/>
            </w:pPr>
            <w:r>
              <w:rPr>
                <w:i/>
                <w:color w:val="D95BC6"/>
                <w:sz w:val="16"/>
              </w:rPr>
              <w:t>Predvideni dokaz: izraz hvaležnosti in skupnostna mreža.</w:t>
            </w:r>
          </w:p>
          <w:p w14:paraId="54AAF2E9" w14:textId="77777777" w:rsidR="00302D64" w:rsidRDefault="00000000">
            <w:pPr>
              <w:keepNext/>
              <w:spacing w:before="60" w:after="20" w:line="245" w:lineRule="auto"/>
            </w:pPr>
            <w:r>
              <w:rPr>
                <w:b/>
                <w:color w:val="000000"/>
              </w:rPr>
              <w:t>2. URA – Varne počitnice – situacijska pot</w:t>
            </w:r>
          </w:p>
          <w:p w14:paraId="3D35AC9C" w14:textId="77777777" w:rsidR="00302D64" w:rsidRDefault="00000000">
            <w:pPr>
              <w:spacing w:after="20" w:line="245" w:lineRule="auto"/>
            </w:pPr>
            <w:r>
              <w:rPr>
                <w:b/>
                <w:color w:val="000000"/>
                <w:sz w:val="16"/>
              </w:rPr>
              <w:t xml:space="preserve">Dejavnost učiteljice: </w:t>
            </w:r>
            <w:r>
              <w:rPr>
                <w:color w:val="000000"/>
                <w:sz w:val="16"/>
              </w:rPr>
              <w:t>Pripravi postaje sonce, voda, promet, neznanci, izgubljenost, nevihta in digitalna varnost.</w:t>
            </w:r>
          </w:p>
          <w:p w14:paraId="4F2BBFF4" w14:textId="77777777" w:rsidR="00302D64" w:rsidRDefault="00000000">
            <w:pPr>
              <w:spacing w:after="20" w:line="245" w:lineRule="auto"/>
            </w:pPr>
            <w:r>
              <w:rPr>
                <w:b/>
                <w:color w:val="000000"/>
                <w:sz w:val="16"/>
              </w:rPr>
              <w:t xml:space="preserve">Dejavnost učencev: </w:t>
            </w:r>
            <w:r>
              <w:rPr>
                <w:color w:val="000000"/>
                <w:sz w:val="16"/>
              </w:rPr>
              <w:t>Na vsaki postaji izberejo varen odziv, odigrajo ključni korak in sestavijo razredni dogovor.</w:t>
            </w:r>
          </w:p>
          <w:p w14:paraId="5C6FC0F7" w14:textId="77777777" w:rsidR="00302D64" w:rsidRDefault="00000000">
            <w:pPr>
              <w:spacing w:after="40" w:line="245" w:lineRule="auto"/>
            </w:pPr>
            <w:r>
              <w:rPr>
                <w:i/>
                <w:color w:val="D95BC6"/>
                <w:sz w:val="16"/>
              </w:rPr>
              <w:t>Predvideni dokaz: praktični odzivi in slikovni dogovor.</w:t>
            </w:r>
          </w:p>
          <w:tbl>
            <w:tblPr>
              <w:tblStyle w:val="Tabelamrea"/>
              <w:tblW w:w="0" w:type="auto"/>
              <w:jc w:val="center"/>
              <w:tblLayout w:type="fixed"/>
              <w:tblLook w:val="04A0" w:firstRow="1" w:lastRow="0" w:firstColumn="1" w:lastColumn="0" w:noHBand="0" w:noVBand="1"/>
            </w:tblPr>
            <w:tblGrid>
              <w:gridCol w:w="7087"/>
            </w:tblGrid>
            <w:tr w:rsidR="00302D64" w14:paraId="3A269DB5" w14:textId="77777777">
              <w:trPr>
                <w:jc w:val="center"/>
              </w:trPr>
              <w:tc>
                <w:tcPr>
                  <w:tcW w:w="7087" w:type="dxa"/>
                  <w:shd w:val="clear" w:color="auto" w:fill="EDC9EA"/>
                  <w:tcMar>
                    <w:top w:w="45" w:type="dxa"/>
                    <w:left w:w="70" w:type="dxa"/>
                    <w:bottom w:w="45" w:type="dxa"/>
                    <w:right w:w="70" w:type="dxa"/>
                  </w:tcMar>
                </w:tcPr>
                <w:p w14:paraId="464AAEF4" w14:textId="77777777" w:rsidR="00302D64" w:rsidRDefault="00000000">
                  <w:pPr>
                    <w:keepNext/>
                  </w:pPr>
                  <w:r>
                    <w:rPr>
                      <w:b/>
                      <w:color w:val="000000"/>
                    </w:rPr>
                    <w:t>UČENJE PO ŠTIRIH POSTAJAH (6–8 min na postajo)</w:t>
                  </w:r>
                </w:p>
              </w:tc>
            </w:tr>
          </w:tbl>
          <w:p w14:paraId="767D0523" w14:textId="77777777" w:rsidR="00302D64" w:rsidRDefault="00000000">
            <w:pPr>
              <w:spacing w:after="20" w:line="245" w:lineRule="auto"/>
            </w:pPr>
            <w:r>
              <w:rPr>
                <w:b/>
                <w:color w:val="000000"/>
                <w:sz w:val="16"/>
              </w:rPr>
              <w:t xml:space="preserve">Organizacija: </w:t>
            </w:r>
            <w:r>
              <w:rPr>
                <w:color w:val="000000"/>
                <w:sz w:val="16"/>
              </w:rPr>
              <w:t>Skupine krožijo v dogovorjeni smeri, ob zvočnem ali slikovnem znaku zamenjajo postajo, uredijo gradivo in zamenjajo vloge.</w:t>
            </w:r>
          </w:p>
          <w:p w14:paraId="353B0E7F" w14:textId="77777777" w:rsidR="00302D64" w:rsidRDefault="00000000">
            <w:pPr>
              <w:spacing w:after="20" w:line="245" w:lineRule="auto"/>
            </w:pPr>
            <w:r>
              <w:rPr>
                <w:b/>
                <w:color w:val="000000"/>
                <w:sz w:val="16"/>
              </w:rPr>
              <w:t xml:space="preserve">RAZISKOVALNA POSTAJA – Mreža hvaležnosti: </w:t>
            </w:r>
            <w:r>
              <w:rPr>
                <w:color w:val="000000"/>
                <w:sz w:val="16"/>
              </w:rPr>
              <w:t>Z vrvico povežejo skupnost, povedo ali pokažejo zahvalo ter poimenujejo svoj prispevek razredu.</w:t>
            </w:r>
          </w:p>
          <w:p w14:paraId="35A7DE80" w14:textId="77777777" w:rsidR="00302D64" w:rsidRDefault="00000000">
            <w:pPr>
              <w:spacing w:after="20" w:line="245" w:lineRule="auto"/>
            </w:pPr>
            <w:r>
              <w:rPr>
                <w:b/>
                <w:color w:val="000000"/>
                <w:sz w:val="16"/>
              </w:rPr>
              <w:t xml:space="preserve">PRAKTIČNA POSTAJA – Varne počitnice – situacijska pot: </w:t>
            </w:r>
            <w:r>
              <w:rPr>
                <w:color w:val="000000"/>
                <w:sz w:val="16"/>
              </w:rPr>
              <w:t>Na vsaki postaji izberejo varen odziv, odigrajo ključni korak in sestavijo razredni dogovor.</w:t>
            </w:r>
          </w:p>
          <w:p w14:paraId="040FAF78" w14:textId="77777777" w:rsidR="00302D64" w:rsidRDefault="00000000">
            <w:pPr>
              <w:spacing w:after="20" w:line="245" w:lineRule="auto"/>
            </w:pPr>
            <w:r>
              <w:rPr>
                <w:b/>
                <w:color w:val="000000"/>
                <w:sz w:val="16"/>
              </w:rPr>
              <w:t xml:space="preserve">POVEZOVALNA POSTAJA: </w:t>
            </w:r>
            <w:r>
              <w:rPr>
                <w:color w:val="000000"/>
                <w:sz w:val="16"/>
              </w:rPr>
              <w:t>Ugotovitve prvih dveh postaj povežejo z novo vsakdanjo situacijo ter jih pokažejo z gibom, predmetom, sliko ali kratko razlago.</w:t>
            </w:r>
          </w:p>
          <w:p w14:paraId="68CB2F56" w14:textId="77777777" w:rsidR="00302D64" w:rsidRDefault="00000000">
            <w:pPr>
              <w:spacing w:after="20" w:line="245" w:lineRule="auto"/>
            </w:pPr>
            <w:r>
              <w:rPr>
                <w:b/>
                <w:color w:val="000000"/>
                <w:sz w:val="16"/>
              </w:rPr>
              <w:t xml:space="preserve">POSTAJA DOKAZA IN REFLEKSIJE: </w:t>
            </w:r>
            <w:r>
              <w:rPr>
                <w:color w:val="000000"/>
                <w:sz w:val="16"/>
              </w:rPr>
              <w:t>Izberejo en dokaz (izraz hvaležnosti in skupnostna mreža, praktični odzivi in slikovni dogovor), ga povežejo s kriterijem in ga po povratni informaciji dopolnijo.</w:t>
            </w:r>
          </w:p>
          <w:tbl>
            <w:tblPr>
              <w:tblStyle w:val="Tabelamrea"/>
              <w:tblW w:w="0" w:type="auto"/>
              <w:jc w:val="center"/>
              <w:tblLayout w:type="fixed"/>
              <w:tblLook w:val="04A0" w:firstRow="1" w:lastRow="0" w:firstColumn="1" w:lastColumn="0" w:noHBand="0" w:noVBand="1"/>
            </w:tblPr>
            <w:tblGrid>
              <w:gridCol w:w="7087"/>
            </w:tblGrid>
            <w:tr w:rsidR="00302D64" w14:paraId="21DD4E58" w14:textId="77777777">
              <w:trPr>
                <w:jc w:val="center"/>
              </w:trPr>
              <w:tc>
                <w:tcPr>
                  <w:tcW w:w="7087" w:type="dxa"/>
                  <w:shd w:val="clear" w:color="auto" w:fill="EDC9EA"/>
                  <w:tcMar>
                    <w:top w:w="45" w:type="dxa"/>
                    <w:left w:w="70" w:type="dxa"/>
                    <w:bottom w:w="45" w:type="dxa"/>
                    <w:right w:w="70" w:type="dxa"/>
                  </w:tcMar>
                </w:tcPr>
                <w:p w14:paraId="55E3DE8B" w14:textId="77777777" w:rsidR="00302D64" w:rsidRDefault="00000000">
                  <w:pPr>
                    <w:keepNext/>
                  </w:pPr>
                  <w:r>
                    <w:rPr>
                      <w:b/>
                      <w:color w:val="000000"/>
                    </w:rPr>
                    <w:t>POVRATNA INFORMACIJA UČITELJICE MED DELOM</w:t>
                  </w:r>
                </w:p>
              </w:tc>
            </w:tr>
          </w:tbl>
          <w:p w14:paraId="42134343" w14:textId="77777777" w:rsidR="00302D64" w:rsidRDefault="00302D64"/>
          <w:p w14:paraId="78082B24" w14:textId="77777777" w:rsidR="00302D64" w:rsidRDefault="00000000">
            <w:pPr>
              <w:spacing w:before="20" w:after="30" w:line="245" w:lineRule="auto"/>
            </w:pPr>
            <w:r>
              <w:rPr>
                <w:color w:val="000000"/>
                <w:sz w:val="16"/>
              </w:rPr>
              <w:t>Učiteljica kroži med učenci, najprej opiše opaženo, nato povratno informacijo veže na en kriterij in ponudi izvedljiv naslednji korak. Namesto hitrega podajanja odgovora uporabi vprašanje, predmetni zgled, ponovni poskus ali vrstniško razlago.</w:t>
            </w:r>
          </w:p>
        </w:tc>
        <w:tc>
          <w:tcPr>
            <w:tcW w:w="2551" w:type="dxa"/>
            <w:tcMar>
              <w:top w:w="70" w:type="dxa"/>
              <w:left w:w="90" w:type="dxa"/>
              <w:bottom w:w="70" w:type="dxa"/>
              <w:right w:w="90" w:type="dxa"/>
            </w:tcMar>
          </w:tcPr>
          <w:p w14:paraId="6C6C010E" w14:textId="77777777" w:rsidR="00302D64" w:rsidRDefault="00302D64"/>
          <w:p w14:paraId="06717565" w14:textId="77777777" w:rsidR="00302D64" w:rsidRDefault="00000000">
            <w:pPr>
              <w:spacing w:after="20" w:line="245" w:lineRule="auto"/>
            </w:pPr>
            <w:r>
              <w:rPr>
                <w:b/>
                <w:color w:val="000000"/>
                <w:sz w:val="17"/>
              </w:rPr>
              <w:t>1. URA</w:t>
            </w:r>
          </w:p>
          <w:p w14:paraId="49B1482E" w14:textId="77777777" w:rsidR="00302D64" w:rsidRDefault="00000000">
            <w:pPr>
              <w:spacing w:after="40" w:line="245" w:lineRule="auto"/>
            </w:pPr>
            <w:r>
              <w:rPr>
                <w:color w:val="000000"/>
                <w:sz w:val="16"/>
              </w:rPr>
              <w:t>Z vrvico povežejo skupnost, povedo ali pokažejo zahvalo ter poimenujejo svoj prispevek razredu.</w:t>
            </w:r>
          </w:p>
          <w:p w14:paraId="312AF829" w14:textId="77777777" w:rsidR="00302D64" w:rsidRDefault="00000000">
            <w:pPr>
              <w:spacing w:line="245" w:lineRule="auto"/>
            </w:pPr>
            <w:r>
              <w:rPr>
                <w:b/>
                <w:color w:val="D95BC6"/>
                <w:sz w:val="16"/>
              </w:rPr>
              <w:t>DOKAZ</w:t>
            </w:r>
          </w:p>
          <w:p w14:paraId="587F0280" w14:textId="77777777" w:rsidR="00302D64" w:rsidRDefault="00000000">
            <w:pPr>
              <w:spacing w:after="60" w:line="245" w:lineRule="auto"/>
            </w:pPr>
            <w:r>
              <w:rPr>
                <w:color w:val="D95BC6"/>
                <w:sz w:val="16"/>
              </w:rPr>
              <w:t>izraz hvaležnosti in skupnostna mreža</w:t>
            </w:r>
          </w:p>
          <w:p w14:paraId="1B8FDEE4" w14:textId="77777777" w:rsidR="00302D64" w:rsidRDefault="00000000">
            <w:pPr>
              <w:spacing w:after="20" w:line="245" w:lineRule="auto"/>
            </w:pPr>
            <w:r>
              <w:rPr>
                <w:b/>
                <w:color w:val="000000"/>
                <w:sz w:val="17"/>
              </w:rPr>
              <w:t>2. URA</w:t>
            </w:r>
          </w:p>
          <w:p w14:paraId="79668400" w14:textId="77777777" w:rsidR="00302D64" w:rsidRDefault="00000000">
            <w:pPr>
              <w:spacing w:after="40" w:line="245" w:lineRule="auto"/>
            </w:pPr>
            <w:r>
              <w:rPr>
                <w:color w:val="000000"/>
                <w:sz w:val="16"/>
              </w:rPr>
              <w:t>Na vsaki postaji izberejo varen odziv, odigrajo ključni korak in sestavijo razredni dogovor.</w:t>
            </w:r>
          </w:p>
          <w:p w14:paraId="6CE2F686" w14:textId="77777777" w:rsidR="00302D64" w:rsidRDefault="00000000">
            <w:pPr>
              <w:spacing w:line="245" w:lineRule="auto"/>
            </w:pPr>
            <w:r>
              <w:rPr>
                <w:b/>
                <w:color w:val="D95BC6"/>
                <w:sz w:val="16"/>
              </w:rPr>
              <w:t>DOKAZ</w:t>
            </w:r>
          </w:p>
          <w:p w14:paraId="5A185CB4" w14:textId="77777777" w:rsidR="00302D64" w:rsidRDefault="00000000">
            <w:pPr>
              <w:spacing w:after="60" w:line="245" w:lineRule="auto"/>
            </w:pPr>
            <w:r>
              <w:rPr>
                <w:color w:val="D95BC6"/>
                <w:sz w:val="16"/>
              </w:rPr>
              <w:t>praktični odzivi in slikovni dogovor</w:t>
            </w:r>
          </w:p>
        </w:tc>
      </w:tr>
    </w:tbl>
    <w:p w14:paraId="3F0E0A8E" w14:textId="77777777" w:rsidR="00302D64"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302D64" w14:paraId="5EE8971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B7B80A" w14:textId="77777777" w:rsidR="00302D64"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B1C11ED" w14:textId="77777777" w:rsidR="00302D64" w:rsidRDefault="00000000">
            <w:pPr>
              <w:jc w:val="center"/>
            </w:pPr>
            <w:r>
              <w:rPr>
                <w:b/>
                <w:color w:val="000000"/>
                <w:sz w:val="20"/>
              </w:rPr>
              <w:t>UČNE DEJAVNOSTI, METODE IN FORMATIVNO SPREMLJANJE</w:t>
            </w:r>
          </w:p>
        </w:tc>
      </w:tr>
      <w:tr w:rsidR="00302D64" w14:paraId="33DC966A" w14:textId="77777777">
        <w:trPr>
          <w:tblHeader/>
          <w:jc w:val="center"/>
        </w:trPr>
        <w:tc>
          <w:tcPr>
            <w:tcW w:w="4422" w:type="dxa"/>
            <w:vMerge/>
            <w:tcMar>
              <w:top w:w="70" w:type="dxa"/>
              <w:left w:w="90" w:type="dxa"/>
              <w:bottom w:w="70" w:type="dxa"/>
              <w:right w:w="90" w:type="dxa"/>
            </w:tcMar>
            <w:vAlign w:val="center"/>
          </w:tcPr>
          <w:p w14:paraId="1BF895E9" w14:textId="77777777" w:rsidR="00302D64" w:rsidRDefault="00302D64"/>
        </w:tc>
        <w:tc>
          <w:tcPr>
            <w:tcW w:w="7087" w:type="dxa"/>
            <w:shd w:val="clear" w:color="auto" w:fill="FFFFFF"/>
            <w:tcMar>
              <w:top w:w="70" w:type="dxa"/>
              <w:left w:w="90" w:type="dxa"/>
              <w:bottom w:w="70" w:type="dxa"/>
              <w:right w:w="90" w:type="dxa"/>
            </w:tcMar>
            <w:vAlign w:val="center"/>
          </w:tcPr>
          <w:p w14:paraId="2A9BD59A" w14:textId="77777777" w:rsidR="00302D64"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75E3323" w14:textId="77777777" w:rsidR="00302D64" w:rsidRDefault="00000000">
            <w:pPr>
              <w:jc w:val="center"/>
            </w:pPr>
            <w:r>
              <w:rPr>
                <w:b/>
                <w:color w:val="000000"/>
              </w:rPr>
              <w:t>UČENEC</w:t>
            </w:r>
          </w:p>
        </w:tc>
      </w:tr>
      <w:tr w:rsidR="00302D64" w14:paraId="3DB80C71" w14:textId="77777777">
        <w:trPr>
          <w:jc w:val="center"/>
        </w:trPr>
        <w:tc>
          <w:tcPr>
            <w:tcW w:w="4422" w:type="dxa"/>
            <w:tcMar>
              <w:top w:w="70" w:type="dxa"/>
              <w:left w:w="90" w:type="dxa"/>
              <w:bottom w:w="70" w:type="dxa"/>
              <w:right w:w="90" w:type="dxa"/>
            </w:tcMar>
          </w:tcPr>
          <w:p w14:paraId="30832C09" w14:textId="77777777" w:rsidR="00302D64" w:rsidRDefault="00302D64"/>
          <w:p w14:paraId="333D32B5" w14:textId="77777777" w:rsidR="00302D64" w:rsidRDefault="00000000">
            <w:pPr>
              <w:spacing w:after="40" w:line="245" w:lineRule="auto"/>
            </w:pPr>
            <w:r>
              <w:rPr>
                <w:b/>
                <w:color w:val="000000"/>
              </w:rPr>
              <w:t>FORMATIVNO SPREMLJANJE</w:t>
            </w:r>
          </w:p>
          <w:p w14:paraId="4DCF10A3" w14:textId="77777777" w:rsidR="00302D64" w:rsidRDefault="00000000">
            <w:pPr>
              <w:pStyle w:val="Oznaenseznam"/>
              <w:spacing w:after="16"/>
            </w:pPr>
            <w:r>
              <w:rPr>
                <w:color w:val="000000"/>
                <w:sz w:val="16"/>
              </w:rPr>
              <w:t>predznanje: začetni odgovor, razvrstitev ali prikaz</w:t>
            </w:r>
          </w:p>
          <w:p w14:paraId="1BBE109D" w14:textId="77777777" w:rsidR="00302D64" w:rsidRDefault="00000000">
            <w:pPr>
              <w:pStyle w:val="Oznaenseznam"/>
              <w:spacing w:after="16"/>
            </w:pPr>
            <w:r>
              <w:rPr>
                <w:color w:val="000000"/>
                <w:sz w:val="16"/>
              </w:rPr>
              <w:t>dokazi med učenjem: izvedba, skica, model, opazovalni zapis ali razlaga</w:t>
            </w:r>
          </w:p>
          <w:p w14:paraId="659010E1" w14:textId="77777777" w:rsidR="00302D64" w:rsidRDefault="00000000">
            <w:pPr>
              <w:pStyle w:val="Oznaenseznam"/>
              <w:spacing w:after="16"/>
            </w:pPr>
            <w:r>
              <w:rPr>
                <w:color w:val="000000"/>
                <w:sz w:val="16"/>
              </w:rPr>
              <w:t>povratna informacija: konkretna, vezana na kriterij in usmerjena v naslednji korak</w:t>
            </w:r>
          </w:p>
          <w:p w14:paraId="62E46A44" w14:textId="77777777" w:rsidR="00302D64" w:rsidRDefault="00000000">
            <w:pPr>
              <w:pStyle w:val="Oznaenseznam"/>
              <w:spacing w:after="16"/>
            </w:pPr>
            <w:r>
              <w:rPr>
                <w:color w:val="000000"/>
                <w:sz w:val="16"/>
              </w:rPr>
              <w:t>samovrednotenje: semafor, prsti, izbrani simbol ali kratka poved</w:t>
            </w:r>
          </w:p>
          <w:p w14:paraId="6FCDAD6F" w14:textId="77777777" w:rsidR="00302D64" w:rsidRDefault="00000000">
            <w:pPr>
              <w:spacing w:before="40" w:after="20" w:line="245" w:lineRule="auto"/>
            </w:pPr>
            <w:r>
              <w:rPr>
                <w:b/>
                <w:color w:val="000000"/>
              </w:rPr>
              <w:t>VARNOST IN ODGOVORNOST</w:t>
            </w:r>
          </w:p>
          <w:p w14:paraId="40836965" w14:textId="77777777" w:rsidR="00302D64" w:rsidRDefault="00000000">
            <w:pPr>
              <w:spacing w:after="60" w:line="245" w:lineRule="auto"/>
            </w:pPr>
            <w:r>
              <w:rPr>
                <w:color w:val="000000"/>
                <w:sz w:val="16"/>
              </w:rPr>
              <w:t>Simulacije ne vključujejo nevarnih dejavnosti; poudarjena so jasna, razvojno primerna pravila in pomoč odraslih.</w:t>
            </w:r>
          </w:p>
          <w:p w14:paraId="0C6F1B17" w14:textId="77777777" w:rsidR="00302D64" w:rsidRDefault="00000000">
            <w:pPr>
              <w:spacing w:after="20" w:line="245" w:lineRule="auto"/>
            </w:pPr>
            <w:r>
              <w:rPr>
                <w:b/>
                <w:color w:val="000000"/>
              </w:rPr>
              <w:t>EVIDENCA PO IZVEDBI</w:t>
            </w:r>
          </w:p>
          <w:p w14:paraId="1D6EFB34" w14:textId="77777777" w:rsidR="00302D64"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učenju: _____________________________________________</w:t>
            </w:r>
          </w:p>
        </w:tc>
        <w:tc>
          <w:tcPr>
            <w:tcW w:w="7087" w:type="dxa"/>
            <w:tcMar>
              <w:top w:w="70" w:type="dxa"/>
              <w:left w:w="90" w:type="dxa"/>
              <w:bottom w:w="70" w:type="dxa"/>
              <w:right w:w="90" w:type="dxa"/>
            </w:tcMar>
          </w:tcPr>
          <w:p w14:paraId="45A7B60F" w14:textId="77777777" w:rsidR="00302D64" w:rsidRDefault="00302D64">
            <w:pPr>
              <w:spacing w:line="20" w:lineRule="exact"/>
            </w:pPr>
          </w:p>
          <w:tbl>
            <w:tblPr>
              <w:tblStyle w:val="Tabelamrea"/>
              <w:tblW w:w="0" w:type="auto"/>
              <w:jc w:val="center"/>
              <w:tblLayout w:type="fixed"/>
              <w:tblLook w:val="04A0" w:firstRow="1" w:lastRow="0" w:firstColumn="1" w:lastColumn="0" w:noHBand="0" w:noVBand="1"/>
            </w:tblPr>
            <w:tblGrid>
              <w:gridCol w:w="7087"/>
            </w:tblGrid>
            <w:tr w:rsidR="00302D64" w14:paraId="78840CFE" w14:textId="77777777">
              <w:trPr>
                <w:jc w:val="center"/>
              </w:trPr>
              <w:tc>
                <w:tcPr>
                  <w:tcW w:w="7087" w:type="dxa"/>
                  <w:shd w:val="clear" w:color="auto" w:fill="EDC9EA"/>
                  <w:tcMar>
                    <w:top w:w="45" w:type="dxa"/>
                    <w:left w:w="70" w:type="dxa"/>
                    <w:bottom w:w="45" w:type="dxa"/>
                    <w:right w:w="70" w:type="dxa"/>
                  </w:tcMar>
                </w:tcPr>
                <w:p w14:paraId="4E0031D1" w14:textId="77777777" w:rsidR="00302D64" w:rsidRDefault="00000000">
                  <w:pPr>
                    <w:keepNext/>
                  </w:pPr>
                  <w:r>
                    <w:rPr>
                      <w:b/>
                      <w:color w:val="000000"/>
                    </w:rPr>
                    <w:t>VPRAŠANJA V PODPORO UČENJU</w:t>
                  </w:r>
                </w:p>
              </w:tc>
            </w:tr>
          </w:tbl>
          <w:p w14:paraId="7CF365F4" w14:textId="77777777" w:rsidR="00302D64" w:rsidRDefault="00302D64">
            <w:pPr>
              <w:spacing w:line="20" w:lineRule="exact"/>
            </w:pPr>
          </w:p>
          <w:p w14:paraId="209B413F" w14:textId="77777777" w:rsidR="00302D64" w:rsidRDefault="00000000">
            <w:pPr>
              <w:pStyle w:val="Oznaenseznam"/>
              <w:spacing w:after="16"/>
            </w:pPr>
            <w:r>
              <w:rPr>
                <w:color w:val="000000"/>
                <w:sz w:val="16"/>
              </w:rPr>
              <w:t>Kaj si opazil/-a in kateri dokaz to pokaže?</w:t>
            </w:r>
          </w:p>
          <w:p w14:paraId="7F22CE3F" w14:textId="77777777" w:rsidR="00302D64" w:rsidRDefault="00000000">
            <w:pPr>
              <w:pStyle w:val="Oznaenseznam"/>
              <w:spacing w:after="16"/>
            </w:pPr>
            <w:r>
              <w:rPr>
                <w:color w:val="000000"/>
                <w:sz w:val="16"/>
              </w:rPr>
              <w:t>Kako si prišel/-la do svoje odločitve?</w:t>
            </w:r>
          </w:p>
          <w:p w14:paraId="754F4836" w14:textId="77777777" w:rsidR="00302D64" w:rsidRDefault="00000000">
            <w:pPr>
              <w:pStyle w:val="Oznaenseznam"/>
              <w:spacing w:after="16"/>
            </w:pPr>
            <w:r>
              <w:rPr>
                <w:color w:val="000000"/>
                <w:sz w:val="16"/>
              </w:rPr>
              <w:t>Kaj si pri ponovnem poskusu ohranil/-a enako in kaj spremenil/-a?</w:t>
            </w:r>
          </w:p>
          <w:p w14:paraId="7D922D3C" w14:textId="77777777" w:rsidR="00302D64" w:rsidRDefault="00000000">
            <w:pPr>
              <w:pStyle w:val="Oznaenseznam"/>
              <w:spacing w:after="16"/>
            </w:pPr>
            <w:r>
              <w:rPr>
                <w:color w:val="000000"/>
                <w:sz w:val="16"/>
              </w:rPr>
              <w:t>Kateri kriterij že dosegaš? Kaj bo tvoj naslednji korak?</w:t>
            </w:r>
          </w:p>
          <w:p w14:paraId="6BDE4D1B" w14:textId="77777777" w:rsidR="00302D64" w:rsidRDefault="00000000">
            <w:pPr>
              <w:pStyle w:val="Oznaenseznam"/>
              <w:spacing w:after="16"/>
            </w:pPr>
            <w:r>
              <w:rPr>
                <w:color w:val="000000"/>
                <w:sz w:val="16"/>
              </w:rPr>
              <w:t>Kako bi ugotovitev uporabil/-a v drugi vsakdanji situaciji?</w:t>
            </w:r>
          </w:p>
          <w:tbl>
            <w:tblPr>
              <w:tblStyle w:val="Tabelamrea"/>
              <w:tblW w:w="0" w:type="auto"/>
              <w:jc w:val="center"/>
              <w:tblLayout w:type="fixed"/>
              <w:tblLook w:val="04A0" w:firstRow="1" w:lastRow="0" w:firstColumn="1" w:lastColumn="0" w:noHBand="0" w:noVBand="1"/>
            </w:tblPr>
            <w:tblGrid>
              <w:gridCol w:w="7087"/>
            </w:tblGrid>
            <w:tr w:rsidR="00302D64" w14:paraId="3A562241" w14:textId="77777777">
              <w:trPr>
                <w:jc w:val="center"/>
              </w:trPr>
              <w:tc>
                <w:tcPr>
                  <w:tcW w:w="7087" w:type="dxa"/>
                  <w:shd w:val="clear" w:color="auto" w:fill="C6E7F3"/>
                  <w:tcMar>
                    <w:top w:w="45" w:type="dxa"/>
                    <w:left w:w="70" w:type="dxa"/>
                    <w:bottom w:w="45" w:type="dxa"/>
                    <w:right w:w="70" w:type="dxa"/>
                  </w:tcMar>
                </w:tcPr>
                <w:p w14:paraId="4A40FDD1" w14:textId="77777777" w:rsidR="00302D64" w:rsidRDefault="00000000">
                  <w:pPr>
                    <w:keepNext/>
                  </w:pPr>
                  <w:r>
                    <w:rPr>
                      <w:b/>
                      <w:color w:val="000000"/>
                    </w:rPr>
                    <w:t>ZAKLJUČNI DEL – UTRJEVANJE IN REFLEKSIJA (10–15 min)</w:t>
                  </w:r>
                </w:p>
              </w:tc>
            </w:tr>
          </w:tbl>
          <w:p w14:paraId="156CDD99" w14:textId="77777777" w:rsidR="00302D64" w:rsidRDefault="00302D64">
            <w:pPr>
              <w:spacing w:line="20" w:lineRule="exact"/>
            </w:pPr>
          </w:p>
          <w:p w14:paraId="0C7E0316" w14:textId="77777777" w:rsidR="00302D64" w:rsidRDefault="00000000">
            <w:pPr>
              <w:spacing w:before="20" w:after="40" w:line="245" w:lineRule="auto"/>
            </w:pPr>
            <w:r>
              <w:rPr>
                <w:color w:val="000000"/>
                <w:sz w:val="16"/>
              </w:rPr>
              <w:t>Učenci se vrnejo k začetnim zamislim in jih primerjajo z novimi dokazi. Učiteljica omogoči več načinov odgovora: dejanje, predmet, risbo, simbol, kratko poved ali razlago v paru.</w:t>
            </w:r>
          </w:p>
          <w:tbl>
            <w:tblPr>
              <w:tblStyle w:val="Tabelamrea"/>
              <w:tblW w:w="0" w:type="auto"/>
              <w:jc w:val="center"/>
              <w:tblLayout w:type="fixed"/>
              <w:tblLook w:val="04A0" w:firstRow="1" w:lastRow="0" w:firstColumn="1" w:lastColumn="0" w:noHBand="0" w:noVBand="1"/>
            </w:tblPr>
            <w:tblGrid>
              <w:gridCol w:w="7087"/>
            </w:tblGrid>
            <w:tr w:rsidR="00302D64" w14:paraId="668D8D21" w14:textId="77777777">
              <w:trPr>
                <w:jc w:val="center"/>
              </w:trPr>
              <w:tc>
                <w:tcPr>
                  <w:tcW w:w="7087" w:type="dxa"/>
                  <w:shd w:val="clear" w:color="auto" w:fill="EDC9EA"/>
                  <w:tcMar>
                    <w:top w:w="45" w:type="dxa"/>
                    <w:left w:w="70" w:type="dxa"/>
                    <w:bottom w:w="45" w:type="dxa"/>
                    <w:right w:w="70" w:type="dxa"/>
                  </w:tcMar>
                </w:tcPr>
                <w:p w14:paraId="594927ED" w14:textId="77777777" w:rsidR="00302D64" w:rsidRDefault="00000000">
                  <w:pPr>
                    <w:keepNext/>
                  </w:pPr>
                  <w:r>
                    <w:rPr>
                      <w:b/>
                      <w:color w:val="000000"/>
                    </w:rPr>
                    <w:t>SAMOVREDNOTENJE</w:t>
                  </w:r>
                </w:p>
              </w:tc>
            </w:tr>
          </w:tbl>
          <w:p w14:paraId="5F6C299E" w14:textId="77777777" w:rsidR="00302D64" w:rsidRDefault="00302D64">
            <w:pPr>
              <w:spacing w:line="20" w:lineRule="exact"/>
            </w:pPr>
          </w:p>
          <w:p w14:paraId="53856B30" w14:textId="77777777" w:rsidR="00302D64" w:rsidRDefault="00000000">
            <w:pPr>
              <w:spacing w:before="20" w:after="40" w:line="245" w:lineRule="auto"/>
            </w:pPr>
            <w:r>
              <w:rPr>
                <w:color w:val="000000"/>
                <w:sz w:val="16"/>
              </w:rPr>
              <w:t>Vsak učenec izbere kriterij, ki ga že dosega, in en naslednji korak. Uporabi semafor: zeleno – pokažem samostojno, rumeno – pokažem ob opori, modro – potrebujem novo izkušnjo in vajo.</w:t>
            </w:r>
          </w:p>
          <w:tbl>
            <w:tblPr>
              <w:tblStyle w:val="Tabelamrea"/>
              <w:tblW w:w="0" w:type="auto"/>
              <w:jc w:val="center"/>
              <w:tblLayout w:type="fixed"/>
              <w:tblLook w:val="04A0" w:firstRow="1" w:lastRow="0" w:firstColumn="1" w:lastColumn="0" w:noHBand="0" w:noVBand="1"/>
            </w:tblPr>
            <w:tblGrid>
              <w:gridCol w:w="7087"/>
            </w:tblGrid>
            <w:tr w:rsidR="00302D64" w14:paraId="5528C74C" w14:textId="77777777">
              <w:trPr>
                <w:jc w:val="center"/>
              </w:trPr>
              <w:tc>
                <w:tcPr>
                  <w:tcW w:w="7087" w:type="dxa"/>
                  <w:shd w:val="clear" w:color="auto" w:fill="EDC9EA"/>
                  <w:tcMar>
                    <w:top w:w="45" w:type="dxa"/>
                    <w:left w:w="70" w:type="dxa"/>
                    <w:bottom w:w="45" w:type="dxa"/>
                    <w:right w:w="70" w:type="dxa"/>
                  </w:tcMar>
                </w:tcPr>
                <w:p w14:paraId="406DF3A5" w14:textId="77777777" w:rsidR="00302D64" w:rsidRDefault="00000000">
                  <w:pPr>
                    <w:keepNext/>
                  </w:pPr>
                  <w:r>
                    <w:rPr>
                      <w:b/>
                      <w:color w:val="000000"/>
                    </w:rPr>
                    <w:t>VRSTNIŠKO VREDNOTENJE</w:t>
                  </w:r>
                </w:p>
              </w:tc>
            </w:tr>
          </w:tbl>
          <w:p w14:paraId="18729DF5" w14:textId="77777777" w:rsidR="00302D64" w:rsidRDefault="00302D64">
            <w:pPr>
              <w:spacing w:line="20" w:lineRule="exact"/>
            </w:pPr>
          </w:p>
          <w:p w14:paraId="00227056" w14:textId="77777777" w:rsidR="00302D64" w:rsidRDefault="00000000">
            <w:pPr>
              <w:spacing w:before="20" w:after="40" w:line="245" w:lineRule="auto"/>
            </w:pPr>
            <w:r>
              <w:rPr>
                <w:color w:val="000000"/>
                <w:sz w:val="16"/>
              </w:rPr>
              <w:t>V paru: »Opazil/-a sem …« in »Pomagalo bi ti, če …«. Odziv se nanaša na dogovorjeni kriterij, ne na osebnost ali primerjanje med učenci.</w:t>
            </w:r>
          </w:p>
          <w:tbl>
            <w:tblPr>
              <w:tblStyle w:val="Tabelamrea"/>
              <w:tblW w:w="0" w:type="auto"/>
              <w:jc w:val="center"/>
              <w:tblLayout w:type="fixed"/>
              <w:tblLook w:val="04A0" w:firstRow="1" w:lastRow="0" w:firstColumn="1" w:lastColumn="0" w:noHBand="0" w:noVBand="1"/>
            </w:tblPr>
            <w:tblGrid>
              <w:gridCol w:w="7087"/>
            </w:tblGrid>
            <w:tr w:rsidR="00302D64" w14:paraId="585AA80A" w14:textId="77777777">
              <w:trPr>
                <w:jc w:val="center"/>
              </w:trPr>
              <w:tc>
                <w:tcPr>
                  <w:tcW w:w="7087" w:type="dxa"/>
                  <w:shd w:val="clear" w:color="auto" w:fill="EDC9EA"/>
                  <w:tcMar>
                    <w:top w:w="45" w:type="dxa"/>
                    <w:left w:w="70" w:type="dxa"/>
                    <w:bottom w:w="45" w:type="dxa"/>
                    <w:right w:w="70" w:type="dxa"/>
                  </w:tcMar>
                </w:tcPr>
                <w:p w14:paraId="443C4CCA" w14:textId="77777777" w:rsidR="00302D64" w:rsidRDefault="00000000">
                  <w:pPr>
                    <w:keepNext/>
                  </w:pPr>
                  <w:r>
                    <w:rPr>
                      <w:b/>
                      <w:color w:val="000000"/>
                    </w:rPr>
                    <w:t>SKUPNI POVZETEK</w:t>
                  </w:r>
                </w:p>
              </w:tc>
            </w:tr>
          </w:tbl>
          <w:p w14:paraId="28ED7AE0" w14:textId="77777777" w:rsidR="00302D64" w:rsidRDefault="00302D64"/>
          <w:p w14:paraId="398FA4CA" w14:textId="77777777" w:rsidR="00302D64" w:rsidRDefault="00000000">
            <w:pPr>
              <w:spacing w:before="20" w:after="40" w:line="245" w:lineRule="auto"/>
            </w:pPr>
            <w:r>
              <w:rPr>
                <w:b/>
                <w:color w:val="000000"/>
                <w:sz w:val="17"/>
              </w:rPr>
              <w:t>Hvaležnost izrazim spoštljivo. Med počitnicami upoštevam pravila ob vodi, na soncu, v prometu in ob neznani situaciji ter poiščem pomoč.</w:t>
            </w:r>
          </w:p>
        </w:tc>
        <w:tc>
          <w:tcPr>
            <w:tcW w:w="2551" w:type="dxa"/>
            <w:tcMar>
              <w:top w:w="70" w:type="dxa"/>
              <w:left w:w="90" w:type="dxa"/>
              <w:bottom w:w="70" w:type="dxa"/>
              <w:right w:w="90" w:type="dxa"/>
            </w:tcMar>
          </w:tcPr>
          <w:p w14:paraId="56B1A2D0" w14:textId="77777777" w:rsidR="00302D64" w:rsidRDefault="00302D64"/>
          <w:p w14:paraId="77BFDFB3" w14:textId="77777777" w:rsidR="00302D64" w:rsidRDefault="00000000">
            <w:pPr>
              <w:spacing w:after="100" w:line="245" w:lineRule="auto"/>
            </w:pPr>
            <w:r>
              <w:rPr>
                <w:color w:val="000000"/>
                <w:sz w:val="16"/>
              </w:rPr>
              <w:t>Odgovarja na podporna vprašanja in se sklicuje na svoj dokaz.</w:t>
            </w:r>
          </w:p>
          <w:p w14:paraId="16F5C393" w14:textId="77777777" w:rsidR="00302D64" w:rsidRDefault="00000000">
            <w:pPr>
              <w:spacing w:after="100" w:line="245" w:lineRule="auto"/>
            </w:pPr>
            <w:r>
              <w:rPr>
                <w:color w:val="000000"/>
                <w:sz w:val="16"/>
              </w:rPr>
              <w:t>Primerja začetno zamisel z ugotovitvijo ter pove ali pokaže, kaj se je naučil/-a.</w:t>
            </w:r>
          </w:p>
          <w:p w14:paraId="6D5CA774" w14:textId="77777777" w:rsidR="00302D64" w:rsidRDefault="00000000">
            <w:pPr>
              <w:spacing w:after="100" w:line="245" w:lineRule="auto"/>
            </w:pPr>
            <w:r>
              <w:rPr>
                <w:color w:val="000000"/>
                <w:sz w:val="16"/>
              </w:rPr>
              <w:t>Izbere raven doseganja in določi naslednji korak.</w:t>
            </w:r>
          </w:p>
          <w:p w14:paraId="1691112B" w14:textId="77777777" w:rsidR="00302D64" w:rsidRDefault="00000000">
            <w:pPr>
              <w:spacing w:after="100" w:line="245" w:lineRule="auto"/>
            </w:pPr>
            <w:r>
              <w:rPr>
                <w:color w:val="000000"/>
                <w:sz w:val="16"/>
              </w:rPr>
              <w:t>Sošolcu poda prijazen, konkreten odziv.</w:t>
            </w:r>
          </w:p>
          <w:p w14:paraId="564C5432" w14:textId="77777777" w:rsidR="00302D64" w:rsidRDefault="00000000">
            <w:pPr>
              <w:spacing w:after="20" w:line="245" w:lineRule="auto"/>
            </w:pPr>
            <w:r>
              <w:rPr>
                <w:b/>
                <w:color w:val="D95BC6"/>
                <w:sz w:val="17"/>
              </w:rPr>
              <w:t>DOKAZ O UČENJU</w:t>
            </w:r>
          </w:p>
          <w:p w14:paraId="4946D722" w14:textId="77777777" w:rsidR="00302D64" w:rsidRDefault="00000000">
            <w:pPr>
              <w:spacing w:after="30" w:line="245" w:lineRule="auto"/>
            </w:pPr>
            <w:r>
              <w:rPr>
                <w:color w:val="D95BC6"/>
                <w:sz w:val="16"/>
              </w:rPr>
              <w:t>izvedba ali izdelek, razlaga, samovrednotenje in odziv na povratno informacijo</w:t>
            </w:r>
          </w:p>
        </w:tc>
      </w:tr>
    </w:tbl>
    <w:p w14:paraId="58C223C4" w14:textId="77777777" w:rsidR="001269AC" w:rsidRDefault="001269AC"/>
    <w:sectPr w:rsidR="001269AC" w:rsidSect="00034616">
      <w:pgSz w:w="16838" w:h="11906" w:orient="landscape"/>
      <w:pgMar w:top="709" w:right="1389" w:bottom="709" w:left="138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A3AB3" w14:textId="77777777" w:rsidR="001269AC" w:rsidRDefault="001269AC">
      <w:r>
        <w:separator/>
      </w:r>
    </w:p>
  </w:endnote>
  <w:endnote w:type="continuationSeparator" w:id="0">
    <w:p w14:paraId="696CCF96" w14:textId="77777777" w:rsidR="001269AC" w:rsidRDefault="00126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67B5" w14:textId="77777777" w:rsidR="001269AC" w:rsidRDefault="001269AC">
      <w:r>
        <w:separator/>
      </w:r>
    </w:p>
  </w:footnote>
  <w:footnote w:type="continuationSeparator" w:id="0">
    <w:p w14:paraId="4880FD80" w14:textId="77777777" w:rsidR="001269AC" w:rsidRDefault="00126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878202309">
    <w:abstractNumId w:val="8"/>
  </w:num>
  <w:num w:numId="2" w16cid:durableId="191580867">
    <w:abstractNumId w:val="6"/>
  </w:num>
  <w:num w:numId="3" w16cid:durableId="123697467">
    <w:abstractNumId w:val="5"/>
  </w:num>
  <w:num w:numId="4" w16cid:durableId="524514615">
    <w:abstractNumId w:val="4"/>
  </w:num>
  <w:num w:numId="5" w16cid:durableId="1239561437">
    <w:abstractNumId w:val="7"/>
  </w:num>
  <w:num w:numId="6" w16cid:durableId="877474480">
    <w:abstractNumId w:val="3"/>
  </w:num>
  <w:num w:numId="7" w16cid:durableId="956372232">
    <w:abstractNumId w:val="2"/>
  </w:num>
  <w:num w:numId="8" w16cid:durableId="978918292">
    <w:abstractNumId w:val="1"/>
  </w:num>
  <w:num w:numId="9" w16cid:durableId="135229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9AC"/>
    <w:rsid w:val="0015074B"/>
    <w:rsid w:val="0029639D"/>
    <w:rsid w:val="002C3625"/>
    <w:rsid w:val="00302D64"/>
    <w:rsid w:val="00326F90"/>
    <w:rsid w:val="009501A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70847C"/>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0" w:line="240" w:lineRule="auto"/>
    </w:pPr>
    <w:rPr>
      <w:rFonts w:ascii="Arial" w:hAnsi="Arial"/>
      <w:sz w:val="18"/>
    </w:rPr>
  </w:style>
  <w:style w:type="paragraph" w:styleId="Naslov1">
    <w:name w:val="heading 1"/>
    <w:basedOn w:val="Navaden"/>
    <w:next w:val="Navaden"/>
    <w:link w:val="Naslov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rPr>
      <w:sz w:val="17"/>
    </w:rPr>
  </w:style>
  <w:style w:type="paragraph" w:styleId="Oznaenseznam2">
    <w:name w:val="List Bullet 2"/>
    <w:basedOn w:val="Navaden"/>
    <w:uiPriority w:val="99"/>
    <w:unhideWhenUsed/>
    <w:rsid w:val="00326F90"/>
    <w:pPr>
      <w:numPr>
        <w:numId w:val="2"/>
      </w:numPr>
      <w:contextualSpacing/>
    </w:pPr>
    <w:rPr>
      <w:sz w:val="17"/>
    </w:r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156</Pages>
  <Words>54116</Words>
  <Characters>308465</Characters>
  <Application>Microsoft Office Word</Application>
  <DocSecurity>0</DocSecurity>
  <Lines>2570</Lines>
  <Paragraphs>723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361858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Spoznavanje okolja, 1. razred, 2026/2027</dc:title>
  <dc:subject>39 priprav, ki skupaj pokrivajo 105 ur</dc:subject>
  <dc:creator>Narrayani Premal</dc:creator>
  <cp:keywords>Spoznavanje okolja, 1. razred, formativno spremljanje, dnevne priprave</cp:keywords>
  <dc:description>generated by python-docx</dc:description>
  <cp:lastModifiedBy>Narrayani Premal</cp:lastModifiedBy>
  <cp:revision>2</cp:revision>
  <dcterms:created xsi:type="dcterms:W3CDTF">2013-12-23T23:15:00Z</dcterms:created>
  <dcterms:modified xsi:type="dcterms:W3CDTF">2026-08-17T08:14:00Z</dcterms:modified>
  <cp:category/>
</cp:coreProperties>
</file>